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最新心理健康教育主题班会教案（8篇）</w:t>
      </w:r>
    </w:p>
    <w:p>
      <w:pPr>
        <w:spacing w:before="100" w:after="200" w:line="360" w:lineRule="auto"/>
        <w:ind w:firstLine="576"/>
        <w:jc w:val="left"/>
      </w:pPr>
      <w:r>
        <w:rPr>
          <w:rFonts w:ascii="宋体" w:eastAsia="宋体" w:hAnsi="宋体"/>
          <w:sz w:val="28"/>
        </w:rPr>
        <w:t>没有人的心灵永远一尘不染，让我们的心灵洒满阳光，拥抱健康对于我们每个人来说至关重要。这天，就让我们一齐走进心理健康教育课。这里给大家分享一些关于《心理健康教育》主题班会，希望对大家有所帮助。为了让您对于心理健康教育主题班会的写作了解的更为全面，下面山草香给大家分享了8篇最新心理健康教育主题班会教案，希望可以给予您一定的参考与启发。</w:t>
      </w:r>
    </w:p>
    <w:p>
      <w:pPr>
        <w:spacing w:before="100" w:after="200" w:line="360" w:lineRule="auto"/>
        <w:ind w:firstLine="576"/>
        <w:jc w:val="left"/>
      </w:pPr>
      <w:r>
        <w:rPr>
          <w:rFonts w:ascii="宋体" w:eastAsia="宋体" w:hAnsi="宋体"/>
          <w:sz w:val="28"/>
        </w:rPr>
        <w:t>心理健康主题班会篇一</w:t>
      </w:r>
    </w:p>
    <w:p>
      <w:pPr>
        <w:spacing w:before="100" w:after="200" w:line="360" w:lineRule="auto"/>
        <w:ind w:firstLine="576"/>
        <w:jc w:val="left"/>
      </w:pPr>
      <w:r>
        <w:rPr>
          <w:rFonts w:ascii="宋体" w:eastAsia="宋体" w:hAnsi="宋体"/>
          <w:sz w:val="28"/>
        </w:rPr>
        <w:t>高三（11）班黄明宇</w:t>
      </w:r>
    </w:p>
    <w:p>
      <w:pPr>
        <w:spacing w:before="100" w:after="200" w:line="360" w:lineRule="auto"/>
        <w:jc w:val="left"/>
      </w:pPr>
      <w:r>
        <w:rPr>
          <w:rFonts w:ascii="宋体 (中文正文)" w:eastAsia="宋体" w:hAnsi="宋体 (中文正文)"/>
          <w:sz w:val="28"/>
        </w:rPr>
        <w:t>一、教学内容：</w:t>
      </w:r>
    </w:p>
    <w:p>
      <w:pPr>
        <w:spacing w:before="100" w:after="200" w:line="360" w:lineRule="auto"/>
        <w:ind w:firstLine="576"/>
        <w:jc w:val="left"/>
      </w:pPr>
      <w:r>
        <w:rPr>
          <w:rFonts w:ascii="宋体" w:eastAsia="宋体" w:hAnsi="宋体"/>
          <w:sz w:val="28"/>
        </w:rPr>
        <w:t>健康心理、身体</w:t>
      </w:r>
    </w:p>
    <w:p>
      <w:pPr>
        <w:spacing w:before="100" w:after="200" w:line="360" w:lineRule="auto"/>
        <w:jc w:val="left"/>
      </w:pPr>
      <w:r>
        <w:rPr>
          <w:rFonts w:ascii="宋体 (中文正文)" w:eastAsia="宋体" w:hAnsi="宋体 (中文正文)"/>
          <w:sz w:val="28"/>
        </w:rPr>
        <w:t>二、教学目标：</w:t>
      </w:r>
    </w:p>
    <w:p>
      <w:pPr>
        <w:spacing w:before="100" w:after="200" w:line="360" w:lineRule="auto"/>
        <w:ind w:firstLine="576"/>
        <w:jc w:val="left"/>
      </w:pPr>
      <w:r>
        <w:rPr>
          <w:rFonts w:ascii="宋体" w:eastAsia="宋体" w:hAnsi="宋体"/>
          <w:sz w:val="28"/>
        </w:rPr>
        <w:t>学生知道健康的含义、中学生心理健康的内容和要求、懂得心理健康与身体健康的辩证关系。</w:t>
      </w:r>
    </w:p>
    <w:p>
      <w:pPr>
        <w:spacing w:before="100" w:after="200" w:line="360" w:lineRule="auto"/>
        <w:jc w:val="left"/>
      </w:pPr>
      <w:r>
        <w:rPr>
          <w:rFonts w:ascii="宋体 (中文正文)" w:eastAsia="宋体" w:hAnsi="宋体 (中文正文)"/>
          <w:sz w:val="28"/>
        </w:rPr>
        <w:t>三、教学重点：</w:t>
      </w:r>
    </w:p>
    <w:p>
      <w:pPr>
        <w:spacing w:before="100" w:after="200" w:line="360" w:lineRule="auto"/>
        <w:ind w:firstLine="576"/>
        <w:jc w:val="left"/>
      </w:pPr>
      <w:r>
        <w:rPr>
          <w:rFonts w:ascii="宋体" w:eastAsia="宋体" w:hAnsi="宋体"/>
          <w:sz w:val="28"/>
        </w:rPr>
        <w:t>健康的含义、中学生心理健康的内容和要求、心理健康与身体健康的辩证关系。</w:t>
      </w:r>
    </w:p>
    <w:p>
      <w:pPr>
        <w:spacing w:before="100" w:after="200" w:line="360" w:lineRule="auto"/>
        <w:jc w:val="left"/>
      </w:pPr>
      <w:r>
        <w:rPr>
          <w:rFonts w:ascii="宋体 (中文正文)" w:eastAsia="宋体" w:hAnsi="宋体 (中文正文)"/>
          <w:b/>
          <w:sz w:val="28"/>
        </w:rPr>
        <w:t>四、教学难点：学生心理状况的分析</w:t>
      </w:r>
    </w:p>
    <w:p>
      <w:pPr>
        <w:spacing w:before="100" w:after="200" w:line="360" w:lineRule="auto"/>
        <w:jc w:val="left"/>
      </w:pPr>
      <w:r>
        <w:rPr>
          <w:rFonts w:ascii="宋体 (中文正文)" w:eastAsia="宋体" w:hAnsi="宋体 (中文正文)"/>
          <w:b/>
          <w:sz w:val="28"/>
        </w:rPr>
        <w:t>五、教学方法：设问法、归纳法、讨论法、讲授法、范例分析法</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sz w:val="28"/>
        </w:rPr>
        <w:t>六、教学过程：</w:t>
      </w:r>
    </w:p>
    <w:p>
      <w:pPr>
        <w:spacing w:before="100" w:after="200" w:line="360" w:lineRule="auto"/>
        <w:ind w:firstLine="576"/>
        <w:jc w:val="left"/>
      </w:pPr>
      <w:r>
        <w:rPr>
          <w:rFonts w:ascii="宋体" w:eastAsia="宋体" w:hAnsi="宋体"/>
          <w:sz w:val="28"/>
        </w:rPr>
        <w:t>(一)导入课题</w:t>
      </w:r>
    </w:p>
    <w:p>
      <w:pPr>
        <w:spacing w:before="100" w:after="200" w:line="360" w:lineRule="auto"/>
        <w:ind w:firstLine="576"/>
        <w:jc w:val="left"/>
      </w:pPr>
      <w:r>
        <w:rPr>
          <w:rFonts w:ascii="宋体" w:eastAsia="宋体" w:hAnsi="宋体"/>
          <w:sz w:val="28"/>
        </w:rPr>
        <w:t>提出问题：你认为生活中最重要的是什么？</w:t>
      </w:r>
    </w:p>
    <w:p>
      <w:pPr>
        <w:spacing w:before="100" w:after="200" w:line="360" w:lineRule="auto"/>
        <w:ind w:firstLine="576"/>
        <w:jc w:val="left"/>
      </w:pPr>
      <w:r>
        <w:rPr>
          <w:rFonts w:ascii="宋体" w:eastAsia="宋体" w:hAnsi="宋体"/>
          <w:sz w:val="28"/>
        </w:rPr>
        <w:t>备选答案（健康、、事业、爱情、亲情、友情、美貌、品质等）</w:t>
      </w:r>
    </w:p>
    <w:p>
      <w:pPr>
        <w:spacing w:before="100" w:after="200" w:line="360" w:lineRule="auto"/>
        <w:ind w:firstLine="576"/>
        <w:jc w:val="left"/>
      </w:pPr>
      <w:r>
        <w:rPr>
          <w:rFonts w:ascii="宋体" w:eastAsia="宋体" w:hAnsi="宋体"/>
          <w:sz w:val="28"/>
        </w:rPr>
        <w:t>组织形式：小组讨论、汇总（学生发言后教师总结如下）：</w:t>
      </w:r>
    </w:p>
    <w:p>
      <w:pPr>
        <w:spacing w:before="100" w:after="200" w:line="360" w:lineRule="auto"/>
        <w:ind w:firstLine="576"/>
        <w:jc w:val="left"/>
      </w:pPr>
      <w:r>
        <w:rPr>
          <w:rFonts w:ascii="宋体" w:eastAsia="宋体" w:hAnsi="宋体"/>
          <w:sz w:val="28"/>
        </w:rPr>
        <w:t>同学们：随着新世纪的来临人们对健康的要求越来越重视，健康是全人类的头等大事。</w:t>
      </w:r>
    </w:p>
    <w:p>
      <w:pPr>
        <w:spacing w:before="100" w:after="200" w:line="360" w:lineRule="auto"/>
        <w:ind w:firstLine="576"/>
        <w:jc w:val="left"/>
      </w:pPr>
      <w:r>
        <w:rPr>
          <w:rFonts w:ascii="宋体" w:eastAsia="宋体" w:hAnsi="宋体"/>
          <w:sz w:val="28"/>
        </w:rPr>
        <w:t>每个人都希望自已健康，只有拥有健康才能拥有一切。</w:t>
      </w:r>
    </w:p>
    <w:p>
      <w:pPr>
        <w:spacing w:before="100" w:after="200" w:line="360" w:lineRule="auto"/>
        <w:ind w:firstLine="576"/>
        <w:jc w:val="left"/>
      </w:pPr>
      <w:r>
        <w:rPr>
          <w:rFonts w:ascii="宋体" w:eastAsia="宋体" w:hAnsi="宋体"/>
          <w:sz w:val="28"/>
        </w:rPr>
        <w:t>可是什么是健康呢？人们总是习惯上把不生病的人说成是完全健康的人，这是不完全正确的，还有人认为身体强壮就是健康，这种理解也不够完整，究竟怎样才算是健康呢？联合国世界卫生组织提出健康的含义是：健康的含义：在心理上、身体上和社会交往上保持健全的状态。</w:t>
      </w:r>
    </w:p>
    <w:p>
      <w:pPr>
        <w:spacing w:before="100" w:after="200" w:line="360" w:lineRule="auto"/>
        <w:ind w:firstLine="576"/>
        <w:jc w:val="left"/>
      </w:pPr>
      <w:r>
        <w:rPr>
          <w:rFonts w:ascii="宋体" w:eastAsia="宋体" w:hAnsi="宋体"/>
          <w:sz w:val="28"/>
        </w:rPr>
        <w:t>人体是一个统一的整体，这不仅指身体各器官、各系统经过神经系统的整合作用而形成一个相互影响、相互制约的统一体，而且还指人的心理和生理相互作用、相互影响而构成一个整体。</w:t>
      </w:r>
    </w:p>
    <w:p>
      <w:pPr>
        <w:spacing w:before="100" w:after="200" w:line="360" w:lineRule="auto"/>
        <w:ind w:firstLine="576"/>
        <w:jc w:val="left"/>
      </w:pPr>
      <w:r>
        <w:rPr>
          <w:rFonts w:ascii="宋体" w:eastAsia="宋体" w:hAnsi="宋体"/>
          <w:sz w:val="28"/>
        </w:rPr>
        <w:t>(二)研讨课的内容：“心理健康与身体健康”</w:t>
      </w:r>
    </w:p>
    <w:p>
      <w:pPr>
        <w:spacing w:before="100" w:after="200" w:line="360" w:lineRule="auto"/>
        <w:ind w:firstLine="576"/>
        <w:jc w:val="left"/>
      </w:pPr>
      <w:r>
        <w:rPr>
          <w:rFonts w:ascii="宋体" w:eastAsia="宋体" w:hAnsi="宋体"/>
          <w:sz w:val="28"/>
        </w:rPr>
        <w:t>1、身体健康是指无身体疾病和缺陷，体格健壮，各器官系统机能良好，有较好的适应的能力和对疾病的抵抗能力等。</w:t>
      </w:r>
    </w:p>
    <w:p>
      <w:pPr>
        <w:spacing w:before="100" w:after="200" w:line="360" w:lineRule="auto"/>
        <w:ind w:firstLine="576"/>
        <w:jc w:val="left"/>
      </w:pPr>
      <w:r>
        <w:rPr>
          <w:rFonts w:ascii="宋体" w:eastAsia="宋体" w:hAnsi="宋体"/>
          <w:sz w:val="28"/>
        </w:rPr>
        <w:t>2、心理健康是指人们对于的影响以及自身的变化能够适应，并保持谐调一致。从心理学角度分析它包括以下三层含义：</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（1）心理健康是指较长时间内的，持续的心理状态不是短暂的。</w:t>
      </w:r>
    </w:p>
    <w:p>
      <w:pPr>
        <w:spacing w:before="100" w:after="200" w:line="360" w:lineRule="auto"/>
        <w:ind w:firstLine="576"/>
        <w:jc w:val="left"/>
      </w:pPr>
      <w:r>
        <w:rPr>
          <w:rFonts w:ascii="宋体" w:eastAsia="宋体" w:hAnsi="宋体"/>
          <w:sz w:val="28"/>
        </w:rPr>
        <w:t>（2）心理健康是个体应有的状态，反映社会对个体心理的最起码要求，而不是最高的心理境界，就像健康还不是身体健美一样。</w:t>
      </w:r>
    </w:p>
    <w:p>
      <w:pPr>
        <w:spacing w:before="100" w:after="200" w:line="360" w:lineRule="auto"/>
        <w:ind w:firstLine="576"/>
        <w:jc w:val="left"/>
      </w:pPr>
      <w:r>
        <w:rPr>
          <w:rFonts w:ascii="宋体" w:eastAsia="宋体" w:hAnsi="宋体"/>
          <w:sz w:val="28"/>
        </w:rPr>
        <w:t>（3）心理健康是个体在适应社会生活方面所表现出来的正常、和谐的状态，包括身心知觉明确，能正视自己的生理和心理特质，情绪稳定、乐观、有生活目标，乐意和胜任工作，人际关系和谐等。</w:t>
      </w:r>
    </w:p>
    <w:p>
      <w:pPr>
        <w:spacing w:before="100" w:after="200" w:line="360" w:lineRule="auto"/>
        <w:ind w:firstLine="576"/>
        <w:jc w:val="left"/>
      </w:pPr>
      <w:r>
        <w:rPr>
          <w:rFonts w:ascii="宋体" w:eastAsia="宋体" w:hAnsi="宋体"/>
          <w:sz w:val="28"/>
        </w:rPr>
        <w:t>3、中学生心理健康的内容和要求：</w:t>
      </w:r>
    </w:p>
    <w:p>
      <w:pPr>
        <w:spacing w:before="100" w:after="200" w:line="360" w:lineRule="auto"/>
        <w:ind w:firstLine="576"/>
        <w:jc w:val="left"/>
      </w:pPr>
      <w:r>
        <w:rPr>
          <w:rFonts w:ascii="宋体" w:eastAsia="宋体" w:hAnsi="宋体"/>
          <w:sz w:val="28"/>
        </w:rPr>
        <w:t>（1）自觉----心理健康的学生不把学习看成是负担，愿意学习，努力掌握知识技能，自觉完成学习任务，经刻苦努力取得优秀的成绩，能从自己的实际出发，不断地追求新的学习目标。</w:t>
      </w:r>
    </w:p>
    <w:p>
      <w:pPr>
        <w:spacing w:before="100" w:after="200" w:line="360" w:lineRule="auto"/>
        <w:ind w:firstLine="576"/>
        <w:jc w:val="left"/>
      </w:pPr>
      <w:r>
        <w:rPr>
          <w:rFonts w:ascii="宋体" w:eastAsia="宋体" w:hAnsi="宋体"/>
          <w:sz w:val="28"/>
        </w:rPr>
        <w:t>（2）自持----心理健康的学生情绪稳定，乐观，表现适度易控，不为一时的冲动而学校的纪律，不为学习中遇到的困难而焦虑重重，始终保持活泼、开朗、稳定、豁达，充满朝气。</w:t>
      </w:r>
    </w:p>
    <w:p>
      <w:pPr>
        <w:spacing w:before="100" w:after="200" w:line="360" w:lineRule="auto"/>
        <w:ind w:firstLine="576"/>
        <w:jc w:val="left"/>
      </w:pPr>
      <w:r>
        <w:rPr>
          <w:rFonts w:ascii="宋体" w:eastAsia="宋体" w:hAnsi="宋体"/>
          <w:sz w:val="28"/>
        </w:rPr>
        <w:t>（3）自知----心理健康的学生，对自己的相貌、兴趣、体型、体质、生理特点、体能、气质、性格品</w:t>
      </w:r>
    </w:p>
    <w:p>
      <w:pPr>
        <w:spacing w:before="100" w:after="200" w:line="360" w:lineRule="auto"/>
        <w:ind w:firstLine="576"/>
        <w:jc w:val="left"/>
      </w:pPr>
      <w:r>
        <w:rPr>
          <w:rFonts w:ascii="宋体" w:eastAsia="宋体" w:hAnsi="宋体"/>
          <w:sz w:val="28"/>
        </w:rPr>
        <w:t>德和智慧等方面都有比较全面的了解，而且清楚地知道自己的优点和缺点。</w:t>
      </w:r>
    </w:p>
    <w:p>
      <w:pPr>
        <w:spacing w:before="100" w:after="200" w:line="360" w:lineRule="auto"/>
        <w:ind w:firstLine="576"/>
        <w:jc w:val="left"/>
      </w:pPr>
      <w:r>
        <w:rPr>
          <w:rFonts w:ascii="宋体" w:eastAsia="宋体" w:hAnsi="宋体"/>
          <w:sz w:val="28"/>
        </w:rPr>
        <w:t>（4）自爱----心理健康的学生对自已的生理特征，心理能力及自己与周围现实的关系有的认识，个人的理想、、目标、行动能够跟上时代的发展，并与社会要求一致，既不欣赏，也不自惭形秽，不论自己长得美丑，有无生理缺陷，有无疾病，智力能力的水平高低，都能喜欢，悦纳自己，不管周围优劣，条件好坏，都能从实际出发，努力适应。</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心理健康主题班会教案篇二</w:t>
      </w:r>
    </w:p>
    <w:p>
      <w:pPr>
        <w:spacing w:before="100" w:after="200" w:line="360" w:lineRule="auto"/>
        <w:jc w:val="left"/>
      </w:pPr>
      <w:r>
        <w:rPr>
          <w:rFonts w:ascii="宋体 (中文正文)" w:eastAsia="宋体" w:hAnsi="宋体 (中文正文)"/>
          <w:sz w:val="28"/>
        </w:rPr>
        <w:t>主题：</w:t>
      </w:r>
    </w:p>
    <w:p>
      <w:pPr>
        <w:spacing w:before="100" w:after="200" w:line="360" w:lineRule="auto"/>
        <w:ind w:firstLine="576"/>
        <w:jc w:val="left"/>
      </w:pPr>
      <w:r>
        <w:rPr>
          <w:rFonts w:ascii="宋体" w:eastAsia="宋体" w:hAnsi="宋体"/>
          <w:sz w:val="28"/>
        </w:rPr>
        <w:t>寻找缓解和消除消极情绪的方法。</w:t>
      </w:r>
    </w:p>
    <w:p>
      <w:pPr>
        <w:spacing w:before="100" w:after="200" w:line="360" w:lineRule="auto"/>
        <w:jc w:val="left"/>
      </w:pPr>
      <w:r>
        <w:rPr>
          <w:rFonts w:ascii="宋体 (中文正文)" w:eastAsia="宋体" w:hAnsi="宋体 (中文正文)"/>
          <w:sz w:val="28"/>
        </w:rPr>
        <w:t>活动目的：</w:t>
      </w:r>
    </w:p>
    <w:p>
      <w:pPr>
        <w:spacing w:before="100" w:after="200" w:line="360" w:lineRule="auto"/>
        <w:ind w:firstLine="576"/>
        <w:jc w:val="left"/>
      </w:pPr>
      <w:r>
        <w:rPr>
          <w:rFonts w:ascii="宋体" w:eastAsia="宋体" w:hAnsi="宋体"/>
          <w:sz w:val="28"/>
        </w:rPr>
        <w:t>1、认知方面：认识消极情绪对学习、生活所带来的危害，懂得消极情绪是可以克服的，了解调节情绪的几种方法。</w:t>
      </w:r>
    </w:p>
    <w:p>
      <w:pPr>
        <w:spacing w:before="100" w:after="200" w:line="360" w:lineRule="auto"/>
        <w:ind w:firstLine="576"/>
        <w:jc w:val="left"/>
      </w:pPr>
      <w:r>
        <w:rPr>
          <w:rFonts w:ascii="宋体" w:eastAsia="宋体" w:hAnsi="宋体"/>
          <w:sz w:val="28"/>
        </w:rPr>
        <w:t>2、情感方面：激发和强化调节自己消极情绪的动机。</w:t>
      </w:r>
    </w:p>
    <w:p>
      <w:pPr>
        <w:spacing w:before="100" w:after="200" w:line="360" w:lineRule="auto"/>
        <w:ind w:firstLine="576"/>
        <w:jc w:val="left"/>
      </w:pPr>
      <w:r>
        <w:rPr>
          <w:rFonts w:ascii="宋体" w:eastAsia="宋体" w:hAnsi="宋体"/>
          <w:sz w:val="28"/>
        </w:rPr>
        <w:t>3、行为方面：寻找并初步掌握适合自己的情绪调节方法。</w:t>
      </w:r>
    </w:p>
    <w:p>
      <w:pPr>
        <w:spacing w:before="100" w:after="200" w:line="360" w:lineRule="auto"/>
        <w:jc w:val="left"/>
      </w:pPr>
      <w:r>
        <w:rPr>
          <w:rFonts w:ascii="宋体 (中文正文)" w:eastAsia="宋体" w:hAnsi="宋体 (中文正文)"/>
          <w:sz w:val="28"/>
        </w:rPr>
        <w:t>活动形式：</w:t>
      </w:r>
    </w:p>
    <w:p>
      <w:pPr>
        <w:spacing w:before="100" w:after="200" w:line="360" w:lineRule="auto"/>
        <w:ind w:firstLine="576"/>
        <w:jc w:val="left"/>
      </w:pPr>
      <w:r>
        <w:rPr>
          <w:rFonts w:ascii="宋体" w:eastAsia="宋体" w:hAnsi="宋体"/>
          <w:sz w:val="28"/>
        </w:rPr>
        <w:t>小品表演，讨论交流。</w:t>
      </w:r>
    </w:p>
    <w:p>
      <w:pPr>
        <w:spacing w:before="100" w:after="200" w:line="360" w:lineRule="auto"/>
        <w:jc w:val="left"/>
      </w:pPr>
      <w:r>
        <w:rPr>
          <w:rFonts w:ascii="宋体 (中文正文)" w:eastAsia="宋体" w:hAnsi="宋体 (中文正文)"/>
          <w:sz w:val="28"/>
        </w:rPr>
        <w:t>重点难点：</w:t>
      </w:r>
    </w:p>
    <w:p>
      <w:pPr>
        <w:spacing w:before="100" w:after="200" w:line="360" w:lineRule="auto"/>
        <w:ind w:firstLine="576"/>
        <w:jc w:val="left"/>
      </w:pPr>
      <w:r>
        <w:rPr>
          <w:rFonts w:ascii="宋体" w:eastAsia="宋体" w:hAnsi="宋体"/>
          <w:sz w:val="28"/>
        </w:rPr>
        <w:t>1、重点：使学生掌握用“改变认识”来调节情绪的方法，即“理性—情绪”自我调节方法。</w:t>
      </w:r>
    </w:p>
    <w:p>
      <w:pPr>
        <w:spacing w:before="100" w:after="200" w:line="360" w:lineRule="auto"/>
        <w:ind w:firstLine="576"/>
        <w:jc w:val="left"/>
      </w:pPr>
      <w:r>
        <w:rPr>
          <w:rFonts w:ascii="宋体" w:eastAsia="宋体" w:hAnsi="宋体"/>
          <w:sz w:val="28"/>
        </w:rPr>
        <w:t>2、难点：如何引导学生用合理的想法来代替不合理的认识和想法。</w:t>
      </w:r>
    </w:p>
    <w:p>
      <w:pPr>
        <w:spacing w:before="100" w:after="200" w:line="360" w:lineRule="auto"/>
        <w:jc w:val="left"/>
      </w:pPr>
      <w:r>
        <w:rPr>
          <w:rFonts w:ascii="宋体 (中文正文)" w:eastAsia="宋体" w:hAnsi="宋体 (中文正文)"/>
          <w:sz w:val="28"/>
        </w:rPr>
        <w:t>活动准备：</w:t>
      </w:r>
    </w:p>
    <w:p>
      <w:pPr>
        <w:spacing w:before="100" w:after="200" w:line="360" w:lineRule="auto"/>
        <w:ind w:firstLine="576"/>
        <w:jc w:val="left"/>
      </w:pPr>
      <w:r>
        <w:rPr>
          <w:rFonts w:ascii="宋体" w:eastAsia="宋体" w:hAnsi="宋体"/>
          <w:sz w:val="28"/>
        </w:rPr>
        <w:t>1、指导学生排练小品：“他落入了情绪的深渊”</w:t>
      </w:r>
    </w:p>
    <w:p>
      <w:pPr>
        <w:spacing w:before="100" w:after="200" w:line="360" w:lineRule="auto"/>
        <w:ind w:firstLine="576"/>
        <w:jc w:val="left"/>
      </w:pPr>
      <w:r>
        <w:rPr>
          <w:rFonts w:ascii="宋体" w:eastAsia="宋体" w:hAnsi="宋体"/>
          <w:sz w:val="28"/>
        </w:rPr>
        <w:t>2、准备录音机和音乐磁带“内心和平曲”、歌曲磁带“幸福拍手歌”。</w:t>
      </w:r>
    </w:p>
    <w:p>
      <w:pPr>
        <w:spacing w:before="100" w:after="200" w:line="360" w:lineRule="auto"/>
        <w:jc w:val="left"/>
      </w:pPr>
      <w:r>
        <w:rPr>
          <w:rFonts w:ascii="宋体 (中文正文)" w:eastAsia="宋体" w:hAnsi="宋体 (中文正文)"/>
          <w:sz w:val="28"/>
        </w:rPr>
        <w:t>活动过程：</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1、引入课题。</w:t>
      </w:r>
    </w:p>
    <w:p>
      <w:pPr>
        <w:spacing w:before="100" w:after="200" w:line="360" w:lineRule="auto"/>
        <w:ind w:firstLine="576"/>
        <w:jc w:val="left"/>
      </w:pPr>
      <w:r>
        <w:rPr>
          <w:rFonts w:ascii="宋体" w:eastAsia="宋体" w:hAnsi="宋体"/>
          <w:sz w:val="28"/>
        </w:rPr>
        <w:t>同学们，我们希望自己经常保持愉快的情绪，但是不愉快的情绪总是难免的，那么不愉快的情绪频繁地出现或延续下去好不好呢？下面我们先来看一个小品，请同学们边看边思考两个问题：</w:t>
      </w:r>
    </w:p>
    <w:p>
      <w:pPr>
        <w:spacing w:before="100" w:after="200" w:line="360" w:lineRule="auto"/>
        <w:ind w:firstLine="576"/>
        <w:jc w:val="left"/>
      </w:pPr>
      <w:r>
        <w:rPr>
          <w:rFonts w:ascii="宋体" w:eastAsia="宋体" w:hAnsi="宋体"/>
          <w:sz w:val="28"/>
        </w:rPr>
        <w:t>(1)小品中的人物表现是什么情绪？</w:t>
      </w:r>
    </w:p>
    <w:p>
      <w:pPr>
        <w:spacing w:before="100" w:after="200" w:line="360" w:lineRule="auto"/>
        <w:ind w:firstLine="576"/>
        <w:jc w:val="left"/>
      </w:pPr>
      <w:r>
        <w:rPr>
          <w:rFonts w:ascii="宋体" w:eastAsia="宋体" w:hAnsi="宋体"/>
          <w:sz w:val="28"/>
        </w:rPr>
        <w:t>(2)这种情绪给他的学习和生活(行为)带来了什么影响？</w:t>
      </w:r>
    </w:p>
    <w:p>
      <w:pPr>
        <w:spacing w:before="100" w:after="200" w:line="360" w:lineRule="auto"/>
        <w:ind w:firstLine="576"/>
        <w:jc w:val="left"/>
      </w:pPr>
      <w:r>
        <w:rPr>
          <w:rFonts w:ascii="宋体" w:eastAsia="宋体" w:hAnsi="宋体"/>
          <w:sz w:val="28"/>
        </w:rPr>
        <w:t>2、认识消极情绪的危害。</w:t>
      </w:r>
    </w:p>
    <w:p>
      <w:pPr>
        <w:spacing w:before="100" w:after="200" w:line="360" w:lineRule="auto"/>
        <w:ind w:firstLine="576"/>
        <w:jc w:val="left"/>
      </w:pPr>
      <w:r>
        <w:rPr>
          <w:rFonts w:ascii="宋体" w:eastAsia="宋体" w:hAnsi="宋体"/>
          <w:sz w:val="28"/>
        </w:rPr>
        <w:t>(1)小品表演：“他落入了情绪的深渊”</w:t>
      </w:r>
    </w:p>
    <w:p>
      <w:pPr>
        <w:spacing w:before="100" w:after="200" w:line="360" w:lineRule="auto"/>
        <w:ind w:firstLine="576"/>
        <w:jc w:val="left"/>
      </w:pPr>
      <w:r>
        <w:rPr>
          <w:rFonts w:ascii="宋体" w:eastAsia="宋体" w:hAnsi="宋体"/>
          <w:sz w:val="28"/>
        </w:rPr>
        <w:t>内容：学生A、B各自在看发下的数学考卷。A自方自语：“唉，这下完了，79分，比上次下隆了10分，爸爸妈妈一定会对我很失望。……这道题怎么多扣我2分，老师从来没对我有过好感。”然后就趴在课桌上闷闷不乐。B叫A：“，放学了，我们一起走吧。”A不理。B上前看A的考卷说“啊呀，第三道题你不是复习过了吗？怎么做错了，真可惜。”A冷冷地回答：“是呀，我脑子笨，有啥可惜，有的人开心也来不及呢？”B安慰说：“你不要难过了，我上次测验也只有75分。”A回答：“猫哭老鼠，假慈悲。”</w:t>
      </w:r>
    </w:p>
    <w:p>
      <w:pPr>
        <w:spacing w:before="100" w:after="200" w:line="360" w:lineRule="auto"/>
        <w:ind w:firstLine="576"/>
        <w:jc w:val="left"/>
      </w:pPr>
      <w:r>
        <w:rPr>
          <w:rFonts w:ascii="宋体" w:eastAsia="宋体" w:hAnsi="宋体"/>
          <w:sz w:val="28"/>
        </w:rPr>
        <w:t>旁白：第二天，A的考卷没有让家长签名，看见数学老师总是避开，数学课无精打采，作业也越来越不认真，还常常迟交。……</w:t>
      </w:r>
    </w:p>
    <w:p>
      <w:pPr>
        <w:spacing w:before="100" w:after="200" w:line="360" w:lineRule="auto"/>
        <w:ind w:firstLine="576"/>
        <w:jc w:val="left"/>
      </w:pPr>
      <w:r>
        <w:rPr>
          <w:rFonts w:ascii="宋体" w:eastAsia="宋体" w:hAnsi="宋体"/>
          <w:sz w:val="28"/>
        </w:rPr>
        <w:t>(2)学生讨论，教师启发引导，并板书。</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学生讨论以上两个问题，教师引导学生讨论，启发学生认识小品中人物表现的情绪是消极情绪，并把消极情绪比喻为落入了深渊。伴随这种消极情绪的行为往往是不良行为，不良行为必然导致不良后果，并将学生的发言归纳成板书。</w:t>
      </w:r>
    </w:p>
    <w:p>
      <w:pPr>
        <w:spacing w:before="100" w:after="200" w:line="360" w:lineRule="auto"/>
        <w:ind w:firstLine="576"/>
        <w:jc w:val="left"/>
      </w:pPr>
      <w:r>
        <w:rPr>
          <w:rFonts w:ascii="宋体" w:eastAsia="宋体" w:hAnsi="宋体"/>
          <w:sz w:val="28"/>
        </w:rPr>
        <w:t>心理健康主题班会篇三</w:t>
      </w:r>
    </w:p>
    <w:p>
      <w:pPr>
        <w:spacing w:before="100" w:after="200" w:line="360" w:lineRule="auto"/>
        <w:jc w:val="left"/>
      </w:pPr>
      <w:r>
        <w:rPr>
          <w:rFonts w:ascii="宋体 (中文正文)" w:eastAsia="宋体" w:hAnsi="宋体 (中文正文)"/>
          <w:sz w:val="28"/>
        </w:rPr>
        <w:t>一、班会主题：</w:t>
      </w:r>
    </w:p>
    <w:p>
      <w:pPr>
        <w:spacing w:before="100" w:after="200" w:line="360" w:lineRule="auto"/>
        <w:ind w:firstLine="576"/>
        <w:jc w:val="left"/>
      </w:pPr>
      <w:r>
        <w:rPr>
          <w:rFonts w:ascii="宋体" w:eastAsia="宋体" w:hAnsi="宋体"/>
          <w:sz w:val="28"/>
        </w:rPr>
        <w:t>“敞开心扉拥抱快乐”</w:t>
      </w:r>
    </w:p>
    <w:p>
      <w:pPr>
        <w:spacing w:before="100" w:after="200" w:line="360" w:lineRule="auto"/>
        <w:jc w:val="left"/>
      </w:pPr>
      <w:r>
        <w:rPr>
          <w:rFonts w:ascii="宋体 (中文正文)" w:eastAsia="宋体" w:hAnsi="宋体 (中文正文)"/>
          <w:sz w:val="28"/>
        </w:rPr>
        <w:t>二、主题班会背景：</w:t>
      </w:r>
    </w:p>
    <w:p>
      <w:pPr>
        <w:spacing w:before="100" w:after="200" w:line="360" w:lineRule="auto"/>
        <w:ind w:firstLine="576"/>
        <w:jc w:val="left"/>
      </w:pPr>
      <w:r>
        <w:rPr>
          <w:rFonts w:ascii="宋体" w:eastAsia="宋体" w:hAnsi="宋体"/>
          <w:sz w:val="28"/>
        </w:rPr>
        <w:t>为更好地深入推动大学生心理健康教育，在大学生群体中普及心理健康知识，引导大学生积极主动地关注自身心理健康，促进大学生健康全面发展，5月25日，11级新闻班召开“敞开心坏拥抱快乐”主题班会。</w:t>
      </w:r>
    </w:p>
    <w:p>
      <w:pPr>
        <w:spacing w:before="100" w:after="200" w:line="360" w:lineRule="auto"/>
        <w:ind w:firstLine="576"/>
        <w:jc w:val="left"/>
      </w:pPr>
      <w:r>
        <w:rPr>
          <w:rFonts w:ascii="宋体" w:eastAsia="宋体" w:hAnsi="宋体"/>
          <w:sz w:val="28"/>
        </w:rPr>
        <w:t>5月25日，是中国国家大学生心理健康日，“5.25”是“我爱我”的谐音，意在表达“爱自己才能更好地爱他人”。今年大学生心理健康日的主题是“寻找我，拥抱我”，心理委员让大家自由讨论一下在日常的学习生活中应该如何面对心理困扰，对他人敞开心怀。</w:t>
      </w:r>
    </w:p>
    <w:p>
      <w:pPr>
        <w:spacing w:before="100" w:after="200" w:line="360" w:lineRule="auto"/>
        <w:ind w:firstLine="576"/>
        <w:jc w:val="left"/>
      </w:pPr>
      <w:r>
        <w:rPr>
          <w:rFonts w:ascii="宋体" w:eastAsia="宋体" w:hAnsi="宋体"/>
          <w:sz w:val="28"/>
        </w:rPr>
        <w:t>（1）了解自我，接纳自我。</w:t>
      </w:r>
    </w:p>
    <w:p>
      <w:pPr>
        <w:spacing w:before="100" w:after="200" w:line="360" w:lineRule="auto"/>
        <w:ind w:firstLine="576"/>
        <w:jc w:val="left"/>
      </w:pPr>
      <w:r>
        <w:rPr>
          <w:rFonts w:ascii="宋体" w:eastAsia="宋体" w:hAnsi="宋体"/>
          <w:sz w:val="28"/>
        </w:rPr>
        <w:t>（2）正视现实，适应环境。</w:t>
      </w:r>
    </w:p>
    <w:p>
      <w:pPr>
        <w:spacing w:before="100" w:after="200" w:line="360" w:lineRule="auto"/>
        <w:ind w:firstLine="576"/>
        <w:jc w:val="left"/>
      </w:pPr>
      <w:r>
        <w:rPr>
          <w:rFonts w:ascii="宋体" w:eastAsia="宋体" w:hAnsi="宋体"/>
          <w:sz w:val="28"/>
        </w:rPr>
        <w:t>（3）遇见挫折困难，对他人寻求帮助。</w:t>
      </w:r>
    </w:p>
    <w:p>
      <w:pPr>
        <w:spacing w:before="100" w:after="200" w:line="360" w:lineRule="auto"/>
        <w:ind w:firstLine="576"/>
        <w:jc w:val="left"/>
      </w:pPr>
      <w:r>
        <w:rPr>
          <w:rFonts w:ascii="宋体" w:eastAsia="宋体" w:hAnsi="宋体"/>
          <w:sz w:val="28"/>
        </w:rPr>
        <w:t>（4）与大家商讨如何解决，而不是自怨自艾。</w:t>
      </w:r>
    </w:p>
    <w:p>
      <w:pPr>
        <w:spacing w:before="100" w:after="200" w:line="360" w:lineRule="auto"/>
        <w:ind w:firstLine="576"/>
        <w:jc w:val="left"/>
      </w:pPr>
      <w:r>
        <w:rPr>
          <w:rFonts w:ascii="宋体" w:eastAsia="宋体" w:hAnsi="宋体"/>
          <w:sz w:val="28"/>
        </w:rPr>
        <w:t>（5）接受他人，善于人处。让快乐走进来。</w:t>
      </w:r>
    </w:p>
    <w:p>
      <w:pPr>
        <w:spacing w:before="100" w:after="200" w:line="360" w:lineRule="auto"/>
        <w:ind w:firstLine="576"/>
        <w:jc w:val="left"/>
      </w:pPr>
      <w:r>
        <w:rPr>
          <w:rFonts w:ascii="宋体" w:eastAsia="宋体" w:hAnsi="宋体"/>
          <w:sz w:val="28"/>
        </w:rPr>
        <w:t>最后，由班长对此次班会的结束发言：</w:t>
      </w:r>
    </w:p>
    <w:p>
      <w:pPr>
        <w:spacing w:before="100" w:after="200" w:line="360" w:lineRule="auto"/>
        <w:ind w:firstLine="576"/>
        <w:jc w:val="left"/>
      </w:pPr>
      <w:r>
        <w:rPr>
          <w:rFonts w:ascii="宋体" w:eastAsia="宋体" w:hAnsi="宋体"/>
          <w:sz w:val="28"/>
        </w:rPr>
        <w:t>希望今天的班会无论是从形式还是内容上都能给大家以良好的教育，尤其是怎样学会与他人沟通，消除心理困扰的内容让我们受益匪浅。希望对同学们有所帮助，在今后的学习生活中排解压力、拥抱快乐。</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sz w:val="28"/>
        </w:rPr>
        <w:t>六、班会总结：</w:t>
      </w:r>
    </w:p>
    <w:p>
      <w:pPr>
        <w:spacing w:before="100" w:after="200" w:line="360" w:lineRule="auto"/>
        <w:ind w:firstLine="576"/>
        <w:jc w:val="left"/>
      </w:pPr>
      <w:r>
        <w:rPr>
          <w:rFonts w:ascii="宋体" w:eastAsia="宋体" w:hAnsi="宋体"/>
          <w:sz w:val="28"/>
        </w:rPr>
        <w:t>通过本次班会活动，与会学生对自己进行了全面的审视，了解了内心真正的需求和努力的方向，从而对以后的学习和生活起了积极指导作用。这次活动在学生中得到良好的反响，他们纷纷表示要在以后的。学习生活中多学习心理健康的知识，全面提高个人综合素质。这次活动的主题是“敞开心怀拥抱快乐”，不仅让同学们体验了一次心灵之旅，同时也学会了如何面对问题，解决问题的思维方式，合理的释放自己的压力，能在活动中引导同学们积极向上的学习态度。同时，让大家懂得不仅身体健康重要，心理健康也很重要。</w:t>
      </w:r>
    </w:p>
    <w:p>
      <w:pPr>
        <w:spacing w:before="100" w:after="200" w:line="360" w:lineRule="auto"/>
        <w:ind w:firstLine="576"/>
        <w:jc w:val="left"/>
      </w:pPr>
      <w:r>
        <w:rPr>
          <w:rFonts w:ascii="宋体" w:eastAsia="宋体" w:hAnsi="宋体"/>
          <w:sz w:val="28"/>
        </w:rPr>
        <w:t>心理健康教育主题班会篇四</w:t>
      </w:r>
    </w:p>
    <w:p>
      <w:pPr>
        <w:spacing w:before="100" w:after="200" w:line="360" w:lineRule="auto"/>
        <w:jc w:val="left"/>
      </w:pPr>
      <w:r>
        <w:rPr>
          <w:rFonts w:ascii="宋体 (中文正文)" w:eastAsia="宋体" w:hAnsi="宋体 (中文正文)"/>
          <w:sz w:val="28"/>
        </w:rPr>
        <w:t>活动目标：</w:t>
      </w:r>
    </w:p>
    <w:p>
      <w:pPr>
        <w:spacing w:before="100" w:after="200" w:line="360" w:lineRule="auto"/>
        <w:ind w:firstLine="576"/>
        <w:jc w:val="left"/>
      </w:pPr>
      <w:r>
        <w:rPr>
          <w:rFonts w:ascii="宋体" w:eastAsia="宋体" w:hAnsi="宋体"/>
          <w:sz w:val="28"/>
        </w:rPr>
        <w:t>1、让学生懂得“团结就是力量”的道理。</w:t>
      </w:r>
    </w:p>
    <w:p>
      <w:pPr>
        <w:spacing w:before="100" w:after="200" w:line="360" w:lineRule="auto"/>
        <w:ind w:firstLine="576"/>
        <w:jc w:val="left"/>
      </w:pPr>
      <w:r>
        <w:rPr>
          <w:rFonts w:ascii="宋体" w:eastAsia="宋体" w:hAnsi="宋体"/>
          <w:sz w:val="28"/>
        </w:rPr>
        <w:t>2、培养学生热爱集体、团结友爱、互帮互助的良好品质。</w:t>
      </w:r>
    </w:p>
    <w:p>
      <w:pPr>
        <w:spacing w:before="100" w:after="200" w:line="360" w:lineRule="auto"/>
        <w:jc w:val="left"/>
      </w:pPr>
      <w:r>
        <w:rPr>
          <w:rFonts w:ascii="宋体 (中文正文)" w:eastAsia="宋体" w:hAnsi="宋体 (中文正文)"/>
          <w:sz w:val="28"/>
        </w:rPr>
        <w:t>设计思路：</w:t>
      </w:r>
    </w:p>
    <w:p>
      <w:pPr>
        <w:spacing w:before="100" w:after="200" w:line="360" w:lineRule="auto"/>
        <w:ind w:firstLine="576"/>
        <w:jc w:val="left"/>
      </w:pPr>
      <w:r>
        <w:rPr>
          <w:rFonts w:ascii="宋体" w:eastAsia="宋体" w:hAnsi="宋体"/>
          <w:sz w:val="28"/>
        </w:rPr>
        <w:t>一个班级，只有团结起来，才能成为一个出色的集体，发挥1+1&gt;2的作用。</w:t>
      </w:r>
    </w:p>
    <w:p>
      <w:pPr>
        <w:spacing w:before="100" w:after="200" w:line="360" w:lineRule="auto"/>
        <w:jc w:val="left"/>
      </w:pPr>
      <w:r>
        <w:rPr>
          <w:rFonts w:ascii="宋体 (中文正文)" w:eastAsia="宋体" w:hAnsi="宋体 (中文正文)"/>
          <w:sz w:val="28"/>
        </w:rPr>
        <w:t>活动准备：</w:t>
      </w:r>
    </w:p>
    <w:p>
      <w:pPr>
        <w:spacing w:before="100" w:after="200" w:line="360" w:lineRule="auto"/>
        <w:ind w:firstLine="576"/>
        <w:jc w:val="left"/>
      </w:pPr>
      <w:r>
        <w:rPr>
          <w:rFonts w:ascii="宋体" w:eastAsia="宋体" w:hAnsi="宋体"/>
          <w:sz w:val="28"/>
        </w:rPr>
        <w:t>《团结就是力量》歌曲《众人划桨开大船》歌曲报纸多份</w:t>
      </w:r>
    </w:p>
    <w:p>
      <w:pPr>
        <w:spacing w:before="100" w:after="200" w:line="360" w:lineRule="auto"/>
        <w:jc w:val="left"/>
      </w:pPr>
      <w:r>
        <w:rPr>
          <w:rFonts w:ascii="宋体 (中文正文)" w:eastAsia="宋体" w:hAnsi="宋体 (中文正文)"/>
          <w:sz w:val="28"/>
        </w:rPr>
        <w:t>（一）、宣布班会开始：</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师：要想烤火，必须添柴；只有添柴，才能取暖。一滴水，只有放进大海才不会干涸；一个人，只有融进集体，才能展现他的才华和生命的价值。每个人与集体都有着密不可分的关系，一个良好的班集体能使自己受到熏陶，健康成长；个人的荣耀也能使集体增添光彩。同学们，今天让我们来上一节班会课，让我们去体会“集体的凝聚力”是多么的重要。</w:t>
      </w:r>
    </w:p>
    <w:p>
      <w:pPr>
        <w:spacing w:before="100" w:after="200" w:line="360" w:lineRule="auto"/>
        <w:ind w:firstLine="576"/>
        <w:jc w:val="left"/>
      </w:pPr>
      <w:r>
        <w:rPr>
          <w:rFonts w:ascii="宋体" w:eastAsia="宋体" w:hAnsi="宋体"/>
          <w:sz w:val="28"/>
        </w:rPr>
        <w:t>下面就请同学A和同学B两名同学来主持这节班会课。心理健康教育主题班会A：同学们！</w:t>
      </w:r>
    </w:p>
    <w:p>
      <w:pPr>
        <w:spacing w:before="100" w:after="200" w:line="360" w:lineRule="auto"/>
        <w:ind w:firstLine="576"/>
        <w:jc w:val="left"/>
      </w:pPr>
      <w:r>
        <w:rPr>
          <w:rFonts w:ascii="宋体" w:eastAsia="宋体" w:hAnsi="宋体"/>
          <w:sz w:val="28"/>
        </w:rPr>
        <w:t>B：老师们！</w:t>
      </w:r>
    </w:p>
    <w:p>
      <w:pPr>
        <w:spacing w:before="100" w:after="200" w:line="360" w:lineRule="auto"/>
        <w:ind w:firstLine="576"/>
        <w:jc w:val="left"/>
      </w:pPr>
      <w:r>
        <w:rPr>
          <w:rFonts w:ascii="宋体" w:eastAsia="宋体" w:hAnsi="宋体"/>
          <w:sz w:val="28"/>
        </w:rPr>
        <w:t>合：大家好！（鞠躬）</w:t>
      </w:r>
    </w:p>
    <w:p>
      <w:pPr>
        <w:spacing w:before="100" w:after="200" w:line="360" w:lineRule="auto"/>
        <w:ind w:firstLine="576"/>
        <w:jc w:val="left"/>
      </w:pPr>
      <w:r>
        <w:rPr>
          <w:rFonts w:ascii="宋体" w:eastAsia="宋体" w:hAnsi="宋体"/>
          <w:sz w:val="28"/>
        </w:rPr>
        <w:t>A：我们今天的主题班会是：团结就是力量”</w:t>
      </w:r>
    </w:p>
    <w:p>
      <w:pPr>
        <w:spacing w:before="100" w:after="200" w:line="360" w:lineRule="auto"/>
        <w:ind w:firstLine="576"/>
        <w:jc w:val="left"/>
      </w:pPr>
      <w:r>
        <w:rPr>
          <w:rFonts w:ascii="宋体" w:eastAsia="宋体" w:hAnsi="宋体"/>
          <w:sz w:val="28"/>
        </w:rPr>
        <w:t>合：现在开始！</w:t>
      </w:r>
    </w:p>
    <w:p>
      <w:pPr>
        <w:spacing w:before="100" w:after="200" w:line="360" w:lineRule="auto"/>
        <w:ind w:firstLine="576"/>
        <w:jc w:val="left"/>
      </w:pPr>
      <w:r>
        <w:rPr>
          <w:rFonts w:ascii="宋体" w:eastAsia="宋体" w:hAnsi="宋体"/>
          <w:sz w:val="28"/>
        </w:rPr>
        <w:t>B：滴水汇成江河，寸土堆成高山。</w:t>
      </w:r>
    </w:p>
    <w:p>
      <w:pPr>
        <w:spacing w:before="100" w:after="200" w:line="360" w:lineRule="auto"/>
        <w:ind w:firstLine="576"/>
        <w:jc w:val="left"/>
      </w:pPr>
      <w:r>
        <w:rPr>
          <w:rFonts w:ascii="宋体" w:eastAsia="宋体" w:hAnsi="宋体"/>
          <w:sz w:val="28"/>
        </w:rPr>
        <w:t>A：人多力量大，柴多火焰高，人多主意好。</w:t>
      </w:r>
    </w:p>
    <w:p>
      <w:pPr>
        <w:spacing w:before="100" w:after="200" w:line="360" w:lineRule="auto"/>
        <w:ind w:firstLine="576"/>
        <w:jc w:val="left"/>
      </w:pPr>
      <w:r>
        <w:rPr>
          <w:rFonts w:ascii="宋体" w:eastAsia="宋体" w:hAnsi="宋体"/>
          <w:sz w:val="28"/>
        </w:rPr>
        <w:t>合：团结就是胜利，团结就是力量！</w:t>
      </w:r>
    </w:p>
    <w:p>
      <w:pPr>
        <w:spacing w:before="100" w:after="200" w:line="360" w:lineRule="auto"/>
        <w:ind w:firstLine="576"/>
        <w:jc w:val="left"/>
      </w:pPr>
      <w:r>
        <w:rPr>
          <w:rFonts w:ascii="宋体" w:eastAsia="宋体" w:hAnsi="宋体"/>
          <w:sz w:val="28"/>
        </w:rPr>
        <w:t>B：请共同高唱《团结就是力量》（展示PPT，歌词，音乐播放）</w:t>
      </w:r>
    </w:p>
    <w:p>
      <w:pPr>
        <w:spacing w:before="100" w:after="200" w:line="360" w:lineRule="auto"/>
        <w:ind w:firstLine="576"/>
        <w:jc w:val="left"/>
      </w:pPr>
      <w:r>
        <w:rPr>
          <w:rFonts w:ascii="宋体" w:eastAsia="宋体" w:hAnsi="宋体"/>
          <w:sz w:val="28"/>
        </w:rPr>
        <w:t>B：是呀，团结就是力量，一个集体，如果不团结，会怎样呢？下面进行我们的第一个活动“故事老鼠偷油”。</w:t>
      </w:r>
    </w:p>
    <w:p>
      <w:pPr>
        <w:spacing w:before="100" w:after="200" w:line="360" w:lineRule="auto"/>
        <w:ind w:firstLine="576"/>
        <w:jc w:val="left"/>
      </w:pPr>
      <w:r>
        <w:rPr>
          <w:rFonts w:ascii="宋体" w:eastAsia="宋体" w:hAnsi="宋体"/>
          <w:sz w:val="28"/>
        </w:rPr>
        <w:t>活动一：小小故事会</w:t>
      </w:r>
    </w:p>
    <w:p>
      <w:pPr>
        <w:spacing w:before="100" w:after="200" w:line="360" w:lineRule="auto"/>
        <w:ind w:firstLine="576"/>
        <w:jc w:val="left"/>
      </w:pPr>
      <w:r>
        <w:rPr>
          <w:rFonts w:ascii="宋体" w:eastAsia="宋体" w:hAnsi="宋体"/>
          <w:sz w:val="28"/>
        </w:rPr>
        <w:t>故事老鼠偷油（主持人A）</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有一群老鼠一块去偷油喝，可是油缸非常深，油在缸底，它们只能闻到油的</w:t>
      </w:r>
    </w:p>
    <w:p>
      <w:pPr>
        <w:spacing w:before="100" w:after="200" w:line="360" w:lineRule="auto"/>
        <w:ind w:firstLine="576"/>
        <w:jc w:val="left"/>
      </w:pPr>
      <w:r>
        <w:rPr>
          <w:rFonts w:ascii="宋体" w:eastAsia="宋体" w:hAnsi="宋体"/>
          <w:sz w:val="28"/>
        </w:rPr>
        <w:t>香味，根本就喝不到油，愈闻愈垂涎。喝不到油的痛苦令它们十分焦急，但焦急又解决不了问题，所以它们就静下心来集思广益，终于想到了一个很棒的办法，就是一只老鼠咬着另一，</w:t>
      </w:r>
    </w:p>
    <w:p>
      <w:pPr>
        <w:spacing w:before="100" w:after="200" w:line="360" w:lineRule="auto"/>
        <w:ind w:firstLine="576"/>
        <w:jc w:val="left"/>
      </w:pPr>
      <w:r>
        <w:rPr>
          <w:rFonts w:ascii="宋体" w:eastAsia="宋体" w:hAnsi="宋体"/>
          <w:sz w:val="28"/>
        </w:rPr>
        <w:t>只老鼠的尾巴，吊下缸底去喝油，它们取得一致的共识：大家轮流喝油，有福同享，谁也不可以有自私独享的念头。</w:t>
      </w:r>
    </w:p>
    <w:p>
      <w:pPr>
        <w:spacing w:before="100" w:after="200" w:line="360" w:lineRule="auto"/>
        <w:ind w:firstLine="576"/>
        <w:jc w:val="left"/>
      </w:pPr>
      <w:r>
        <w:rPr>
          <w:rFonts w:ascii="宋体" w:eastAsia="宋体" w:hAnsi="宋体"/>
          <w:sz w:val="28"/>
        </w:rPr>
        <w:t>第一只老鼠最先吊下去喝油，它想：油就只有这么一点点，大家轮流喝，一点也不过瘾，今天算我运气好，不如自己痛快的喝个饱。夹在中间的第二只老鼠也在想：下面的油没多少，万一让第一只老鼠喝光了，那我岂不要喝西北风了吗？我干嘛这么辛苦地吊在中间让第一只老鼠独自享受一切呢？我看还是把它放了，干脆自己跳下去喝个痛快淋漓！第三只老鼠则在上面想着：油那么少，等它们两个吃饱喝足，哪里还有我的份，倒不如趁这个时候把它们放了，自己跳到罐底饱喝一顿，一解嘴馋。</w:t>
      </w:r>
    </w:p>
    <w:p>
      <w:pPr>
        <w:spacing w:before="100" w:after="200" w:line="360" w:lineRule="auto"/>
        <w:ind w:firstLine="576"/>
        <w:jc w:val="left"/>
      </w:pPr>
      <w:r>
        <w:rPr>
          <w:rFonts w:ascii="宋体" w:eastAsia="宋体" w:hAnsi="宋体"/>
          <w:sz w:val="28"/>
        </w:rPr>
        <w:t>于是第二只老鼠放了第一只的尾巴，第三只也迅速放了第二只的尾巴，它们争先恐后地跳到缸里头去，浑身湿透，一副狼狈不堪的样子，加上脚滑缸深，它们从此再也逃不出油缸，最后都死在油缸里了。</w:t>
      </w:r>
    </w:p>
    <w:p>
      <w:pPr>
        <w:spacing w:before="100" w:after="200" w:line="360" w:lineRule="auto"/>
        <w:ind w:firstLine="576"/>
        <w:jc w:val="left"/>
      </w:pPr>
      <w:r>
        <w:rPr>
          <w:rFonts w:ascii="宋体" w:eastAsia="宋体" w:hAnsi="宋体"/>
          <w:sz w:val="28"/>
        </w:rPr>
        <w:t>【提问】老鼠为什么都死在油缸里了？（学生来发言，主持人A总结：俗话说，“一人进山难打虎，众人下海可擒龙。”一滴晶莹的水珠虽然美丽，但经不起太阳的曝晒，一个人的力量再大，也不能单枪匹马杀出天下，只有团结才会让人生之路更平坦，正所谓天时不如地利，地利不如人和。）</w:t>
      </w:r>
    </w:p>
    <w:p>
      <w:pPr>
        <w:spacing w:before="100" w:after="200" w:line="360" w:lineRule="auto"/>
        <w:ind w:firstLine="576"/>
        <w:jc w:val="left"/>
      </w:pPr>
      <w:r>
        <w:rPr>
          <w:rFonts w:ascii="宋体" w:eastAsia="宋体" w:hAnsi="宋体"/>
          <w:sz w:val="28"/>
        </w:rPr>
        <w:t>活动二：语言接力赛</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https://d.book118.com/127005125060006050</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2700512506000605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cp:revision>1</cp:revision>
  <dcterms:created xsi:type="dcterms:W3CDTF">2013-12-23T23:15:00Z</dcterms:created>
  <dcterms:modified xsi:type="dcterms:W3CDTF">2013-12-23T23:15:00Z</dcterms:modified>
</cp:coreProperties>
</file>