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教育书籍读书心得体会（32篇）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教育书籍读书心得体会 1</w:t>
      </w:r>
      <w:r>
        <w:rPr>
          <w:lang w:eastAsia="zh-CN"/>
        </w:rPr>
        <w:br/>
      </w:r>
      <w:r>
        <w:rPr>
          <w:lang w:eastAsia="zh-CN"/>
        </w:rPr>
        <w:t>　　新教育行动在全国如火如荼的开展，我们也积极的参与其中。又一次的读了这本教育典著，又一次的豁然开朗，又一次的被深深的震撼。再一次的重读新教育，这一次我对它的理念是：“过一种幸福而完整的教育生活。”有了更深的理解，燃起了我对教育的新的期望。教育也可以是幸福的、完整的。这句话，不只说我们教师要过幸福而完整的教育生活，学生也应该是幸福的。</w:t>
      </w:r>
      <w:r>
        <w:rPr>
          <w:lang w:eastAsia="zh-CN"/>
        </w:rPr>
        <w:br/>
      </w:r>
      <w:r>
        <w:rPr>
          <w:lang w:eastAsia="zh-CN"/>
        </w:rPr>
        <w:t>　　这本书中我最欣赏的一句话是：行动就有收获。朱永新教授说的是，只要你去做，你就能行；只要你去做你就会成功。是的呀。在人生的漫漫长河中，我们总是想要的、希望的很多，而实现的却很少。原因有很多种，自身的惰性，是最重要的是，没有去行动，没有去坚持。我们不需要华而不实的话语，我们不需要夸夸其谈的口号，我们只需要踏踏实实的去做、去行动，就一定会有所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然而，在整本书里我感受最深的.是没有教师的幸福，就不会有快乐的学生。教师是教育活动的支撑点，一切为了教师，为了教师的一切。让教师和学生在教育过程中共同成长，共同发展进步。让教师和学生一样，也能享受教育的幸福感和愉悦感。我们校长也常说，一个学校发展的最最核心的的东西就是教师用自己的专业发展带动学校的发展，进而去影响学生的成长。那就很清楚了，如果没有教师的成长，也就不会有学生的成长；没有教师的快乐就不会有学生的快乐。教师不快乐，他就没有激情去拥抱他的教育生活，那么幸福的教育生活从何而来？</w:t>
      </w:r>
      <w:r>
        <w:rPr>
          <w:lang w:eastAsia="zh-CN"/>
        </w:rPr>
        <w:br/>
      </w:r>
      <w:r>
        <w:rPr>
          <w:lang w:eastAsia="zh-CN"/>
        </w:rPr>
        <w:t>　　一个人精神发育史就是一个人的阅读史。阅读让我们精神起来！因此我们教师应该把阅读当成一个自己的习惯，就像每天起床、吃饭一样，每天读每天都有收获。在收获中成长，在收获中快乐，自己快乐，孩子们也就快乐了。</w:t>
      </w:r>
      <w:r>
        <w:rPr>
          <w:lang w:eastAsia="zh-CN"/>
        </w:rPr>
        <w:br/>
      </w:r>
      <w:r>
        <w:rPr>
          <w:lang w:eastAsia="zh-CN"/>
        </w:rPr>
        <w:t>　　朱永新教授还说过：“只有追求理想，超越自我，才能培养积极的态度，真正的让教师、学生和学校一起成长。每个老师都应该有自己的梦，都应该给自己一种挑战自我的勇气，一种超越的精神。这样每一个老师、每一位学生都要成功、都会成功。</w:t>
      </w:r>
      <w:r>
        <w:rPr>
          <w:lang w:eastAsia="zh-CN"/>
        </w:rPr>
        <w:br/>
      </w:r>
      <w:r>
        <w:rPr>
          <w:lang w:eastAsia="zh-CN"/>
        </w:rPr>
        <w:t>　　为师者，不断提高自己，用心阅读，用心成长，用心总结。让我们在新教育这条路上，越走越坚定，越走越平坦。</w:t>
      </w:r>
      <w:r>
        <w:rPr>
          <w:lang w:eastAsia="zh-CN"/>
        </w:rPr>
        <w:br/>
      </w:r>
      <w:r>
        <w:rPr>
          <w:lang w:eastAsia="zh-CN"/>
        </w:rPr>
        <w:t xml:space="preserve">    　　教育书籍读书心得体会 2 </w:t>
      </w:r>
      <w:r>
        <w:rPr>
          <w:lang w:eastAsia="zh-CN"/>
        </w:rPr>
        <w:br/>
      </w:r>
      <w:r>
        <w:rPr>
          <w:lang w:eastAsia="zh-CN"/>
        </w:rPr>
        <w:t>　　时间过得飞快，想想自己工作也已二十几年了。送走的学生也是形形色色，各有各的样，也体会到了作为教师的酸甜苦辣。总觉得现在的学生真是越来越不好管，工作压力越来越大。曾几何时渐渐和潇洒自如越离越远，苦和累成了每天的必修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前不久看了《魏书生教育教学艺术》一书，思绪万千，感慨不已。既感叹其教育思想的时代性和切实性，又佩服其教育方式和方法的针对性、多样性，回顾这些年的教育教学生涯，看到了自己的不足。“同为人师，为何一些简单不过的道理在自己身上就不能运用，起不到好的效果”成为看魏书生书的同时时常徘徊在脑海中的问题。</w:t>
      </w:r>
      <w:r>
        <w:rPr>
          <w:lang w:eastAsia="zh-CN"/>
        </w:rPr>
        <w:br/>
      </w:r>
      <w:r>
        <w:rPr>
          <w:lang w:eastAsia="zh-CN"/>
        </w:rPr>
        <w:t>　　古人云：知已知彼，百战不殆。我们的教育又何尝不是如此，只有了解学生才能真正做到教书、育人。综观古今中外凡有成就的教师、教育家，都有一个共同的特点：有知人之明，能察觉学生思想深处的奥秘，能触摸到学生感情的脉搏，他们的心和被教育者是息息相关的。也只有这样的教学，对于教师和学生来说才是一种幸福和享受。反思过去，作为教师，自己的责任心很强真是把他们都当成了自己的孩子，对他们严格要求，关爱有加;可是今天想来，自己对他们又了解多少呢?又有多少时间让学生说出自己的想法，和朋友那样与他们聊天、谈心，真正走进他们的.心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了解学生方面，我们也往往是从学生学习态度、行为习惯的表现上简单的了解和简单的评价学生，对那些上课认真听讲，下课也不调皮捣蛋的孩子老师当然是越看越喜欢，也自然给他们的机会多一些;而那些所谓的“不讨人喜欢的孩子”有时就被我们在不知不觉中忽略了。长此以往，孩子的发展当然是越来越失衡。这些都是我们所不愿看到了。因此教师不仅要了解学生思想、行为变化的特殊规律，而且要了解学生思想、行为变化的普遍规律，不仅善于把精力花在偶然的个别事件的处理上，更善于把主要精力用在带有普遍性、规律性的问题上，从而提高教育工作的效率。学了魏书生的有关理论，现在渐渐认识到了学生的心灵都是矛盾的统一体，好学生和后进学生的区别只在于头脑中是非，好坏排列的顺序及比例不同而已。正是因为后进同学上进心的幼苗小而枯黄，有的常常被压在石头下，才更需要教师的同情、关注和扶植。懂得了这些理论知识，我在具体教育过程中加以运用，果然效果明显，某些平时不听话的同学，调皮的同学经过一阶段的努力，都有了较大的进步，与学生的情感交流也更和谐了。</w:t>
      </w:r>
      <w:r>
        <w:rPr>
          <w:lang w:eastAsia="zh-CN"/>
        </w:rPr>
        <w:br/>
      </w:r>
      <w:r>
        <w:rPr>
          <w:lang w:eastAsia="zh-CN"/>
        </w:rPr>
        <w:t>　　随着社会文明的不断发展，教师的角色地位也在不断地变化。以前教师说的，学生就得无条件的服从，无条件的执行老师的安排。现在我们更多的是关注人文性，也在不断提倡“人性化服务”。说到底其实我们的教育更应人性化，我们一直在说：要蹲下身子和孩子说话，就是要强调人与人之间的平等性。老师也是从学生时代走过来的，学生的今天就是老师的昨天，学生犯了错误时的心情，老师通过回忆自己当年犯的错误时的心情就能认识更真切一些。这就是魏书生说的“用回忆的方法去感知”。</w:t>
      </w:r>
      <w:r>
        <w:rPr>
          <w:lang w:eastAsia="zh-CN"/>
        </w:rPr>
        <w:br/>
      </w:r>
      <w:r>
        <w:rPr>
          <w:lang w:eastAsia="zh-CN"/>
        </w:rPr>
        <w:t>　　读魏书生的书是一种享受，读魏书生的思想是对自身思想、灵魂的提升和升华，读了魏书生的书才知道什么是教书育人，什么是为人师表。</w:t>
      </w:r>
      <w:r>
        <w:rPr>
          <w:lang w:eastAsia="zh-CN"/>
        </w:rPr>
        <w:br/>
      </w:r>
      <w:r>
        <w:rPr>
          <w:lang w:eastAsia="zh-CN"/>
        </w:rPr>
        <w:t xml:space="preserve">    　　教育书籍读书心得体会 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经常对家人说，当老师的我很忙，没有时间干家务活。对朋友说，当老师很累，没有意思。确实没有老师不抱怨自己的时间不够用的，天天是上课、改作业、备课辅导、谈话开会理论学习等等，连一分钟空闲的时间都没有。这里面除了没有很好地安排自己的时间而觉得时间不够用外，整天被迫着去做这些事，心累，恐怕问题还是出在疲于应付上，整天是事情在后面追着自己，简单的说：“头痛医头，脚痛医脚”，而没有主动去做。教师的任务比较繁重，时间总会在不知不觉中流淌，就看自己能不能把握得住了。</w:t>
      </w:r>
      <w:r>
        <w:rPr>
          <w:lang w:eastAsia="zh-CN"/>
        </w:rPr>
        <w:br/>
      </w:r>
      <w:r>
        <w:rPr>
          <w:lang w:eastAsia="zh-CN"/>
        </w:rPr>
        <w:t>　　谈到如何解决时间这个问题，苏霍姆林斯基举了这么一个例子：一位有三十年教龄的历史老师上了一届公开课，区培训班的学员和区教育局的指导员都来听课。课上的非常出色，听课的老师和指导员本来打算记一些记录，可是他们听的入了迷，竟然连记录都忘记了，就像自己也变成了学生一样。这是多么令人惊叹啊！课后有一位教师问他：“你花了多少时间来备这节课？不止一个小时吧？”这位历史老师说：“对这节课，我准备了一辈子。而且总的来说，对这个课题的直接准备，或者说现场准备，我只用了大约15分钟。”一辈子都在备课，这是一件多么不容易的事啊。教师的时间从哪里来？一昼夜只有24小时。确实，做教师的每天必须备课、上课、改作业、课外辅导……现在还要抽出时间来读书搞科研。带着这个问题，我阅读到书中所写：怎样进行呢，书中给了我们一个很好的建议：这就是读书，每天不间断地读书，跟书籍结下终生的友谊。潺潺小溪，每日不断，注入思想的大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苏霍姆林斯基说：一些优秀教师的教育技巧的提高，正是由于他们持之以恒地读书，不断地补充他们的知识的大海。如果一个教师在他刚参加教育工作的头几年里所具备的`知识，与他要教给儿童的最低限度知识的比例为10：1，那么到他有了15年至20年教龄的时候，这个比例就变为20：1，30：1，50：1。这一切都归功于读书。我想：这也就是许许多多优秀教师之所以优秀的根源。在今后的日子里加大阅读量，多读书，读好书，读书不是为了应付明天的课，而是出自内心的需要和对知识的渴求。如果你想有更多的空闲时间，不至于把备课变成单调乏味的死抠教科书，那你就要读学术著作。是啊！我们应当在自己所教的那门学科里，使学校教科书里包含的那点科学基础知识，只不过是入门的常识，在科学知识的大海里，我们所教给学生的教科书里那点基础知识，应当只是沧海之一粟。读了这些，我茅塞顿开，教师的时间问题是与教育过程的一系列因素和方面密切相关的。教师进行劳动和创造的时间好比一条大河，要靠许多小的溪流来滋养它。怎样使这些小溪永远保持活力，有潺潺不断的流水，这是我们安排时间时应该首先考虑清楚的！</w:t>
      </w:r>
      <w:r>
        <w:rPr>
          <w:lang w:eastAsia="zh-CN"/>
        </w:rPr>
        <w:br/>
      </w:r>
      <w:r>
        <w:rPr>
          <w:lang w:eastAsia="zh-CN"/>
        </w:rPr>
        <w:t xml:space="preserve">    　　教育书籍读书心得体会 4 </w:t>
      </w:r>
      <w:r>
        <w:rPr>
          <w:lang w:eastAsia="zh-CN"/>
        </w:rPr>
        <w:br/>
      </w:r>
      <w:r>
        <w:rPr>
          <w:lang w:eastAsia="zh-CN"/>
        </w:rPr>
        <w:t>　　新教育的核心理念之一就是“为了一切的人，为了人的一切”，是“为了一切的人”，而不是“为了每位学生”。这里的“一切的人”不仅指学生，还包括教师、校长、父母和一切与教育有关的人。新教育实验的目的是“让教师和学生过一种幸福完整的教育生活”，主要通过改变教师的行走方式、学生的生存状态、学校的发展模式、教师的科研范式来实现这一目的。在我看来，实现这一目的的过程实际上也是教师和学生一起成长的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一起阅读、一起思考、一起写作。老师和学生一起阅读、共写随笔，无论对老师还是学生都是一种督促，有利于养成良好习惯，共同编织有意义的生活。为了写得精彩，就必须做得精彩、活得精彩。阅读滋养底气，思考带来灵气，实践造就名气。</w:t>
      </w:r>
      <w:r>
        <w:rPr>
          <w:lang w:eastAsia="zh-CN"/>
        </w:rPr>
        <w:br/>
      </w:r>
      <w:r>
        <w:rPr>
          <w:lang w:eastAsia="zh-CN"/>
        </w:rPr>
        <w:t>　　我们一起晨诵午读暮省，探索积极的生活方式。新教育实验的儿童课程包括晨诵——用诗歌开启新的一天，午读——用美丽的童书滋润童年，暮省——学会反思的生活。其实，这种积极的生活方式也同样适合教师，教师要和学生一起晨诵、午读、暮省。</w:t>
      </w:r>
      <w:r>
        <w:rPr>
          <w:lang w:eastAsia="zh-CN"/>
        </w:rPr>
        <w:br/>
      </w:r>
      <w:r>
        <w:rPr>
          <w:lang w:eastAsia="zh-CN"/>
        </w:rPr>
        <w:t>　　我们一起推进每月一事。我们一起学会吃饭，学会节俭；我们一起不闯红灯，学会遵守规则；我们一起种树，培养公益意识；我们一起踏青，亲近自然；我们一起扫地，热爱劳动、尊重劳动、善于劳动；我们一起唱歌，学会欣赏艺术；我们一起玩球，学会健身；我们一起笑着和别人打招呼，学会交往；我们一起阅读，一起求知；我们一起写家书，学会感恩；我们一起演说，学会表达，培养口才；我们一起写日记，学会坚持，学会自省。</w:t>
      </w:r>
      <w:r>
        <w:rPr>
          <w:lang w:eastAsia="zh-CN"/>
        </w:rPr>
        <w:br/>
      </w:r>
      <w:r>
        <w:rPr>
          <w:lang w:eastAsia="zh-CN"/>
        </w:rPr>
        <w:t>　　我们一起构建理想课堂。课堂是属于学生的，老师是课堂的护卫者、服务者、促进者和协作者。构建理想课堂，落实有效的教学框架、发掘知识的魅力、实现知识社会生活和师生生命产生深刻共鸣，需要老师和学生的共同努力。</w:t>
      </w:r>
      <w:r>
        <w:rPr>
          <w:lang w:eastAsia="zh-CN"/>
        </w:rPr>
        <w:br/>
      </w:r>
      <w:r>
        <w:rPr>
          <w:lang w:eastAsia="zh-CN"/>
        </w:rPr>
        <w:t>　　我们一起聆听窗外的声音，一起培养卓越口才，一起建设数码社区，一起缔造完美教室，一起研发卓越课程，一起合作共建家校……</w:t>
      </w:r>
      <w:r>
        <w:rPr>
          <w:lang w:eastAsia="zh-CN"/>
        </w:rPr>
        <w:br/>
      </w:r>
      <w:r>
        <w:rPr>
          <w:lang w:eastAsia="zh-CN"/>
        </w:rPr>
        <w:t>　　我认为，在新教育的`实施过程中我们教师要努力做到一下几点：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老师是学生的榜样，要求学生做到的，老师要首先做到。比如营造书香校园、师生共写随笔、聆听窗外声音、培养卓越口才等等，我们老师就要首先做到，才能要求学生阅读、写作、演讲、关心社会。教师要为学生树立积极正面的榜样。教师只有以身作则，为人师表，学生才会有法可效。《论语·子路》言：“其身正，不令而行；其身不正，虽令不从。说的就是这个道理。</w:t>
      </w:r>
      <w:r>
        <w:rPr>
          <w:lang w:eastAsia="zh-CN"/>
        </w:rPr>
        <w:br/>
      </w:r>
      <w:r>
        <w:rPr>
          <w:lang w:eastAsia="zh-CN"/>
        </w:rPr>
        <w:t>　　2、教给学生一生有用的东西。教给学生积极的人生态度，让学生学会如何对待未来、对待工作、对待社会、对待学习、对待他人、对待自己。教给学生思考问题的方法，解决问题的能力，培养良好的生活习惯。回想我的教育经历，我的老师们教给我的很多东西都一生受用，譬如守时。</w:t>
      </w:r>
      <w:r>
        <w:rPr>
          <w:lang w:eastAsia="zh-CN"/>
        </w:rPr>
        <w:br/>
      </w:r>
      <w:r>
        <w:rPr>
          <w:lang w:eastAsia="zh-CN"/>
        </w:rPr>
        <w:t>　　3、用教师的专业发展，影响学生的成长。要特别注意的是是“影响”，而不是改变。这就需要教师不断学习充实自我，通过专业阅读、专业写作和专业共同体来实现自身的专业发展。</w:t>
      </w:r>
      <w:r>
        <w:rPr>
          <w:lang w:eastAsia="zh-CN"/>
        </w:rPr>
        <w:br/>
      </w:r>
      <w:r>
        <w:rPr>
          <w:lang w:eastAsia="zh-CN"/>
        </w:rPr>
        <w:t>　　4、发现学生身上的闪光点，向学生学习。“三人行，必有吾师。”学习他们的纯真善良、充满活力，学习他们的坚持和较真，学习他们敢于提出质疑……</w:t>
      </w:r>
      <w:r>
        <w:rPr>
          <w:lang w:eastAsia="zh-CN"/>
        </w:rPr>
        <w:br/>
      </w:r>
      <w:r>
        <w:rPr>
          <w:lang w:eastAsia="zh-CN"/>
        </w:rPr>
        <w:t>　　我们一起行动，一起坚持，一起成长。只要行动就有收获，只有坚持才有奇迹。幸福完整的教育生活需要老师和学生共同来创造。</w:t>
      </w:r>
      <w:r>
        <w:rPr>
          <w:lang w:eastAsia="zh-CN"/>
        </w:rPr>
        <w:br/>
      </w:r>
      <w:r>
        <w:rPr>
          <w:lang w:eastAsia="zh-CN"/>
        </w:rPr>
        <w:t xml:space="preserve">    　　教育书籍读书心得体会 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最近，我认真阅读《有效老师》，捧读此书，我收获很大。这本书所给出的教学上的许多建议，使我在原来教学中的许多疑虑一下烟消云散。每次读到其中的案例时，我不由联想到了自己，如果我遇到了类似的情况，我会如故事中老师一样对待如此的学生吗？当意外发生时，当学生的行为已经超越了底线，我会如何呢？我会和故事中的老师一样一笑了之，灵活地应付，还是会大发雷霆，以自己的威严压载学生个性的闪现？我不得而知，但是我已经在慢慢转变我自己，慢慢融入到孩子们中间，成为他们最为可亲的朋友。</w:t>
      </w:r>
      <w:r>
        <w:rPr>
          <w:lang w:eastAsia="zh-CN"/>
        </w:rPr>
        <w:br/>
      </w:r>
      <w:r>
        <w:rPr>
          <w:lang w:eastAsia="zh-CN"/>
        </w:rPr>
        <w:t>　　对于我们教师而言，要学的东西太多。教师只有再度作为学生，拿起书本，不断地充实自己才能与时俱进，不断以全新的眼光来观察和指导整个教育过程。其中讲到“优秀的老师，让差生变好，让好生更优秀。学生失败的同时，我们也失败了。”牢固树立终身学习的理念，创造性地开展教书育人工作。比方向更重要的`是态度，比态度更重要的是毅力。</w:t>
      </w:r>
      <w:r>
        <w:rPr>
          <w:lang w:eastAsia="zh-CN"/>
        </w:rPr>
        <w:br/>
      </w:r>
      <w:r>
        <w:rPr>
          <w:lang w:eastAsia="zh-CN"/>
        </w:rPr>
        <w:t>　　那么如何才能真正“做最好的老师”呢？编者在《有效老师》一书中将影响教师一生的中外教育家经典感言对于我们教师具有深刻的借鉴和指导意义。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书中提到狄德罗提出：“教师要有丰富的情感——热爱孩子，是教师生活中最主要的东西。不允许漠视学生的情感，因为教师的漠视就是一种摧残，这是不能容忍的。情感淡漠使人平庸，情感衰退使杰出的人失色，有意摧残情感是绝对的蠢事。我们当以自勉——不论对自己还是对学生。”在教师素质的诸多因素中，对学生的奉献之心、理解之心、平等之心、责任之心等教师非智力因素是第一位的。因此，教师的责任首先在于发现并扶正学生心灵土壤中的每一株幼芽，让它不断壮大，最后排挤掉自己缺点的杂草。在教学工作中，应关注全体，特别是对处在困境中的学生进行关心、鼓励、帮助、引导，时常对他们报以“你真行，你真棒”的暗示，这犹如涓涓细流，流淌在学生心灵之间，让他们享受到教育的温暖，激发起求起的欲望。学生的茁壮成长，是我们教师不可推御的责任。</w:t>
      </w:r>
      <w:r>
        <w:rPr>
          <w:lang w:eastAsia="zh-CN"/>
        </w:rPr>
        <w:br/>
      </w:r>
      <w:r>
        <w:rPr>
          <w:lang w:eastAsia="zh-CN"/>
        </w:rPr>
        <w:t>　　作为一名教师，要更新观念、努力创新，担负起教育下一代的责任，主动思考，虚心求教，肯干、实干，不断在实践中摸索总结，尽全力把工作做得细致、扎实。同时，细心总结工作经验，在摸索中前进。“昨天的孩子，课本是他们的世界；今天的孩子，世界是他们的课本”，身处课改大潮中的一名普通教师，该以什么样的态度来面对今天的教育？我想，我应该快乐地迎接每一天，以正确的态度面对自己的事业，面对自己的工作，面对自己的学生，全身心去研究课程、教材、学生、教法等，让自己的教育教学水平得以提升，做到德才兼备。抓住“课改”带来的发展机遇，树立较强的科研意识，走进新课程，刻苦钻研课堂教学艺术，争做善于吸收的学习型教师，善于研究的反思型教师，敢于探索的创新型教师。</w:t>
      </w:r>
      <w:r>
        <w:rPr>
          <w:lang w:eastAsia="zh-CN"/>
        </w:rPr>
        <w:br/>
      </w:r>
      <w:r>
        <w:rPr>
          <w:lang w:eastAsia="zh-CN"/>
        </w:rPr>
        <w:t>　　其实，做名好老师的方法还有很多，只要我们有一颗善于发现的眼睛。只要我们大家都行动起来，从现在开始认清教师岗位职责，树立“以人为本”的教育观，我们的素质教育就不会落空，那么，每一位教师都会成为一名好教师。</w:t>
      </w:r>
      <w:r>
        <w:rPr>
          <w:lang w:eastAsia="zh-CN"/>
        </w:rPr>
        <w:br/>
      </w:r>
      <w:r>
        <w:rPr>
          <w:lang w:eastAsia="zh-CN"/>
        </w:rPr>
        <w:t xml:space="preserve">    　　教育书籍读书心得体会 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教育终究是基于生命和贯穿生命的，因而，它最终能够以更美好的生命的方式，缓慢而坚定地证明人性的胜利，证明我们内心对自由、光明、幸福不可扼制的渴求。谁专心致志于自己的事业，谁就能够把这样的信念坚持更久。“这是张文质老师在《教育是慢的艺术》中所写的自序中的一段文字。</w:t>
      </w:r>
      <w:r>
        <w:rPr>
          <w:lang w:eastAsia="zh-CN"/>
        </w:rPr>
        <w:br/>
      </w:r>
      <w:r>
        <w:rPr>
          <w:lang w:eastAsia="zh-CN"/>
        </w:rPr>
        <w:t>　　我挺喜欢这样的文字。肖川老师的文字里也会常常读到这样的一种感受。真正理解教育、热爱教育、尊重教育的人，他的文字里就总能流露出对生命的理解和尊重。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育是需要等待，需要耐心的，确实是”缓慢“然而又是”坚定“的。每一次考试之前的班会课，学校都安排主题为诚信教育，考风考纪讲了又讲，诚信签名也是签了又签。然而，作弊的行为依然屡禁不止。每次年级通报作弊的学生名单时，我的心就揪得紧紧的，生怕听到自己班级孩子的名字。不知道是对学生不信任还是对自己不信任，总之会有一种紧张的情绪。虽然每次考前动员，我都费尽心思，总要讲一些他们之前没听过的故事。因为，我担心老生常谈最后会变成空谈。比如这次期末考前，我讲了一个留学生到德国去的时候所经历的一件事。来自其他国家的留学生都可以顺利通过检查，唯独来自中国的学生要被留下来详细检查，他们不大相信文凭上的钢印，不大相信身份证是真实的，因为中国假的东西太多了，以至于他们觉得这个民族他们不敢随意相信。你在国内，觉得处处防假，经常打假，都习以为常了。然而，走出国门，你才会发现，原来，民族的诚信危机已经影响到整个国家的尊严了。国有国格，人有人格。面对这样的诚信危机，我们能做些什么?每一次考试，希望我们都能想到我们的'责任。类似这样的教育很多，我们得不厌其烦地去寻找新鲜的教育故事，因为我们一直希望孩子们的生命会很美丽，能尽量少沾染一些市侩的污浊气。</w:t>
      </w:r>
      <w:r>
        <w:rPr>
          <w:lang w:eastAsia="zh-CN"/>
        </w:rPr>
        <w:br/>
      </w:r>
      <w:r>
        <w:rPr>
          <w:lang w:eastAsia="zh-CN"/>
        </w:rPr>
        <w:t>　　孩子们今后走上社会，会看到很多阴暗面，会遇到很多挫折，会遇到很多与学校所教育的价值观相冲突的东西。然后，我想，只要每个生命在他的成长过程中已经得到了生命的教育，那么，他会知道该怎么去面对阴暗面，该怎么去阳光地、积极地对待挫折。</w:t>
      </w:r>
      <w:r>
        <w:rPr>
          <w:lang w:eastAsia="zh-CN"/>
        </w:rPr>
        <w:br/>
      </w:r>
      <w:r>
        <w:rPr>
          <w:lang w:eastAsia="zh-CN"/>
        </w:rPr>
        <w:t>　　要”专心致志于自己的事业“，才能把教育的信念坚持更久。也只有专心致志于自己的事业，才能得到更多的幸福和自由。</w:t>
      </w:r>
      <w:r>
        <w:rPr>
          <w:lang w:eastAsia="zh-CN"/>
        </w:rPr>
        <w:br/>
      </w:r>
      <w:r>
        <w:rPr>
          <w:lang w:eastAsia="zh-CN"/>
        </w:rPr>
        <w:t>　　教育就是这么一个工作。每带一批学生，我便投入极大的心力。收获的就是艰辛与幸福。每次非常疲惫之后，我想，下次，即使再大的幸福，我也不全心投入了。然而，当接手一个班级之后，又不自觉地投入进去了。我发现自己没法不投入。于是就难免很累。现在慢慢的也接受这么一个事实了，我就是这么一个控制不住会牵挂人的人。也许，这正证明着我”内心对自由、光明、幸福不可扼制的渴求“呢。</w:t>
      </w:r>
      <w:r>
        <w:rPr>
          <w:lang w:eastAsia="zh-CN"/>
        </w:rPr>
        <w:br/>
      </w:r>
      <w:r>
        <w:rPr>
          <w:lang w:eastAsia="zh-CN"/>
        </w:rPr>
        <w:t>　　用生命润泽生命，教育是基于生命且贯穿生命的。所以，我们的生命得时时在场。不能含糊，不能应付。</w:t>
      </w:r>
      <w:r>
        <w:rPr>
          <w:lang w:eastAsia="zh-CN"/>
        </w:rPr>
        <w:br/>
      </w:r>
      <w:r>
        <w:rPr>
          <w:lang w:eastAsia="zh-CN"/>
        </w:rPr>
        <w:t xml:space="preserve">    　　教育书籍读书心得体会 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美术教学理论与方法》是一本凝聚作者多年研究成果的美术教学理论教材，全书分三编。第一编美术教学理论基础，主要介绍了美术教学的前提、理论的基础、理论与方法的演变及中国学校美术教学的历史。第二编美术教学方法，主要论述了美术教学设计、内容及方法、评价和研究；第三编美术教学研究，主要阐述了美术课程资源开发、教学研究及美术教师专业化成长等。</w:t>
      </w:r>
      <w:r>
        <w:rPr>
          <w:lang w:eastAsia="zh-CN"/>
        </w:rPr>
        <w:br/>
      </w:r>
      <w:r>
        <w:rPr>
          <w:lang w:eastAsia="zh-CN"/>
        </w:rPr>
        <w:t>　　该书的第二编第七章美术教育评价中，主要描述了美术教育评价是教育评价的组成部分。教育评价的目的在于改善和提高美术教学质量，促进学生全面发展、改进教师的教学，并促进美术课程不断发展。课程与评价之间的界限并未刻意划分，评价存在并贯穿于课程与每天的教学之中。鉴于美术学科的独特性，在美术教学中提倡采用多样化评价模式、表现性评价模式、档案袋性评价模式。其中档案袋评价最具有实用性。档案袋评价的功能在于真实描绘出学生美术学习的完整图像，并促进学习者进行自我评价和反思，此外它还可以把家庭也带入美术教学评价中，让学校和家庭共同为学生建立起成长的桥梁。通过本章节的阅读使我思考了很多。作为一个美术老师，我们有责任有义务对所教的学科，所教学生学习的效果如何，有一个科学的、有效的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教学中，重视学生作业的评价是每一节都要做到的，时刻提醒自己：每一个人都想得到别人的肯定与认可，尤其是小孩子更喜欢夸奖，做老师的更有理由去夸赞他们。上美术课的时候，有的同学会边画边问我：“老师，你看我画的漂亮吗”“我画的.好看吗”，针对这种情况我从不敢敷衍了事，比如“差不多”“还可以”“画得像什么，乱七八糟的！”这类词我从来不用。或许这位同学画得的确不好，但作为老师，我都要充满赞赏地对他对竖起大拇指，用鼓励的语气告诉他：“画得不错，你比起以前有了进步”，并且告诉他该如何改进，耐心的给他提建议，或者给他作个师范，告诉他如果你稍稍地认真改动一下，颜色涂匀一些就会好看得多。在进行作业展评的时候，我也不千篇一律地说同学们的作业做得都很好，尤其是某某同学的，总是针对学生的作品进行细致、具体的评价，评到优秀的作品时，我这样说：老师特别喜欢你这次画的人物，很生动活泼颜色涂得也很漂亮，比以前画得更好。不那么令人满意的作品，即使是找不到表扬的地方，我也要用鼓励的声音说：你看你这根线画得多好啊，这块颜色涂得多漂亮啊，如果其它的地方也这样画，老师就会更喜欢。同时，在学生评价自己或者他人的作品时，我也要求他们多采用鼓励的语言去进行评价。</w:t>
      </w:r>
      <w:r>
        <w:rPr>
          <w:lang w:eastAsia="zh-CN"/>
        </w:rPr>
        <w:br/>
      </w:r>
      <w:r>
        <w:rPr>
          <w:lang w:eastAsia="zh-CN"/>
        </w:rPr>
        <w:t>　　即便如此，也总是有这样那样的遗憾。比如，有的学生对美术的学习积极性不高，不喜欢做作业，不喜欢画画，如果是这样的学生应用档案袋评价，我想会有比较显著的效果。因为档案袋评价可以弥补在一般性作业评价中的不足，更有利于师生互动，生生互动，还可以把家庭也参与进来。它的作用相当于学生成长袋，在档案袋中，作者自己可以把作品创作过程和入选说明写进去，包括自己对作品的分析与评价。在作品的创作过程中，也可以收录进去其它同学对作品的评价，以及家长对作品的看法与建议，档案袋里的作品定期进行公开展示，小学生都喜欢别人的夸赞，都希望自己的作业得到好评，这种评价方法本身对他就是一种促进的方式，档案袋评价还有一个更为充足的理由，那就是自己对作品进行保存。这真是一个非常有创意的评价方法，在美术课堂教学中可以有选择地利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读书，读好书不仅可以丰富知识，更是打开了一扇启迪智慧的大门。</w:t>
      </w:r>
      <w:r>
        <w:rPr>
          <w:lang w:eastAsia="zh-CN"/>
        </w:rPr>
        <w:br/>
      </w:r>
      <w:r>
        <w:rPr>
          <w:lang w:eastAsia="zh-CN"/>
        </w:rPr>
        <w:t xml:space="preserve">    　　教育书籍读书心得体会 8 </w:t>
      </w:r>
      <w:r>
        <w:rPr>
          <w:lang w:eastAsia="zh-CN"/>
        </w:rPr>
        <w:br/>
      </w:r>
      <w:r>
        <w:rPr>
          <w:lang w:eastAsia="zh-CN"/>
        </w:rPr>
        <w:t>　　教师节前夕，收到了在烟台工作的一名学生送给我的礼物——尹建莉老师写的教育读本《好妈妈胜过好老师》。看了这本书，身为人母又身为人师的我，被书中的内容深深的吸引和打动。看的时候，我的心情一直起伏不定，给我最大的感受是，它让我发现，原本我们一直认为正确的教育方式，事实上是完全错误的，从而大大地贻误了我们的孩子。</w:t>
      </w:r>
      <w:r>
        <w:rPr>
          <w:lang w:eastAsia="zh-CN"/>
        </w:rPr>
        <w:br/>
      </w:r>
      <w:r>
        <w:rPr>
          <w:lang w:eastAsia="zh-CN"/>
        </w:rPr>
        <w:t>　　该书的作者是一位成功的妈妈，她16岁的女儿参加高考，取得了超过当年清华录取线22分的优异成绩，这到还是其次，最主要的是，我们能从字里行间感受到作者女儿从小到大的乖巧懂事、快乐和健康、成熟和自立，我们能感受到女儿所有的一切绝非天生，她的一切成绩都来自于这个细心又有智慧的妈妈的教育。</w:t>
      </w:r>
      <w:r>
        <w:rPr>
          <w:lang w:eastAsia="zh-CN"/>
        </w:rPr>
        <w:br/>
      </w:r>
      <w:r>
        <w:rPr>
          <w:lang w:eastAsia="zh-CN"/>
        </w:rPr>
        <w:t>　　文中：“年轻的父母会得到一块玉——可爱的孩子——多年后的结果却是，一些人得到了令人满意的作品，一些人眼瞅着玉石的变化越来越失望。二者的区别，就是后者使用的，常常是锄头。”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关于家庭教育，我们承认，孩子家庭教育的影响远远大于学校教育。本书的作者是一位妈妈也是一位老师，书中记叙了许多，作为一位充满良知又懂教育的妈妈，她是如何一次又一次的，“冒险”抵抗女儿学校老师的不良教育。比如为了和女儿一起抵抗老师的“暴力”作业，她替女儿写了几年的家庭作业。为了抵抗老师不正当的处罚，她宁愿女儿再次接受处罚，也不让女儿做本来就是错误的事情。</w:t>
      </w:r>
      <w:r>
        <w:rPr>
          <w:lang w:eastAsia="zh-CN"/>
        </w:rPr>
        <w:br/>
      </w:r>
      <w:r>
        <w:rPr>
          <w:lang w:eastAsia="zh-CN"/>
        </w:rPr>
        <w:t>　　虽然是一本家庭教育的书，但我认为无论是家庭教育还是学校教育，教育都是相通的。书中记叙了许多事情再次地证明了作为一名教育者只要真正从爱、理解、尊重孩子的立场出发，任何一个智力正常的孩子，都可以被塑造成为优秀的人才。</w:t>
      </w:r>
      <w:r>
        <w:rPr>
          <w:lang w:eastAsia="zh-CN"/>
        </w:rPr>
        <w:br/>
      </w:r>
      <w:r>
        <w:rPr>
          <w:lang w:eastAsia="zh-CN"/>
        </w:rPr>
        <w:t>　　但真正的问题是，当我们在一次又一次的抱怨孩子不懂事、不听话、总是在犯错误，永远达不到自己理想的时候，我们愿不愿意反思自己的教育行为，我们愿不愿意向孩子承认或向自己承认“我错了”。如果我们没有这种勇气或不愿做出这种反思，我们就不要奢望我们的孩子会有所改观。甚至我们有的家长或老师对孩子不满了，非打即骂，打骂的理由是充足又充足的，简直无懈可击。书中说：“打孩子是一种陋习和恶习。一个用武力征服儿童的成人，无论财富多么丰厚，地位多么显赫，学问多么高深，打人的理由多么充足，都是智慧不足的表现。这一瞬间，你以为自己强大而正义，其实是缺少理智，恃强凌弱;你在弱小的孩子面前心理全部失守，只能从体力上给自己找平衡——在爱的名义下施暴，此时此刻你的.行为如此粗野，不过是个穿西装的野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爱的名义下施暴”这句话给我很强烈的感受，它让我越来越深刻的反思，我们作为老师在做学生工作的时候，总是在强调“我对得起自己的良心，我问心无愧。”良心和爱固然是必须的，但这毕竟主观，而且我想这也是一种比较自私的想法，毕竟你主观感觉的是对得起自己，那孩子呢?如果不被孩子所接受，即使我们再煞费苦心，也是失败的教育。我们要求孩子从小树立远大的理想，我们作为老师有没有树立起作为老师的理想;我们要求孩子从小认真学习，我们作为老师有没有把“教育”作为一门功课来学习，如果我们没有，又有什么资格去要求我们的孩子。作为一名老师，我们总是在强调一些客观因素，小学老师说孩子没有良好的家教，初中老师强调小学老师没把孩子教育好，高中老师又抱怨初中老师无能，大学老师更是觉得没有必要为学生的行为负责。如此，孩子便长大了，真的成为祸害别人的人了。谁为他负责呢?我们应该为此感到忧虑。没有道德败坏的孩子，只有不幸的孩子。我们没法改变无法改变的事情，但我们可以让每一个到我们手中的孩子感觉到幸运，要知道他已经不幸很久了。</w:t>
      </w:r>
      <w:r>
        <w:rPr>
          <w:lang w:eastAsia="zh-CN"/>
        </w:rPr>
        <w:br/>
      </w:r>
      <w:r>
        <w:rPr>
          <w:lang w:eastAsia="zh-CN"/>
        </w:rPr>
        <w:t>　　作为一名老师，我越来越感觉自己的无知和无能。回想自己十几年的教师生活，许多事情感觉力不从心，我们总是宽容自己一次又一次的犯错误，可我们孩子的童年只有一次。我们犯了错误可以改，可我们孩子的生活却永远不能够从头来过。</w:t>
      </w:r>
      <w:r>
        <w:rPr>
          <w:lang w:eastAsia="zh-CN"/>
        </w:rPr>
        <w:br/>
      </w:r>
      <w:r>
        <w:rPr>
          <w:lang w:eastAsia="zh-CN"/>
        </w:rPr>
        <w:t>　　书中说“现代家庭教育中一个很大的问题是，父母可以为孩子付出生命，却不肯为孩子付出时间和心思。”我们从来不否认一个溺爱孩子的父母对孩子深深的爱，所以我们也从来不否认作为一个良苦用心的老师对孩子所做的一切努力，但这远远不够，如果我们真正能够爱孩子，那就从改变自己做起，从加强自身的学习做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书中说“不是所有成为父母的人都会做父母。”所以不是所有成为老师的人都会做老师。教育是一门永远学不完的功课。作为一名老师，我越来越感觉自己的力不从心。我想只有更多的学习，不断地提高才是我当下要走的教育之路。</w:t>
      </w:r>
      <w:r>
        <w:rPr>
          <w:lang w:eastAsia="zh-CN"/>
        </w:rPr>
        <w:br/>
      </w:r>
      <w:r>
        <w:rPr>
          <w:lang w:eastAsia="zh-CN"/>
        </w:rPr>
        <w:t xml:space="preserve">    　　教育书籍读书心得体会 9 </w:t>
      </w:r>
      <w:r>
        <w:rPr>
          <w:lang w:eastAsia="zh-CN"/>
        </w:rPr>
        <w:br/>
      </w:r>
      <w:r>
        <w:rPr>
          <w:lang w:eastAsia="zh-CN"/>
        </w:rPr>
        <w:t>　　初读《教育有悟》感觉是一本再普通不过的书籍了，这本书是由95篇教育随笔组成的，里面描述的都是工作在教育一线的教师们所记录的发生在教师和孩子们之间或发生在孩子们自己之间的小事，同时也是一些琐细得不能再琐细的事件，如学生考试作弊、新生点名、教师板书、课堂上表扬……故事中一幕幕场景，有些我们多么熟悉的，甚至是自己亲身经历。或许你会觉得这样的书记录的事太平凡，但细想，教育，不就是教师与学生之间的'琐碎繁杂吗？不就是日复一日的鸡毛蒜皮吗？</w:t>
      </w:r>
      <w:r>
        <w:rPr>
          <w:lang w:eastAsia="zh-CN"/>
        </w:rPr>
        <w:br/>
      </w:r>
      <w:r>
        <w:rPr>
          <w:lang w:eastAsia="zh-CN"/>
        </w:rPr>
        <w:t>　　这本书分五个板块，其中第一章节告诉我们，教师不仅仅是教育者，也是受教育者。因为学生作为教师的教育对象，其一言一行都会形成反馈，从而使教师从中学习、体悟，不断调整自己的教育理念和教学行为，从而使整个教育成为一个双向动态过程。而其中的第三章节是关于针对后进生一些教育的机制，它告诫我们只要目中有人，就没有后进生。“后进生”不等于“后进人”，事实甚至相反，教师们只要把“学生”当成“人”，就不会再有“后进生”了。因为教育的奇迹在于：教师之光，能使远远近近的心都披上绚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书中所写，没有惊天动地的大事，没有抽象的理论，有的只是生动的教育故事以及故事中蕴含的思考。内容鲜活而真实，文笔朴素而流畅。朴实的文字中包含着真挚的情感，读着读着，我被故事内容所吸引和感动，这更引起了我深深的思索。</w:t>
      </w:r>
      <w:r>
        <w:rPr>
          <w:lang w:eastAsia="zh-CN"/>
        </w:rPr>
        <w:br/>
      </w:r>
      <w:r>
        <w:rPr>
          <w:lang w:eastAsia="zh-CN"/>
        </w:rPr>
        <w:t>　　它犹如一面镜子，折射出我们日常教育教学中存在的诸多不足：你差遣你的学生为你做私事了吗？哪怕只是举手之劳；你注意批评学生的方式了吗？哪怕只是换个谈话场所；你尊重学生的“杂念”吗？哪怕它有时会扰乱课堂；你能耐心倾听学生的辩解吗？哪怕他确实有错……</w:t>
      </w:r>
      <w:r>
        <w:rPr>
          <w:lang w:eastAsia="zh-CN"/>
        </w:rPr>
        <w:br/>
      </w:r>
      <w:r>
        <w:rPr>
          <w:lang w:eastAsia="zh-CN"/>
        </w:rPr>
        <w:t>　　它又如一位指点迷津的导师，为我们解决工作中的各种困惑而指明方向：它告诉我们如何激发中间生的学习热情；它告诉我们如何让班干部乐于奉献而毫无怨言；它告诉我们爱得不恰当也会造成伤害；它告诉我们什么是宽容的魅力……</w:t>
      </w:r>
      <w:r>
        <w:rPr>
          <w:lang w:eastAsia="zh-CN"/>
        </w:rPr>
        <w:br/>
      </w:r>
      <w:r>
        <w:rPr>
          <w:lang w:eastAsia="zh-CN"/>
        </w:rPr>
        <w:t>　　感谢这些教育的有心人。他们让我们更多的教师分享了他们的成功的经验与体会，让我们静静地吸吮“名师”们带给我们的精神食粮，让我们明白如何使用一个微笑，一句称赞，一个亲切的动作，如何用爱温暖学生，亮丽自己！</w:t>
      </w:r>
      <w:r>
        <w:rPr>
          <w:lang w:eastAsia="zh-CN"/>
        </w:rPr>
        <w:br/>
      </w:r>
      <w:r>
        <w:rPr>
          <w:lang w:eastAsia="zh-CN"/>
        </w:rPr>
        <w:t xml:space="preserve">    　　教育书籍读书心得体会 10 </w:t>
      </w:r>
      <w:r>
        <w:rPr>
          <w:lang w:eastAsia="zh-CN"/>
        </w:rPr>
        <w:br/>
      </w:r>
      <w:r>
        <w:rPr>
          <w:lang w:eastAsia="zh-CN"/>
        </w:rPr>
        <w:t>　　彭兴顺老师，我记得前几年暑假教育局组织学校中层领导进行培训时曾给我们上过课，现在拿着他新出版的《教育就是唤醒》一书，一一阅读下来，感受颇深。让我们来欣赏欣赏其中的一些语句吧。</w:t>
      </w:r>
      <w:r>
        <w:rPr>
          <w:lang w:eastAsia="zh-CN"/>
        </w:rPr>
        <w:br/>
      </w:r>
    </w:p>
    <w:p w:rsidR="001B1F19" w14:textId="27C3F48A">
      <w:pPr>
        <w:rPr>
          <w:rFonts w:hint="eastAsia"/>
          <w:lang w:eastAsia="zh-CN"/>
        </w:rPr>
      </w:pPr>
      <w:r>
        <w:rPr>
          <w:lang w:eastAsia="zh-CN"/>
        </w:rPr>
        <w:t>　　“教育的艺术，不在于传授，而在于激励、鼓舞和唤醒。”教育的功能从根本上说，就是要唤醒人们心灵中最美好的东西，使人性发出灿烂的光辉;唤醒人们的自主意识和创新精神，使蕴藏在人脑中的巨大潜能得以开发;唤醒人们对生命价值的深切感悟，使人们在创造生活中享受幸福的人生。</w:t>
      </w:r>
      <w:r>
        <w:rPr>
          <w:lang w:eastAsia="zh-CN"/>
        </w:rPr>
        <w:br/>
      </w:r>
      <w:r>
        <w:rPr>
          <w:lang w:eastAsia="zh-CN"/>
        </w:rPr>
        <w:t>　　才为德之资，德为才之帅。唤醒教师，就要唤醒教师的爱与责任，自觉践行师德规范;唤醒教师对职业的审美情趣，不断升华职业境界;唤醒教师的雄心壮志，追寻专业发展之道;唤醒教师的育人担当，不抛弃，不放弃，不让一个孩子掉队。</w:t>
      </w:r>
      <w:r>
        <w:rPr>
          <w:lang w:eastAsia="zh-CN"/>
        </w:rPr>
        <w:br/>
      </w:r>
      <w:r>
        <w:rPr>
          <w:lang w:eastAsia="zh-CN"/>
        </w:rPr>
        <w:t>　　要改变孩子，先改变家长。唤醒家长，就要唤醒家长的示范意识，抓住习惯培养的教育根本，着眼孩子的`终身发展;唤醒家长的发现智慧，开发孩子的优势潜能，帮助孩子成为最好的自己。</w:t>
      </w:r>
      <w:r>
        <w:rPr>
          <w:lang w:eastAsia="zh-CN"/>
        </w:rPr>
        <w:br/>
      </w:r>
      <w:r>
        <w:rPr>
          <w:lang w:eastAsia="zh-CN"/>
        </w:rPr>
        <w:t>　　育人先育心，浇树要浇根。唤醒孩子，就要唤醒孩子的责任与良知，使人格得以健全完善;唤醒孩子追逐人生梦想，成就自己美丽人生。</w:t>
      </w:r>
      <w:r>
        <w:rPr>
          <w:lang w:eastAsia="zh-CN"/>
        </w:rPr>
        <w:br/>
      </w:r>
      <w:r>
        <w:rPr>
          <w:lang w:eastAsia="zh-CN"/>
        </w:rPr>
        <w:t>　　不一而足，有见地的语句比比皆是。全书分为七讲，内容分别是守望道德星空、发现教师职业之美、就这样成为名师、没有教不好的孩子、教育就是培养孩子习惯、让孩子做最好的自己、点亮孩子心中的那盏灯、用美德占领孩子心灵。希望老师们认真读读。</w:t>
      </w:r>
      <w:r>
        <w:rPr>
          <w:lang w:eastAsia="zh-CN"/>
        </w:rPr>
        <w:br/>
      </w:r>
      <w:r>
        <w:rPr>
          <w:lang w:eastAsia="zh-CN"/>
        </w:rPr>
        <w:t xml:space="preserve">    　　教育书籍读书心得体会 11 </w:t>
      </w:r>
      <w:r>
        <w:rPr>
          <w:lang w:eastAsia="zh-CN"/>
        </w:rPr>
        <w:br/>
      </w:r>
      <w:r>
        <w:rPr>
          <w:lang w:eastAsia="zh-CN"/>
        </w:rPr>
        <w:t>　　看了苏霍姆林斯基的《给老师的建议》，我从中受益匪浅，要想做一个好老师，不但但是知识上的给予，更是要付出更多的热情，来感化每一个学生，挖掘他们的巨大潜能。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https://d.book118.com/128013041013006041</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8013041013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