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512护士节演讲稿15篇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t>512护士节演讲稿 1尊敬的领导，亲爱的姐妹们：</w:t>
      </w:r>
      <w:r>
        <w:rPr>
          <w:lang w:eastAsia="zh-CN"/>
        </w:rPr>
        <w:br/>
      </w:r>
      <w:r>
        <w:rPr>
          <w:lang w:eastAsia="zh-CN"/>
        </w:rPr>
        <w:t>　　大家晚上好!</w:t>
      </w:r>
      <w:r>
        <w:rPr>
          <w:lang w:eastAsia="zh-CN"/>
        </w:rPr>
        <w:br/>
      </w:r>
      <w:r>
        <w:rPr>
          <w:lang w:eastAsia="zh-CN"/>
        </w:rPr>
        <w:t>　　今天我演讲的题目是《青春在平凡中闪光》。我和在座的许多姐妹们一样，是一名非常平凡的护士。天天身穿护士服，头戴燕尾帽穿梭巡回于病房和走廊之间，重复着打针、发药、量体温、测血压等繁琐的护理工作，不分春夏秋冬，不分白天黑夜。</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刚毕业时，身边有许多朋友问我，为什么选择护士这么辛劳又卑微的工作。我也曾经千百次地问自己，是否甘心一辈子做这样平凡的工作，让青春流逝于平凡中。转眼两年过去了，这两年的护理工作生涯却让我的内心起了变化。我发现平凡的工作中处处有着感动。一次在ICU为一个气管切开的病人做护理。不能开口说话的病人忽然吃力得举起手在空中比画着什么，我看不明白他想要什么。当我把纸和笔递到他手里时，他在纸上歪歪扭扭写下了两个字，朋友你们知道他写的是什么吗？我看清楚了，那两个字是：谢谢。我当时的感动难以用语言来形容。一个生命垂危的`病人，仍然不忘向照顾他的护士说一声谢谢，做为护士，就算再辛劳也是值得的。这种感动就像穿透寒冬的花香，就象穿透黑夜的阳光，伴着那整洁的工作服反射出庄重的光线，这光线再次激起了我的责任心与使命感。我们做的是平凡的事，却能从中体现自己的价值。去年的512护士节，我意外地收到了一张来自协和医院高干病房的贺卡。原来是我在协和实习时熟悉的一位老病人写来的。在贺卡里他说我是一个很有爱心的孩子，希望我再接再厉成为一名优秀的白衣天使，还说了很多鼓励的话。我不记得曾为这位老人做过什么，也不知道他怎么打听到我的地址，看着写的满满的两页贺卡，我的心里不止是感动，还有深深的思考。我们是很平凡，就象平凡的小草，而小草虽小不一样也能辽阔无垠的大草原，物欲所有之外，难道有的只是冻土与荒漠？</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一如葱郁的精神田园还有什么坚实的东西可成为心灵的依托呢？一份春雨，一份秋实，一份汗水，一份收成。当我们辛勤劳作后，一个个病患者褪去满脸的愁苦康复出院之时；当我们在内心布满震撼和激动中迎来一个崭新的生命之时；当我们累积一份份病人康复后工整的病历归档之时；当街头巷尾在似曾相识的笑脸中追忆熟谙声影之时，我们会感到满心的幸福和骄傲。对病人来说，我们象一缕春风，又似一道阳光。一声亲切的问候，会令病人放下几丝忐忑，一个鼓励的眼神，会令病人增加几分力量，一双轻柔的手，会令病人减去几分病痛我们是微小的水滴，在最需要的地方，默默地奉献着自己。有人说：揭开人生帷幕的是护士，拉上人生帷幕的也是护士。的确，在现代社会中，几乎每个人的一生都和护士分不开。它是一项与人的健康、生命息息相关的职业。我为自己曾经对这个职业的迷惑感到深深的羞愧。我要毅然拒斥浮躁的诱惑，固守这份平凡和质朴。不为护士的职业自轻，不为护士的职业自贱，更不为世俗的眼光自卑。</w:t>
      </w:r>
      <w:r>
        <w:rPr>
          <w:lang w:eastAsia="zh-CN"/>
        </w:rPr>
        <w:br/>
      </w:r>
      <w:r>
        <w:rPr>
          <w:lang w:eastAsia="zh-CN"/>
        </w:rPr>
        <w:t>　　我要坦然接受真实生活的层层磨砺，让柔韧的生命在反复摔打，潮起潮落间呈现坚定的成熟。我要用真心与耐心诠释人生的真谛，用同情心与爱心呼唤着沉睡的生命我不再害怕青春在平凡中流逝，我要让青春在平凡中闪光！512护士节演讲稿 2尊敬的各位领导、各位评委、各位参赛选手：</w:t>
      </w:r>
      <w:r>
        <w:rPr>
          <w:lang w:eastAsia="zh-CN"/>
        </w:rPr>
        <w:br/>
      </w:r>
      <w:r>
        <w:rPr>
          <w:lang w:eastAsia="zh-CN"/>
        </w:rPr>
        <w:t>　　大家好！</w:t>
      </w:r>
      <w:r>
        <w:rPr>
          <w:lang w:eastAsia="zh-CN"/>
        </w:rPr>
        <w:br/>
      </w:r>
      <w:r>
        <w:rPr>
          <w:lang w:eastAsia="zh-CN"/>
        </w:rPr>
        <w:t>　　今日我为大家演讲的题目是《托举生命的天使》。</w:t>
      </w:r>
      <w:r>
        <w:rPr>
          <w:lang w:eastAsia="zh-CN"/>
        </w:rPr>
        <w:br/>
      </w:r>
      <w:r>
        <w:rPr>
          <w:lang w:eastAsia="zh-CN"/>
        </w:rPr>
        <w:t>　　曾经有人把老师的职业比作蜡烛，照亮了别人，燃烧了自己；比作人梯，托举着别人，直立着自己。其实，当你用目光凝视着匆忙行走在医院那长长的/静悄悄的/温馨的走廊里的护士们的时候，望着他们顽强而柔弱的背影，你会发觉，这两个经典的比方用在护士的身上是再合适不过了。</w:t>
      </w:r>
      <w:r>
        <w:rPr>
          <w:lang w:eastAsia="zh-CN"/>
        </w:rPr>
        <w:br/>
      </w:r>
      <w:r>
        <w:rPr>
          <w:lang w:eastAsia="zh-CN"/>
        </w:rPr>
        <w:t>　　她们没有震天动地的事迹，但在整个医疗活动中的作用却是举足轻重的；她们没有点石成金的仙术，却能为枯萎的生命注入生气；她们用睿智的头脑、娴熟的护理技能、先进的`管理理念、无私的奉献精神，制造出了很多辉煌。</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一顶洁白的燕尾帽，是护士神圣漂亮的标记，一声白衣天使是人们对护士的尊敬和赞扬，多少个白天，护士们奋战在救死扶伤的线，为了救治生命争分夺秒；多少个夜晚，护士们在病床旁抗拒着死神的肆虐，当病魔向无辜人们投下黑暗的阴影，白衣天使却用她们的才智，真情唤起生命的阳光。有人说，护士的胸怀象大海般宽广，她能容纳千百万患病的父老兄弟；护士的品行象蜡烛般的无私，她燃烧着自己照亮了别人；护士的举止象春风般的暖和，她带走了全部的悲伤和苦痛；护士的心灵象清泉般的纯净，为患病疾病熬煎的患者带来生命的春天。所以，人们赐予她漂亮的名字：白衣天使。</w:t>
      </w:r>
      <w:r>
        <w:rPr>
          <w:lang w:eastAsia="zh-CN"/>
        </w:rPr>
        <w:br/>
      </w:r>
      <w:r>
        <w:rPr>
          <w:lang w:eastAsia="zh-CN"/>
        </w:rPr>
        <w:t>　　不是吗？是谁把输液针精准地轻轻插入病人的血管？是谁争分夺秒抢救着生疏的生命？是谁像关爱自己的孩子一样，亲切抚慰着患者？是谁从半夜的熟睡中，无条件地一跃而起，奔向病人？是谁踏着黎明的曙光独自行走在回家的路上，悄悄品尝着一夜的辛劳？是谁满怀欣慰地目送治愈康复的病人出院，刚放下送别的手臂，又转身走向新的病员？而那婴儿的声洪亮512护士节演讲稿 3尊敬的领导，老师，各位同仁：</w:t>
      </w:r>
      <w:r>
        <w:rPr>
          <w:lang w:eastAsia="zh-CN"/>
        </w:rPr>
        <w:br/>
      </w:r>
      <w:r>
        <w:rPr>
          <w:lang w:eastAsia="zh-CN"/>
        </w:rPr>
        <w:t>　　大家好！</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究天人之际，通古今之变，成一家之言我今日演讲的题目是有了春天，就会有花开。20__年12月1日，是我难忘的日子，这一天我结束了五年的医学院校学习生涯，来到了医院。在这里经过严格的岗前培训，我被安排到了ICU。在我们自己的监护中心，面对自己的父老乡亲，那一双双渴求的眼睛，那一句句质朴的言语，使我的责任感油然而生，也更加领悟到这身洁白的神圣，ICU的老师们，从最基础的护理记录手把手的教起，每周一次的护理查房，业务学习，理论考试，操作考试，让我们象上紧了的发条一样，丝毫不敢怠慢，生怕一不当心，就被甩在身后。新技术，我们争相学习，难做的操作，我们一遍遍练习，就在这样的学习氛围中，我的工作力量有了全面的提高。</w:t>
      </w:r>
      <w:r>
        <w:rPr>
          <w:lang w:eastAsia="zh-CN"/>
        </w:rPr>
        <w:br/>
      </w:r>
      <w:r>
        <w:rPr>
          <w:lang w:eastAsia="zh-CN"/>
        </w:rPr>
        <w:t>　　五年的高校理论学习，并没有让我进入临床之后如鱼得水，给我印象最深的是一个脑出血的病人，在治疗过程中，突然消失喷射性呕吐，我一时束手无措，喊来了带教老师，只见她有条不紊的把病人头偏向一侧，立刻清理呼吸道，准时通知了医生。下班之后，翻开课本，上面写着：防止误吸导致窒息，准时清理呼吸道，这十五个字，字字珠玑。再一次印证了陆老先生的纸上得来终觉浅，绝知此事要躬行的真谛。</w:t>
      </w:r>
      <w:r>
        <w:rPr>
          <w:lang w:eastAsia="zh-CN"/>
        </w:rPr>
        <w:br/>
      </w:r>
      <w:r>
        <w:rPr>
          <w:lang w:eastAsia="zh-CN"/>
        </w:rPr>
        <w:t>　　ICU是一个医院抢救，护理水平的象征，它要求每一位护理人员具备敏锐的观看力，高度负责的看法，过硬的技术。在这里，我建立起自己的工作看法，也学到了原来在学校，实习医院没有的一些新技术，新仪器的用法。我感谢ICU的老师们，是她们给了我最耐烦的带教，最宽容的体谅，最严格的要求，是她们扶持我一路走来，关心我完成了从一名医同学到临床医务工作者的角色转变。</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六个月之后我转科来到了小儿科。小儿科是个劳碌的科室。当时患儿达到60之多。面对一个个可爱而又被病痛熬煎的面孔，我每次在操作时都告诉自己，轻点轻点再轻点，好让他们幼小的心灵少一些痛苦的记忆。几个月之后，失去了当时的新奇感，成天与药品打交道，有了一些倦怠。直到有一天，一名实习同学问我药品的药理作用，才突然意识到自己已经是一名老师了，整理了一下小儿科的常用药品的药理作用，发觉当时上课时许多东西没有理解透彻。小儿科的护士长也常常把我拉到一边，指出我工作中的`不足，将人生的阅历与我共享，关心我走出心情的低落期，重新拾回信念。</w:t>
      </w:r>
      <w:r>
        <w:rPr>
          <w:lang w:eastAsia="zh-CN"/>
        </w:rPr>
        <w:br/>
      </w:r>
      <w:r>
        <w:rPr>
          <w:lang w:eastAsia="zh-CN"/>
        </w:rPr>
        <w:t>　　神经内科是我现在的娘家，特色专科护理的特点，让我的职业生涯迈向了一个新的台阶。团结，紧急，和谐，有条不紊的工作氛围，老师们每天与我沟通她们的工作阅历，不断完善我自己的工作旅程。护士长常常训练我们，工作中从微小处做起，换位思索，把病人当亲人。给病人送上最会心的微笑，最贴心的服务，病人的需要就是我们的工作。</w:t>
      </w:r>
      <w:r>
        <w:rPr>
          <w:lang w:eastAsia="zh-CN"/>
        </w:rPr>
        <w:br/>
      </w:r>
      <w:r>
        <w:rPr>
          <w:lang w:eastAsia="zh-CN"/>
        </w:rPr>
        <w:t>　　这就是我一个工作一年多的年轻护士的心路历程。我不敢说我们护士是天使，由于我们既没有天使那么纯净无瑕，也没有天使那么坚韧的生命力，我们不曾守护上帝，只是舍命的维护一个个脆弱的生命。我们不是天使，但在平凡中体现宏大，我们不是天使，只愿在付出中收获喜悦。</w:t>
      </w:r>
      <w:r>
        <w:rPr>
          <w:lang w:eastAsia="zh-CN"/>
        </w:rPr>
        <w:br/>
      </w:r>
      <w:r>
        <w:rPr>
          <w:lang w:eastAsia="zh-CN"/>
        </w:rPr>
        <w:t>　　我要感谢在我职业生涯开头的时候，护理前辈们给我播下的种子，让我的工作提早开花，带着这份感恩的心，我要在病人生命的春天患病料峭春寒时，播下种子，让他们如花的生命再次绽放，由于我信任：有了春天就会有花开。</w:t>
      </w:r>
      <w:r>
        <w:rPr>
          <w:lang w:eastAsia="zh-CN"/>
        </w:rPr>
        <w:br/>
      </w:r>
      <w:r>
        <w:rPr>
          <w:lang w:eastAsia="zh-CN"/>
        </w:rPr>
        <w:t>　　我要感谢护士这个职业，是她让我知道如何公平、善良、真诚的去对待每一个生命，是她让我理解，能获得生命，便当感恩，能呼吸，便当欢乐。在支付我生命艰辛的同时，收入着他人的获得生命的喜悦。当我回头看时，看到生命的蓬勃，我庆幸，我能如此贴近生命，去接触，倾听，去感悟！我的演讲到此结束，感谢大家！512护士节演讲稿 4</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xml:space="preserve">    亲爱的护士姐妹们，在这阳光灿烂、充满希望的五月，我们又迎来了自己的节日——“5.12”国际护士节。在这伟大而神圣的日子里，请允许我代表全院护理工作者向长期以来重视、关心、支持护理工作的院领导、各科室主任和各位同志表示衷心的感谢！向全院广大护士姐妹们致以节日的问候和崇高的敬意！向今天受表彰的10名优秀护士表示衷心的祝贺！并向全院护士道一声：大家辛苦了！ </w:t>
      </w:r>
      <w:r>
        <w:rPr>
          <w:lang w:eastAsia="zh-CN"/>
        </w:rPr>
        <w:br/>
      </w:r>
      <w:r>
        <w:rPr>
          <w:lang w:eastAsia="zh-CN"/>
        </w:rPr>
        <w:t>　　护士节前夕，护理部在全院护理人员中开展优秀护士评选活动，这次活动，得到了院领导的关心和支持；各科护士长组织大家学习医院下发的评选方案，由科室进行初评，护理部综合审定。这次受表彰的10名优秀护士，是我院护士中的优秀代表，在她们身上，体现出爱岗敬业、恪尽职守的工作精神，潜心钻研、精益求精的优秀品质和吃苦耐劳、无私奉献的良好风貌。广大护理人员要以她们为榜样，增强献身护理事业、服务人民健康的责任感和使命感，扎实工作，学习进取，把南丁格尔的精神代代相传。</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各位护士姐妹，今天是我们自己的节日，从有意或无意步入到这个职业的那一天开始，“5·12”护士节就与我们结下了不解之缘。是我们在各自平凡的岗位上辛勤的工作和无私的奉献，以精湛的技术和良好的职业道德，赢得了患者的'信任，也正是大家的共同努力，才形成了我们护理队伍的上下互动、锐意进取、蓬勃向上的良好风气。回顾过去的日日夜夜，护士用微笑面对每一位患者，用爱心呵护每一个生命，用汗水和智慧创造一个个生命的奇迹。我们护士一次次与医生共同合作，不辞劳辛，日夜守护在病人身边，用精湛的护理技术，娴熟的沟通技巧，倾注全部关爱和热情，护理着每一个病人，为我院护理事业的改革与发展做出了贡献。</w:t>
      </w:r>
      <w:r>
        <w:rPr>
          <w:lang w:eastAsia="zh-CN"/>
        </w:rPr>
        <w:br/>
      </w:r>
      <w:r>
        <w:rPr>
          <w:lang w:eastAsia="zh-CN"/>
        </w:rPr>
        <w:t>　　随着医学模式的转变，对护理工作提出了更高的要求，我们要继续坚持“以病人为中心”，树立“病人第一，质量第一，服务第一”的理念，提高服务意识，改善服务态度，改进服务模式，优化服务流程。加强护患沟通，融洽护患关系，实现以人为本的宗旨，体现人性化的优质护理服务。通过为患者提供温馨、细心、爱心、耐心的服务，赢得患者对我们的尊重和认同，构建和谐的护患关系。我们要弘扬团队精神，弘扬奉献精神，弘扬务实精神。要牢固树立“院兴我荣，院衰我耻”的主人翁意识和责任感、使命感，我们要精诚团结，密切合作，在各自的岗位上恪尽职守，无私奉献。</w:t>
      </w:r>
      <w:r>
        <w:rPr>
          <w:lang w:eastAsia="zh-CN"/>
        </w:rPr>
        <w:br/>
      </w:r>
      <w:r>
        <w:rPr>
          <w:lang w:eastAsia="zh-CN"/>
        </w:rPr>
        <w:t>　　护士是与爱、健康、生命、神圣有着同样意义的名词，护士担负着关爱生命、维护健康的职责。让我们携起手来，积极构建和谐护患关系，为护理事业辉煌的明天而努力。</w:t>
      </w:r>
      <w:r>
        <w:rPr>
          <w:lang w:eastAsia="zh-CN"/>
        </w:rPr>
        <w:br/>
      </w:r>
      <w:r>
        <w:rPr>
          <w:lang w:eastAsia="zh-CN"/>
        </w:rPr>
        <w:t>　　最后，我再次祝大家节日快乐，真诚地祝福每一位护士健康、平安、快乐。512护士节演讲稿 5</w:t>
      </w:r>
      <w:r>
        <w:rPr>
          <w:lang w:eastAsia="zh-CN"/>
        </w:rPr>
        <w:br/>
      </w:r>
      <w:r>
        <w:rPr>
          <w:lang w:eastAsia="zh-CN"/>
        </w:rPr>
        <w:t xml:space="preserve">    在花红柳绿的五月，护士节象晚春的姑娘姗姗而至。五月是快乐的，她总是在护士的歌声中穿行;五月是惬意的，她总是在护士的足迹中溜跶;五月是无私的，她的心总是和护士的心贴得很近。在护士的眼中粉色的五月是最美丽的。 </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天使，是美的象征，我们渴望成为真的天使，不仅仅是因为她的美丽，而是因为她能给人们带来美好幸福的生活。护士，这个平凡的职业，之所以被人们称为白衣天使，不仅仅因为她们身着美丽的白衣，还因为她们凭着“燃烧自己，照亮别人”的坚韧信念，像春风，拂去人们的疾苦;用热血，温暖寒冷的心腹;用爱的丝线，缝合病人身心的创伤?我们目睹过无数悲欢离合的场景，感受过患者信任的目光，也遭遇过“秀才遇见兵，有理讲不清”的尴尬场面?但是我们无怨无悔!一名真正的好护士不仅是技术上的顶尖人才，而且是最有爱心、最有耐心的。这爱心和耐心是上帝赐给天使的翅膀，是天使带给病人的礼物。</w:t>
      </w:r>
      <w:r>
        <w:rPr>
          <w:lang w:eastAsia="zh-CN"/>
        </w:rPr>
        <w:br/>
      </w:r>
      <w:r>
        <w:rPr>
          <w:lang w:eastAsia="zh-CN"/>
        </w:rPr>
        <w:t>　　奉上爱心一片，献出真情满怀，患者痊愈后的笑脸和真诚的感谢，是对我们最好的褒奖。青春在病床边悄悄逝去，理想在现实中熠熠闪光。把微笑写在脸上把辛酸埋在心底把燕尾顶在发梢把圣洁挂在胸襟。我们戴的燕尾帽啊，虽然没有皇冠的高贵典雅，也没有博士帽的潇洒荣光，却闪耀她圣洁的风采。有人说我们是没有翅膀的天使，因为我们用爱心和微笑去抚平病人所受的痛苦，有人说我们虽然没有美丽的容颜，但是我们有一颗温柔善良的心，我们从来都不认为自己是天使，因为这些都是我们应该做的工作。我们是平凡普通的一名护士，我们将会用我们的爱心，真心，</w:t>
      </w:r>
      <w:r>
        <w:rPr>
          <w:lang w:eastAsia="zh-CN"/>
        </w:rPr>
        <w:br/>
      </w:r>
      <w:r>
        <w:rPr>
          <w:lang w:eastAsia="zh-CN"/>
        </w:rPr>
        <w:t>　　同情心，细心，关心，耐心来对待每一位病人，让他们感到不是亲人胜似亲人的温暖。</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在我们科室经常都会遇到术后病人，因绝对卧床、进食不多和运动减少，几天也未解大便，口服通便药及开塞露塞肛处理也仍然无效，只有为病人灌肠了，甚至有时连灌肠也没效，这时也会马上戴上手套，用手一点一点，为病人抠出干结的大便，减轻病人的痛苦。面对病人及家属的感谢，我们却说没什么，这是我们应该做的.。这双手是辛苦的、忙碌的，甚至有时还会留下伤痕，但这双手却体现着人间最美好的真情。</w:t>
      </w:r>
      <w:r>
        <w:rPr>
          <w:lang w:eastAsia="zh-CN"/>
        </w:rPr>
        <w:br/>
      </w:r>
      <w:r>
        <w:rPr>
          <w:lang w:eastAsia="zh-CN"/>
        </w:rPr>
        <w:t>　　面对渴求的目光，我们义无反顾;面对一惯的平凡，我们从容不迫;面对神圣的职责，我们兢兢业业;面对时代的召唤，我们一往无前。我们的双臂撑起的是希望的蓝天，我们的双手，托起的是明天的太阳。</w:t>
      </w:r>
      <w:r>
        <w:rPr>
          <w:lang w:eastAsia="zh-CN"/>
        </w:rPr>
        <w:br/>
      </w:r>
      <w:r>
        <w:rPr>
          <w:lang w:eastAsia="zh-CN"/>
        </w:rPr>
        <w:t>　　若有人问我:“世界上谁最美”我会自信地回答:“是我们护士”。护理工作没有轰轰烈烈的辉煌，却写满了简单而又平凡的爱，打针、发药、铺床、输液，我们在苦中呵护着生命;交班、接班、白天、黑夜，我们在累中把握着生命的轮回。</w:t>
      </w:r>
      <w:r>
        <w:rPr>
          <w:lang w:eastAsia="zh-CN"/>
        </w:rPr>
        <w:br/>
      </w:r>
      <w:r>
        <w:rPr>
          <w:lang w:eastAsia="zh-CN"/>
        </w:rPr>
        <w:t>　　在很早以前，就有人提出了“三分治疗，七分护理’，这很鲜明的指出了护理工作的重要性。护士的一言一行，一举一动，都直接关系到病人的健康。南丁格尔说过，“护理工作是一门艺术，护士要有一颗同情的心和一双愿意工作的手”。</w:t>
      </w:r>
      <w:r>
        <w:rPr>
          <w:lang w:eastAsia="zh-CN"/>
        </w:rPr>
        <w:br/>
      </w:r>
      <w:r>
        <w:rPr>
          <w:lang w:eastAsia="zh-CN"/>
        </w:rPr>
        <w:t>　　我们应该努力学习塑造新形象的护士，让病人得到更全面、更整体、更系统化的服务。以病人为中心，想病人之所想，急病人之所急，全心全意为病人服务是我们的宗旨。</w:t>
      </w:r>
      <w:r>
        <w:rPr>
          <w:lang w:eastAsia="zh-CN"/>
        </w:rPr>
        <w:br/>
      </w:r>
      <w:r>
        <w:rPr>
          <w:lang w:eastAsia="zh-CN"/>
        </w:rPr>
        <w:t>　　我们是生命的捍卫者，我们是健康的守护神。我们一定要尽自己最大的能力和爱心帮助他们减轻痛苦，为他们支撑起无力的生命。</w:t>
      </w:r>
      <w:r>
        <w:rPr>
          <w:lang w:eastAsia="zh-CN"/>
        </w:rPr>
        <w:br/>
      </w:r>
      <w:r>
        <w:rPr>
          <w:lang w:eastAsia="zh-CN"/>
        </w:rPr>
        <w:t>　　护理学院512护士节发言稿2</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天使，是美的象征，我们渴望成为真的天使，不仅仅是因为她的美丽，而是因为她能给人们带来美好幸福的生活。护士，这个平凡的职业，之所以被人们称为白衣天使，不仅仅因为她们身着美丽的白衣，还因为她们凭着“燃烧自己，照亮别人”的坚韧信念，像春风，拂去人们的疾苦;用热血，温暖寒冷的心腹;用爱的丝线，缝合病人身心的创伤……</w:t>
      </w:r>
      <w:r>
        <w:rPr>
          <w:lang w:eastAsia="zh-CN"/>
        </w:rPr>
        <w:br/>
      </w:r>
      <w:r>
        <w:rPr>
          <w:lang w:eastAsia="zh-CN"/>
        </w:rPr>
        <w:t>　　作为一名护士，我体验过患者面对病痛的无奈，我目睹过无数悲欢离合的场景，我感受过患者信任的目光，也遭遇过“秀才遇见兵，有理讲不清”的尴尬场面……但，我无悔!</w:t>
      </w:r>
      <w:r>
        <w:rPr>
          <w:lang w:eastAsia="zh-CN"/>
        </w:rPr>
        <w:br/>
      </w:r>
      <w:r>
        <w:rPr>
          <w:lang w:eastAsia="zh-CN"/>
        </w:rPr>
        <w:t>　　若有人问我:“世界上谁的手最美”?我会自豪地回答:“是我们护士的手”。有人说，在这个世界上，有多少不同的职业，就有多少不同的手:农民兄弟的手，是呼风唤雨的手，像地图一样刻满了大地的渠道、丰收的田畴;而我们护土的双手，就是美丽的白鸽，为减轻患者的痛苦、保证患者的舒适与安全，时时刻刻做到轻、准、稳，盛满着人间的情意、生命的.温柔……</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记得我们病区曾经收治过一位81岁右股骨颈骨折的老奶奶，在入院第九天因绝对卧床、进食不多和运动减少，3天未解大便，口服通便药及开塞露塞肛处理仍然无效，情绪异常烦燥，家属焦虑万分。护士长晚查房时发现了这一情况，根据多年的临床护理经验，病人因大便干结而至排便不畅，她二话没说，马上戴上手套，用手一点一点，为病人抠出了干结的大便。面对老人及家属的感谢，她挥挥手说没什么，这只是我们应该做的。这双手是辛苦的、忙碌的，甚至有时还会留下伤痕，但这双手却体现着人间最美好的真情。</w:t>
      </w:r>
      <w:r>
        <w:rPr>
          <w:lang w:eastAsia="zh-CN"/>
        </w:rPr>
        <w:br/>
      </w:r>
      <w:r>
        <w:rPr>
          <w:lang w:eastAsia="zh-CN"/>
        </w:rPr>
        <w:t>　　若有人问我:“世界上谁的微笑最美”?我会毫不犹豫回答:“是我们护士的微笑”。在病人呻吟时，护士的一个微笑能让病痛减轻，能温暖一颗因疾病而变得冰冷的心，能使绝望的病人重新树立起战胜疾病的信心。有一件事让我感动至今，那是我们病区收治的第一例气管切开病人，为保证患者呼吸道的通畅，我们每天必须为她多次吸痰。那天，我象往常一样，先帮她吸尽气管中的分泌物，再为她更换床单，突然，她由于体位改变，呛咳了一下，气管套管内的的分泌物喷了我一头一脸，浓烈的腥臭味让我一阵反胃。</w:t>
      </w:r>
      <w:r>
        <w:rPr>
          <w:lang w:eastAsia="zh-CN"/>
        </w:rPr>
        <w:br/>
      </w:r>
      <w:r>
        <w:rPr>
          <w:lang w:eastAsia="zh-CN"/>
        </w:rPr>
        <w:t>　　就当我要转身整理一下时，忽然看到不能说话的病人一脸紧张，从她的眼神中我读懂了她的谦疚，“没关系，我们只要再换一下被子就好了”，我微笑着说。当她拔除气管插管后，见到我说的第一句话就是:谢谢您，您的笑真美!就在那一刻，我的内心感受到一种强烈的震撼……是啊，微笑犹如一缕清风，能吹去患者心中的忧郁与不安，微笑犹如一句简单的问候，能消弥病人的恐惧与陌生，是微笑让我们与患者之间架起沟通的桥梁。</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若有人问我:“世界上谁最美”?我会自信地回答:“是我们护士”。护理工作没有轰轰烈烈的辉煌，却写满了简单而又平凡的爱，打针、发药、铺床、输液，我们在苦中呵护着生命;交班、接班、白天、黑夜，我们在累中把握着生命的轮回;在病患家属的期待和焦怨声中，我们守侯着一个一个身患疾苦的病人……我们是扞卫健康的忠诚卫士，是我们为病人减轻痛苦，驱除病魔，南丁格尔在克里米亚战争中的功绩，白衣战士在抗击“非典”斗争中的贡献，这不是任何人都能做到的。面对人们用“白衣天使”来表达对护士形象美和内在美的深情赞誉，我们无愧!</w:t>
      </w:r>
      <w:r>
        <w:rPr>
          <w:lang w:eastAsia="zh-CN"/>
        </w:rPr>
        <w:br/>
      </w:r>
      <w:r>
        <w:rPr>
          <w:lang w:eastAsia="zh-CN"/>
        </w:rPr>
        <w:t>　　姐妹们，我们要感谢我们的职业，是她让我们知道如何平等、善良、真诚地对待每一个生命，是她让我们理解了活着就是一种美丽!我们要感谢我们的职业，是她让我们懂得了如何珍爱生命，明白了平凡就是幸福，奉献让我们更加美丽。让我们在护理这个平凡的岗位上，展示新的风貌，创造新的业绩，让青春在白衣下焕发出绚丽的光彩。</w:t>
      </w:r>
      <w:r>
        <w:rPr>
          <w:lang w:eastAsia="zh-CN"/>
        </w:rPr>
        <w:br/>
      </w:r>
      <w:r>
        <w:rPr>
          <w:lang w:eastAsia="zh-CN"/>
        </w:rPr>
        <w:t>　　我的演讲完了,谢谢大家!512护士节演讲稿 6尊敬的院领导、同事们：</w:t>
      </w:r>
      <w:r>
        <w:rPr>
          <w:lang w:eastAsia="zh-CN"/>
        </w:rPr>
        <w:br/>
      </w:r>
      <w:r>
        <w:rPr>
          <w:lang w:eastAsia="zh-CN"/>
        </w:rPr>
        <w:t>　　大家好!</w:t>
      </w:r>
      <w:r>
        <w:rPr>
          <w:lang w:eastAsia="zh-CN"/>
        </w:rPr>
        <w:br/>
      </w:r>
      <w:r>
        <w:rPr>
          <w:lang w:eastAsia="zh-CN"/>
        </w:rPr>
        <w:t>　　今天我们再次迎来了512国际护士节，作为优秀护士代表，我倍感荣幸，请允许我代表全院护士向关心支持护理工作的各位领导表示最诚挚的感谢，向护士姐妹们致以最真诚的祝福。</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有关领导找我谈话，要我代表优秀护士发言时，我真不知道写些什么，我觉得我没什么先进可言，只不过我做了应该做的事情，有人提醒我，说：你最成就的成绩和最难忘的事情都可以写。老实说，我每天都有成就，每天都有难忘。因为，我每天都在送走我们治愈的病人，这就是我的成就，这就是我的难忘，每送走一位康复的病人，我就会感到特别的充实，就会体会到护理工作的意义，但这些不是我一个人所能做到的，是我们，是我们所有医护人员共同努力的结果。前几天，一位康复的病人临出院时，带着一束鲜花送进了我们护士站，我看到，我们护士的笑容比病人的笑容更灿烂。这一刹那，我明白了，获奖时感觉缺乏的东西，我终于找到了，那就是病人的尊重和理解!有人说，如果世上设有屈奖的话，获奖的人会有一半是护士，对于这种说法，我无法统计，但也不无道理!病人对医学的过高期望，总是会与现实出现偏差，自然不满以及愤恨的情绪就会发泄到护士身上，挨骂也是常事，因为与病人接触最多的是我们护士，我们需要社会理解与尊重，我们喜欢鲜花，哪怕是一小束!</w:t>
      </w:r>
      <w:r>
        <w:rPr>
          <w:lang w:eastAsia="zh-CN"/>
        </w:rPr>
        <w:br/>
      </w:r>
    </w:p>
    <w:p w:rsidR="001B1F19" w14:textId="27C3F48A">
      <w:pPr>
        <w:rPr>
          <w:lang w:eastAsia="zh-CN"/>
        </w:rPr>
      </w:pPr>
      <w:r>
        <w:rPr>
          <w:lang w:eastAsia="zh-CN"/>
        </w:rPr>
        <w:t>　　我来_医院已近五年，五年中虽然我没有什么可炫耀的业绩，但在自己的工作岗位上始终兢兢业业，责任、严谨、效率一直是我工作的信条，这五年里我想无论是从医院还是我个人而言都是一个逐渐成熟不断发展的`过程，个个科室都成为了文明窗口、人人代表医院形象。我想这无不倾尽了医院每个人的一份心力。我院本着以人为本，优良的医疗质量，优雅的就医环境，人性化服务，完善的医疗制度，使我们赢得了社会患者的信任和认同。胆心细，严谨细微的工作作风使我们收获了一面面来自于患者、家属的锦旗!人非草木，孰能无情，为僻患者捐款，养老院做义诊，去偏远农村义诊健康普查，让利于民微利的经营方式再次为医院赢得了很好的口碑。由此，我由衷的想说，今日的声誉、地位与成绩，是我们高层领导战略决策指导有方，更与咱医院各个部门成员的辛苦与汗水息息相关，也是社会给我们的回报!优秀的荣誉不是我个人的，是医院所有员工的。获得优秀护士的荣誉，这对我来说，既是医院对我个人工作能力的肯定，也是我今后工作的一种鼓励，即是一种荣誉、也是一种压力、更是一种动力。</w:t>
      </w:r>
      <w:r>
        <w:rPr>
          <w:lang w:eastAsia="zh-CN"/>
        </w:rPr>
        <w:br/>
      </w:r>
      <w:r>
        <w:rPr>
          <w:lang w:eastAsia="zh-CN"/>
        </w:rPr>
        <w:t>　　做为土右旗医院的一员，我感谢医院给我这个展现自我的平台，感谢领导对我的信任和包容，感谢同样优秀的同事们对我的支持和助，以后我将更加努力、与时俱进，展示新的风貌，创造新的业绩，以实际行动来报答一切关心和支持我的领导、亲人和朋友们，谢谢!512护士节演讲稿 7尊敬的各位领导、各位同仁：</w:t>
      </w:r>
      <w:r>
        <w:rPr>
          <w:lang w:eastAsia="zh-CN"/>
        </w:rPr>
        <w:br/>
      </w:r>
      <w:r>
        <w:rPr>
          <w:lang w:eastAsia="zh-CN"/>
        </w:rPr>
        <w:t>　　大家上午好！</w:t>
      </w:r>
      <w:r>
        <w:rPr>
          <w:lang w:eastAsia="zh-CN"/>
        </w:rPr>
        <w:br/>
      </w:r>
      <w:r>
        <w:rPr>
          <w:lang w:eastAsia="zh-CN"/>
        </w:rPr>
        <w:t>　　当鲜花盛开的五月悄悄降临，当万紫千红的季节换上新装时，我们记得有一位伟人在这样的日子里默默走过，她对事业的执著，对真理的求索，至今令我们感动，引导着我们一步步前进，激励着我们以实际行动完善自我。</w:t>
      </w:r>
      <w:r>
        <w:rPr>
          <w:lang w:eastAsia="zh-CN"/>
        </w:rPr>
        <w:br/>
      </w:r>
      <w:r>
        <w:rPr>
          <w:lang w:eastAsia="zh-CN"/>
        </w:rPr>
        <w:t>　　我们白衣天使，始终履行着光荣而神圣的职责，白发斑斑者，不失千里之志，青春如火苗荡漾着满腔激情，寒来暑往，斗转星移，无数个不眠不休的夜晚，我们感受生存和死亡的交响乐章。</w:t>
      </w:r>
      <w:r>
        <w:rPr>
          <w:lang w:eastAsia="zh-CN"/>
        </w:rPr>
        <w:br/>
      </w:r>
      <w:r>
        <w:rPr>
          <w:lang w:eastAsia="zh-CN"/>
        </w:rPr>
        <w:t>　　看一看我们现在。我们这一代是独生子女的时代。在座的不少同学是独生子女。我们这一代独生子女虽然有着自信、乐观、积极向上等优点。但是也暴露出一些缺点，如自私、以个人为中心等等。要改正一个群体的缺点是不容易的事。而提倡助人为乐、热心公益却可以很好地加强当代独生子女自立、合作精神，弥补自私这一缺点。</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https://d.book118.com/128023046005006045</w:t>
        </w:r>
      </w:hyperlink>
    </w:p>
    <w:p w:rsidR="001B1F19">
      <w:pPr>
        <w:rPr>
          <w:lang w:eastAsia="zh-CN"/>
        </w:rPr>
      </w:pPr>
    </w:p>
    <w:sectPr>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28023046005006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