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毕业学生演讲稿（34篇）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毕业学生演讲稿（通用34篇）</w:t>
      </w:r>
      <w:r>
        <w:rPr>
          <w:lang w:eastAsia="zh-CN"/>
        </w:rPr>
        <w:br/>
      </w:r>
      <w:r>
        <w:rPr>
          <w:lang w:eastAsia="zh-CN"/>
        </w:rPr>
        <w:t xml:space="preserve">    毕业学生演讲稿 篇1 </w:t>
      </w:r>
      <w:r>
        <w:rPr>
          <w:lang w:eastAsia="zh-CN"/>
        </w:rPr>
        <w:br/>
      </w:r>
      <w:r>
        <w:rPr>
          <w:lang w:eastAsia="zh-CN"/>
        </w:rPr>
        <w:t>　　敬爱的老师，亲爱的同学们：</w:t>
      </w:r>
      <w:r>
        <w:rPr>
          <w:lang w:eastAsia="zh-CN"/>
        </w:rPr>
        <w:br/>
      </w:r>
      <w:r>
        <w:rPr>
          <w:lang w:eastAsia="zh-CN"/>
        </w:rPr>
        <w:t>　　大家好！</w:t>
      </w:r>
      <w:r>
        <w:rPr>
          <w:lang w:eastAsia="zh-CN"/>
        </w:rPr>
        <w:br/>
      </w:r>
      <w:r>
        <w:rPr>
          <w:lang w:eastAsia="zh-CN"/>
        </w:rPr>
        <w:t>　　我是六年级二班的王雅乐。</w:t>
      </w:r>
      <w:r>
        <w:rPr>
          <w:lang w:eastAsia="zh-CN"/>
        </w:rPr>
        <w:br/>
      </w:r>
      <w:r>
        <w:rPr>
          <w:lang w:eastAsia="zh-CN"/>
        </w:rPr>
        <w:t>　　竹林幽静，翠柳烟浓，书声朗朗，歌声荡漾，实验小学我们为你自豪，为你歌唱。</w:t>
      </w:r>
      <w:r>
        <w:rPr>
          <w:lang w:eastAsia="zh-CN"/>
        </w:rPr>
        <w:br/>
      </w:r>
      <w:r>
        <w:rPr>
          <w:lang w:eastAsia="zh-CN"/>
        </w:rPr>
        <w:t>　　转眼时间飞逝，我们深知这一年是我们在母校学习的最后一年。这不禁令我想起了我刚刚迈进实小的那一刻，映入眼帘的是干净整洁的小树林，风儿一吹，树叶特有的香气扑面而来。实验小学的教学楼虽然没有东方双语的教学楼那么宏伟，但这里的老师好、同学好，使人感到无比亲切与温暖。现在我们即将毕业，六年级的我们，正在尽可能的珍惜时间，珍惜这一点一滴，一分一秒，珍惜这短漫长而短暂的三个月。因为我们知道七月的风迟早要吹来，七月的朵朵鲜花终究会盛开，希望时间可以停止，让我们在母校寻找最后的回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我们现在即将与与相处六年的同学分别，告别敬爱的老师和亲爱的母校，但我们忘不了老师课堂上的谆谆教导，忘不了老师那慈祥的的目光和鼓励的眼神。</w:t>
      </w:r>
      <w:r>
        <w:rPr>
          <w:lang w:eastAsia="zh-CN"/>
        </w:rPr>
        <w:br/>
      </w:r>
      <w:r>
        <w:rPr>
          <w:lang w:eastAsia="zh-CN"/>
        </w:rPr>
        <w:t>　　母校见证了我们成长，都饱含了我们金色童年的快乐，母校我们在你这里茁壮成长，在这里学到知识，懂的了做人的道理。母校在你这里我们快乐无比，这里是我们梦想开始的地方。</w:t>
      </w:r>
      <w:r>
        <w:rPr>
          <w:lang w:eastAsia="zh-CN"/>
        </w:rPr>
        <w:br/>
      </w:r>
      <w:r>
        <w:rPr>
          <w:lang w:eastAsia="zh-CN"/>
        </w:rPr>
        <w:t>　　操场上的舞台没有一丝退化，从一到六年级我们从稚气未脱到风华正茂。每一天，每一分，每一秒已渐渐从我们手边溜走了！好像一颗非常闪亮的流星瞬间从我们眼前飞过。</w:t>
      </w:r>
      <w:r>
        <w:rPr>
          <w:lang w:eastAsia="zh-CN"/>
        </w:rPr>
        <w:br/>
      </w:r>
      <w:r>
        <w:rPr>
          <w:lang w:eastAsia="zh-CN"/>
        </w:rPr>
        <w:t>　　轻轻地，我走了，带走了六年的知识，正如我轻轻地迈进校门。我们心中万千不舍，化作前进的动力，希望以后的将来，有时间我将带着收获的喜悦，来看望养育了我们六年的母校！</w:t>
      </w:r>
      <w:r>
        <w:rPr>
          <w:lang w:eastAsia="zh-CN"/>
        </w:rPr>
        <w:br/>
      </w:r>
      <w:r>
        <w:rPr>
          <w:lang w:eastAsia="zh-CN"/>
        </w:rPr>
        <w:t>　　最后祝愿我们的师生情谊比天高比海深！祝愿我们的母校更加辉煌！</w:t>
      </w:r>
      <w:r>
        <w:rPr>
          <w:lang w:eastAsia="zh-CN"/>
        </w:rPr>
        <w:br/>
      </w:r>
      <w:r>
        <w:rPr>
          <w:lang w:eastAsia="zh-CN"/>
        </w:rPr>
        <w:t>　　谢谢大家！</w:t>
      </w:r>
      <w:r>
        <w:rPr>
          <w:lang w:eastAsia="zh-CN"/>
        </w:rPr>
        <w:br/>
      </w:r>
      <w:r>
        <w:rPr>
          <w:lang w:eastAsia="zh-CN"/>
        </w:rPr>
        <w:t xml:space="preserve">    毕业学生演讲稿 篇2 </w:t>
      </w:r>
      <w:r>
        <w:rPr>
          <w:lang w:eastAsia="zh-CN"/>
        </w:rPr>
        <w:br/>
      </w:r>
      <w:r>
        <w:rPr>
          <w:lang w:eastAsia="zh-CN"/>
        </w:rPr>
        <w:t>　　尊敬的领导老师、亲爱的同学们：</w:t>
      </w:r>
      <w:r>
        <w:rPr>
          <w:lang w:eastAsia="zh-CN"/>
        </w:rPr>
        <w:br/>
      </w:r>
      <w:r>
        <w:rPr>
          <w:lang w:eastAsia="zh-CN"/>
        </w:rPr>
        <w:t>　　大家好早上好!我演讲的题目是《绿叶对根的情谊》。</w:t>
      </w:r>
      <w:r>
        <w:rPr>
          <w:lang w:eastAsia="zh-CN"/>
        </w:rPr>
        <w:br/>
      </w:r>
      <w:r>
        <w:rPr>
          <w:lang w:eastAsia="zh-CN"/>
        </w:rPr>
        <w:t>　　今天是个特殊的日子，此时是个特殊的时刻。因为这不但是我们__届毕业生的最后一次国旗下讲话，我站在这里，也代表全体九年级毕业生向我们的母校道别，向双庙中学的老师们道别，向朝夕相处的学弟学妹们道别，也向这段不能忘怀的岁月道别!此时此刻，我的心情无比激动，既有毕业的喜悦，也有掩不住无限的回忆与留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曾记得三年前那个初秋，我们从四面八方齐聚双庙明德学校这片沃土，刚踏进双庙校门时，我们怀揣的是懵懂无知的那份好奇与欣喜。在崭新而明亮的教学楼中，我们一起拼搏，一起努力，带着初来乍到的青涩，一起为了未来打拼。岁月如飞，转眼我们即将赶赴中考的战场。回望三年来学校生活中的每一个镜头，老师们在课堂上或滔滔不绝，或循循善诱，或旁征博引，或润物无声……在这里，我们与双庙明德学校一起成长，也见证了双庙明德学校的无数次辉煌。所有这一切，都将成为我们今后弥足珍贵的记忆，无论走到哪里，我们都会很自豪地说“我们曾经是双庙明德学校的学生!”</w:t>
      </w:r>
      <w:r>
        <w:rPr>
          <w:lang w:eastAsia="zh-CN"/>
        </w:rPr>
        <w:br/>
      </w:r>
      <w:r>
        <w:rPr>
          <w:lang w:eastAsia="zh-CN"/>
        </w:rPr>
        <w:t>　　三年来，我们从一个个不懂事的顽童，成长为一名名踌躇满志的青少年;从不敢离开父母的怀抱，到不畏艰险，勇于拼搏，我们日渐成熟。</w:t>
      </w:r>
      <w:r>
        <w:rPr>
          <w:lang w:eastAsia="zh-CN"/>
        </w:rPr>
        <w:br/>
      </w:r>
      <w:r>
        <w:rPr>
          <w:lang w:eastAsia="zh-CN"/>
        </w:rPr>
        <w:t>　　三年来，在学校和老师们的培育下，我们学会了做人，变得宽容与善良;我们学会了共处，懂得谦和礼让;我们学会了做事，正在茁壮成长。</w:t>
      </w:r>
      <w:r>
        <w:rPr>
          <w:lang w:eastAsia="zh-CN"/>
        </w:rPr>
        <w:br/>
      </w:r>
      <w:r>
        <w:rPr>
          <w:lang w:eastAsia="zh-CN"/>
        </w:rPr>
        <w:t>　　三年来，我们走的路辛苦而快乐，三年的生活，我们过的充实而美丽，我们流过眼泪，却伴着欢笑，我们踏着荆棘，却嗅得万里花香。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三年前，我们相聚明德，三年后，我们又要继续前行。可无论我们走到哪里，心中都会永远牢记您的谆谆教诲;无论我们走到哪里，永远忘不了您的深情叮咛，无论我们走到哪里，永远忘不了您的苦口婆心……很惭愧我们诸多的不明事理;太内疚我们曾经的惹事生非。你们的宽容让我们明白/世界上最宽广的是/教师们的胸怀;领导的教诲让我们理解/拼博才会有精彩的人生!如今我们就要毕业了，此时此刻，再华丽的辞藻也无法表达我们对您-----既是老师、又是朋友、更是亲人的尊敬和爱戴。所有这些温暖的记忆都将铭刻在我们内心深处，细细珍藏。请允许我们深情地道一声：老师，您辛苦了!老师，我们永远爱您!</w:t>
      </w:r>
      <w:r>
        <w:rPr>
          <w:lang w:eastAsia="zh-CN"/>
        </w:rPr>
        <w:br/>
      </w:r>
      <w:r>
        <w:rPr>
          <w:lang w:eastAsia="zh-CN"/>
        </w:rPr>
        <w:t>　　感谢你们，培养教育关心爱护过我们的所有恩师们，我们深知：学生们如今不凡的成绩后面，是你们疲惫的身影和日渐增多的白发与皱纹!感谢你们，风雨中为我们值班守夜的领导老师们，因为你们的辛苦付出，才有我们整洁的校园和舒适的学习环境!人都说父爱如山，您是学子们心中永久的丰碑;人都说母爱是河，您是我们心中永恒的歌!我们永远是光荣的双庙学子，我们永远是骄傲的明德人!</w:t>
      </w:r>
      <w:r>
        <w:rPr>
          <w:lang w:eastAsia="zh-CN"/>
        </w:rPr>
        <w:br/>
      </w:r>
      <w:r>
        <w:rPr>
          <w:lang w:eastAsia="zh-CN"/>
        </w:rPr>
        <w:t>　　明天，我们就要踏上征途，此时此刻，我们要做的，就是调整好心态，在那没有硝烟的战场，拿出最好的成绩，让母校为我们见证奇迹，让你们再一次绽放笑容，只有这样，我们才能回报母校对我们的多年培育之恩。我们一定能做到!</w:t>
      </w:r>
      <w:r>
        <w:rPr>
          <w:lang w:eastAsia="zh-CN"/>
        </w:rPr>
        <w:br/>
      </w:r>
      <w:r>
        <w:rPr>
          <w:lang w:eastAsia="zh-CN"/>
        </w:rPr>
        <w:t>　　三到八年级的学弟学妹们，为自己庆幸吧，庆幸我们曾在这么好的校园与这么好的老师们一起渡过我们金色的童年。在将来的道路上，会有更多的波折和考验，希望你们要微笑着去面对，勇敢地去打拼。不仅要成为一名合格的中学生，更要为做一名有用的祖国栋梁之才，为明德添彩，为双庙增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亲爱的母校，请接受学子们深深的谢意，那是绿叶对根的情谊!我们将来无论身在何方，无论在干什么工作，请相信，我们一定会保持双庙学生的优良传统，去拼搏、去奋斗、去创造，绝不会辜负你们的信任!最后，我代表全体九年级毕业生，衷心地祝愿所有的老师身体健康，桃李芬芳;祝我们的母校未来更加灿烂辉煌!!</w:t>
      </w:r>
      <w:r>
        <w:rPr>
          <w:lang w:eastAsia="zh-CN"/>
        </w:rPr>
        <w:br/>
      </w:r>
      <w:r>
        <w:rPr>
          <w:lang w:eastAsia="zh-CN"/>
        </w:rPr>
        <w:t xml:space="preserve">    毕业学生演讲稿 篇3 </w:t>
      </w:r>
      <w:r>
        <w:rPr>
          <w:lang w:eastAsia="zh-CN"/>
        </w:rPr>
        <w:br/>
      </w:r>
      <w:r>
        <w:rPr>
          <w:lang w:eastAsia="zh-CN"/>
        </w:rPr>
        <w:t>　　毕业，永远都是那么的伤痛，就像敷在伤口上的那把盐，火燎燎地烧着，为我们的悲欢离合，更为我们分别时满含着泪水却挤出了一个淡淡笑容的虚伪......</w:t>
      </w:r>
      <w:r>
        <w:rPr>
          <w:lang w:eastAsia="zh-CN"/>
        </w:rPr>
        <w:br/>
      </w:r>
      <w:r>
        <w:rPr>
          <w:lang w:eastAsia="zh-CN"/>
        </w:rPr>
        <w:t>　　我们总是那么的故作坚强，总是不愿别人看到我们的眼泪，总是在毕业的前夕向别人担保：“毕业时，我不会哭!”然而在毕业聚会的时候却哭得昏天黑地......毕业，一个让人难舍难分的时刻。</w:t>
      </w:r>
      <w:r>
        <w:rPr>
          <w:lang w:eastAsia="zh-CN"/>
        </w:rPr>
        <w:br/>
      </w:r>
      <w:r>
        <w:rPr>
          <w:lang w:eastAsia="zh-CN"/>
        </w:rPr>
        <w:t>　　如果我们早就体会过这种悲欢离合的感觉，我们还会抱怨那件校服太单调，那条红领巾带的太麻烦，那间教室太闷热吗......等下一个夏天，教室里坐满了人，可惜不再是我们的时候，我们还会想起那些老师捉弄人的男生，那些老师八卦矫情的女生，那些不厌其烦说道着的老师吗......那些毕业时的眼泪，是流淌在了我们的脸上，还是流淌在了我们的心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那日从老师红肿着的眼睛，我们明白，明天，我们就毕业了......平日里吵闹的教室里变得格外安静，每个人的眼里都蓄满了泪水，总是遮掩着轻轻拭去，然后看着那个平日里自己最在意的同学，向他(她)投去的，不是深情地凝望，而是分别的不舍......那段日子里，所有的同学几乎都不管升学考试如何，都整日整日的泡在空间里，发表着自己的毕业感言......不论平时关系好的还是坏的，每一篇日志下都是一连串的回复......那夜我看到同学们给我的回复，看到闺蜜们给我的回复，看到老师们给我的回复，我哭了，哭了很久......六年来的情怎能说散就散，六年来的风风雨雨怎能说忘就忘那个毕业的前一天，同学们的泪水，深深地刻画在了我的心里......</w:t>
      </w:r>
      <w:r>
        <w:rPr>
          <w:lang w:eastAsia="zh-CN"/>
        </w:rPr>
        <w:br/>
      </w:r>
      <w:r>
        <w:rPr>
          <w:lang w:eastAsia="zh-CN"/>
        </w:rPr>
        <w:t>　　平日里，最调皮的男生在空间上发来一段“要毕业了，不舍......”的说说时，我在他的下面给他回复：“放心吧，没有一个人舍得与你分开，也没有一个人舍得让你说‘不舍’......”我不明白那句话到底蕴含着什么样的意思，只是觉得，说出来了，就像毕业一般，尽管是满满的不舍，但终究不会再见......不是不会，只是今生我与你们的一齐度过的这段时光，可能已是我们此生惟一的相交点......如若以后还能再见，便是;未能再见，只能在默默中安慰自己，我们以前有过那么一个相交点，我们就应庆幸的是，还好我们的生命不是平行线，认识你，我感到很幸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那天早晨，我们齐刷刷的穿着校服，颈上戴着鲜艳的红领巾，一排排地站在梯阶上，脸上挂满了笑容......旁边站着的家长说笑道：“看这帮孩子，没心没肺似的，到了毕业了还能笑得那么灿烂。”谁明白我们在那些无人的夜躲在被窝里张着嘴却不敢哭出声来的落寞;谁明白我们看着此刻身边的同桌心中却满是内疚的那种伤痛......拍完了毕业照，我们回到班上，不再是沉静的令人窒息的节奏，而是一片啜泣声......我们的伤痛没有人明白，尽管那些大人们都称自己是“过来人”，但小学毕业对于他们来说已经过去了几个十年了，因此，那种悲伤已在他们心中化解。既然没有人来体会我们的悲伤，又为何要来插手我们的情谊</w:t>
      </w:r>
      <w:r>
        <w:rPr>
          <w:lang w:eastAsia="zh-CN"/>
        </w:rPr>
        <w:br/>
      </w:r>
      <w:r>
        <w:rPr>
          <w:lang w:eastAsia="zh-CN"/>
        </w:rPr>
        <w:t>　　毕业，一个让人感到悲痛的时刻，让人虽然不觉却会说：“放心，我们还会再见，友谊地久天长......”</w:t>
      </w:r>
      <w:r>
        <w:rPr>
          <w:lang w:eastAsia="zh-CN"/>
        </w:rPr>
        <w:br/>
      </w:r>
      <w:r>
        <w:rPr>
          <w:lang w:eastAsia="zh-CN"/>
        </w:rPr>
        <w:t xml:space="preserve">    毕业学生演讲稿 篇4 </w:t>
      </w:r>
      <w:r>
        <w:rPr>
          <w:lang w:eastAsia="zh-CN"/>
        </w:rPr>
        <w:br/>
      </w:r>
      <w:r>
        <w:rPr>
          <w:lang w:eastAsia="zh-CN"/>
        </w:rPr>
        <w:t>　　尊敬的棕北中学校领导和老师们：</w:t>
      </w:r>
      <w:r>
        <w:rPr>
          <w:lang w:eastAsia="zh-CN"/>
        </w:rPr>
        <w:br/>
      </w:r>
      <w:r>
        <w:rPr>
          <w:lang w:eastAsia="zh-CN"/>
        </w:rPr>
        <w:t>　　您们好！</w:t>
      </w:r>
      <w:r>
        <w:rPr>
          <w:lang w:eastAsia="zh-CN"/>
        </w:rPr>
        <w:br/>
      </w:r>
      <w:r>
        <w:rPr>
          <w:lang w:eastAsia="zh-CN"/>
        </w:rPr>
        <w:t>　　三年的时光如沙，匆匆从指尖流过，再相见，已相拥而别。眼际，隐约还闪现着老师们的忙碌身影；耳畔，似乎还回荡着同学们的铮铮誓言。棕北，承载着20__级700多位同学的青春，记录着我们的奋斗岁月，人生的相线，缘分的轨迹，紧紧相连。</w:t>
      </w:r>
      <w:r>
        <w:rPr>
          <w:lang w:eastAsia="zh-CN"/>
        </w:rPr>
        <w:br/>
      </w:r>
      <w:r>
        <w:rPr>
          <w:lang w:eastAsia="zh-CN"/>
        </w:rPr>
        <w:t>　　我们因爱而聚，我们繁花盛开......</w:t>
      </w:r>
      <w:r>
        <w:rPr>
          <w:lang w:eastAsia="zh-CN"/>
        </w:rPr>
        <w:br/>
      </w:r>
      <w:r>
        <w:rPr>
          <w:lang w:eastAsia="zh-CN"/>
        </w:rPr>
        <w:t>　　20__级，700多位同学青春梦想的港湾，而这港湾的筑造者，便是我们的老师。是你们，串联起了20__级初中时光；是你们，带给了20__级欢声笑语；更是你们引领20__级走向更远更美的未来。“春蚕到死丝方尽，蜡炬成灰泪始干”，“落红不是无情物，化作春泥更护花”，再多的诗篇也难以言尽我们对老师的感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棕北中学，无数学子梦想起航之地。海阔凭鱼跃，天高任鸟飞，三年中，棕北给了我们每一个人广阔的舞台，任我们尽展风采，可谓心有多大，棕北的舞台就有多大。校团委，学生会，社团联合会，一个个的部门，一次次的活动，为三年的时光缀上了点点繁星。大课间，密集跑，伸展操，棕北总是把学生的身体素质排在首位，力求学生做到德智体美劳全面发展。五月的蔷薇花已落，回首三年棕北中学带给我们的点点滴滴，心中满怀感激，感谢棕北这个成长的摇篮，助我们放飞了梦想的翅膀，在人生的长路上扬帆起航。</w:t>
      </w:r>
      <w:r>
        <w:rPr>
          <w:lang w:eastAsia="zh-CN"/>
        </w:rPr>
        <w:br/>
      </w:r>
      <w:r>
        <w:rPr>
          <w:lang w:eastAsia="zh-CN"/>
        </w:rPr>
        <w:t>　　我们因爱而聚，繁花盛开......</w:t>
      </w:r>
      <w:r>
        <w:rPr>
          <w:lang w:eastAsia="zh-CN"/>
        </w:rPr>
        <w:br/>
      </w:r>
      <w:r>
        <w:rPr>
          <w:lang w:eastAsia="zh-CN"/>
        </w:rPr>
        <w:t>　　“兴我棕北中学，争创一流名校”，20__级同学祝愿母校日益兴盛，桃李满天下！祝愿母校所有的老师身体健康，工作顺利！</w:t>
      </w:r>
      <w:r>
        <w:rPr>
          <w:lang w:eastAsia="zh-CN"/>
        </w:rPr>
        <w:br/>
      </w:r>
      <w:r>
        <w:rPr>
          <w:lang w:eastAsia="zh-CN"/>
        </w:rPr>
        <w:t xml:space="preserve">    毕业学生演讲稿 篇5 </w:t>
      </w:r>
      <w:r>
        <w:rPr>
          <w:lang w:eastAsia="zh-CN"/>
        </w:rPr>
        <w:br/>
      </w:r>
      <w:r>
        <w:rPr>
          <w:lang w:eastAsia="zh-CN"/>
        </w:rPr>
        <w:t>　　尊敬的老师，亲爱的同学们：</w:t>
      </w:r>
      <w:r>
        <w:rPr>
          <w:lang w:eastAsia="zh-CN"/>
        </w:rPr>
        <w:br/>
      </w:r>
      <w:r>
        <w:rPr>
          <w:lang w:eastAsia="zh-CN"/>
        </w:rPr>
        <w:t>　　大家好！</w:t>
      </w:r>
      <w:r>
        <w:rPr>
          <w:lang w:eastAsia="zh-CN"/>
        </w:rPr>
        <w:br/>
      </w:r>
      <w:r>
        <w:rPr>
          <w:lang w:eastAsia="zh-CN"/>
        </w:rPr>
        <w:t>　　我代表初三全体同学向你们致敬！</w:t>
      </w:r>
      <w:r>
        <w:rPr>
          <w:lang w:eastAsia="zh-CN"/>
        </w:rPr>
        <w:br/>
      </w:r>
      <w:r>
        <w:rPr>
          <w:lang w:eastAsia="zh-CN"/>
        </w:rPr>
        <w:t>　　今天，是我们在座的每位同学三年以来最难忘的日子，我想，此时此刻，同学们的心情和我一样，百感交集。</w:t>
      </w:r>
      <w:r>
        <w:rPr>
          <w:lang w:eastAsia="zh-CN"/>
        </w:rPr>
        <w:br/>
      </w:r>
      <w:r>
        <w:rPr>
          <w:lang w:eastAsia="zh-CN"/>
        </w:rPr>
        <w:t>　　回首过去，我们任性，无知，顽皮，不尊重老师，惹老师生气，甚至顶撞老师，但是老师仍然苦口婆心地教导我们怎样做人，毫无保留地给我们传授知识，三年如一日地陪伴我们成长，和我们一起谱下青春的美丽乐章，使我们从稚嫩走向成熟，从浅薄走向充实。在这里，我只想向老师们深情地说一声：“老师，您辛苦了！”</w:t>
      </w:r>
      <w:r>
        <w:rPr>
          <w:lang w:eastAsia="zh-CN"/>
        </w:rPr>
        <w:br/>
      </w:r>
      <w:r>
        <w:rPr>
          <w:lang w:eastAsia="zh-CN"/>
        </w:rPr>
        <w:t>　　曾经，我们在课堂上认真听讲，积极发言；课下师生欢笑，打成一片。操场上我们生龙活虎，欢笑声充满了整个校园。我们熟悉校园的每一个角落，热爱校园的一草一木。校园是我们温暖的大家庭。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时光如梭，相聚犹在昨天，分别即在眼前。但是我们不应该过于悲伤，因为离别并不代表结束，它只是我们人生当中一个新的旅程的开端。来日方长，后会有期。我们应当以最饱满的精神状态去迎接中考的到来，为我们人生的第一个转折点交一份满意的答卷。</w:t>
      </w:r>
      <w:r>
        <w:rPr>
          <w:lang w:eastAsia="zh-CN"/>
        </w:rPr>
        <w:br/>
      </w:r>
      <w:r>
        <w:rPr>
          <w:lang w:eastAsia="zh-CN"/>
        </w:rPr>
        <w:t>　　我们人生的道路还很长远。我希望大家能用信念的铁锤，锻造一支理想的箭，引一张勤奋的弓，把它射向云水青天之间。</w:t>
      </w:r>
      <w:r>
        <w:rPr>
          <w:lang w:eastAsia="zh-CN"/>
        </w:rPr>
        <w:br/>
      </w:r>
      <w:r>
        <w:rPr>
          <w:lang w:eastAsia="zh-CN"/>
        </w:rPr>
        <w:t>　　最后，我希望我们的学校明天会更好！祝老师们身体健康，工作顺利！也预祝各位同学能在中考中取得满意的成绩！</w:t>
      </w:r>
      <w:r>
        <w:rPr>
          <w:lang w:eastAsia="zh-CN"/>
        </w:rPr>
        <w:br/>
      </w:r>
      <w:r>
        <w:rPr>
          <w:lang w:eastAsia="zh-CN"/>
        </w:rPr>
        <w:t>　　谢谢大家！</w:t>
      </w:r>
      <w:r>
        <w:rPr>
          <w:lang w:eastAsia="zh-CN"/>
        </w:rPr>
        <w:br/>
      </w:r>
      <w:r>
        <w:rPr>
          <w:lang w:eastAsia="zh-CN"/>
        </w:rPr>
        <w:t xml:space="preserve">    毕业学生演讲稿 篇6 </w:t>
      </w:r>
      <w:r>
        <w:rPr>
          <w:lang w:eastAsia="zh-CN"/>
        </w:rPr>
        <w:br/>
      </w:r>
      <w:r>
        <w:rPr>
          <w:lang w:eastAsia="zh-CN"/>
        </w:rPr>
        <w:t>　　今宵的月色格外亲切，明朝的阳光别样灿烂。毕业是一种去意回徨的境界，是行色匆匆的回眸一瞥，所有缤纷灿烂的往昔时光，都被点击成生动传神的细节。在小学的五年时光中，老师教于我们的知识，我们永远铭记于心；老师教于我们的淳淳教导，我们时时萦绕耳畔；老师为我们付出的汗水，我们更是无以为报。我只想对老师说：“老师，您辛苦了。”</w:t>
      </w:r>
      <w:r>
        <w:rPr>
          <w:lang w:eastAsia="zh-CN"/>
        </w:rPr>
        <w:br/>
      </w:r>
      <w:r>
        <w:rPr>
          <w:lang w:eastAsia="zh-CN"/>
        </w:rPr>
        <w:t>　　师的关怀，同学的友谊，六年里所有的酸甜苦辣都凝聚成今日的成果，我们的小学生活也即将画上一个圆满的句号。同学们，让我们在毕业之前牢记老师对我们所有学生的殷切期望，现在的我们，站在时间的交汇点上，回望过去，远眺未来，毕业是各奔东西甚至天各一方的分别，毕业是执手相握心心相印的经典时刻，毕业是一切都并非结束的郑重开始，毕业是一切都没有飘散的深沉时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同学们，请在我们互相挥手告别的时候带上其他同学最美好的祝福，在这个临别之际，让我们立下誓言：今天，我们以母校为荣；明天，母校将会以我们——祖国的栋梁，为荣!同学们,请别忘记了,小学生活，我们共同走过!</w:t>
      </w:r>
      <w:r>
        <w:rPr>
          <w:lang w:eastAsia="zh-CN"/>
        </w:rPr>
        <w:br/>
      </w:r>
      <w:r>
        <w:rPr>
          <w:lang w:eastAsia="zh-CN"/>
        </w:rPr>
        <w:t>　　我的演讲到此结束，谢谢大家。</w:t>
      </w:r>
      <w:r>
        <w:rPr>
          <w:lang w:eastAsia="zh-CN"/>
        </w:rPr>
        <w:br/>
      </w:r>
      <w:r>
        <w:rPr>
          <w:lang w:eastAsia="zh-CN"/>
        </w:rPr>
        <w:t xml:space="preserve">    毕业学生演讲稿 篇7 </w:t>
      </w:r>
      <w:r>
        <w:rPr>
          <w:lang w:eastAsia="zh-CN"/>
        </w:rPr>
        <w:br/>
      </w:r>
      <w:r>
        <w:rPr>
          <w:lang w:eastAsia="zh-CN"/>
        </w:rPr>
        <w:t>　　敬爱的老师，亲爱的同学们：</w:t>
      </w:r>
      <w:r>
        <w:rPr>
          <w:lang w:eastAsia="zh-CN"/>
        </w:rPr>
        <w:br/>
      </w:r>
      <w:r>
        <w:rPr>
          <w:lang w:eastAsia="zh-CN"/>
        </w:rPr>
        <w:t>　　今天我们相聚在这有着我们许许多多回忆的操场上。</w:t>
      </w:r>
      <w:r>
        <w:rPr>
          <w:lang w:eastAsia="zh-CN"/>
        </w:rPr>
        <w:br/>
      </w:r>
      <w:r>
        <w:rPr>
          <w:lang w:eastAsia="zh-CN"/>
        </w:rPr>
        <w:t>　　在这校园里是你们陪我走过了六个春夏秋冬，是你们陪我走过那段最黑暗的时光，是你们在我开心时，陪着我分享...</w:t>
      </w:r>
      <w:r>
        <w:rPr>
          <w:lang w:eastAsia="zh-CN"/>
        </w:rPr>
        <w:br/>
      </w:r>
      <w:r>
        <w:rPr>
          <w:lang w:eastAsia="zh-CN"/>
        </w:rPr>
        <w:t>　　从入学到现在，我们有着辛酸，有着快乐，有着许多许多开心的不开心的。</w:t>
      </w:r>
      <w:r>
        <w:rPr>
          <w:lang w:eastAsia="zh-CN"/>
        </w:rPr>
        <w:br/>
      </w:r>
      <w:r>
        <w:rPr>
          <w:lang w:eastAsia="zh-CN"/>
        </w:rPr>
        <w:t>　　我记得，四年级调考，我的成绩并不理想，可老师你们并没有一味的批评我，却是对我说：“没关系，只要你努力，不管成绩怎样，你都是最棒的。”</w:t>
      </w:r>
      <w:r>
        <w:rPr>
          <w:lang w:eastAsia="zh-CN"/>
        </w:rPr>
        <w:br/>
      </w:r>
      <w:r>
        <w:rPr>
          <w:lang w:eastAsia="zh-CN"/>
        </w:rPr>
        <w:t>　　我还记得，在五年级，朋友们背叛了我，但你却没有，我伤心的大哭了起来，你并没有安慰我，你只是默默地陪着我，安静的在我身边默默地陪着我...</w:t>
      </w:r>
      <w:r>
        <w:rPr>
          <w:lang w:eastAsia="zh-CN"/>
        </w:rPr>
        <w:br/>
      </w:r>
      <w:r>
        <w:rPr>
          <w:lang w:eastAsia="zh-CN"/>
        </w:rPr>
        <w:t>　　我更记得，六年级上学期的运动会上，老师选我跑50迷跑，当时天上下起了蒙蒙小雨，天气有这一丝寒冷，我穿着短袖跑步，当我跑完之后，你第一时间，把我的外套拿过来给我穿...</w:t>
      </w:r>
      <w:r>
        <w:rPr>
          <w:lang w:eastAsia="zh-CN"/>
        </w:rPr>
        <w:br/>
      </w:r>
      <w:r>
        <w:rPr>
          <w:lang w:eastAsia="zh-CN"/>
        </w:rPr>
        <w:t>　　这一切的一切，我都将会铭记在心。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再见敬爱的母校。</w:t>
      </w:r>
      <w:r>
        <w:rPr>
          <w:lang w:eastAsia="zh-CN"/>
        </w:rPr>
        <w:br/>
      </w:r>
      <w:r>
        <w:rPr>
          <w:lang w:eastAsia="zh-CN"/>
        </w:rPr>
        <w:t>　　再见敬爱的老师。</w:t>
      </w:r>
      <w:r>
        <w:rPr>
          <w:lang w:eastAsia="zh-CN"/>
        </w:rPr>
        <w:br/>
      </w:r>
      <w:r>
        <w:rPr>
          <w:lang w:eastAsia="zh-CN"/>
        </w:rPr>
        <w:t>　　再见亲爱的同学。</w:t>
      </w:r>
      <w:r>
        <w:rPr>
          <w:lang w:eastAsia="zh-CN"/>
        </w:rPr>
        <w:br/>
      </w:r>
      <w:r>
        <w:rPr>
          <w:lang w:eastAsia="zh-CN"/>
        </w:rPr>
        <w:t>　　再见一切的一切。</w:t>
      </w:r>
      <w:r>
        <w:rPr>
          <w:lang w:eastAsia="zh-CN"/>
        </w:rPr>
        <w:br/>
      </w:r>
      <w:r>
        <w:rPr>
          <w:lang w:eastAsia="zh-CN"/>
        </w:rPr>
        <w:t xml:space="preserve">    毕业学生演讲稿 篇8 </w:t>
      </w:r>
      <w:r>
        <w:rPr>
          <w:lang w:eastAsia="zh-CN"/>
        </w:rPr>
        <w:br/>
      </w:r>
      <w:r>
        <w:rPr>
          <w:lang w:eastAsia="zh-CN"/>
        </w:rPr>
        <w:t>　　敬爱的老师，亲爱的同学们：</w:t>
      </w:r>
      <w:r>
        <w:rPr>
          <w:lang w:eastAsia="zh-CN"/>
        </w:rPr>
        <w:br/>
      </w:r>
      <w:r>
        <w:rPr>
          <w:lang w:eastAsia="zh-CN"/>
        </w:rPr>
        <w:t>　　在这阳光明媚，绿树成荫的日子里，大家欢聚一堂，欢聚于“哺育”我们的母校。五年生活，转瞬消逝，小学生活即将画上了圆满的句号，中学生活又将翻开崭新的一页。每当想起老师的音容笑貌，每当想起同学们的欢歌笑语，引人入胜的课堂……心中不免十分惆怅，感慨万千……</w:t>
      </w:r>
      <w:r>
        <w:rPr>
          <w:lang w:eastAsia="zh-CN"/>
        </w:rPr>
        <w:br/>
      </w:r>
      <w:r>
        <w:rPr>
          <w:lang w:eastAsia="zh-CN"/>
        </w:rPr>
        <w:t>　　重新打开童年大门，每当想起老师的笑容，那件事仍在眼前浮现。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一个骄阳似火的下午，大地如闷笼，仿佛要烤熟人似的，蝉也在吱哇乱叫，好像在抱怨天气热。“一踢一跳”比赛缓缓拉开序幕，大家站在操场上，信心满满迎接比赛。随着裁判一声令下，五彩缤纷的键子被抛上了天，落下时，我立即接住了毽子，踢了起来。前一段踢得很流畅。突然，一个不和谐的音符闯了进来，撞向其他音符，我立刻慌了神，变得手足无措。我想力挽狂澜，但适得其反，毽子被我踢一边去了。我匆匆忙忙见了回来，别人已遥遥。我也不甘落后，求胜心切，可心急吃不了热豆腐，我几乎要与第一挥手告别，等我想放弃时，老师仍热情高昂，为我们鼓掌、喝彩、助威，大声喊：“加油、加油……”胜负难辨，还不知鹿死谁手呢?我心里也为自己打气，“加油”仍在我耳畔回荡，我在最后一刻向前冲刺，冠军属于了我。在领奖时，老师那鼓励的话语仍在我耳畔久久回荡。我要谢谢那两个字——加油，是他们催我奋进，让我走向成功。</w:t>
      </w:r>
      <w:r>
        <w:rPr>
          <w:lang w:eastAsia="zh-CN"/>
        </w:rPr>
        <w:br/>
      </w:r>
      <w:r>
        <w:rPr>
          <w:lang w:eastAsia="zh-CN"/>
        </w:rPr>
        <w:t>　　花儿以馥郁芳香表示对大自然的回报，小草用绿衣装饰大地，表示感激。十年树木，百年树人。插柳之恩，终身难忘。老师，谢谢您的谆谆教导。</w:t>
      </w:r>
      <w:r>
        <w:rPr>
          <w:lang w:eastAsia="zh-CN"/>
        </w:rPr>
        <w:br/>
      </w:r>
      <w:r>
        <w:rPr>
          <w:lang w:eastAsia="zh-CN"/>
        </w:rPr>
        <w:t>　　师恩难忘!</w:t>
      </w:r>
      <w:r>
        <w:rPr>
          <w:lang w:eastAsia="zh-CN"/>
        </w:rPr>
        <w:br/>
      </w:r>
      <w:r>
        <w:rPr>
          <w:lang w:eastAsia="zh-CN"/>
        </w:rPr>
        <w:t xml:space="preserve">    毕业学生演讲稿 篇9 </w:t>
      </w:r>
      <w:r>
        <w:rPr>
          <w:lang w:eastAsia="zh-CN"/>
        </w:rPr>
        <w:br/>
      </w:r>
      <w:r>
        <w:rPr>
          <w:lang w:eastAsia="zh-CN"/>
        </w:rPr>
        <w:t>　　敬爱的老师、亲爱的同学们：</w:t>
      </w:r>
      <w:r>
        <w:rPr>
          <w:lang w:eastAsia="zh-CN"/>
        </w:rPr>
        <w:br/>
      </w:r>
      <w:r>
        <w:rPr>
          <w:lang w:eastAsia="zh-CN"/>
        </w:rPr>
        <w:t>　　大家好！我是六二班的石婧玉。</w:t>
      </w:r>
      <w:r>
        <w:rPr>
          <w:lang w:eastAsia="zh-CN"/>
        </w:rPr>
        <w:br/>
      </w:r>
      <w:r>
        <w:rPr>
          <w:lang w:eastAsia="zh-CN"/>
        </w:rPr>
        <w:t>　　在这艳阳高照的日子里，我们最后一次欢聚在母校的操场上，欢聚在母校的怀抱里。</w:t>
      </w:r>
      <w:r>
        <w:rPr>
          <w:lang w:eastAsia="zh-CN"/>
        </w:rPr>
        <w:br/>
      </w:r>
      <w:r>
        <w:rPr>
          <w:lang w:eastAsia="zh-CN"/>
        </w:rPr>
        <w:t>　　“光阴似箭，日月如梭”，时间在“滴答、滴答”的钟声中悄悄地流逝。岁月的风铃在校园中回响。一眨眼间，六年的小学生话即将结束了。每当想到这里，一瞬间，许多美好的回忆都浮现在我的眼前，像放电影一般掠过：运动场上留下过我们矫健拼搏的英姿；语文课上回响过我们朗朗的读书声；校园里留下过我追逐嬉戏的背影……这些生活的缩影，将在我的记忆深处永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同学们你们记得吗？在升入小学的第一天。那可是我记忆银河中最难忘的一颗小星星。伴着第一次听的音乐我带着好奇与紧张四处张望校园。脑海里浮现着“同学、老师”这两个陌生又感到亲切的词语。</w:t>
      </w:r>
      <w:r>
        <w:rPr>
          <w:lang w:eastAsia="zh-CN"/>
        </w:rPr>
        <w:br/>
      </w:r>
      <w:r>
        <w:rPr>
          <w:lang w:eastAsia="zh-CN"/>
        </w:rPr>
        <w:t>　　同学们你们记得吗？在操场上第一次升旗。面对着一个个陌生的大哥哥大姐姐，接过他们手里递过的鲜艳的红领巾，想起它象征着国旗的一角，便庄严地举起手，高唱国歌。歌声仿佛回荡到很远很远……</w:t>
      </w:r>
      <w:r>
        <w:rPr>
          <w:lang w:eastAsia="zh-CN"/>
        </w:rPr>
        <w:br/>
      </w:r>
      <w:r>
        <w:rPr>
          <w:lang w:eastAsia="zh-CN"/>
        </w:rPr>
        <w:t>　　同学们你们记得吗？在校园的第一个愿望。看着从我身边走过的六年级哥哥姐姐们，总觉得他们很高大、威武，总盼望快点长大能和他们一样……每升一年级就更高兴因为离我的“成功”就更近了一步，可是真的到了六年级，才知道，六年级并不像我想像中的那样。因为学业会非常紧张，因为马上就会到了“黑色六月”，因为马上就要面临分别，就会觉得一丝恋恋不舍……</w:t>
      </w:r>
      <w:r>
        <w:rPr>
          <w:lang w:eastAsia="zh-CN"/>
        </w:rPr>
        <w:br/>
      </w:r>
      <w:r>
        <w:rPr>
          <w:lang w:eastAsia="zh-CN"/>
        </w:rPr>
        <w:t>　　我是今年六年级开学转来的新生，面临了两次分别——在曾经的五五班和现在的六二班，我觉得和这两个班的同学聚在一起，便是缘分。我们一起为班级争光，一起嬉戏打闹，一起在知识的世界里遨游……这些宝贵的时光是说忘记就可以忘记的吗？</w:t>
      </w:r>
      <w:r>
        <w:rPr>
          <w:lang w:eastAsia="zh-CN"/>
        </w:rPr>
        <w:br/>
      </w:r>
      <w:r>
        <w:rPr>
          <w:lang w:eastAsia="zh-CN"/>
        </w:rPr>
        <w:t>　　我永远忘不了，那次四年级的田径比赛，同学们是那么的卖力；我永远忘不了，那张五年级上学期没有考好的期中卷，老师是那么的关心我；我永远忘不了，那堂六年级的口语交际课，同学们是那么的团结！</w:t>
      </w:r>
      <w:r>
        <w:rPr>
          <w:lang w:eastAsia="zh-CN"/>
        </w:rPr>
        <w:br/>
      </w:r>
      <w:r>
        <w:rPr>
          <w:lang w:eastAsia="zh-CN"/>
        </w:rPr>
        <w:t>　　忘不了，忘不了，永远忘不了。那一幕幕生动的画面，那一个个感人的事物，那一张张熟悉的笑脸。</w:t>
      </w:r>
      <w:r>
        <w:rPr>
          <w:lang w:eastAsia="zh-CN"/>
        </w:rPr>
        <w:br/>
      </w:r>
      <w:r>
        <w:rPr>
          <w:lang w:eastAsia="zh-CN"/>
        </w:rPr>
        <w:t>　　往事历历在目，一桩桩一件件，都是我记忆银河中璀璨的明星！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敬爱的老师，亲爱的同学们，六年的光阴，转瞬即逝。我们就要告别多姿多彩的童年、告别鲜艳的红领巾，进入多梦的少年时代，进入新的学校，去迎接团徽的召唤。</w:t>
      </w:r>
      <w:r>
        <w:rPr>
          <w:lang w:eastAsia="zh-CN"/>
        </w:rPr>
        <w:br/>
      </w:r>
      <w:r>
        <w:rPr>
          <w:lang w:eastAsia="zh-CN"/>
        </w:rPr>
        <w:t>　　再见了，敬爱的母校！再见了，敬爱的老师！再见了，亲爱的同学们！天下没有不散的宴席，光阴已一去不复返，谢谢你们给了我这么快乐的六年时光！</w:t>
      </w:r>
      <w:r>
        <w:rPr>
          <w:lang w:eastAsia="zh-CN"/>
        </w:rPr>
        <w:br/>
      </w:r>
      <w:r>
        <w:rPr>
          <w:lang w:eastAsia="zh-CN"/>
        </w:rPr>
        <w:t xml:space="preserve">    毕业学生演讲稿 篇10 </w:t>
      </w:r>
      <w:r>
        <w:rPr>
          <w:lang w:eastAsia="zh-CN"/>
        </w:rPr>
        <w:br/>
      </w:r>
      <w:r>
        <w:rPr>
          <w:lang w:eastAsia="zh-CN"/>
        </w:rPr>
        <w:t>　　我很想和我的同学在一起，但是因为我长大了，必须要离开这个幼儿园了，想想真难过幼儿园毕业感言，舍不得跟他们说再见，因为我上小学不在成都所以可能再也见不到他们的面了。</w:t>
      </w:r>
      <w:r>
        <w:rPr>
          <w:lang w:eastAsia="zh-CN"/>
        </w:rPr>
        <w:br/>
      </w:r>
      <w:r>
        <w:rPr>
          <w:lang w:eastAsia="zh-CN"/>
        </w:rPr>
        <w:t>　　虽然我在幼儿园里有时也会跟同学打架幼儿园毕业感言，但是跟同学感情还是很好，以后我要改正这个坏习惯。</w:t>
      </w:r>
      <w:r>
        <w:rPr>
          <w:lang w:eastAsia="zh-CN"/>
        </w:rPr>
        <w:br/>
      </w:r>
      <w:r>
        <w:rPr>
          <w:lang w:eastAsia="zh-CN"/>
        </w:rPr>
        <w:t>　　我喜欢丁老师，因为她总是笑咪米的幼儿园毕业感言，对我们非常好，而且她每天都会把她的菜夹给我吃幼儿园毕业感言！</w:t>
      </w:r>
      <w:r>
        <w:rPr>
          <w:lang w:eastAsia="zh-CN"/>
        </w:rPr>
        <w:br/>
      </w:r>
      <w:r>
        <w:rPr>
          <w:lang w:eastAsia="zh-CN"/>
        </w:rPr>
        <w:t>　　我也喜欢任老师，她总是夸我上课专心，而且还奖励我奥特曼的粘粘，可漂亮了。</w:t>
      </w:r>
      <w:r>
        <w:rPr>
          <w:lang w:eastAsia="zh-CN"/>
        </w:rPr>
        <w:br/>
      </w:r>
      <w:r>
        <w:rPr>
          <w:lang w:eastAsia="zh-CN"/>
        </w:rPr>
        <w:t>　　我喜欢曹祥宇，我跟他关系很好，最喜欢和我玩，还是个不打人的好孩子。我要向他学习。</w:t>
      </w:r>
      <w:r>
        <w:rPr>
          <w:lang w:eastAsia="zh-CN"/>
        </w:rPr>
        <w:br/>
      </w:r>
      <w:r>
        <w:rPr>
          <w:lang w:eastAsia="zh-CN"/>
        </w:rPr>
        <w:t>　　我喜欢杨思宇，因为每次我不开心的时候他会叫我一起做游戏</w:t>
      </w:r>
      <w:r>
        <w:rPr>
          <w:lang w:eastAsia="zh-CN"/>
        </w:rPr>
        <w:br/>
      </w:r>
      <w:r>
        <w:rPr>
          <w:lang w:eastAsia="zh-CN"/>
        </w:rPr>
        <w:t>　　我喜欢朱嘉豪，他团结小朋友，喜欢帮助人；我喜欢黄磊，因为他明天要送给我卡布达玩具幼儿园毕业感言.....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我喜欢幼儿园的环境，绿树、花香、门口的那一排排草丛，看起来很美丽，我真舍不得离开！</w:t>
      </w:r>
      <w:r>
        <w:rPr>
          <w:lang w:eastAsia="zh-CN"/>
        </w:rPr>
        <w:br/>
      </w:r>
      <w:r>
        <w:rPr>
          <w:lang w:eastAsia="zh-CN"/>
        </w:rPr>
        <w:t>　　在幼儿园里，我还学会了拼音、数字、汉字、英语.....。学会了不跟坏人讲话，不吃陌生人的东西，学会了背三字经，弟子规；知道要孝敬父母，做人要诚实、团结、宽容。</w:t>
      </w:r>
      <w:r>
        <w:rPr>
          <w:lang w:eastAsia="zh-CN"/>
        </w:rPr>
        <w:br/>
      </w:r>
      <w:r>
        <w:rPr>
          <w:lang w:eastAsia="zh-CN"/>
        </w:rPr>
        <w:t xml:space="preserve">    毕业学生演讲稿 篇11 </w:t>
      </w:r>
      <w:r>
        <w:rPr>
          <w:lang w:eastAsia="zh-CN"/>
        </w:rPr>
        <w:br/>
      </w:r>
      <w:r>
        <w:rPr>
          <w:lang w:eastAsia="zh-CN"/>
        </w:rPr>
        <w:t>　　尊敬的老师，亲爱的同学们：</w:t>
      </w:r>
      <w:r>
        <w:rPr>
          <w:lang w:eastAsia="zh-CN"/>
        </w:rPr>
        <w:br/>
      </w:r>
      <w:r>
        <w:rPr>
          <w:lang w:eastAsia="zh-CN"/>
        </w:rPr>
        <w:t>　　燕子总有离开母亲怀抱的那一天，我们总有离开母校的那一天。时间过得真快，转眼间我们就要离开生活六年的学校了。回首往事，难忘的六年小学生活历历在目，母校的一树一木，一花一草，一砖一瓦，都是那样熟悉，那样亲切！</w:t>
      </w:r>
      <w:r>
        <w:rPr>
          <w:lang w:eastAsia="zh-CN"/>
        </w:rPr>
        <w:br/>
      </w:r>
      <w:r>
        <w:rPr>
          <w:lang w:eastAsia="zh-CN"/>
        </w:rPr>
        <w:t>　　这里还留下了我童年最美好的回忆，每当我打开记忆的匣子，许多事情像放电影一样，浮现在我的脑海中，有坎坷，有甘甜，有失落，有成功，有失败，有喜悦，有愤怒……我忘不了考试考砸后，老师帮我分析错题的情景；忘不了班队活动上我的节目被表扬时的情景；忘不了选拔落选时的失落；忘不了经过努力后获奖时的喜悦；忘不了并肩生长的同学；忘不了像精心的花工一样关怀我们这些稚嫩幼芽的老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可是，我们已经六年级了，我们要离开难分难舍的老师、同学，离开母校了。此刻，我的心里是多么的不舍啊！六年的岁月、1900多个日日夜夜，听起来似乎是那么的漫长，而当我今天面对离别，又觉得它是那么的短暂，似乎弹指一挥间，但很多东西确确实实地烙在我们的记忆里，无法抹去……我们要告别烂漫的天真，步入了几丝沉稳；脱去了童年的稚气，获得了成长的自信；抛弃了依赖，学会了选择；懂得了自尊、自立、自强。</w:t>
      </w:r>
      <w:r>
        <w:rPr>
          <w:lang w:eastAsia="zh-CN"/>
        </w:rPr>
        <w:br/>
      </w:r>
      <w:r>
        <w:rPr>
          <w:lang w:eastAsia="zh-CN"/>
        </w:rPr>
        <w:t>　　在迈入初中的大门之前，我衷心的祝愿敬爱的老师事业蒸蒸日上，身体健健康康！祝愿同学们在新的学校里学业进步，与来自不同学校的同学共同学习，和谐共进，为祖国的明天努力奋斗！</w:t>
      </w:r>
      <w:r>
        <w:rPr>
          <w:lang w:eastAsia="zh-CN"/>
        </w:rPr>
        <w:br/>
      </w:r>
      <w:r>
        <w:rPr>
          <w:lang w:eastAsia="zh-CN"/>
        </w:rPr>
        <w:t>　　最后祝愿我们师生的情谊比天高、比海深！祝愿我们的母校更加辉煌！</w:t>
      </w:r>
      <w:r>
        <w:rPr>
          <w:lang w:eastAsia="zh-CN"/>
        </w:rPr>
        <w:br/>
      </w:r>
      <w:r>
        <w:rPr>
          <w:lang w:eastAsia="zh-CN"/>
        </w:rPr>
        <w:t>　　谢谢大家！</w:t>
      </w:r>
      <w:r>
        <w:rPr>
          <w:lang w:eastAsia="zh-CN"/>
        </w:rPr>
        <w:br/>
      </w:r>
      <w:r>
        <w:rPr>
          <w:lang w:eastAsia="zh-CN"/>
        </w:rPr>
        <w:t xml:space="preserve">    毕业学生演讲稿 篇12 </w:t>
      </w:r>
      <w:r>
        <w:rPr>
          <w:lang w:eastAsia="zh-CN"/>
        </w:rPr>
        <w:br/>
      </w:r>
      <w:r>
        <w:rPr>
          <w:lang w:eastAsia="zh-CN"/>
        </w:rPr>
        <w:t>　　敬爱的老师，亲爱的同学们：</w:t>
      </w:r>
      <w:r>
        <w:rPr>
          <w:lang w:eastAsia="zh-CN"/>
        </w:rPr>
        <w:br/>
      </w:r>
      <w:r>
        <w:rPr>
          <w:lang w:eastAsia="zh-CN"/>
        </w:rPr>
        <w:t>　　大家好!六年的小学生活转瞬即逝，今天，我们将与这个生活了六年的母校，告别。</w:t>
      </w:r>
      <w:r>
        <w:rPr>
          <w:lang w:eastAsia="zh-CN"/>
        </w:rPr>
        <w:br/>
      </w:r>
      <w:r>
        <w:rPr>
          <w:lang w:eastAsia="zh-CN"/>
        </w:rPr>
        <w:t>　　当我们在人生和学习的道路上迷茫不进时，是老师，为我们照亮了前方的路，当我们因遭受挫折和委屈流泪时，是同学，在我们身旁鼓励着我们，六年的小学生活，正因有了你们而多姿多彩。</w:t>
      </w:r>
      <w:r>
        <w:rPr>
          <w:lang w:eastAsia="zh-CN"/>
        </w:rPr>
        <w:br/>
      </w:r>
      <w:r>
        <w:rPr>
          <w:lang w:eastAsia="zh-CN"/>
        </w:rPr>
        <w:t>　　老师正如辛勤的园丁，悉心呵护着我们，让我们这一株株经不起风吹雨打的幼苗，茁壮成长为了一棵棵越挫越勇的小树。</w:t>
      </w:r>
      <w:r>
        <w:rPr>
          <w:lang w:eastAsia="zh-CN"/>
        </w:rPr>
        <w:br/>
      </w:r>
      <w:r>
        <w:rPr>
          <w:lang w:eastAsia="zh-CN"/>
        </w:rPr>
        <w:t>　　敬爱的母校，我们将带着您给的骄傲迈进中学的大门，开始新的生活。</w:t>
      </w:r>
      <w:r>
        <w:rPr>
          <w:lang w:eastAsia="zh-CN"/>
        </w:rPr>
        <w:br/>
      </w:r>
      <w:r>
        <w:rPr>
          <w:lang w:eastAsia="zh-CN"/>
        </w:rPr>
        <w:t>　　敬的老师，我们将带着您们对我们的期望迈进中学的校门，开始全新的学习。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请放心!我们不再是六年前那一个个稚气未脱的小朋友，我们已成长为了一个个成熟稳重的大孩子!</w:t>
      </w:r>
      <w:r>
        <w:rPr>
          <w:lang w:eastAsia="zh-CN"/>
        </w:rPr>
        <w:br/>
      </w:r>
      <w:r>
        <w:rPr>
          <w:lang w:eastAsia="zh-CN"/>
        </w:rPr>
        <w:t>　　我们将尽最大的努力，为羊坊店第四小学谱写出最美的乐章，我们将尽最大的努力，为羊坊店第四小学衔来最美的春天，我们将尽最大的努力，展开自己的翅膀，自由翱翔，为羊坊店第四小学开拓出一片蔚蓝的天空，我们将尽最大的努力，创造属于自己的未来，让母校的明天更为辉煌!</w:t>
      </w:r>
      <w:r>
        <w:rPr>
          <w:lang w:eastAsia="zh-CN"/>
        </w:rPr>
        <w:br/>
      </w:r>
      <w:r>
        <w:rPr>
          <w:lang w:eastAsia="zh-CN"/>
        </w:rPr>
        <w:t>　　我的发言完毕，谢谢大家!</w:t>
      </w:r>
      <w:r>
        <w:rPr>
          <w:lang w:eastAsia="zh-CN"/>
        </w:rPr>
        <w:br/>
      </w:r>
      <w:r>
        <w:rPr>
          <w:lang w:eastAsia="zh-CN"/>
        </w:rPr>
        <w:t xml:space="preserve">    毕业学生演讲稿 篇13 </w:t>
      </w:r>
      <w:r>
        <w:rPr>
          <w:lang w:eastAsia="zh-CN"/>
        </w:rPr>
        <w:br/>
      </w:r>
      <w:r>
        <w:rPr>
          <w:lang w:eastAsia="zh-CN"/>
        </w:rPr>
        <w:t>　　尊敬的各位领导，敬爱的老师们，以及尊敬的各位家长和亲爱的同学们：</w:t>
      </w:r>
      <w:r>
        <w:rPr>
          <w:lang w:eastAsia="zh-CN"/>
        </w:rPr>
        <w:br/>
      </w:r>
      <w:r>
        <w:rPr>
          <w:lang w:eastAsia="zh-CN"/>
        </w:rPr>
        <w:t>　　大家好!以及到场的嘉宾们，你们好!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非常感谢大家冒着酷暑来到67中参加我们67中20__屆初三毕业典礼大会，同时请允许我对大家的到来表示欢迎!在此，我能够作为67中保送生代表发言，感到万分的荣幸!三年前，当我们怀着梦想踏进67中，就注定与这里是有缘的。一进校园那充满着书香味的凉亭，那”教书育人“的宽大屏风，还有宽阔的篮球场整齐的教学楼……无不吸引着每位莘莘学子。三年来，这里发生着日新月异的变化：07—08夏年还是一个普通的厂矿学校——江阳中学;08秋年就发展成为市直属学校——67中;09年秋，随着学校规模的壮大，我们迎来了一批年轻有为的新教师，为我们的学校注入了新鲜的血液，我们也进入了初三的紧张而又有序扎实的学习阶段;10年的春季，我校初中又有幸被定为”课改实验中学“;就在今年的6月，在黄校长的远见和努力申请下，我校高中成为太原市唯一的双学历高中。这一切的一切都在预示着67中的明天会更加的美好。在这里，很庆幸与一批敬业奉献的恩师相识，很高兴与各位同学同窗苦读。</w:t>
      </w:r>
      <w:r>
        <w:rPr>
          <w:lang w:eastAsia="zh-CN"/>
        </w:rPr>
        <w:br/>
      </w:r>
      <w:r>
        <w:rPr>
          <w:lang w:eastAsia="zh-CN"/>
        </w:rPr>
        <w:t>　　当我们怀着试着申请的心理递交了申请书后，忐忑不安地期待着，而我们中的14人是幸运的。被破格录取的那一刻，我们大家拥抱在一起，那时，我还看到李娟激动的流泪了。其实，我们心理都有一杆称：我们真的不够格，这得益于领导的关心，我们更应发奋图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67的保送生们，虽然我们并未驰骋在考场上，但彼此都付出过，也努力过，我们无怨无悔地选择了我们熟悉的眷恋着的校园，因为我们依然希望拥有这批慈祥热情严谨奉献的恩师，我们对67的高中动漫专业的开展充满这期待!我们留在了这个称作”家“的校园，它是那么温馨，它是那么令人期待，它又是那么激人奋进!在任保送生这段时光里，我们积极响应学校组织，清洁了校园，还分头散发了本校招生简章，学校的好口碑不断地传播着。三年来，老师的谆谆教导、同学们的热情鼓励及父母的殷切期盼让我们难以忘怀;三年来，贪玩捣蛋的我们，没少让老师父母操心，在此，真诚的说声”对不起“了。而今，我们又迎来了这次别开生面的毕业典礼会，一路的喜悦彷徨相信大家都不会轻易放弃梦想，一个小小的结束预示着一个新的开端，在此，让我们首先祝愿我们的67中蒸蒸日上，祝福我们的老师们身体健康，祝福我们的家长们笑口常开，祝各位在座的同窗好友们在未来的日子里取得更好的成绩!六十七中的保送同学们，让我们一起隆重致以最诚挚的感谢，感谢领导的关怀(躬)，感谢老师的教导(鞠躬)，感谢父母的呵护(鞠躬)六十七中的保送同学们，让我们一起宣誓：”严格要求，刻苦奋进，争创佳绩!“</w:t>
      </w:r>
      <w:r>
        <w:rPr>
          <w:lang w:eastAsia="zh-CN"/>
        </w:rPr>
        <w:br/>
      </w:r>
      <w:r>
        <w:rPr>
          <w:lang w:eastAsia="zh-CN"/>
        </w:rPr>
        <w:t>　　谢谢大家!</w:t>
      </w:r>
      <w:r>
        <w:rPr>
          <w:lang w:eastAsia="zh-CN"/>
        </w:rPr>
        <w:br/>
      </w:r>
      <w:r>
        <w:rPr>
          <w:lang w:eastAsia="zh-CN"/>
        </w:rPr>
        <w:t xml:space="preserve">    毕业学生演讲稿 篇14 </w:t>
      </w:r>
      <w:r>
        <w:rPr>
          <w:lang w:eastAsia="zh-CN"/>
        </w:rPr>
        <w:br/>
      </w:r>
      <w:r>
        <w:rPr>
          <w:lang w:eastAsia="zh-CN"/>
        </w:rPr>
        <w:t>　　大学即将告一段落，多想记忆定格在此刻，却抵不过时间的流逝，只留下满满的回忆，写下此篇文字，纪念我即将逝去的大学生活、纪念属于我们幸福的225宿舍。</w:t>
      </w:r>
      <w:r>
        <w:rPr>
          <w:lang w:eastAsia="zh-CN"/>
        </w:rPr>
        <w:br/>
      </w:r>
      <w:r>
        <w:rPr>
          <w:lang w:eastAsia="zh-CN"/>
        </w:rPr>
        <w:t>　　从接到通知书的那天，意味着我们注定陪伴彼此走过大学之路，依稀的记得20__年9月8日，我们不约而同的来到这所陌生的城市，陆陆续续的走进这个陌生的学校，陌生的225宿舍，那时一切都是陌生的，熟悉的只有自己的身影而已，陌生变成熟悉，只需一个个善意的微笑，就这样我们六个人友好的在一起，这就是青春的笑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来自不同城市的我们开始期待着大学的美好，身着统一服装的我们经历了军训让我们更加的团结，只是时间会让彼此的缺点优点慢慢浮现出来，渐渐的我们有过矛盾，不过最后还是一笑而过，在这个物欲横流的社会，学校是美好的地方，我们在坎坷的经历中懂得了珍惜，在茫茫人海中相遇相识是多么难得的缘分，我也很庆幸在这个宿舍，有你们给我带来的快乐、帮助，一句谢谢不足以表达心中的谢意，曾经我们有过误会、哭过、笑过，正是这点点滴滴的经历让我们建立了难以割舍的友情，懂得了包容、理解、沟通的重要，只是还是会习惯性的在遇到事情的时候选择沉默，很多时候事情不是我们想象中的那样，如果多一点沟通一切误会或许会不了了之，但是反过来如果没有误会、没有这些在乎，那么怎会知道真正在乎的是什么，这一路走来的磕磕绊绊让我们更加的懂得珍惜。</w:t>
      </w:r>
      <w:r>
        <w:rPr>
          <w:lang w:eastAsia="zh-CN"/>
        </w:rPr>
        <w:br/>
      </w:r>
      <w:r>
        <w:rPr>
          <w:lang w:eastAsia="zh-CN"/>
        </w:rPr>
        <w:t>　　当即将走到尽头，猛然的翻起以往的照片，才发现相机是双明亮却也用很的眼睛，一张张照片记录下了我们美好的瞬间，看着我们成长的点滴，那一张张天真的脸庞在经历过2年多的生活后多了些许的成熟，数年后回忆起来大学这段时光该是怎样的温馨，回忆里有你，有我，有她，有我们的快乐和在这无羁青春里留下岁月的烙印，学生时代的我们疯狂的玩过，如今即将各奔东西，别的废话也不多说了，省得你们说我啰嗦，嘿嘿，只是希望每个人的笑容能常绽放，各自有满意的工作，然后找到各自的幸福，有个好的归宿，最好的还是能把这份舍友情延续下去，珍惜225 ，属于我们的幸福的225《明、柳、丹、苗、园、晴》</w:t>
      </w:r>
      <w:r>
        <w:rPr>
          <w:lang w:eastAsia="zh-CN"/>
        </w:rPr>
        <w:br/>
      </w:r>
      <w:r>
        <w:rPr>
          <w:lang w:eastAsia="zh-CN"/>
        </w:rPr>
        <w:t>　　大学，让我们手牵手，肩并肩，开启青春大门，锁住年少无知，一个钥匙开一把锁，一个学校开无数条路，一个家开出幸福的花朵，我们是一家人，相亲相爱的一家人。</w:t>
      </w:r>
      <w:r>
        <w:rPr>
          <w:lang w:eastAsia="zh-CN"/>
        </w:rPr>
        <w:br/>
      </w:r>
      <w:r>
        <w:rPr>
          <w:lang w:eastAsia="zh-CN"/>
        </w:rPr>
        <w:t xml:space="preserve">    毕业学生演讲稿 篇15 </w:t>
      </w:r>
      <w:r>
        <w:rPr>
          <w:lang w:eastAsia="zh-CN"/>
        </w:rPr>
        <w:br/>
      </w:r>
      <w:r>
        <w:rPr>
          <w:lang w:eastAsia="zh-CN"/>
        </w:rPr>
        <w:t>　　尊敬的老师，亲爱的同学们：</w:t>
      </w:r>
      <w:r>
        <w:rPr>
          <w:lang w:eastAsia="zh-CN"/>
        </w:rPr>
        <w:br/>
      </w:r>
      <w:r>
        <w:rPr>
          <w:lang w:eastAsia="zh-CN"/>
        </w:rPr>
        <w:t>　　大家好!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我是来自_(_)班的。我很荣幸能够作为毕业班学生代表在这里发言。首先让我们以热烈的掌声感谢爸爸妈妈为我们选择了栏杆初中这个人杰地灵的知识殿堂;再让我们以更热烈的掌声衷心的感谢我们的领导、老师对我们的关爱培养。</w:t>
      </w:r>
      <w:r>
        <w:rPr>
          <w:lang w:eastAsia="zh-CN"/>
        </w:rPr>
        <w:br/>
      </w:r>
      <w:r>
        <w:rPr>
          <w:lang w:eastAsia="zh-CN"/>
        </w:rPr>
        <w:t>　　今天是个难忘的日子，对我们全体毕业生来说，更是一个值得铭记的日子。三年的初中生涯在今天即将结束，此时此刻，我的心情和在座的各位一样：纵然有着欢聚一堂的喜悦，也有着掩饰不住地回忆和留恋。栏初三年，一千多个的喜怒哀乐的日子就这样匆匆走过，心中更多了一分难言的不舍——这里有我们留下的那么多生动的细节，那么多精彩的片断。</w:t>
      </w:r>
      <w:r>
        <w:rPr>
          <w:lang w:eastAsia="zh-CN"/>
        </w:rPr>
        <w:br/>
      </w:r>
      <w:r>
        <w:rPr>
          <w:lang w:eastAsia="zh-CN"/>
        </w:rPr>
        <w:t>　　亲爱的同学们，请闭上你们的双眼，让我们以一种感悟生命蜕变的状态回望这一路的成长：三年前，我们聚首栏初，满怀梦想，带着期望。三年的时光总觉得还那么漫长。炎炎烈日的军训训练场上，我们队伍整齐，口号嘹亮;才艺舞台上，我们轻歌曼舞，激情满肠;明亮的教室里，张张考卷，我们奋笔疾书;课余时光，书页飞舞，球儿奔忙，我们快乐健康。理化试验，我们漫游科技殿堂，火花迸溅，信心满满;体育加试，我们挥汗如雨，执着训练，比毅力，比坚强。校内校外，我们飒姿英爽，青春阳光。课堂上有我们勤奋好学、专注的眼神，国旗下、入团仪式上有我们庄重严肃、认真的脸庞……我们用自己的言行调和着最丰富的色彩;我们用坚强的意志描绘着最绚丽的青春。在这里，我们学会了求知，学会了合作;学会了做人，学会了生活。我们懂得了：为了未来如何在今朝把一切好好把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亲爱的同学们，请睁开你们的双眼，回望我们走过这花季岁月留下的深深足迹。看看这曾经为我们颁过奖的讲台;那曾经你追我赶的赛场;那曾经与同学嬉戏过的小路;这曾经让我们懂得“谁知盘中餐，粒粒皆辛苦”的饭堂;那曾经欢声笑语过的教室;那藏有青春梦想的小床;这些与我们朝夕相处、无私奉献的老师;那些曾经与我们并肩作战、同甘共苦的搭档……这里有我们尽兴的欢声笑语，有我们酸涩的青春烦恼，有我们无穷的人生启迪，更有我们为实现人生价值而不断追求、永不言败的自作文信笑容。</w:t>
      </w:r>
      <w:r>
        <w:rPr>
          <w:lang w:eastAsia="zh-CN"/>
        </w:rPr>
        <w:br/>
      </w:r>
      <w:r>
        <w:rPr>
          <w:lang w:eastAsia="zh-CN"/>
        </w:rPr>
        <w:t>　　初中三年我们从懵懂走向成熟，从无知走向理智，从浅薄走向充实。感谢栏初，感谢老师陪我们度过了人生最美好、最关键、最难忘的这段时期。也许我们曾经任性，让您难过;也许我们曾经调皮，让您伤心。但——请原谅我们，那是我们经历青春的真实故事，那是我们走过成长的心路历程。也正因如此，我们更加难忘老师您的精心培养：一节节悉心传授，一声声谆谆教诲，一次次潜移默化。一千多个繁琐的日日夜夜，让我们懂得了立志求知，让我们懂得了拼搏进取。我们心中有说不尽，道不完的感激啊。</w:t>
      </w:r>
      <w:r>
        <w:rPr>
          <w:lang w:eastAsia="zh-CN"/>
        </w:rPr>
        <w:br/>
      </w:r>
      <w:r>
        <w:rPr>
          <w:lang w:eastAsia="zh-CN"/>
        </w:rPr>
        <w:t>　　此刻，我建议我们大家全体起立，在这儿真诚地向我们敬爱的老师鞠躬敬礼!同学们，让我们倾尽满腔热忱一起道一声：老师，您辛苦了!谢谢您!</w:t>
      </w:r>
      <w:r>
        <w:rPr>
          <w:lang w:eastAsia="zh-CN"/>
        </w:rPr>
        <w:br/>
      </w:r>
      <w:r>
        <w:rPr>
          <w:lang w:eastAsia="zh-CN"/>
        </w:rPr>
        <w:t>　　是老师扬起了我们生命的风帆，教我们不畏艰难，是老师替我们导航，并将我们引入成功的港湾。无论我们走到哪里，老师们的教诲我们都将铭记心间!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三年的风雨兼程，一路汗水一路歌。多少美好的回忆，今朝都定格在记忆里。在一个个飞驰而过的日子里，我们默默地传递着关爱和友谊，继承和发扬着栏初求严务实的精神。我们证明着我们的实力，我们创造着我们的精彩……这段时光、这片土地、这里曾经的一切，给了我们青春和骄傲，光荣和梦想，勇气和执着。</w:t>
      </w:r>
      <w:r>
        <w:rPr>
          <w:lang w:eastAsia="zh-CN"/>
        </w:rPr>
        <w:br/>
      </w:r>
      <w:r>
        <w:rPr>
          <w:lang w:eastAsia="zh-CN"/>
        </w:rPr>
        <w:t>　　现在的我们，站在时间的交汇点，回望过去，远眺未来。离别，让我们在执手相握、心心相印的经典时刻懂得了珍惜;毕业，让一切都还未结束而又郑重开始。从今天起，我们就要把栏初给予我们的一切统统装进行囊，再度踏上新的征程。未来的日子，我们将承载着老师的殷切期望和深情嘱托，加倍努力，塑造一个更好的自己。栏初虽然只是我们生命中的驿站，但栏初的一切将成为我们生命中的永恒!</w:t>
      </w:r>
      <w:r>
        <w:rPr>
          <w:lang w:eastAsia="zh-CN"/>
        </w:rPr>
        <w:br/>
      </w:r>
      <w:r>
        <w:rPr>
          <w:lang w:eastAsia="zh-CN"/>
        </w:rPr>
        <w:t>　　亲爱的同学们，滴水之恩当涌泉相报。三年的精心培育，又岂止是滴水?让我们再次用最热烈的掌声真诚地感谢我们的学校，我们的领导和老师。</w:t>
      </w:r>
      <w:r>
        <w:rPr>
          <w:lang w:eastAsia="zh-CN"/>
        </w:rPr>
        <w:br/>
      </w:r>
      <w:r>
        <w:rPr>
          <w:lang w:eastAsia="zh-CN"/>
        </w:rPr>
        <w:t>　　亲爱的同学们，临别之际，让我们一起立下誓言：今天我们以栏初而骄傲，明天栏初因我们而自豪。</w:t>
      </w:r>
      <w:r>
        <w:rPr>
          <w:lang w:eastAsia="zh-CN"/>
        </w:rPr>
        <w:br/>
      </w:r>
      <w:r>
        <w:rPr>
          <w:lang w:eastAsia="zh-CN"/>
        </w:rPr>
        <w:t>　　最后，我真诚地祝愿：母校前程似锦!老师们幸福安康!同学们鹏程万里!</w:t>
      </w:r>
      <w:r>
        <w:rPr>
          <w:lang w:eastAsia="zh-CN"/>
        </w:rPr>
        <w:br/>
      </w:r>
      <w:r>
        <w:rPr>
          <w:lang w:eastAsia="zh-CN"/>
        </w:rPr>
        <w:t>　　我的发言到此结束，谢谢大家!</w:t>
      </w:r>
      <w:r>
        <w:rPr>
          <w:lang w:eastAsia="zh-CN"/>
        </w:rPr>
        <w:br/>
      </w:r>
      <w:r>
        <w:rPr>
          <w:lang w:eastAsia="zh-CN"/>
        </w:rPr>
        <w:t xml:space="preserve">    毕业学生演讲稿 篇16 </w:t>
      </w:r>
      <w:r>
        <w:rPr>
          <w:lang w:eastAsia="zh-CN"/>
        </w:rPr>
        <w:br/>
      </w:r>
      <w:r>
        <w:rPr>
          <w:lang w:eastAsia="zh-CN"/>
        </w:rPr>
        <w:t>　　尊敬的领导、老师们，亲爱的同学们：</w:t>
      </w:r>
      <w:r>
        <w:rPr>
          <w:lang w:eastAsia="zh-CN"/>
        </w:rPr>
        <w:br/>
      </w:r>
      <w:r>
        <w:rPr>
          <w:lang w:eastAsia="zh-CN"/>
        </w:rPr>
        <w:t>　　大家好!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回想三年前的金秋时节，当时新来的同学来到这个礼堂来参加开学典礼，从此开启了三年初中生活的历程。时光如水，今天，在这个美好的夏日我们又迎来了毕业典礼这一隆重的瞬间。在此，我有幸代表学校全体教师，向圆满完成初中学业、即将步入人生新航程的各位同学，表示衷心的祝愿!向关心、呵护九年级师生的学校领导、老师致以诚挚的谢意!</w:t>
      </w:r>
      <w:r>
        <w:rPr>
          <w:lang w:eastAsia="zh-CN"/>
        </w:rPr>
        <w:br/>
      </w:r>
      <w:r>
        <w:rPr>
          <w:lang w:eastAsia="zh-CN"/>
        </w:rPr>
        <w:t>　　三年之间，我们一起见证了同学们从懵懂走向成熟。三年之间，我们朝夕相伴，一起走过春夏，走过秋冬。三年之间，我们有过苦，有过乐，一起面对过艰难坎坷。三年之间，同学给老师们留下了深刻的印象，你们给母校增添了靓丽的色彩。</w:t>
      </w:r>
      <w:r>
        <w:rPr>
          <w:lang w:eastAsia="zh-CN"/>
        </w:rPr>
        <w:br/>
      </w:r>
      <w:r>
        <w:rPr>
          <w:lang w:eastAsia="zh-CN"/>
        </w:rPr>
        <w:t>　　你们是一群有情有意的孩子。还记得每年的教师节，你们用优美的歌声、甜美的笑容、真诚的话语送给我们最真挚的祝愿;还记得每到元旦、新年，你们用精心制作的贺卡、饱含真情的短信表达对老师的理解和感恩;还记得你们的随笔作文，字里行间汩汩流淌的是脉脉的亲情、友情、师生情;还记得你们曾在伤心难过时趴在老师肩头哭泣，记得你们曾在欣喜若狂时与老师击掌庆贺，记得你们曾在老师病痛时亲切探问殷切祝福，记得你们一声一声动情地喊“妈妈”，争着抢着做老师的孩子……我相信：有情有意的人最能赢得别人的信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你们是一群有朝气、有激情的孩子。你们曾在课堂上积极思考、小组合作探究、踊跃回答问题;你们曾为一个难题冥思苦想、彼此争论得面红耳赤;你们曾在课本剧、历史剧的展演中头角初绽，令人惊艳;你们曾在“我行我秀”的舞台上展示自己婉转的歌喉、优美的舞步、强劲的剑道;你们曾在运动场上挥洒自己的汗水，赢得一场场拔河、篮球、跳高、跑步、跳绳比赛的成功;你们曾在颜色日、义卖会、校会上展现自己的才情，奉献自己的力量……我相信：有朝气、有激情的人最能爆发自己的潜能。</w:t>
      </w:r>
      <w:r>
        <w:rPr>
          <w:lang w:eastAsia="zh-CN"/>
        </w:rPr>
        <w:br/>
      </w:r>
      <w:r>
        <w:rPr>
          <w:lang w:eastAsia="zh-CN"/>
        </w:rPr>
        <w:t>　　你们是一群勇于面对自我、乐于成长的孩子。也许你们曾厌烦过老师的唠叨、埋怨过老师的严厉、反感过老师的批评，但是，你们还是理解了老师“恨铁不成钢”的心情，你们还是理解了老师渴盼你们立志成才的心愿。毕业季进行时，你们的笔下老师是循循善诱、热情睿智的长者，是守望相助、亲密无间的朋友……也许你们曾沉迷于游戏的快乐，曾疏懒于各科的作业，曾流连于周末假期的轻松自在，但是，你们还是放下了那份贪玩、那份迷醉，回到繁重的课业，希冀着美好的未来……我相信：勇于面对自我、乐于成长的人最有可能闯出一片天地，实现自己的梦想。</w:t>
      </w:r>
      <w:r>
        <w:rPr>
          <w:lang w:eastAsia="zh-CN"/>
        </w:rPr>
        <w:br/>
      </w:r>
      <w:r>
        <w:rPr>
          <w:lang w:eastAsia="zh-CN"/>
        </w:rPr>
        <w:t>　　毕业在即，老师还要借古人的几句诗权作临别的赠言，希望九年级的同学能心领神会，也期待初一初二的同学能够与你们共勉。</w:t>
      </w:r>
      <w:r>
        <w:rPr>
          <w:lang w:eastAsia="zh-CN"/>
        </w:rPr>
        <w:br/>
      </w:r>
      <w:r>
        <w:rPr>
          <w:lang w:eastAsia="zh-CN"/>
        </w:rPr>
        <w:t>　　杜秋娘说：“劝君莫惜金缕衣，劝君惜取少年时。花开堪折直须折，莫待花落空折枝。”也许你们曾在初一初二的时候觉得努力尚早，只需坐等初三的到来。但当中考的临近逼迫你埋头在书桌上苦干的时候，我想你们应该懂得了珍惜时间，看重当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郑板桥说：“咬定青山不放松，立根原在破岩中。千磨万击还坚劲，任尔东西南北风。”也许你们曾试图寻觅快乐学习的道路，但是初三这一年的坚持，浸透了奋斗的泪和汗的入学通知书递到你手上的时候，我想你们应该懂得了收获绝不来自片刻的付出，而是来自长期不懈的坚持。</w:t>
      </w:r>
      <w:r>
        <w:rPr>
          <w:lang w:eastAsia="zh-CN"/>
        </w:rPr>
        <w:br/>
      </w:r>
      <w:r>
        <w:rPr>
          <w:lang w:eastAsia="zh-CN"/>
        </w:rPr>
        <w:t>　　陆游说：“山重水复疑无路，柳暗花明又一村。”也许你们曾有过忐忑、纠结，也许你们曾有过惧怕、怀疑，也许你们曾有过痛苦、懦弱，但是今日再回首，青春的时光已经阴霾不再，当新一天的朝阳冲破雾霭映照着你们灿烂的笑脸的时候，我想你们应该懂得了人生固然有失意困顿的时刻，但光明一直就在不远处迎接你。</w:t>
      </w:r>
      <w:r>
        <w:rPr>
          <w:lang w:eastAsia="zh-CN"/>
        </w:rPr>
        <w:br/>
      </w:r>
      <w:r>
        <w:rPr>
          <w:lang w:eastAsia="zh-CN"/>
        </w:rPr>
        <w:t>　　朱熹说：“问渠那得清如许，为有源头活水来。”校园里遍地蒲公英的种子乘风飞远了，它们会在新的土地上扎根、发芽、成长。你们也将踏上新的人生旅程，继续自己的成长故事。无论你们今后身在何方，我想你一定会记得有一处地方面朝大海，背倚高山;有一处地方你洒下过汗水，种下过希望;有一处地方你流下过青涩的泪水，有一处地方你从那里启程。我想你一定会记得那里有一群陪伴你们走过青春年华的人，那里有一群真诚扶助过你、为你答疑解惑的人。我想你一定不会忘记自己的母校——白珊，不会忘记自己的恩师。</w:t>
      </w:r>
      <w:r>
        <w:rPr>
          <w:lang w:eastAsia="zh-CN"/>
        </w:rPr>
        <w:br/>
      </w:r>
      <w:r>
        <w:rPr>
          <w:lang w:eastAsia="zh-CN"/>
        </w:rPr>
        <w:t>　　是的，同学们，我希望你们珍惜时间，看重当下。我希望你们明白收获绝不来自片刻的付出，而是来自长期不懈的坚持。我希望你们懂得人生固然有失意困顿的时刻，但光明一直就在不远处迎接你。我希望你们莫忘母校、莫忘师友。</w:t>
      </w:r>
      <w:r>
        <w:rPr>
          <w:lang w:eastAsia="zh-CN"/>
        </w:rPr>
        <w:br/>
      </w:r>
    </w:p>
    <w:p w:rsidR="001B1F19" w14:textId="27C3F48A">
      <w:pPr>
        <w:rPr>
          <w:rFonts w:hint="eastAsia"/>
          <w:lang w:eastAsia="zh-CN"/>
        </w:rPr>
      </w:pPr>
      <w:r>
        <w:rPr>
          <w:lang w:eastAsia="zh-CN"/>
        </w:rPr>
        <w:t>　　同学们，中考的钟声即将敲响，希望你们用平静的心态、缜密的头脑、认真的态度、漂亮的字迹交一份满意的答卷。同学们，载着全校师生美好的祝愿轻装上阵吧，我们期待着你们发挥出自己的水平，我们期待着你们的胜利的消息。</w:t>
      </w:r>
      <w:r>
        <w:rPr>
          <w:lang w:eastAsia="zh-CN"/>
        </w:rPr>
        <w:br/>
      </w:r>
      <w:r>
        <w:rPr>
          <w:lang w:eastAsia="zh-CN"/>
        </w:rPr>
        <w:t xml:space="preserve">    毕业学生演讲稿 篇17 </w:t>
      </w:r>
      <w:r>
        <w:rPr>
          <w:lang w:eastAsia="zh-CN"/>
        </w:rPr>
        <w:br/>
      </w:r>
      <w:r>
        <w:rPr>
          <w:lang w:eastAsia="zh-CN"/>
        </w:rPr>
        <w:t>　　尊敬的各位老师、亲爱的同学们：大家好!</w:t>
      </w:r>
      <w:r>
        <w:rPr>
          <w:lang w:eastAsia="zh-CN"/>
        </w:rPr>
        <w:br/>
      </w:r>
      <w:r>
        <w:rPr>
          <w:lang w:eastAsia="zh-CN"/>
        </w:rPr>
        <w:t>　　今天，我们_九年一贯制学校九年级的全体师生欢聚一堂，隆重举行我们的初中毕业典礼。首先，请允许我代表学校及全体师生对圆满完成初中三年学业的九年级毕业生们表示热烈的祝贺!祝贺你们将从一个新的起点开始人生的又一段新征程!同时，我也要向为你们的成长倾注了无数心血的老师和家长们表示深深的敬意和诚挚的谢意!</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https://d.book118.com/135320000134011102</w:t>
        </w:r>
      </w:hyperlink>
    </w:p>
    <w:p w:rsidR="001B1F19">
      <w:pPr>
        <w:rPr>
          <w:rFonts w:hint="eastAsia"/>
          <w:lang w:eastAsia="zh-CN"/>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3532000013401110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