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2024医生实习工作总结报告（34篇）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2024医生实习工作总结报告（精选34篇）</w:t>
      </w:r>
      <w:r>
        <w:rPr>
          <w:lang w:eastAsia="zh-CN"/>
        </w:rPr>
        <w:br/>
      </w:r>
      <w:r>
        <w:rPr>
          <w:lang w:eastAsia="zh-CN"/>
        </w:rPr>
        <w:t xml:space="preserve">    2024医生实习工作总结报告 篇1 </w:t>
      </w:r>
      <w:r>
        <w:rPr>
          <w:lang w:eastAsia="zh-CN"/>
        </w:rPr>
        <w:br/>
      </w:r>
      <w:r>
        <w:rPr>
          <w:lang w:eastAsia="zh-CN"/>
        </w:rPr>
        <w:t>　　_月份我到_医院见习，按医院和学校的要求和规定，我分别到了急诊、骨伤、内、妇、儿、外、五官、中医等8个科室学习，在见习期间我严格遵守医院及医院各科室的各项规章制度，遵纪守法，尊敬师长，团结同事，严格律己，做到了不迟到、不早退、不旷工及不擅离工作岗位。对病人细心照顾，和蔼可亲。努力将理论知识结合实践经验，在见习过程中我还不断总结学习方法和临床经验，努力培养自己独立思考、独立解决问题、独立工作的能力，见习生活也培养了我全心全意为人民服务的崇高思想和医务工作者必须具备的职业素养，经过一年的见习实践我熟练掌握了病程记录、会诊记录、出院记录等所有医疗文件的书写;掌握了临床各科室的特点及各科室常见、多发病人的诊治;掌握了常见化验的正常值和临床意义及和各类危、重、急病人的紧急处理。较好地完成了各科室的学习任务，未发生任何医疗差错和医疗事故。</w:t>
      </w:r>
      <w:r>
        <w:rPr>
          <w:lang w:eastAsia="zh-CN"/>
        </w:rPr>
        <w:br/>
      </w:r>
      <w:r>
        <w:rPr>
          <w:lang w:eastAsia="zh-CN"/>
        </w:rPr>
        <w:t>　　接触了许多党员，临床见习的几个月来，之中有教授、有住院医生、有护士，职务虽不一样，但对工作的执着和热诚，对病人负责的态度却是一样的。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这人的缺点就是不够自信。我对于自己的能力总是怀疑，不敢主动争取承担某项任务，一般只是认真完成老师分配的任务，这使得我做事很被动，失去了许多提高锻炼的机会。在现在这个竞争如此激烈的社会里，不善于推销自己的人常常会失掉许多很好的机会，不利于自身水平的提高。在见习阶段，有许多动手的机会都要靠自己争取，因此今后我应更加自信，更加主动。</w:t>
      </w:r>
      <w:r>
        <w:rPr>
          <w:lang w:eastAsia="zh-CN"/>
        </w:rPr>
        <w:br/>
      </w:r>
      <w:r>
        <w:rPr>
          <w:lang w:eastAsia="zh-CN"/>
        </w:rPr>
        <w:t>　　比如胸穿，见习已经好多天了，对医院和科室的整个运作都有了一定的解。现在一边学习基本的临床操作。换药，拆线等，一边向师兄师姐学习疾病的治疗和常用药物的使用。以前的诊断学和内科学是基础，不过和临床还是有些脱节。比如抗生素的使用，书本和实践真的差别非常大，而且不同的老师有不同的习惯和经验，没有确切的病原学证据之前，都是经验用药的药物，最基本的药理机制都在大三的药理课上学过的，不过因为一直没有自己用过药，所以以前花了很多时间背记的东西，现在几乎都还给老师了。如果经常用，应该很容易记住。</w:t>
      </w:r>
      <w:r>
        <w:rPr>
          <w:lang w:eastAsia="zh-CN"/>
        </w:rPr>
        <w:br/>
      </w:r>
      <w:r>
        <w:rPr>
          <w:lang w:eastAsia="zh-CN"/>
        </w:rPr>
        <w:t>　　在见习医院学习将要结束的这个时候，我对自己见习期间的表现还是较为满意的，并且学校教授的理论知识和在见习医院的实践经验让我对自己未来的工作充满了信心，更坚定了我成为一个救死扶伤的好医生的志愿。诚挚请求学校和医院领导给我提出宝贵的批评建议，纠正存在的错误，帮助我成为一个合格的医务工作者和社会主义建设者和接班人。</w:t>
      </w:r>
      <w:r>
        <w:rPr>
          <w:lang w:eastAsia="zh-CN"/>
        </w:rPr>
        <w:br/>
      </w:r>
      <w:r>
        <w:rPr>
          <w:lang w:eastAsia="zh-CN"/>
        </w:rPr>
        <w:t xml:space="preserve">    2024医生实习工作总结报告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临床的见习是对理论学习阶段的巩固与加强，也是对护理技能操作的培养和锻炼，同时也是就业上岗前的训练，因此这段见习时间对每个医学生来说都极为难能可贵，必须充分准备后，加以全面的利用。除了需要在校期间学习的理论知识外，我们还必须调整心态，明确自己的定位，下到临床，我们便不再是老师庇护下的学生，而是病人面前具有专业技能的未来职业医师。因此，我们不仅需要处理好医患之间及与科室医生之间的相互关系，还需要树立正确的职业道德观，养成良好的工作态度，朝能成为独当一面的医生的方向而努力。</w:t>
      </w:r>
      <w:r>
        <w:rPr>
          <w:lang w:eastAsia="zh-CN"/>
        </w:rPr>
        <w:br/>
      </w:r>
      <w:r>
        <w:rPr>
          <w:lang w:eastAsia="zh-CN"/>
        </w:rPr>
        <w:t>　　我见习的医院是一所优秀的医疗单位。见习期间，我在医院众多教授及全体带教老师的悉心培养和指导下积极参加医院开展和组织的全院医师疑难病历讨论、学术讲座、见习生临床病历讨论以及见习生教学查房等各种教学活动，学习和操作过各种穿刺、清创缝合术、换药拆线等临床技能操作，以及能在上级医师的指导下完成如阑尾切除、石膏外固定等简单手术，每一项操作程序都能严格按照无菌操作进行，熟悉并掌握各种常见疾病整体诊疗流程。</w:t>
      </w:r>
      <w:r>
        <w:rPr>
          <w:lang w:eastAsia="zh-CN"/>
        </w:rPr>
        <w:br/>
      </w:r>
      <w:r>
        <w:rPr>
          <w:lang w:eastAsia="zh-CN"/>
        </w:rPr>
        <w:t>　　此外，作为一名合格的见习生我们还需注意与病人的交流和沟通，及时了解他们的病情和需要，很好的协助带教老师做好诊治经过，从而赢得带教老师和患者的信任和赞赏。见习期间最重要的一点就是要培养临床思维，我们不应该仅仅是坐在教室里枯燥的看着课本，被动的听取知识，而是要认真详尽的翻阅资料课本，积极主动的提问，尽努力把理论知识与临床实际结合起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刚下临床时，见习生往往很难在短时间内就适应医院的节奏，并且迅速的转换心态，因此这就有个磨合阶段，此阶段时间的长短取决于个人的适应能力。</w:t>
      </w:r>
      <w:r>
        <w:rPr>
          <w:lang w:eastAsia="zh-CN"/>
        </w:rPr>
        <w:br/>
      </w:r>
      <w:r>
        <w:rPr>
          <w:lang w:eastAsia="zh-CN"/>
        </w:rPr>
        <w:t>　　随着轮转科室的增加，我积累的经验也越来越丰富，除了基本掌握了相关病历及医疗文件的书写外，还提高了相应的临床技能操作和临床思维，同时逐渐把握住医患之间及与科室医生之间的相互关系。通过整整一年的临床见习，与医院众多教授及全体带教老师交流后，我认为要成为一个优秀的临床医师因具备以下基本的素质：</w:t>
      </w:r>
      <w:r>
        <w:rPr>
          <w:lang w:eastAsia="zh-CN"/>
        </w:rPr>
        <w:br/>
      </w:r>
      <w:r>
        <w:rPr>
          <w:lang w:eastAsia="zh-CN"/>
        </w:rPr>
        <w:t>　　1思想素质：要树立牢固的专业思想，要有崇高的道德品质、高尚的情操和良好的医德修养，以白求恩为榜样，发扬救死扶伤的人道主义精神：真诚坦率，精神饱满，谦虚谨慎，认真负责;要有高度的组织性纪律性和集体主义精神，团结协作，爱护集体，爱护公物。</w:t>
      </w:r>
      <w:r>
        <w:rPr>
          <w:lang w:eastAsia="zh-CN"/>
        </w:rPr>
        <w:br/>
      </w:r>
      <w:r>
        <w:rPr>
          <w:lang w:eastAsia="zh-CN"/>
        </w:rPr>
        <w:t>　　2专业素质：要具备基本的专业知识，掌握疾病的诊断与治疗及各种用药原则，要对病人负责，态度认真诚恳，关心体贴病人，掌握病人的心理特点，给予细致的身心护理;严格执行各项规章制度，坚守岗位，按章办事，操作正规，有条不紊，一切操作要思想集中，技术熟练，做到准确、安全、及时，精益求精;要有敏锐的观察力，善于发现病情变化，遇有病情突变，既要沉着冷静，机智灵活，又要在抢救中敏捷、准确、果断;要保持衣着整齐，仪表端庄，举止稳重，礼貌待人，朴素大方;作风正派，对病人一视同仁，对工作严肃认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科学素质：要具有实事求是、勇于控索的精神，要认真掌握本学科基本理论，每项诊疗操作都要知其然并知其所以然;必须注意在实践中积累丰富的临床经验，要掌握熟练的技术和过硬的本领;要刻苦钻研业务，不断学习和引进国内外先进的技术;要善于总结经验，不断探索，开展研究，勇于创新，努力提高技术水平，不断推动事业的发展;要积极努力学习和了解社会学、心理学、伦理学等知识，拓宽自己的知识面，更好地为病人的身心健康服务。</w:t>
      </w:r>
      <w:r>
        <w:rPr>
          <w:lang w:eastAsia="zh-CN"/>
        </w:rPr>
        <w:br/>
      </w:r>
      <w:r>
        <w:rPr>
          <w:lang w:eastAsia="zh-CN"/>
        </w:rPr>
        <w:t>　　见习不仅培养了我们更为扎实牢固的操作技能及丰富深厚的理论知识，还建立了我们更为开阔流畅的交际能力，从而为我们今后工作和学习打下良好的基础。我相信通过这次长达一年的见习，我将成为一名有着扎实的理论知识、熟练的医学技术以及高尚医德医风的医务工作者。</w:t>
      </w:r>
      <w:r>
        <w:rPr>
          <w:lang w:eastAsia="zh-CN"/>
        </w:rPr>
        <w:br/>
      </w:r>
      <w:r>
        <w:rPr>
          <w:lang w:eastAsia="zh-CN"/>
        </w:rPr>
        <w:t xml:space="preserve">    2024医生实习工作总结报告 篇3 </w:t>
      </w:r>
      <w:r>
        <w:rPr>
          <w:lang w:eastAsia="zh-CN"/>
        </w:rPr>
        <w:br/>
      </w:r>
      <w:r>
        <w:rPr>
          <w:lang w:eastAsia="zh-CN"/>
        </w:rPr>
        <w:t>　　一、见习时间：</w:t>
      </w:r>
      <w:r>
        <w:rPr>
          <w:lang w:eastAsia="zh-CN"/>
        </w:rPr>
        <w:br/>
      </w:r>
      <w:r>
        <w:rPr>
          <w:lang w:eastAsia="zh-CN"/>
        </w:rPr>
        <w:t>　　_年_月</w:t>
      </w:r>
      <w:r>
        <w:rPr>
          <w:lang w:eastAsia="zh-CN"/>
        </w:rPr>
        <w:br/>
      </w:r>
      <w:r>
        <w:rPr>
          <w:lang w:eastAsia="zh-CN"/>
        </w:rPr>
        <w:t>　　二、见习地点：</w:t>
      </w:r>
      <w:r>
        <w:rPr>
          <w:lang w:eastAsia="zh-CN"/>
        </w:rPr>
        <w:br/>
      </w:r>
      <w:r>
        <w:rPr>
          <w:lang w:eastAsia="zh-CN"/>
        </w:rPr>
        <w:t>　　_医院_科</w:t>
      </w:r>
      <w:r>
        <w:rPr>
          <w:lang w:eastAsia="zh-CN"/>
        </w:rPr>
        <w:br/>
      </w:r>
      <w:r>
        <w:rPr>
          <w:lang w:eastAsia="zh-CN"/>
        </w:rPr>
        <w:t>　　三、见习内容：</w:t>
      </w:r>
      <w:r>
        <w:rPr>
          <w:lang w:eastAsia="zh-CN"/>
        </w:rPr>
        <w:br/>
      </w:r>
      <w:r>
        <w:rPr>
          <w:lang w:eastAsia="zh-CN"/>
        </w:rPr>
        <w:t>　　1、门诊见习(内分泌科)</w:t>
      </w:r>
      <w:r>
        <w:rPr>
          <w:lang w:eastAsia="zh-CN"/>
        </w:rPr>
        <w:br/>
      </w:r>
      <w:r>
        <w:rPr>
          <w:lang w:eastAsia="zh-CN"/>
        </w:rPr>
        <w:t>　　2、病房见习(血液科)</w:t>
      </w:r>
      <w:r>
        <w:rPr>
          <w:lang w:eastAsia="zh-CN"/>
        </w:rPr>
        <w:br/>
      </w:r>
      <w:r>
        <w:rPr>
          <w:lang w:eastAsia="zh-CN"/>
        </w:rPr>
        <w:t>　　四、见习总结：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看完奥运会的开幕式，便开始了这个暑期的见习生活。地点是在省立医院，小儿内科的血液内分泌科。</w:t>
      </w:r>
      <w:r>
        <w:rPr>
          <w:lang w:eastAsia="zh-CN"/>
        </w:rPr>
        <w:br/>
      </w:r>
      <w:r>
        <w:rPr>
          <w:lang w:eastAsia="zh-CN"/>
        </w:rPr>
        <w:t>　　血液内分泌科的病人分为两类，一是血液类疾病的病人，二是内分泌类疾病的病人。血液类病人多数住院进行治疗，以白血病、朗格罕细胞组织增生症、骨肉瘤为主，为行化疗复查入院。内分泌类病人以矮小症、糖尿病、性早熟为主。现对其中部分病症总结如下：</w:t>
      </w:r>
      <w:r>
        <w:rPr>
          <w:lang w:eastAsia="zh-CN"/>
        </w:rPr>
        <w:br/>
      </w:r>
      <w:r>
        <w:rPr>
          <w:lang w:eastAsia="zh-CN"/>
        </w:rPr>
        <w:t>　　1、白血病</w:t>
      </w:r>
      <w:r>
        <w:rPr>
          <w:lang w:eastAsia="zh-CN"/>
        </w:rPr>
        <w:br/>
      </w:r>
      <w:r>
        <w:rPr>
          <w:lang w:eastAsia="zh-CN"/>
        </w:rPr>
        <w:t>　　白血病为小儿常见的恶性肿瘤，临床上分为急性淋巴细胞性白血病及急性非淋巴细胞性白血病，小儿以急性淋巴细胞性白血病多见。</w:t>
      </w:r>
      <w:r>
        <w:rPr>
          <w:lang w:eastAsia="zh-CN"/>
        </w:rPr>
        <w:br/>
      </w:r>
      <w:r>
        <w:rPr>
          <w:lang w:eastAsia="zh-CN"/>
        </w:rPr>
        <w:t>　　临床表现为不规则发热、进行性苍白、衰弱、出血，以皮肤、牙龈出血，另外还可以出现肝、脾、淋巴结肿大，骨关节、皮肤、腮腺、纵隔淋巴结、神经系统、睾丸等器官浸润的相应症状。</w:t>
      </w:r>
      <w:r>
        <w:rPr>
          <w:lang w:eastAsia="zh-CN"/>
        </w:rPr>
        <w:br/>
      </w:r>
      <w:r>
        <w:rPr>
          <w:lang w:eastAsia="zh-CN"/>
        </w:rPr>
        <w:t>　　一旦确诊后应进行正规化疗，化疗期间应注意营养，加强支持疗法。预防感染，化疗间歇期定期到医院复诊，急性淋巴细胞性白血病比急性非淋巴细胞性白血病治疗效果好，急性白血病自然病程短，但经积极规则治疗后，生存期可显著延长。</w:t>
      </w:r>
      <w:r>
        <w:rPr>
          <w:lang w:eastAsia="zh-CN"/>
        </w:rPr>
        <w:br/>
      </w:r>
      <w:r>
        <w:rPr>
          <w:lang w:eastAsia="zh-CN"/>
        </w:rPr>
        <w:t>　　2、矮小症</w:t>
      </w:r>
      <w:r>
        <w:rPr>
          <w:lang w:eastAsia="zh-CN"/>
        </w:rPr>
        <w:br/>
      </w:r>
      <w:r>
        <w:rPr>
          <w:lang w:eastAsia="zh-CN"/>
        </w:rPr>
        <w:t>　　所谓的小儿身材矮小是指身材低于正常同龄、同性别儿童平均身高2个标准差(5cm左右)，平均每年身高增长低于4~5cm的患儿。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原因：生长激素缺乏或分泌不足，由此导致患儿矮小(侏儒症)最常见。如果不进行生长激素治疗，其身高成人后仅在1.3左右;遗传因素，如家族性矮身材;宫内生长迟缓儿，成人后有1/3身材矮小;性早熟患儿也会导致身高偏矮。</w:t>
      </w:r>
      <w:r>
        <w:rPr>
          <w:lang w:eastAsia="zh-CN"/>
        </w:rPr>
        <w:br/>
      </w:r>
      <w:r>
        <w:rPr>
          <w:lang w:eastAsia="zh-CN"/>
        </w:rPr>
        <w:t>　　五、见习感想：</w:t>
      </w:r>
      <w:r>
        <w:rPr>
          <w:lang w:eastAsia="zh-CN"/>
        </w:rPr>
        <w:br/>
      </w:r>
      <w:r>
        <w:rPr>
          <w:lang w:eastAsia="zh-CN"/>
        </w:rPr>
        <w:t>　　见习时在病房时间为多，所以接触的白血病患儿也多，病患大多为化疗复查入院，年龄在0到5岁之间。由于患儿年龄偏小，在做骨穿、鞘注、化疗时痛苦不已，治疗时很难控制。诊断结果也不尽人意，见习期间有3名患儿复发，而且预后不良，给患者家庭带来很大影响。</w:t>
      </w:r>
      <w:r>
        <w:rPr>
          <w:lang w:eastAsia="zh-CN"/>
        </w:rPr>
        <w:br/>
      </w:r>
      <w:r>
        <w:rPr>
          <w:lang w:eastAsia="zh-CN"/>
        </w:rPr>
        <w:t>　　门诊多以性早熟患儿居多，因与同龄儿童身高差距明显或乳房过早发育来院检查。患儿一般先进行简单询问，然后测量身高体重，根据对比正常范围值判断患儿是否正常，如果需要，还要进行测骨龄、脑ct、刺激实验等检查。一般患儿的诊断结果为性早熟，治疗需要先抑制骨龄，然后配合生长激素，争取在患儿骨骼发育结束前增长到理想身高。</w:t>
      </w:r>
      <w:r>
        <w:rPr>
          <w:lang w:eastAsia="zh-CN"/>
        </w:rPr>
        <w:br/>
      </w:r>
      <w:r>
        <w:rPr>
          <w:lang w:eastAsia="zh-CN"/>
        </w:rPr>
        <w:t>　　患病对象的不同决定了儿科不同于其他科室，同一种病症，在对年龄偏小的患者进行治疗时，需要医师投入更大的精力与耐心，用药方面也需谨慎，很多治疗方案须根据病患的个体差异制定，而且患者家属的关注程度较高，对医师的各方面技能要求也相对较高。</w:t>
      </w:r>
      <w:r>
        <w:rPr>
          <w:lang w:eastAsia="zh-CN"/>
        </w:rPr>
        <w:br/>
      </w:r>
      <w:r>
        <w:rPr>
          <w:lang w:eastAsia="zh-CN"/>
        </w:rPr>
        <w:t>　　总之，要想由一名医学生成长为一名合格的医师，是需要付出更多的努力，各方面都应该严格要求自己。</w:t>
      </w:r>
      <w:r>
        <w:rPr>
          <w:lang w:eastAsia="zh-CN"/>
        </w:rPr>
        <w:br/>
      </w:r>
      <w:r>
        <w:rPr>
          <w:lang w:eastAsia="zh-CN"/>
        </w:rPr>
        <w:t xml:space="preserve">    2024医生实习工作总结报告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实习点的第一站，是黄塘医院呼吸内科，记得第一天到科室，我的带教老师—朱老师，带我去查房，踏进病房门的一刻，被眼前的情景着实愣了一下，整个病房里的空气好沉闷，好安静，躺在病床上的病人都有点昏昏欲睡的感觉，最重要的一点是，他们竟然要靠着面罩吸氧器来维持生命，吸着氧还张口大口大口地呼吸，我的朋友在实习前一天，曾告诫过我，无论你看到多么让你惊愣的景象，像流血，残肢，什么的，一定不要在病人或家属看到你惊愣的表情。于是我很努力地镇住自己的表情，用微笑来代替隐藏在深处的惊愣和同情，耐心听着病人或家属对病情的描述。</w:t>
      </w:r>
      <w:r>
        <w:rPr>
          <w:lang w:eastAsia="zh-CN"/>
        </w:rPr>
        <w:br/>
      </w:r>
      <w:r>
        <w:rPr>
          <w:lang w:eastAsia="zh-CN"/>
        </w:rPr>
        <w:t>　　查完房后，朱老师，他说，你看着我做一个心电图，以后的心电图，就交给你了。朱老师用很通俗易懂的方法教了我们，他说的话，至今还记忆犹新，他开口的第一句是“你们看过《红与黑》这本小说吧？”</w:t>
      </w:r>
      <w:r>
        <w:rPr>
          <w:lang w:eastAsia="zh-CN"/>
        </w:rPr>
        <w:br/>
      </w:r>
      <w:r>
        <w:rPr>
          <w:lang w:eastAsia="zh-CN"/>
        </w:rPr>
        <w:t>　　然后他接着说，"记住了，右边的肢体导联的上下，是红与黑。”</w:t>
      </w:r>
      <w:r>
        <w:rPr>
          <w:lang w:eastAsia="zh-CN"/>
        </w:rPr>
        <w:br/>
      </w:r>
      <w:r>
        <w:rPr>
          <w:lang w:eastAsia="zh-CN"/>
        </w:rPr>
        <w:t>　　我们笑了笑，老师向我们摇着手说：“我们做医生不要做黄绿医生。”</w:t>
      </w:r>
      <w:r>
        <w:rPr>
          <w:lang w:eastAsia="zh-CN"/>
        </w:rPr>
        <w:br/>
      </w:r>
      <w:r>
        <w:rPr>
          <w:lang w:eastAsia="zh-CN"/>
        </w:rPr>
        <w:t>　　“黄绿医生是什么呢？”</w:t>
      </w:r>
      <w:r>
        <w:rPr>
          <w:lang w:eastAsia="zh-CN"/>
        </w:rPr>
        <w:br/>
      </w:r>
      <w:r>
        <w:rPr>
          <w:lang w:eastAsia="zh-CN"/>
        </w:rPr>
        <w:t>　　“黄绿医生曾被称为江湖医生，专门混日子，骗诈的医生”。</w:t>
      </w:r>
      <w:r>
        <w:rPr>
          <w:lang w:eastAsia="zh-CN"/>
        </w:rPr>
        <w:br/>
      </w:r>
      <w:r>
        <w:rPr>
          <w:lang w:eastAsia="zh-CN"/>
        </w:rPr>
        <w:t>　　“那好了，左边的肢体导联就是黄与绿”经老师这么说，我还真佩服老师，这个记忆方法巧妙，好记，又兼并了对我们的思想教育！时间没允许我在那里发呆多久，不久，就跟随朱老师进病房，做心电图了，朱老师很熟练地把肢体导联，胸导联插好了，并做每一步都会转过头来替我们讲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起初，我和小东林，愈鑫，伟诚，四个人经常混在一起进病房做心电图，大多时候是他们手把手在教我，后来，做多了，自然就熟悉了，现在我们四个都可以单独去病房，把做心电图这工作做好了，并且，大家都可能会有相同的感受，做心电图，其实是科室里最简单的实践操作，在这个科室里做的其它做多最多的操作就是胸穿，腰穿了，这些操作，很多时候，都是我们站在一边，看着老师熟练的操作，心里痒痒的，很想去实践一下，或许哪天，心里在想，我实践练习过后，也有这么一项操作能力该多好！我的同学跟我说，机会会有的，我很期待。</w:t>
      </w:r>
      <w:r>
        <w:rPr>
          <w:lang w:eastAsia="zh-CN"/>
        </w:rPr>
        <w:br/>
      </w:r>
      <w:r>
        <w:rPr>
          <w:lang w:eastAsia="zh-CN"/>
        </w:rPr>
        <w:t>　　我们大部分时间，是呆在办公室，说好听点，就是当咱带教老师的助手，说不好听点，就是帮忙打杂！我们帮忙接接电话，录录医嘱，写写病历，开开化验单，找找家属签字，谈话，一忙乎，就是一个上午，一个下午。工作归工作，但是学习也要抓紧点，在学校学的理论，要在实践中找回来确实要花点功夫，但是说真的，理论经过一番实践折腾过后，会在脑袋里扎根地更牢固，就像在学校里，咱诊断老师给我们讲的肺部听诊，什么干啰音，湿罗音，哮鸣音，总是一头雾水，似懂非懂的感觉，现在好像它们的概念已经在头脑中慢慢清晰起来了，我也正在努力把它们一个个清晰地区别出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呆在医院里，学的也不仅仅是这些，也把曾经错误的观念纠正过来了，因为曾经我的三个最亲的家属都在黄塘医院住过，我曾经错误地以为这里的医生，是把你们病人拖在医院，能拖多久就拖多久。多一秒，就多挣你一分钱。化验单和药能开多少就开多少，多开一张，多开一点，就多挣你一分钱。其实不是的，医生也希望病人能快点好起来，尽早出院，有时候他们苦口婆心地把病人留在医院，是因为病情需要，是因为在一番正规治疗，病情能有所好转，或者怕你出院，出什么意外，在医院，有齐全的医疗设备和一批医疗队伍，倘若，有什么意外，急需抢救，也可以尽力把你从死亡线上拉回来！有些时候，医生会根据你的病情，来决定要不要做某项检查，我曾亲眼看到张老师，跟一个病人家属说，“病人的情况，已经好转了，这个血培养可以不做了，省钱！如果你也同意，就签个字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还有今早，我的带教老师—朱老师，给一个病人开药的时候，跟病人家属说，“这个药，我们医院卖的是进口药，16元一瓶，外面只卖三元钱一瓶，你们还是带着医药单出去买吧”我一次次被这些医生感动过，心里涌动着一股股热流，热流过后，留在心底的更多是是对这些医生的肯定，不仅仅是对他们医术的肯定，更多的是对他们医德肯定，医德高尚，这样的医生，才能算好医生，医院有这些好医生的存在，才算是一家好医院，黄塘医院堪称为梅州市最好的医院，真的名副其实！不仅仅在我们科室，我看到过很多病人经医生的精心治疗和护士们细心料理，好转出院，同时也听到我们班在其他科室实习的同学们，听到过，今天哪个哪个病人出院了，今天哪个哪个病人抢救成功了？我亲身感受到了，医生的伟大，一个个白衣天使，用他们的一颗热诚的心对待着病人，在他们的精心呵护下，一个个鲜活的生命又得于重生，又可以在正常的生活轨迹里快乐地生存！但感到遗憾的是，有些东西，你无法避免你，有些人，你无法挽留，有一些病人，并没有抢救成功，有一些病人，病情也并没有好转，但是医生，护士毕竟也是人，不是神，他们也无力回天，有一些事实，注定无法改变，其实我很想跟这些家属说，只要有一线生机，一线希望，他们都不会轻易放弃，但是他们已经尽力了，只有残酷的事实，确实让他们无法挽救！</w:t>
      </w:r>
      <w:r>
        <w:rPr>
          <w:lang w:eastAsia="zh-CN"/>
        </w:rPr>
        <w:br/>
      </w:r>
      <w:r>
        <w:rPr>
          <w:lang w:eastAsia="zh-CN"/>
        </w:rPr>
        <w:t>　　经过这些初始旅程，我更深刻地感受到了，医学事业是一项很神圣的事业，和病人的生命息息相关，做个医生，容易，做个好医生，难，学医这条路，是一条艰难的旅程，拿出强劲，无论遇到多大困难，都要努力走下去，实习十个月好好努力，向吴励老师，朱老师，张老师，看齐！</w:t>
      </w:r>
      <w:r>
        <w:rPr>
          <w:lang w:eastAsia="zh-CN"/>
        </w:rPr>
        <w:br/>
      </w:r>
      <w:r>
        <w:rPr>
          <w:lang w:eastAsia="zh-CN"/>
        </w:rPr>
        <w:t xml:space="preserve">    2024医生实习工作总结报告 篇5 </w:t>
      </w:r>
      <w:r>
        <w:rPr>
          <w:lang w:eastAsia="zh-CN"/>
        </w:rPr>
        <w:br/>
      </w:r>
      <w:r>
        <w:rPr>
          <w:lang w:eastAsia="zh-CN"/>
        </w:rPr>
        <w:t>　　转眼间实习期马上就要结束了，在这段时间里我进行教育社会实践学习，回想起实习的日子，收获丰富，特别感受到以下是本人此次学习的一些实习鉴定。在实习过程中，本人严格遵守医院及各科室的规章制度，认真履行医生职责，严格要求自己，尊敬师长，团结同学，踏实工作，热爱儿童事业，全心全意为患儿着想。同时要理解家属，正确处理好护患关系，能做好解释与安慰工作，多说“对不起”，是家属也理解儿科护士的工作，减少不必要的误会或过激行为的发生。在老师的指导下，我基本掌握了儿科一些常见病的护理以及一些基本操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特别是对于小儿头皮针的穿刺技术，在工作的同时我也不断的认真学习和总结经验，能勤于、善于观察患儿病情，从而及时地掌握病情变化，作出准确判断。总之我觉得在这段实习的日子里，我学到了很多，虽然我还只是学生，也许我的能力有限，但是我用我的努力充实我的知识与技能，希望能用我的微笑送走病人健康的离去，渴望在学习中成长，真做一名默默歌唱、努力飞翔的白衣天使。</w:t>
      </w:r>
      <w:r>
        <w:rPr>
          <w:lang w:eastAsia="zh-CN"/>
        </w:rPr>
        <w:br/>
      </w:r>
      <w:r>
        <w:rPr>
          <w:lang w:eastAsia="zh-CN"/>
        </w:rPr>
        <w:t>　　1、实习前对心内科的一些基本操作要掌握，如做心电图、测血压、心脏的体格检查等，不要小看这些，以最简单的测血压为例，很多人都没有规范的掌握。</w:t>
      </w:r>
      <w:r>
        <w:rPr>
          <w:lang w:eastAsia="zh-CN"/>
        </w:rPr>
        <w:br/>
      </w:r>
      <w:r>
        <w:rPr>
          <w:lang w:eastAsia="zh-CN"/>
        </w:rPr>
        <w:t>　　2、搞熟心内科常见疾病的书本知识，如高血压、心力衰竭、心肌病、瓣膜病、冠心病等；然后再在临床上将上级医生的诊疗方案与书本相对应，看看如何与患者个体结合，不懂就问，水平会提高很快。</w:t>
      </w:r>
      <w:r>
        <w:rPr>
          <w:lang w:eastAsia="zh-CN"/>
        </w:rPr>
        <w:br/>
      </w:r>
      <w:r>
        <w:rPr>
          <w:lang w:eastAsia="zh-CN"/>
        </w:rPr>
        <w:t>　　3、学会一些急诊处理，如高血压急症、急性肺水肿、心律失常等，急诊的东西会处理了，后面慢的也不用着急，这样做到心中有数，“一切尽在掌握”，呵呵！</w:t>
      </w:r>
      <w:r>
        <w:rPr>
          <w:lang w:eastAsia="zh-CN"/>
        </w:rPr>
        <w:br/>
      </w:r>
      <w:r>
        <w:rPr>
          <w:lang w:eastAsia="zh-CN"/>
        </w:rPr>
        <w:t>　　4、还有就是，医生不光要掌握高超的医术，同时还要很好的沟通技巧，与患者、与同事，平时多学学上级老师的沟通、谈话方法和技巧，等到真正工作了会很快上手。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在急诊科实习期间，遵守医院及科室的规章制度，实习态度端正，实习动机明确，工作主观能动性强。在老师的带领和指导下，严格“三查七对”及无菌操作，现已了解了预检分诊和院前急救的流程，熟悉了急诊常见疾病的护理、危重症患者的抢救配合，掌握了洗胃、心肺复苏、除颤等急诊专业技术和急救仪器的操作、维护。</w:t>
      </w:r>
      <w:r>
        <w:rPr>
          <w:lang w:eastAsia="zh-CN"/>
        </w:rPr>
        <w:br/>
      </w:r>
      <w:r>
        <w:rPr>
          <w:lang w:eastAsia="zh-CN"/>
        </w:rPr>
        <w:t>　　在急诊的这一个月实习中，无论是在前急诊，还是在后急诊，所学的知识是受益匪浅的，急诊科的工作是悠关病人生命的第一线，尤其是在抢救室的工作。当病人被从120的车上送往抢救室时，这时提高十二万分精神是万倍的，高度的投入对病人的抢救之中，在此，我亲眼目睹了在抢救室里抢救过好多个生命危在旦夕的病人，如心脏骤停，室颤，脑出血等患者，总之，总结一句，急诊科的工作是千钧一发的事情，你速度的敏捷意味着病人的一条生命呐！同样，在预检台的工作，初步学会了对何种病人进行何种分诊，在监护室的时候，跟着陈老师学会了如何抽血气，并实践的了解了静脉血与动脉血的区分，在急诊科的工作中，也使我掌握了最基本的抢救病人措施以及洗胃技术的流程，拉心电图等。各种仪器的使用，如除颤仪、呼吸机的使用、吸痰技术及人工呼吸机的使用，胸外按压等。</w:t>
      </w:r>
      <w:r>
        <w:rPr>
          <w:lang w:eastAsia="zh-CN"/>
        </w:rPr>
        <w:br/>
      </w:r>
      <w:r>
        <w:rPr>
          <w:lang w:eastAsia="zh-CN"/>
        </w:rPr>
        <w:t xml:space="preserve">    2024医生实习工作总结报告 篇6 </w:t>
      </w:r>
      <w:r>
        <w:rPr>
          <w:lang w:eastAsia="zh-CN"/>
        </w:rPr>
        <w:br/>
      </w:r>
      <w:r>
        <w:rPr>
          <w:lang w:eastAsia="zh-CN"/>
        </w:rPr>
        <w:t>　　短短一年的实习生活就要结束了，回顾这段时间的点点滴滴，我收获颇丰!</w:t>
      </w:r>
      <w:r>
        <w:rPr>
          <w:lang w:eastAsia="zh-CN"/>
        </w:rPr>
        <w:br/>
      </w:r>
      <w:r>
        <w:rPr>
          <w:lang w:eastAsia="zh-CN"/>
        </w:rPr>
        <w:t>　　临床的实习是对理论学习阶段的巩固与加强，也是对临床技能操作的培养和锻炼，同时也是我们就业岗前的最佳训练。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实习的最大及最终目的是培养良好的各项操作技能及提高各种诊疗技能。所以在带教老师“放手不放眼，放眼不放心”的带教原则下，我积极努力的争取每一次的锻炼机会，同时还不断丰富临床理论知识，积极主动地思考各类问题，对于不懂的问题虚心的向带教老师或其它老师请教，做好知识笔记。按照学校和医院的要求我积极主动地完成了病历的书写，教学查房，病例讨论，这些培养了我们书写、组织、表达等各方面的能力。在医院实习期间，我分别到了内、外、妇、儿、骨伤等科室学习，在实习期间我遵纪守法，遵守医院及医院各科室的各项规章制度，尊敬师长，团结同志，严格要求自己，努力做到了不迟到、不早退、不无故旷工及擅自离开工作岗位。</w:t>
      </w:r>
      <w:r>
        <w:rPr>
          <w:lang w:eastAsia="zh-CN"/>
        </w:rPr>
        <w:br/>
      </w:r>
      <w:r>
        <w:rPr>
          <w:lang w:eastAsia="zh-CN"/>
        </w:rPr>
        <w:t>　　努力做到诊治工作规范化，技能服务优质化，爱心活动经常化，将理论与实践相结合，并做到理论学习有计划，有重点对待病人和蔼可亲，态度良好，努力将所学理论知识和基本技能用于实践，在此过程中我不断总结学习方法和临床经验，尽力提高独立思考、独立解决问题、独立工作的能力，并不断培养自己全心全意为人民服务的崇高思想和良好的职业道德，始终以爱心，细心，耐心为基本经过十个月的实践我熟练掌握了病程记录、会诊记录、出院记录等医疗文件的书写;掌握了临床各科室的特点及各科室常见、多发病人的诊治;掌握了常见化验的正常值和临床意义及和各类危、重、急病人的初步处理。按时参加查房，熟悉病人病情较好地完成了各科室的学习任务，未发生任何医疗差错和医疗事故。总之，在这段短暂的实习时间里，我的收获很多很多，如果用简单的词汇来概括就显得言语的苍白无力，至少不能很准确和清晰的表达我受益匪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实习期间的收获将为我今后工作和学习打下良好的基础。在今后的工作中，本人将继续努力，牢记医生职责，不断加强思想学习与业务学习，全面提高自身综合水平，为患者提供优质服务。我将以更积极主动的工作态度，更扎实牢固的操作技能，更丰富深厚的理论知识，走上自己的工作岗位，对卫生事业尽心尽责!</w:t>
      </w:r>
      <w:r>
        <w:rPr>
          <w:lang w:eastAsia="zh-CN"/>
        </w:rPr>
        <w:br/>
      </w:r>
      <w:r>
        <w:rPr>
          <w:lang w:eastAsia="zh-CN"/>
        </w:rPr>
        <w:t xml:space="preserve">    2024医生实习工作总结报告 篇7 </w:t>
      </w:r>
      <w:r>
        <w:rPr>
          <w:lang w:eastAsia="zh-CN"/>
        </w:rPr>
        <w:br/>
      </w:r>
      <w:r>
        <w:rPr>
          <w:lang w:eastAsia="zh-CN"/>
        </w:rPr>
        <w:t>　　__年11月9日，星期五，阴转多云，又到每周忙碌的周五，有常规王教授查房，下午2点讲座学习，5点读片，6点关于子宫良性疾病的座谈会。</w:t>
      </w:r>
      <w:r>
        <w:rPr>
          <w:lang w:eastAsia="zh-CN"/>
        </w:rPr>
        <w:br/>
      </w:r>
      <w:r>
        <w:rPr>
          <w:lang w:eastAsia="zh-CN"/>
        </w:rPr>
        <w:t>　　上午8点交班较平时提前20分钟，会上汪炼院长多次强调我院重点发展的人文关怀服务，现代五星级医生的发展目标，同时再次规范“一帮一”的负责制度——要求每一名患者由住院期间的主管医生终身负责制，从医患关系发展到朋友关系，不管曾经的患者是否疾病与否，应当继续关注患者现状，从朋友角度关心患者的健康状态。这一点得到王智彪教授的充分肯定，再次强调要给广大患者建立一个充满人文关怀的国际化医院的宗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接下来是护士长的一番话，这个故事感动了在场的每一个人。一名刚从学校毕业的小石护士，她是一名来自印尼的子宫肌瘤患者的责任护士。这位来自印尼的患者由于地域差异，以及重庆地区最近天气骤冷的缘故，她的衣物不足以保暖，这一点让小石护士看在眼里记在心里。第二天她就从家里将自己的衣服，而且是自己很喜欢的衣物带到医院亲自交给患者，同时将患者不方便清洗的外套带回家自己洗。一个小小的，不经意的举动让我们深感佩服与敬畏。海扶医院这样自然流露的点滴感人故事还有很多，比如：主管医生每天坚持给所负责的患者打回访电话，医务工作者们亲自到床旁关心患者衣食住行，每周五王智彪教授耐心详细地大查房，外地患者离院时医院派车将之送到火车站或机场……这些已经是海扶医院的常规作息，我打心眼里羡慕这里的患者，因为在这里有很多真心关心爱护她们的朋友。</w:t>
      </w:r>
      <w:r>
        <w:rPr>
          <w:lang w:eastAsia="zh-CN"/>
        </w:rPr>
        <w:br/>
      </w:r>
      <w:r>
        <w:rPr>
          <w:lang w:eastAsia="zh-CN"/>
        </w:rPr>
        <w:t>　　生活在这里的每一天都会有点滴的细节感动着我，小石护士感动了我，很多就诊的患者也感动着我。今天查房时一名子宫肌瘤患者的故事让我感动，更是震惊。她是来自福建的患者，就诊前经过大量的资料收集以及通过99子宫网群友里的对话，她及其丈夫坚定了来重庆海扶医院治疗的决心。在这个过程中，患者丈夫了解到超声消融是一个新技术，群友对话中一些治疗过后的患者有对之肯定的，有持保留态度的，有仍然否认这项技术的。经过认真的分析之后，他们毅然做出了决定，坚持来做超声消融治疗。假如这个故事到此为止了，或许你会说每一名就诊的患者都是感动的。的确，每一名患者都是感动的，因为她们有一颗敢于接受新事物的心，敢于尝试新技术与疾病抗争的决心，她们都很勇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然而这个故事有了新的情节，让我震惊。这名来自福建的子宫肌瘤患者不仅有很多朋友劝解她不要来重庆治疗，甚至她的妹妹，是一名妇产科主任，更是强烈反对她考虑超声消融治疗。谈到这里，我不得不说一说目前一些医务工作者对于hifu技术的认识是欠清晰的，这里不细谈。我更多的是震惊，假如我是这名患者，遇到这样的情况，我需要多大的勇气和决心才会做出这样的决定，当身边所有人都反对我的做法时，我需要多大的勇气才能坚持自我！或许我会向作为妇产科主任的妹妹妥协，或许我没有勇气尝试新技术，或许我会瞻前顾后考虑许久。然而，我们的患者做到了，她坚持了自己的想法，迈出了坚定的一步，她的坚持和决心令我十分佩服，心生敬畏。在这里我表示感谢，感谢患者朋友们的支持与信任，你们的信任是我们继续前进最大的动力与希望。</w:t>
      </w:r>
      <w:r>
        <w:rPr>
          <w:lang w:eastAsia="zh-CN"/>
        </w:rPr>
        <w:br/>
      </w:r>
      <w:r>
        <w:rPr>
          <w:lang w:eastAsia="zh-CN"/>
        </w:rPr>
        <w:t>　　下午5点多这名患者复查mr的片子回来了，大家一起读片时特别关注了她的结果，从mr上看消融情况不错，我们为之感到欣慰，她的不虚此行更是增添了我们勇往直前的信念与信心。此时，心中莫名的感动油然而生，或许作为海扶医生就是生活在感动里，我们需要感动自己，并创造更多的感动送给患者朋友们。</w:t>
      </w:r>
      <w:r>
        <w:rPr>
          <w:lang w:eastAsia="zh-CN"/>
        </w:rPr>
        <w:br/>
      </w:r>
      <w:r>
        <w:rPr>
          <w:lang w:eastAsia="zh-CN"/>
        </w:rPr>
        <w:t xml:space="preserve">    2024医生实习工作总结报告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转眼间实习期马上就要结束了，在这段时间里我进行教育社会实践学习，回想起实习的日子，收获丰富，特别感受到以下是本人此次学习的一些实习鉴定。在实习过程中，本人严格遵守医院及各科室的规章制度，认真履行医生职责，严格要求自己，尊敬师长，团结同学，踏实工作，热爱儿童事业，全心全意为患儿着想。同时要理解家属，正确处理好护患关系，能做好解释与安慰工作，多说“对不起”，是家属也理解儿科护士的工作，减少不必要的误会或过激行为的发生。在老师的指导下，我基本掌握了儿科一些常见病的护理以及一些基本操作。</w:t>
      </w:r>
      <w:r>
        <w:rPr>
          <w:lang w:eastAsia="zh-CN"/>
        </w:rPr>
        <w:br/>
      </w:r>
      <w:r>
        <w:rPr>
          <w:lang w:eastAsia="zh-CN"/>
        </w:rPr>
        <w:t>　　特别是对于小儿头皮针的穿刺技术，在工作的同时我也不断的认真学习和总结经验，能勤于、善于观察患儿病情，从而及时地掌握病情变化，作出准确判断。总之我觉得在这段实习的日子里，我学到了很多，虽然我还只是学生，也许我的能力有限，但是我用我的努力充实我的知识与技能，希望能用我的微笑送走病人健康的离去，渴望在学习中成长，真做一名默默歌唱、努力飞翔的白衣天使</w:t>
      </w:r>
      <w:r>
        <w:rPr>
          <w:lang w:eastAsia="zh-CN"/>
        </w:rPr>
        <w:br/>
      </w:r>
      <w:r>
        <w:rPr>
          <w:lang w:eastAsia="zh-CN"/>
        </w:rPr>
        <w:t>　　1、实习前对心内科的一些基本操作要掌握，如做心电图、测血压、心脏的体格检查等，不要小看这些，以最简单的测血压为例，很多人都没有规范的掌握。</w:t>
      </w:r>
      <w:r>
        <w:rPr>
          <w:lang w:eastAsia="zh-CN"/>
        </w:rPr>
        <w:br/>
      </w:r>
      <w:r>
        <w:rPr>
          <w:lang w:eastAsia="zh-CN"/>
        </w:rPr>
        <w:t>　　2、搞熟心内科常见疾病的书本知识，如高血压、心力衰竭、心肌病、瓣膜病、冠心病等；然后再在临床上将上级医生的诊疗方案与书本相对应，看看如何与患者个体结合，不懂就问，水平会提高很快。</w:t>
      </w:r>
      <w:r>
        <w:rPr>
          <w:lang w:eastAsia="zh-CN"/>
        </w:rPr>
        <w:br/>
      </w:r>
      <w:r>
        <w:rPr>
          <w:lang w:eastAsia="zh-CN"/>
        </w:rPr>
        <w:t>　　3、学会一些急诊处理，如高血压急症、急性肺水肿、心律失常等，急诊的东西会处理了，后面慢的也不用着急，这样做到心中有数，“一切尽在掌握”，呵呵！</w:t>
      </w:r>
      <w:r>
        <w:rPr>
          <w:lang w:eastAsia="zh-CN"/>
        </w:rPr>
        <w:br/>
      </w:r>
      <w:r>
        <w:rPr>
          <w:lang w:eastAsia="zh-CN"/>
        </w:rPr>
        <w:t>　　4、还有就是，医生不光要掌握高超的医术，同时还要很好的沟通技巧，与患者、与同事，平时多学学上级老师的沟通、谈话方法和技巧，等到真正工作了会很快上手。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我在急诊科实习期间，遵守医院及科室的规章制度，实习态度端正，实习动机明确，工作主观能动性强。在老师的带领和指导下，严格“三查七对”及无菌操作，现已了解了预检分诊和院前急救的流程，熟悉了急诊常见疾病的护理、危重症患者的抢救配合，掌握了洗胃、心肺复苏、除颤等急诊专业技术和急救仪器的`操作、维护。</w:t>
      </w:r>
      <w:r>
        <w:rPr>
          <w:lang w:eastAsia="zh-CN"/>
        </w:rPr>
        <w:br/>
      </w:r>
      <w:r>
        <w:rPr>
          <w:lang w:eastAsia="zh-CN"/>
        </w:rPr>
        <w:t>　　在急诊的这一个月实习中，无论是在前急诊，还是在后急诊，所学的知识是受益匪浅的，急诊科的工作是悠关病人生命的第一线，尤其是在抢救室的工作。当病人被从120的车上送往抢救室时，这时提高十二万分精神是万倍的，高度的投入对病人的抢救之中，在此，我亲眼目睹了在抢救室里抢救过好多个生命危在旦夕的病人，如心脏骤停，室颤，脑出血等患者。</w:t>
      </w:r>
      <w:r>
        <w:rPr>
          <w:lang w:eastAsia="zh-CN"/>
        </w:rPr>
        <w:br/>
      </w:r>
      <w:r>
        <w:rPr>
          <w:lang w:eastAsia="zh-CN"/>
        </w:rPr>
        <w:t>　　总之，总结一句，急诊科的工作是千钧一发的事情，你速度的敏捷意味着病人的一条生命呐！同样，在预检台的工作，初步学会了对何种病人进行何种分诊，在监护室的时候，跟着陈老师学会了如何抽血气，并实践的了解了静脉血与动脉血的区分，在急诊科的工作中，也使我掌握了最基本的抢救病人措施以及洗胃技术的流程，拉心电图等。各种仪器的使用，如除颤仪、呼吸机的使用、吸痰技术及人工呼吸机的使用，胸外按压等。</w:t>
      </w:r>
      <w:r>
        <w:rPr>
          <w:lang w:eastAsia="zh-CN"/>
        </w:rPr>
        <w:br/>
      </w:r>
      <w:r>
        <w:rPr>
          <w:lang w:eastAsia="zh-CN"/>
        </w:rPr>
        <w:t>　　离实习结束还有短暂的四个月，我会尽我最大的努力，给各位老师及病人们留下更好的印象，希望我能达我所愿。</w:t>
      </w:r>
      <w:r>
        <w:rPr>
          <w:lang w:eastAsia="zh-CN"/>
        </w:rPr>
        <w:br/>
      </w:r>
      <w:r>
        <w:rPr>
          <w:lang w:eastAsia="zh-CN"/>
        </w:rPr>
        <w:t xml:space="preserve">    2024医生实习工作总结报告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1、六个月的内科实习生涯已告一段落，回顾这些日子，是苦是乐，是酸是甜，每一个人心中都有一种属于自己的味道。听以前的实习同学说外科是特别的累，带着好奇我来到了普外，刚来到普外对什么都特别的新鲜，我又从零开始了新的学习，对于普外一些规矩我还不是很懂，经过了一周的的非常适应，我逐渐从了解到熟练。每天查房后，就要开始开化验单，换药、每天的生活在这样重复的忙碌中度过。说实话，很累，但是想到家人对我从事这方面的支持，老师对我的用心，身体的累，微不足到，对于进手术室我还是第一次，因为医院管理的特别严格，所以能进手术室是我的愿望，我也会抓住机会跟老师学知识，如果不能上手术看看还是很长见识的，例如，阑尾切除术，甲状腺切除术，胆囊切除术，脾切除术等等。对腹腔镜技术的了解还有介入治疗都是让我感到新鲜，更加用心的记。</w:t>
      </w:r>
      <w:r>
        <w:rPr>
          <w:lang w:eastAsia="zh-CN"/>
        </w:rPr>
        <w:br/>
      </w:r>
      <w:r>
        <w:rPr>
          <w:lang w:eastAsia="zh-CN"/>
        </w:rPr>
        <w:t>　　2、在骨科实习一个月里，大大小小手术经历了很多，值过多次夜班。可以说，通过这些手术以及术后处理，使我学到了很多。在骨科住院的人都很杂，这时候不仅要有技术上，更要有超强的人际交往。在这短短30天里，痛苦与快乐并存。而痛苦，莫过于身体上劳累，在创伤骨科手术中，有很多是四肢骨折，而在四肢骨折中，下肢骨折尤其多见。在骨科的老师是所有带我的老师中病号最多的一位，也是位特别出色、很有名气的外科医生，所以找他看病的特别的多，自然做手术的机会也特别的多。对于简单的骨折打夹板和打石膏我已经掌握，在骨科看片子是不能少的，对于看片子基本已经掌握。</w:t>
      </w:r>
      <w:r>
        <w:rPr>
          <w:lang w:eastAsia="zh-CN"/>
        </w:rPr>
        <w:br/>
      </w:r>
      <w:r>
        <w:rPr>
          <w:lang w:eastAsia="zh-CN"/>
        </w:rPr>
        <w:t>　　每天除了换药和拆线，还进行一些简单的缝合，对于缝合做的不是特别的好，我还需就一步努力，争取把缝合练的更好。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3、妇产科是我最想去的科室，终于在最后的实习日子我来到了妇产科实习，在这里我能感受到新生命降临时的那种喜悦的心情。对于新入院的病号我都要去询问产科记录的内容，进行宣教，每次和老师去手术室，我都特别的兴奋，看到孩子和母亲顺利的出手术室，虽然不是我做手术，但就是有一种莫名的自豪感，在妇科实习的日子，更明白母亲的伟大!</w:t>
      </w:r>
      <w:r>
        <w:rPr>
          <w:lang w:eastAsia="zh-CN"/>
        </w:rPr>
        <w:br/>
      </w:r>
      <w:r>
        <w:rPr>
          <w:lang w:eastAsia="zh-CN"/>
        </w:rPr>
        <w:t>　　实习的最后一个科室是肿瘤科，在这里大多病人都是需要化疗的，看看他们那渴望求生的眼神让人觉得心里真是酸酸的，但作为医生我们只能尽自己的能力去帮助他们。也许是因为快要结束实习的原因，对科室有特特别亲切的感觉，老师总是在百忙之中给我讲知识，问问题。在病房，我看到了许多生老病死，也看到了许多癌症末期的病人不断的在与病魔缠斗，很多病人乐观的心情以及积极想要活下去的那股意志力令我动容。他们那种精神让我动容，想想以后还有什么困难让我们灰心，放弃!</w:t>
      </w:r>
      <w:r>
        <w:rPr>
          <w:lang w:eastAsia="zh-CN"/>
        </w:rPr>
        <w:br/>
      </w:r>
      <w:r>
        <w:rPr>
          <w:lang w:eastAsia="zh-CN"/>
        </w:rPr>
        <w:t>　　一年的时间过去了，实习带给我的一切还是那样的让我觉得真实，最真实的是人际关系，科室里面，医生和护士的关系，医生和医生之间的关系，医生和病人及家属的关系，下级医生和上级医生的关系。总而言之，在理论学习后的临床实践我才刚刚起步，临床经验还需要很大程度的积累，临床技能还需要很大程度的加强。这些就是我第一次临床实习过程中对自己学习成果的总结，对学做一名合格医生的体会，也含有一些对医学事业的瞻望。我想，这样充实的生活，将会是我人生中最难忘的时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十个月的实习结束了，在这实习生活中我学会了很多，但还有很多的不足，总结如下：</w:t>
      </w:r>
      <w:r>
        <w:rPr>
          <w:lang w:eastAsia="zh-CN"/>
        </w:rPr>
        <w:br/>
      </w:r>
      <w:r>
        <w:rPr>
          <w:lang w:eastAsia="zh-CN"/>
        </w:rPr>
        <w:t>　　1、对所学的知识不够扎实，不能运用到临床。</w:t>
      </w:r>
      <w:r>
        <w:rPr>
          <w:lang w:eastAsia="zh-CN"/>
        </w:rPr>
        <w:br/>
      </w:r>
      <w:r>
        <w:rPr>
          <w:lang w:eastAsia="zh-CN"/>
        </w:rPr>
        <w:t>　　2、自信心差，对自己学的知识不敢确认。</w:t>
      </w:r>
      <w:r>
        <w:rPr>
          <w:lang w:eastAsia="zh-CN"/>
        </w:rPr>
        <w:br/>
      </w:r>
      <w:r>
        <w:rPr>
          <w:lang w:eastAsia="zh-CN"/>
        </w:rPr>
        <w:t>　　1、多组织同学们去医院参观，从中体会医院的气氛。</w:t>
      </w:r>
      <w:r>
        <w:rPr>
          <w:lang w:eastAsia="zh-CN"/>
        </w:rPr>
        <w:br/>
      </w:r>
      <w:r>
        <w:rPr>
          <w:lang w:eastAsia="zh-CN"/>
        </w:rPr>
        <w:t>　　2、组织活动是同学们有动手操作的机会。</w:t>
      </w:r>
      <w:r>
        <w:rPr>
          <w:lang w:eastAsia="zh-CN"/>
        </w:rPr>
        <w:br/>
      </w:r>
      <w:r>
        <w:rPr>
          <w:lang w:eastAsia="zh-CN"/>
        </w:rPr>
        <w:t xml:space="preserve">    2024医生实习工作总结报告 篇10 </w:t>
      </w:r>
      <w:r>
        <w:rPr>
          <w:lang w:eastAsia="zh-CN"/>
        </w:rPr>
        <w:br/>
      </w:r>
      <w:r>
        <w:rPr>
          <w:lang w:eastAsia="zh-CN"/>
        </w:rPr>
        <w:t>　　时间很快，已在医院麻醉科三个月，期间自己努力了，也进步了很多，学到了很多之前没有的东西，我想这不但是工作，更重要的是给了我一个学习和锻炼的机会。现在的工作已渐渐变得顺其自然了，这或许应当是一种庆幸，是让我值得留恋的一段经历。</w:t>
      </w:r>
      <w:r>
        <w:rPr>
          <w:lang w:eastAsia="zh-CN"/>
        </w:rPr>
        <w:br/>
      </w:r>
      <w:r>
        <w:rPr>
          <w:lang w:eastAsia="zh-CN"/>
        </w:rPr>
        <w:t>　　医院始终坚持"博瀚东海，爱心奉献"的宗旨和"一切以病人为中心"的理念，努力建设一家技术精品化、服务个性化、工作程序化、环境温馨化、医院品牌化的现代化医院，能在这样的一家医院学习进步，我感到很荣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实习期间我就特喜欢手术室的那种氛围，如今能够在麻醉科学习工作我很兴奋，激动。由于我是临床专业的，所以刚进麻醉科室对麻醉专业知识恶补了一阵子，如今也养成了每晚花上一两小时补补理论知识。科室里每个先辈老师都能够谆谆教导我们，手把手的教会我们他们自己对麻醉领域的独特见解与体会，经验究竟是有些书本上所欠缺的，这让我们倍感弥足珍惜。在这里我真的很感激蒋优君老师，她不但能当面指正我们的缺点与不足，而且对麻醉专业知识她能够不厌其烦的给我们讲授，让我们知道很多，学会很多，而且也避免了很多。徐元红、余云兰、户长龙还有张义几位老师，对生活的态度，和对工作的那份责任，我在他们身上也学到了很多。王新主任的一句话令我记忆深进"麻醉这一行业要么不失事，一出就是大事，所以做事要慎而重之"，这句话让我时刻谨记，我想这能让我在今后从事这已行业的路走的更远更长。碰到解决不了的我们会及时上报领导先辈，不逞强逞能，这不但是对自己负责也是对病人，同事负责。我觉得做人最少要有一份责任心，更何况是在从事医务这一行业。</w:t>
      </w:r>
      <w:r>
        <w:rPr>
          <w:lang w:eastAsia="zh-CN"/>
        </w:rPr>
        <w:br/>
      </w:r>
      <w:r>
        <w:rPr>
          <w:lang w:eastAsia="zh-CN"/>
        </w:rPr>
        <w:t>　　麻醉医生又被称作手术室里的内科医生，不但要熟练各种麻醉操纵技术，确保病人手术无痛、手术顺利进行，而且还要利用先进的仪器随时监测病人的生命功能，如发现由于手术、麻醉或病人的原有疾病产生要挟病人生命的题目，就采取各种治疗措施，维持病人生命功能的稳定，保证病人的安全。所以在这个岗位我们马虎不得，胆大心细，这才是干麻醉的必要条件，眼勤手快这正是我们做事的基本准绳。整理文章：</w:t>
      </w:r>
      <w:r>
        <w:rPr>
          <w:lang w:eastAsia="zh-CN"/>
        </w:rPr>
        <w:br/>
      </w:r>
      <w:r>
        <w:rPr>
          <w:lang w:eastAsia="zh-CN"/>
        </w:rPr>
        <w:t>　　短短的三个月我们不可能变得老练，不可能独当一面，在科室里呆了三个月，深深的熟悉自己的缺点和不足的地方，理论知识不够扎实，实践操纵不够完善，从医是一生的事情，活到老学到老，是我们所要面对和付诸行动的，只有理论与实践相结合才能造就一位合格的医务工作者，我们要学的还很多，要走的路也还很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工作上我能够认真、仔细且具有较强的责任心和进取心，勤恳不懈，具有工作热情；性情开朗，乐于与他人沟通，有很强的团队协作能力；责任感强，能够很好的完成领导交付的工作，和同事之间能够通力合作，关系相处友好而和睦。</w:t>
      </w:r>
      <w:r>
        <w:rPr>
          <w:lang w:eastAsia="zh-CN"/>
        </w:rPr>
        <w:br/>
      </w:r>
      <w:r>
        <w:rPr>
          <w:lang w:eastAsia="zh-CN"/>
        </w:rPr>
        <w:t>　　在医院上班的日子里，我渐渐喜欢上了这个地方，喜欢上了麻醉这份工作，想在这里渐渐成长成材，成为一位合格的正式医院里的职工，三个月的学习与工作，让我成长了很多，今后我会继续努力，一如既往地保持着良好的作风，不断地完善自己，为了自己的明天，医院的明天作出一番成绩。</w:t>
      </w:r>
      <w:r>
        <w:rPr>
          <w:lang w:eastAsia="zh-CN"/>
        </w:rPr>
        <w:br/>
      </w:r>
      <w:r>
        <w:rPr>
          <w:lang w:eastAsia="zh-CN"/>
        </w:rPr>
        <w:t xml:space="preserve">    2024医生实习工作总结报告 篇11 </w:t>
      </w:r>
      <w:r>
        <w:rPr>
          <w:lang w:eastAsia="zh-CN"/>
        </w:rPr>
        <w:br/>
      </w:r>
      <w:r>
        <w:rPr>
          <w:lang w:eastAsia="zh-CN"/>
        </w:rPr>
        <w:t>　　_年_月_日至_年_月_日，我在_县第一医院进行毕业实习，经八个月的实习，我不但熟悉了医院各专科护理工作的流程、规律，而且大大提高了专业技能，得到了带教老师的充分肯定，实习成绩评为优秀。那么，如何能较好地完成毕业实习呢?我总结出“三熟悉”及“三勤”两点经验。</w:t>
      </w:r>
      <w:r>
        <w:rPr>
          <w:lang w:eastAsia="zh-CN"/>
        </w:rPr>
        <w:br/>
      </w:r>
      <w:r>
        <w:rPr>
          <w:lang w:eastAsia="zh-CN"/>
        </w:rPr>
        <w:t>　　一、“三熟悉”</w:t>
      </w:r>
      <w:r>
        <w:rPr>
          <w:lang w:eastAsia="zh-CN"/>
        </w:rPr>
        <w:br/>
      </w:r>
      <w:r>
        <w:rPr>
          <w:lang w:eastAsia="zh-CN"/>
        </w:rPr>
        <w:t>　　熟悉环境。这是到科室后的首要任务。每轮转到一个科室，除了听取带教老师介绍清况外，自己还要多听多看，勤走勤问，有重点地了解所在科的治疗范围、各班次的工作程序及护理常规，还要熟悉吝类药品、器械、急救用品和被服等用物的放置地点，有些物品还应细致了解。例如，在看药柜时，不仅要注意口服药、外用区注射用药的配备和放置的地点，还要记住哪些是专科用药，哪些是普通常用药。这样就能为以后的工作，尤其是为抢救工作做好准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熟悉带教老师。目的是为了充分发挥自己的主动性，学习更多的新知识。临床带教老师一般来说对实习学生都是认真负责的，但也有因怕出事故而不愿意带学生的老师。这样的老师对实习学生往往不放心，示教多，放手让学生自己操作少。遇到这种情况，我首先特别注意虚心学习，对不懂的问题决不装懂，对似懂非懂的问题也不凭想像办事，而是诚恳地向老师请教，自觉地接受老师的监督。其次，在执行操作时，我都认真做到“三查”、“七对”，尽量把工作做好，使老师放心，争取尽快能独立操作。有的老师喜欢找学生“跑腿”，我就利用这机会开阔眼界，增长知识。例如，我到检验科去取特殊试管时，就注意了解这项检查，为何要用特殊试管，以及检查的正常值和意义等，这样既完成了“跑腿”的任务，又增长了知识。熟悉带教老师的特点及教学方法，适应他们的带教方法，这对于完成好自己的实习任务是很重要的。</w:t>
      </w:r>
      <w:r>
        <w:rPr>
          <w:lang w:eastAsia="zh-CN"/>
        </w:rPr>
        <w:br/>
      </w:r>
      <w:r>
        <w:rPr>
          <w:lang w:eastAsia="zh-CN"/>
        </w:rPr>
        <w:t>　　熟悉患者病情。这是责任心问题，也是做好护士工作的先决条件。在实习中，我经常阅读病历，了解治疗和手术方案，并细致观察病情，掌握第一手资料，以便在护理及治疗时，心中有数。有一次，我护理一位持续高热不退的病人。我便根据几天来所了解的有关他的病情、用药及化验等情况进行分析，怀疑他是并发腮腺炎，随即报告给带教老师。经医生检查，证实他确实是患了腮腺炎，这就找到了高热的原因，从而及时地给予处理。我觉得只有深入了解病清才能切实地做好护理工作。</w:t>
      </w:r>
      <w:r>
        <w:rPr>
          <w:lang w:eastAsia="zh-CN"/>
        </w:rPr>
        <w:br/>
      </w:r>
      <w:r>
        <w:rPr>
          <w:lang w:eastAsia="zh-CN"/>
        </w:rPr>
        <w:t>　　二、“三勤”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勤练习。练习是提高技术的关键，因实习时间短，所以自己要善于找更多的操作机会，每次值晚班后，我就在科里休息，以便在第二天早上可以参加一些早晨的护理操作。在多练的同时，我还注意总结经验，例如静脉穿刺技术，我要求自已每扎一针，都能把课堂上讲的、老师示范和自己的操作结合起来。我的几位老师，有的喜欢从血管侧面进针，有的喜欢从血管上进针，也有的喜欢用持针器。出于责任心，她们都热心地为我纠正动作，结果哪种方法我都掌握不好。后来，我选定了自己比较熟悉的一种方法，重点练习。有了一定的经验后，再学习其他的方法，使自己技术过硬。</w:t>
      </w:r>
      <w:r>
        <w:rPr>
          <w:lang w:eastAsia="zh-CN"/>
        </w:rPr>
        <w:br/>
      </w:r>
      <w:r>
        <w:rPr>
          <w:lang w:eastAsia="zh-CN"/>
        </w:rPr>
        <w:t>　　勤复习。从外科转到妇产科实习，虽然墓本操作相同，但我对产科护理技术很生疏。我就迅速地把《妇产科学》复习了一遍，重点熟悉产科护理，理论联系实际，尽决掌握实习内容。以后，每轮转到一个新科室之前，我都有针对性的复习所学的理论，为实习做好准备。</w:t>
      </w:r>
      <w:r>
        <w:rPr>
          <w:lang w:eastAsia="zh-CN"/>
        </w:rPr>
        <w:br/>
      </w:r>
      <w:r>
        <w:rPr>
          <w:lang w:eastAsia="zh-CN"/>
        </w:rPr>
        <w:t>　　勤总结。我们实习时，每个月轮转一个科室，时间很短。我不仅努力学习，使自己尽快熟悉新科室的工作，还注意及时总结实习经验。在外科，我根据自己体会、老师教导及学过的理论知识，写出了食管癌及肺叶切除的术后护理体会。在内科写了尿毒症、肺心病等重症的护理体会。这样，进一步提高了自己的理论水平和实际操作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护理工作是一门科学，表面上看来似乎不难掌握，但要做好却远远不是半年或十个月的实习就能达到的。我感到任重而道远，在实习时必须加强自己的责任心和事业心，不但要虚心学习老同志的长处，还应该纠正一些不正规的操作方法，使自己毕业后能为护理事业的发展贡献力量。</w:t>
      </w:r>
      <w:r>
        <w:rPr>
          <w:lang w:eastAsia="zh-CN"/>
        </w:rPr>
        <w:br/>
      </w:r>
      <w:r>
        <w:rPr>
          <w:lang w:eastAsia="zh-CN"/>
        </w:rPr>
        <w:t xml:space="preserve">    2024医生实习工作总结报告 篇12 </w:t>
      </w:r>
      <w:r>
        <w:rPr>
          <w:lang w:eastAsia="zh-CN"/>
        </w:rPr>
        <w:br/>
      </w:r>
      <w:r>
        <w:rPr>
          <w:lang w:eastAsia="zh-CN"/>
        </w:rPr>
        <w:t>　　差不多也实习快两个月了。每天的生活好象都是那么的程序化。8点交接班，接着查房，再就是开医嘱，开药，换药，拆线，开化验单...要不就混到手术室里去看看手术咯.下午一般都很空闲，有事就去晃晃.晚上还好，还有点自己支配的时间。也许这个就是我以后多年的生活吧...</w:t>
      </w:r>
      <w:r>
        <w:rPr>
          <w:lang w:eastAsia="zh-CN"/>
        </w:rPr>
        <w:br/>
      </w:r>
      <w:r>
        <w:rPr>
          <w:lang w:eastAsia="zh-CN"/>
        </w:rPr>
        <w:t>　　交接班</w:t>
      </w:r>
      <w:r>
        <w:rPr>
          <w:lang w:eastAsia="zh-CN"/>
        </w:rPr>
        <w:br/>
      </w:r>
      <w:r>
        <w:rPr>
          <w:lang w:eastAsia="zh-CN"/>
        </w:rPr>
        <w:t>　　各个病室的时间都不怎么相同，第一天去的时候问清楚就是拉。</w:t>
      </w:r>
      <w:r>
        <w:rPr>
          <w:lang w:eastAsia="zh-CN"/>
        </w:rPr>
        <w:br/>
      </w:r>
      <w:r>
        <w:rPr>
          <w:lang w:eastAsia="zh-CN"/>
        </w:rPr>
        <w:t>　　查房</w:t>
      </w:r>
      <w:r>
        <w:rPr>
          <w:lang w:eastAsia="zh-CN"/>
        </w:rPr>
        <w:br/>
      </w:r>
      <w:r>
        <w:rPr>
          <w:lang w:eastAsia="zh-CN"/>
        </w:rPr>
        <w:t>　　跟着老师走就是拉，现在医院的等级制度已经不是那么的森严了，不过最好还是走在老师后面好...</w:t>
      </w:r>
      <w:r>
        <w:rPr>
          <w:lang w:eastAsia="zh-CN"/>
        </w:rPr>
        <w:br/>
      </w:r>
      <w:r>
        <w:rPr>
          <w:lang w:eastAsia="zh-CN"/>
        </w:rPr>
        <w:t>　　开医嘱</w:t>
      </w:r>
      <w:r>
        <w:rPr>
          <w:lang w:eastAsia="zh-CN"/>
        </w:rPr>
        <w:br/>
      </w:r>
      <w:r>
        <w:rPr>
          <w:lang w:eastAsia="zh-CN"/>
        </w:rPr>
        <w:t>　　有些老师不会让实习同学做的，但也有放手让做的.其实也不是那么的难拉，现在的抗生素太多拉，商品名也多，不过用的最多的还是青霉素，头孢类，奎诺酮类。多看看以前老师开的东西，就可以熟悉拉，抗生素这东西贵的死，还有药代表经常跑来推销...</w:t>
      </w:r>
      <w:r>
        <w:rPr>
          <w:lang w:eastAsia="zh-CN"/>
        </w:rPr>
        <w:br/>
      </w:r>
      <w:r>
        <w:rPr>
          <w:lang w:eastAsia="zh-CN"/>
        </w:rPr>
        <w:t>　　基本的医嘱还是要会开的。</w:t>
      </w:r>
      <w:r>
        <w:rPr>
          <w:lang w:eastAsia="zh-CN"/>
        </w:rPr>
        <w:br/>
      </w:r>
      <w:r>
        <w:rPr>
          <w:lang w:eastAsia="zh-CN"/>
        </w:rPr>
        <w:t>　　长期医嘱：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--科护理常规、-级护理、普食or半流质or流质or禁食、(是否陪护)、(吸氧)</w:t>
      </w:r>
      <w:r>
        <w:rPr>
          <w:lang w:eastAsia="zh-CN"/>
        </w:rPr>
        <w:br/>
      </w:r>
      <w:r>
        <w:rPr>
          <w:lang w:eastAsia="zh-CN"/>
        </w:rPr>
        <w:t>　　临时医嘱：</w:t>
      </w:r>
      <w:r>
        <w:rPr>
          <w:lang w:eastAsia="zh-CN"/>
        </w:rPr>
        <w:br/>
      </w:r>
      <w:r>
        <w:rPr>
          <w:lang w:eastAsia="zh-CN"/>
        </w:rPr>
        <w:t>　　明晨抽血查r，e4a，肝肾功能，血糖...，明晨留大小便查r，急抽血查...</w:t>
      </w:r>
      <w:r>
        <w:rPr>
          <w:lang w:eastAsia="zh-CN"/>
        </w:rPr>
        <w:br/>
      </w:r>
      <w:r>
        <w:rPr>
          <w:lang w:eastAsia="zh-CN"/>
        </w:rPr>
        <w:t>　　最普通的那个补液还是要了解</w:t>
      </w:r>
      <w:r>
        <w:rPr>
          <w:lang w:eastAsia="zh-CN"/>
        </w:rPr>
        <w:br/>
      </w:r>
      <w:r>
        <w:rPr>
          <w:lang w:eastAsia="zh-CN"/>
        </w:rPr>
        <w:t>　　10% 葡萄糖 500ml /维生素c 2.0 /维生素b6 0.2 /10%氯化钾 10ml / ivgtt</w:t>
      </w:r>
      <w:r>
        <w:rPr>
          <w:lang w:eastAsia="zh-CN"/>
        </w:rPr>
        <w:br/>
      </w:r>
      <w:r>
        <w:rPr>
          <w:lang w:eastAsia="zh-CN"/>
        </w:rPr>
        <w:t>　　换药</w:t>
      </w:r>
      <w:r>
        <w:rPr>
          <w:lang w:eastAsia="zh-CN"/>
        </w:rPr>
        <w:br/>
      </w:r>
      <w:r>
        <w:rPr>
          <w:lang w:eastAsia="zh-CN"/>
        </w:rPr>
        <w:t>　　也许实习生做的最多的吧，无菌原则是最重要的，不遵守可是会被骂的哦，口罩帽子要带上，虽然有时带教的老师也不带...</w:t>
      </w:r>
      <w:r>
        <w:rPr>
          <w:lang w:eastAsia="zh-CN"/>
        </w:rPr>
        <w:br/>
      </w:r>
      <w:r>
        <w:rPr>
          <w:lang w:eastAsia="zh-CN"/>
        </w:rPr>
        <w:t>　　无菌器械开包后的时限要注意，例如持物筒只能用4-6个小时，换药时用的络合碘别倒的太多，要不护士会说你浪费，一般换药都是两把钳子，要注意一把是不接触污染物的，另一把是接触的，所以夹取棉球时必须要不接触那把，而且棉球里浸的太多的络合碘不要挤会到换药碗里，伤口的换药一般是从中间开始，往外面消毒，每次的范围要比上次小，换完后就是重新盖纱布，要注意的是光滑面接触伤口，而最上面也要光滑面朝上。</w:t>
      </w:r>
      <w:r>
        <w:rPr>
          <w:lang w:eastAsia="zh-CN"/>
        </w:rPr>
        <w:br/>
      </w:r>
      <w:r>
        <w:rPr>
          <w:lang w:eastAsia="zh-CN"/>
        </w:rPr>
        <w:t>　　拆线</w:t>
      </w:r>
      <w:r>
        <w:rPr>
          <w:lang w:eastAsia="zh-CN"/>
        </w:rPr>
        <w:br/>
      </w:r>
      <w:r>
        <w:rPr>
          <w:lang w:eastAsia="zh-CN"/>
        </w:rPr>
        <w:t>　　一般带教老师示范了一次拆线后就会让你去做，其实还算简单，无非就是用剪刀剪线撒.不过还是有要注意的东西.提线头的钳子要用接触污染物的那把，剪线后应该往伤口方向拉出线，以防止伤口被拉开，虽然这种情况是很少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开化验单</w:t>
      </w:r>
      <w:r>
        <w:rPr>
          <w:lang w:eastAsia="zh-CN"/>
        </w:rPr>
        <w:br/>
      </w:r>
      <w:r>
        <w:rPr>
          <w:lang w:eastAsia="zh-CN"/>
        </w:rPr>
        <w:t>　　很多东西的简写还是要了解的，血-blood 尿-urine 大便-stool 常规-r 电解质-e4a 肝功能lft 肾功能-sps 血糖-bs凝血功能-pt aptt血型-bg 还有好多，我就列举一些常用的.，还有一般手术病人常规都要做胸片，b超，心电图·······</w:t>
      </w:r>
      <w:r>
        <w:rPr>
          <w:lang w:eastAsia="zh-CN"/>
        </w:rPr>
        <w:br/>
      </w:r>
      <w:r>
        <w:rPr>
          <w:lang w:eastAsia="zh-CN"/>
        </w:rPr>
        <w:t>　　进手术室，也许是很多人向往的，不过这里可是很容易被骂的哦，传说中手术室的护士都很凶的。</w:t>
      </w:r>
      <w:r>
        <w:rPr>
          <w:lang w:eastAsia="zh-CN"/>
        </w:rPr>
        <w:br/>
      </w:r>
      <w:r>
        <w:rPr>
          <w:lang w:eastAsia="zh-CN"/>
        </w:rPr>
        <w:t>　　进手术室是要换衣服的，不换衣服进去就是想死...(有次看到一个直接穿着白大褂进去的...后来不晓得被怎么了...)带好专门的口罩帽子再进无菌区，进去后别到处乱诳，碰坏什么东西可是赔不起的哦.手术如果可以上台的话就需要穿手术衣，这之前要洗手，现在的洗手已经没有几年以前那么原始的络合碘消毒了，都改消毒剂拉.有时候也许你看别人洗手会觉得很不规范，但当自己做起来的时候也会很多地方不怎么注意，多多熟悉下就会好的，洗好手一定要保持好姿势，不然护士姐姐(阿姨)会要你重洗的。</w:t>
      </w:r>
      <w:r>
        <w:rPr>
          <w:lang w:eastAsia="zh-CN"/>
        </w:rPr>
        <w:br/>
      </w:r>
      <w:r>
        <w:rPr>
          <w:lang w:eastAsia="zh-CN"/>
        </w:rPr>
        <w:t>　　穿手术衣嘛，其实也就是注意下正反，要有人帮忙.总之，熟能生巧.不过偶觉得只要有人看着我穿的时候我就会比较的紧张，呵呵.带手套也是，手不要接触手套的外面部分，只有带了手套的手才能接触...明白这点就知道该怎么做了。</w:t>
      </w:r>
      <w:r>
        <w:rPr>
          <w:lang w:eastAsia="zh-CN"/>
        </w:rPr>
        <w:br/>
      </w:r>
      <w:r>
        <w:rPr>
          <w:lang w:eastAsia="zh-CN"/>
        </w:rPr>
        <w:t>　　实习生上手术一般没什么太多动手，也就拉拉钩，能做的最多的就是缝皮.也有要注意的，垂直进针，垂直出针，不能在皮下留有死腔，打结嘛，要多多练习就好拉。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xml:space="preserve">    2024医生实习工作总结报告 篇13 </w:t>
      </w:r>
      <w:r>
        <w:rPr>
          <w:lang w:eastAsia="zh-CN"/>
        </w:rPr>
        <w:br/>
      </w:r>
      <w:r>
        <w:rPr>
          <w:lang w:eastAsia="zh-CN"/>
        </w:rPr>
        <w:t>　　医生是一个神圣的职业，做一名好的医生必须有良好的医德医风，对病人负责，对疾病负责，是我们每一个临床医生义不容辞的责任，医生实习总结范文。我们在临床学习中要学会做聪明的医生，有自我保护意识，避免医疗纠纷，胆大心要细，耐心地为病人家属讲解病情的危重程度，这样一来也能改善医患关系，能更好地促进医生与病人及其家属之间的交流。医患关系很重要，只有相互理解，相互配合，才能有利于疾病的转归，彼此应当“换位思考”，站在对方的角度体验，疾病的难度，患者的焦急，医生的尽力，都需要很好的交流与沟通。我们医生应当把病人与疾病放在第一位，以治好疾病为目的，以减轻病人痛苦为原则，认真耐心地对待每一个病人及每一个疾病。</w:t>
      </w:r>
      <w:r>
        <w:rPr>
          <w:lang w:eastAsia="zh-CN"/>
        </w:rPr>
        <w:br/>
      </w:r>
      <w:r>
        <w:rPr>
          <w:lang w:eastAsia="zh-CN"/>
        </w:rPr>
        <w:t>　　在医院实习 期间，我所做的一切都以病人的身体健康，疾病转归为目的，我严格遵守医院的各项规章制度，所有操作都严格遵循无菌原则，严格执行“三查七对”。在骨科、内科、外科、妇科、儿科等各个科室里，我都是认真细心的做好各项工作，遵守无菌原则，执行查对制度，培养着良好的工作方式，这应该算的上是第四个收获吧，虽不能说很大，却也是非常重要，不可或缺的收获，实习报告《医生实习总结范文》。</w:t>
      </w:r>
      <w:r>
        <w:rPr>
          <w:lang w:eastAsia="zh-CN"/>
        </w:rPr>
        <w:br/>
      </w:r>
      <w:r>
        <w:rPr>
          <w:lang w:eastAsia="zh-CN"/>
        </w:rPr>
        <w:t>　　在内科的临床实习</w:t>
      </w:r>
      <w:r>
        <w:rPr>
          <w:lang w:eastAsia="zh-CN"/>
        </w:rPr>
        <w:t xml:space="preserve"> 过程中,我遇见过的一些临床常见疾病总结</w:t>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xml:space="preserve"> 有:脑出血,脑栓塞,蛛网膜下腔出血,小脑出血,头痛,急性脊髓炎,麻醉意外性脑瘫,周围性面瘫,冠心病心绞痛,急性心肌梗死,高血压病,慢性肾炎,肾病综合征,系膜增生性肾小球肾炎,尿毒症,肾盂肾炎,慢性支气管炎,肺气肿,肺部感染,咯血查因,上消化道出血,酒精性肝硬化,脾肿大,消化性溃疡,慢性胃炎,贫血,糖尿病,低血糖昏迷,急性淋巴细胞白血病,</w:t>
      </w:r>
      <w:r>
        <w:rPr>
          <w:lang w:eastAsia="zh-CN"/>
        </w:rPr>
        <w:br/>
      </w:r>
      <w:r>
        <w:rPr>
          <w:lang w:eastAsia="zh-CN"/>
        </w:rPr>
        <w:t>　　光阴似箭，日月如梭，转眼一年的时间就过去了，在理论学习后的临床实践我才刚刚起步，临床经验还需要很大程度的积累，临床技能还需要很大程度的加强。这段学习的日子，也开始收获临床的'点点滴滴，这些就是我第一次临床实习 过程中对自己学习的评价，对自己不足的总结 ，对学做医生的体会，对自己学医路上的重新思考，也含有一些对医学事业的瞻望。</w:t>
      </w:r>
      <w:r>
        <w:rPr>
          <w:lang w:eastAsia="zh-CN"/>
        </w:rPr>
        <w:br/>
      </w:r>
      <w:r>
        <w:rPr>
          <w:lang w:eastAsia="zh-CN"/>
        </w:rPr>
        <w:t xml:space="preserve">    2024医生实习工作总结报告 篇14 </w:t>
      </w:r>
      <w:r>
        <w:rPr>
          <w:lang w:eastAsia="zh-CN"/>
        </w:rPr>
        <w:br/>
      </w:r>
      <w:r>
        <w:rPr>
          <w:lang w:eastAsia="zh-CN"/>
        </w:rPr>
        <w:t>　　医生是一个神圣的职业，做一名好的医生必须有良好的医德医风，对病人负责，对疾病负责，是我们每一个临床医生义不容辞的责任。我们在临床学习中要学会做聪明的医生，有自我保护意识，避免医疗纠纷，胆大心要细，耐心地为病人家属讲解病情的危重程度，这样一来也能改善医患关系，能更好地促进医生与病人及其家属之间的交流。</w:t>
      </w:r>
      <w:r>
        <w:rPr>
          <w:lang w:eastAsia="zh-CN"/>
        </w:rPr>
        <w:br/>
      </w:r>
      <w:r>
        <w:rPr>
          <w:lang w:eastAsia="zh-CN"/>
        </w:rPr>
        <w:t>　　医患关系很重要，只有相互理解，相互配合，才能有利于疾病的转归，彼此应当“换位思考”，站在对方的角度体验，疾病的难度，患者的焦急，医生的尽力，都需要很好的交流与沟通。我们医生应当把病人与疾病放在第一位，以治好疾病为目的，以减轻病人痛苦为原则，认真耐心地对待每一个病人及每一个疾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在医院实习期间，我所做的一切都以病人的身体健康，疾病转归为目的，我严格遵守医院的各项规章制度，所有操作都严格遵循无菌原则，严格执行“三查七对”。在骨科、内科、外科、妇科、儿科等各个科室里，我都是认真细心的做好各项工作，遵守无菌原则，执行查对制度，培养着良好的工作方式，这应该算的上是第四个收获吧，虽不能说很大，却也是非常重要，不可或缺的收获。</w:t>
      </w:r>
      <w:r>
        <w:rPr>
          <w:lang w:eastAsia="zh-CN"/>
        </w:rPr>
        <w:br/>
      </w:r>
      <w:r>
        <w:rPr>
          <w:lang w:eastAsia="zh-CN"/>
        </w:rPr>
        <w:t>　　在内科的临床实习过程中，我遇见过的一些临床常见疾病总结有:脑出血，脑栓塞，蛛网膜下腔出血，小脑出血，头痛，急性脊髓炎，麻醉意外性脑瘫，周围性面瘫，冠心病心绞痛，急性心肌梗死，高血压病，慢性肾炎，肾病综合征，系膜增生性肾小球肾炎，尿毒症，肾盂肾炎，慢性支气管炎，肺气肿，肺部感染，咯血查因，上消化道出血，酒精性肝硬化，脾肿大，消化性溃疡，慢性胃炎，贫血，糖尿病，低血糖昏迷，急性淋巴细胞白血病。</w:t>
      </w:r>
      <w:r>
        <w:rPr>
          <w:lang w:eastAsia="zh-CN"/>
        </w:rPr>
        <w:br/>
      </w:r>
      <w:r>
        <w:rPr>
          <w:lang w:eastAsia="zh-CN"/>
        </w:rPr>
        <w:t xml:space="preserve">    2024医生实习工作总结报告 篇15 </w:t>
      </w:r>
      <w:r>
        <w:rPr>
          <w:lang w:eastAsia="zh-CN"/>
        </w:rPr>
        <w:br/>
      </w:r>
      <w:r>
        <w:rPr>
          <w:lang w:eastAsia="zh-CN"/>
        </w:rPr>
        <w:t>　　转眼间实习期马上就要结束了，在这段时间里我进行教育社会实践学习，回想起实习的日子，收获丰富，特别感受到以下是本人此次学习的一些实习鉴定。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在实习过程中，本人严格遵守医院及各科室的规章制度，认真履行护士职责，严格要求自己，尊敬师长，团结同学，踏实工作，热爱儿童事业，全心全意为患儿着想。同时要理解家属，正确处理好护患关系，能做好解释与安慰工作，多说“对不起”，是家属也理解儿科护士的工作，减少不必要的误会或过激行为的发生。在老师的指导下，我基本掌握了儿科一些常见病的护理以及一些基本操作。特别是对于小儿头皮针的穿刺技术，在工作的同时我也不断的认真学习和总结经验，能勤于、善于观察患儿病情，从而及时地掌握病情变化，作出准确判断。总之我觉得在这段实习的日子里，我学到了很多，虽然我还只是学生，也许我的能力有限，但是我用我的努力充实我的知识与技能，希望能用我的微笑送走病人健康的离去，渴望在学习中成长，真做一名默默歌唱、努力飞翔的白衣天使</w:t>
      </w:r>
      <w:r>
        <w:rPr>
          <w:lang w:eastAsia="zh-CN"/>
        </w:rPr>
        <w:br/>
      </w:r>
      <w:r>
        <w:rPr>
          <w:lang w:eastAsia="zh-CN"/>
        </w:rPr>
        <w:t>　　1.实习前对心内科的一些基本操作要掌握，如做心电图、测血压、心脏的体格检查等，不要小看这些，以最简单的测血压为例，很多人都没有规范的掌握。</w:t>
      </w:r>
      <w:r>
        <w:rPr>
          <w:lang w:eastAsia="zh-CN"/>
        </w:rPr>
        <w:br/>
      </w:r>
      <w:r>
        <w:rPr>
          <w:lang w:eastAsia="zh-CN"/>
        </w:rPr>
        <w:t>　　2.搞熟心内科常见疾病的书本知识，如高血压、心力衰竭、心肌病、瓣膜病、冠心病等;然后再在临床上将上级医生的诊疗方案与书本相对应，看看如何与患者个体结合，不懂就问，水平会提高很快。</w:t>
      </w:r>
      <w:r>
        <w:rPr>
          <w:lang w:eastAsia="zh-CN"/>
        </w:rPr>
        <w:br/>
      </w:r>
      <w:r>
        <w:rPr>
          <w:lang w:eastAsia="zh-CN"/>
        </w:rPr>
        <w:t>　　3.学会一些急诊处理，如高血压急症、急性肺水肿、心律失常等，急诊的东西会处理了，后面慢的也不用着急，这样做到心中有数，“一切尽在掌握”，呵呵!</w:t>
      </w:r>
      <w:r>
        <w:rPr>
          <w:lang w:eastAsia="zh-CN"/>
        </w:rPr>
        <w:br/>
      </w:r>
      <w:r>
        <w:rPr>
          <w:lang w:eastAsia="zh-CN"/>
        </w:rPr>
        <w:t>　　4.还有就是，医生不光要掌握高超的医术，同时还要很好的沟通技巧，与患者、与同事，平时多学学上级老师的沟通、谈话方法和技巧，等到真正工作了会很快上手。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这段外科的实习经历，其中复杂的滋味也许只有亲身经历过的人才能体会，酸甜苦辣，无论是什么滋味，都挺值得回味的。当然更重要的是知道了好多书本上学不到的东西，也认识了几个不错的朋友，或许这比书本更有价值吧</w:t>
      </w:r>
      <w:r>
        <w:rPr>
          <w:lang w:eastAsia="zh-CN"/>
        </w:rPr>
        <w:br/>
      </w:r>
      <w:r>
        <w:rPr>
          <w:lang w:eastAsia="zh-CN"/>
        </w:rPr>
        <w:t>　　在老师的辛勤指导下，经过不断的努力，在心内科的实习很快结束，取得了很大成绩。首先，在基础理论方面，温故而知加强了巩固和提高;其次，在临床放面学到了新的知识和处理方法。总之。经过在心内实习，是我对常见病、多发病的诊断治疗有了重新的认识和提高，在突发病方面，学到了应对的知识和技巧。我一定把学到得知识应用到今后的工作中去，并不忘记老师的教诲，不断地学习进步。</w:t>
      </w:r>
      <w:r>
        <w:rPr>
          <w:lang w:eastAsia="zh-CN"/>
        </w:rPr>
        <w:br/>
      </w:r>
      <w:r>
        <w:rPr>
          <w:lang w:eastAsia="zh-CN"/>
        </w:rPr>
        <w:t>　　算算进心内科实习的日子有半个月了吧，新年刚过。感觉到现在，自己在心内科学到的东西没多少增加。踏进了科室，见识了不少的人，接触了不少的事情。也让我看清楚了有些人的面孔。换句话来说，是不是实习，就代表了自己已经开始接触半个社会了呢?</w:t>
      </w:r>
      <w:r>
        <w:rPr>
          <w:lang w:eastAsia="zh-CN"/>
        </w:rPr>
        <w:br/>
      </w:r>
      <w:r>
        <w:rPr>
          <w:lang w:eastAsia="zh-CN"/>
        </w:rPr>
        <w:t>　　由于实习时间不是很长，与学生交流少，目前学生的内心世界及现有的学习状态，对我来说还是陌生的，做到真正了解学生，不是易事，有待以后去探索，总之，经过这段时间的实习，对于教师的工作已有所了解，但在一些细节问题上，还不熟悉，尚待完善。</w:t>
      </w:r>
      <w:r>
        <w:rPr>
          <w:lang w:eastAsia="zh-CN"/>
        </w:rPr>
        <w:br/>
      </w:r>
      <w:r>
        <w:rPr>
          <w:lang w:eastAsia="zh-CN"/>
        </w:rPr>
        <w:t>　　篇三</w:t>
      </w:r>
      <w:r>
        <w:rPr>
          <w:lang w:eastAsia="zh-CN"/>
        </w:rPr>
        <w:br/>
      </w:r>
      <w:r>
        <w:rPr>
          <w:lang w:eastAsia="zh-CN"/>
        </w:rPr>
        <w:t>　　一年来，在医院医疗质量管理科及口腔科领导的关心支持下，忠实履行住院总工作职责，在努力提高自身业务及综合素质的同时，踏踏实实工作，在临床、教学及科研等各方面取得了一定成绩，现汇报如下：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一、继续建立和完善各项规章制度，有效保障医疗及病人安全</w:t>
      </w:r>
      <w:r>
        <w:rPr>
          <w:lang w:eastAsia="zh-CN"/>
        </w:rPr>
        <w:br/>
      </w:r>
      <w:r>
        <w:rPr>
          <w:lang w:eastAsia="zh-CN"/>
        </w:rPr>
        <w:t>　　病人安全及医疗安全是医院生存的生命线，也是患者和医生所追求的最终目标。如何保证病人安全是每个医务工作者也是每一个医院管理者共同关心的话题。对患者安全管理，程度的保证患者安全也是实行住院总制度的预期目标。保障病人安全归根结底要靠制度建设。我院口腔医学院刚刚成立，许多制度需要完善。在本人担任总住院医师期间，协助科室领导先后制定了各种制度，如：</w:t>
      </w:r>
      <w:r>
        <w:rPr>
          <w:lang w:eastAsia="zh-CN"/>
        </w:rPr>
        <w:br/>
      </w:r>
      <w:r>
        <w:rPr>
          <w:lang w:eastAsia="zh-CN"/>
        </w:rPr>
        <w:t>　　1、恢复晚查房及危重病人床边交_制度;</w:t>
      </w:r>
      <w:r>
        <w:rPr>
          <w:lang w:eastAsia="zh-CN"/>
        </w:rPr>
        <w:br/>
      </w:r>
      <w:r>
        <w:rPr>
          <w:lang w:eastAsia="zh-CN"/>
        </w:rPr>
        <w:t>　　2、坚持月阶段及周阶段总结汇报制度;</w:t>
      </w:r>
      <w:r>
        <w:rPr>
          <w:lang w:eastAsia="zh-CN"/>
        </w:rPr>
        <w:br/>
      </w:r>
      <w:r>
        <w:rPr>
          <w:lang w:eastAsia="zh-CN"/>
        </w:rPr>
        <w:t>　　3、实行主任每周主题查房制度;</w:t>
      </w:r>
      <w:r>
        <w:rPr>
          <w:lang w:eastAsia="zh-CN"/>
        </w:rPr>
        <w:br/>
      </w:r>
      <w:r>
        <w:rPr>
          <w:lang w:eastAsia="zh-CN"/>
        </w:rPr>
        <w:t>　　4、制定口腔肿瘤病人的随访及登记制度。这些制度的建立，规范了各级医生的职责，使大家有章可循，工作规范了，许多医疗隐患杜绝了，更好地保障了医疗安全，全年口腔颌面外科病房未发生过医疗事故及差错事故。</w:t>
      </w:r>
      <w:r>
        <w:rPr>
          <w:lang w:eastAsia="zh-CN"/>
        </w:rPr>
        <w:br/>
      </w:r>
      <w:r>
        <w:rPr>
          <w:lang w:eastAsia="zh-CN"/>
        </w:rPr>
        <w:t>　　二、积极参与口腔医学院(系)的各项建设及宣传工作</w:t>
      </w:r>
      <w:r>
        <w:rPr>
          <w:lang w:eastAsia="zh-CN"/>
        </w:rPr>
        <w:br/>
      </w:r>
      <w:r>
        <w:rPr>
          <w:lang w:eastAsia="zh-CN"/>
        </w:rPr>
        <w:t>　　情系口腔，积极参与我院口腔医疗事业的各个里程碑式的事件诸如：建立口腔医学院、口腔医学硕士点评比、博士点申请、承担广州市口腔执业医师技能考试等。在硕士点评比中，连夜加班加点撰写文章、协助整理资料、联系评委等具体琐碎工作;在口腔执业医师技能考试工作中，担任考官，严格执行考试标准，_地完成了考试任务。我院口腔医学系成立刚刚一年，许多同仁还不了解。</w:t>
      </w:r>
      <w:r>
        <w:rPr>
          <w:lang w:eastAsia="zh-CN"/>
        </w:rPr>
        <w:br/>
      </w:r>
    </w:p>
    <w:p w:rsidR="001B1F19" w14:textId="27C3F48A">
      <w:pPr>
        <w:rPr>
          <w:rFonts w:hint="eastAsia"/>
          <w:lang w:eastAsia="zh-CN"/>
        </w:rPr>
      </w:pPr>
      <w:r>
        <w:rPr>
          <w:lang w:eastAsia="zh-CN"/>
        </w:rPr>
        <w:t>　　尤其是术前术后的资料对比，典型病例的影像、病理及手术照片都要收集。凡是我独立管床的病人都保留各项资料。按疾病的不同分类、姓名及住院日期建立不同索引，有利于查找。典型病例制作光盘，单独保留。临床资料的收集整理及分类工作是一项系统的繁杂的工程，我经常牺牲周末节假日整理资料，希望为我院口腔医学系的建设和积淀做自己的一点贡献。在今年七一前夕被口腔科支部推荐为南方医院“优秀共产党员”称号。</w:t>
      </w:r>
      <w:r>
        <w:rPr>
          <w:lang w:eastAsia="zh-CN"/>
        </w:rPr>
        <w:br/>
      </w:r>
      <w:r>
        <w:rPr>
          <w:lang w:eastAsia="zh-CN"/>
        </w:rPr>
        <w:t xml:space="preserve">    2024医生实习工作总结报告 篇16 </w:t>
      </w:r>
      <w:r>
        <w:rPr>
          <w:lang w:eastAsia="zh-CN"/>
        </w:rPr>
        <w:br/>
      </w:r>
      <w:r>
        <w:rPr>
          <w:lang w:eastAsia="zh-CN"/>
        </w:rPr>
        <w:t>　　转眼之间，两个月的实习期即将结束，回顾这两个月的实习工作，感触很深，收获颇丰。这两个月，在领导和同事们的悉心关怀和指导下，通过我自身的不懈努力，我学到了人生难得的工作经验和社会见识。我将从以下几个方面总结兽医岗位工作实习这段时间自己体会和心得：</w:t>
      </w:r>
      <w:r>
        <w:rPr>
          <w:lang w:eastAsia="zh-CN"/>
        </w:rPr>
        <w:br/>
      </w:r>
      <w:r>
        <w:rPr>
          <w:lang w:eastAsia="zh-CN"/>
        </w:rPr>
        <w:t>　　一、努力学习，理论结合实践，不断提高自身工作能力。</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https://d.book118.com/136041230111010055</w:t>
        </w:r>
      </w:hyperlink>
    </w:p>
    <w:p w:rsidR="001B1F19">
      <w:pPr>
        <w:rPr>
          <w:rFonts w:hint="eastAsia"/>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3604123011101005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