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三年级数学教师工作总结（32篇）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三年级数学教师工作总结（精选32篇）</w:t>
      </w:r>
      <w:r>
        <w:rPr>
          <w:lang w:eastAsia="zh-CN"/>
        </w:rPr>
        <w:br/>
      </w:r>
      <w:r>
        <w:rPr>
          <w:lang w:eastAsia="zh-CN"/>
        </w:rPr>
        <w:t xml:space="preserve">    三年级数学教师工作总结 篇1 </w:t>
      </w:r>
      <w:r>
        <w:rPr>
          <w:lang w:eastAsia="zh-CN"/>
        </w:rPr>
        <w:br/>
      </w:r>
      <w:r>
        <w:rPr>
          <w:lang w:eastAsia="zh-CN"/>
        </w:rPr>
        <w:t>　　本学期，我适应新时期教学工作的要求。从各方面严格要求自己，积极向老教师请教，结合本校的实际条件和学生的实际情况，勤勤恳恳，兢兢业业，使教学工作有计划，有组织，有步骤地开展。现对本学期教学工作作出总结，希望能发扬优点，克服不足，总结检验教训，继往开来，以促进教训工作更上一层楼。</w:t>
      </w:r>
      <w:r>
        <w:rPr>
          <w:lang w:eastAsia="zh-CN"/>
        </w:rPr>
        <w:br/>
      </w:r>
      <w:r>
        <w:rPr>
          <w:lang w:eastAsia="zh-CN"/>
        </w:rPr>
        <w:t>　　一、认真备课</w:t>
      </w:r>
      <w:r>
        <w:rPr>
          <w:lang w:eastAsia="zh-CN"/>
        </w:rPr>
        <w:br/>
      </w:r>
      <w:r>
        <w:rPr>
          <w:lang w:eastAsia="zh-CN"/>
        </w:rPr>
        <w:t>　　不但备学生而且备教材备教法，根据教材内容及学生的实际，设计课的类型，拟定采用的教学方法，并对教学过程的程序及时间安排都作了详细的记录，认真写好教案。每一课都做到“有备而来”，每堂课都在课前做好充分的准备，并制作各种利于吸引学生注意力的有趣教具，课后及时对该课作出总结，写好教学后记，并认真按搜集每课书的知识要点，归纳成集。</w:t>
      </w:r>
      <w:r>
        <w:rPr>
          <w:lang w:eastAsia="zh-CN"/>
        </w:rPr>
        <w:br/>
      </w:r>
      <w:r>
        <w:rPr>
          <w:lang w:eastAsia="zh-CN"/>
        </w:rPr>
        <w:t>　　二、增强上课技能</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提高教学质量，使讲解清晰化，条理化，准确化，做到线索清晰，层次分明，言简意赅，深入浅出。在课堂上特别注意调动学生的积极性，加强师生交流，充分体现学生的主作用，让学生学得容易，学得轻松，学得愉快;注意精讲精练，在课堂上老师讲得尽量少，学生动口动手动脑尽量多;同时在每一堂课上都充分考虑每一个层次的学生学习需求和学习能力，让各个层次的学生都得到提高。</w:t>
      </w:r>
      <w:r>
        <w:rPr>
          <w:lang w:eastAsia="zh-CN"/>
        </w:rPr>
        <w:br/>
      </w:r>
      <w:r>
        <w:rPr>
          <w:lang w:eastAsia="zh-CN"/>
        </w:rPr>
        <w:t>　　三、虚心请教其他老师</w:t>
      </w:r>
      <w:r>
        <w:rPr>
          <w:lang w:eastAsia="zh-CN"/>
        </w:rPr>
        <w:br/>
      </w:r>
      <w:r>
        <w:rPr>
          <w:lang w:eastAsia="zh-CN"/>
        </w:rPr>
        <w:t>　　在各个章节的学习上都积极征求其他老师的意见，学习他们的方法，同时，多听老师的课，做到边听边讲，学习别人的优点，克服自己的不足，并常常邀请其他老师来听课，征求他们的意见，改进工作。</w:t>
      </w:r>
      <w:r>
        <w:rPr>
          <w:lang w:eastAsia="zh-CN"/>
        </w:rPr>
        <w:br/>
      </w:r>
      <w:r>
        <w:rPr>
          <w:lang w:eastAsia="zh-CN"/>
        </w:rPr>
        <w:t>　　四、认真批改作业</w:t>
      </w:r>
      <w:r>
        <w:rPr>
          <w:lang w:eastAsia="zh-CN"/>
        </w:rPr>
        <w:br/>
      </w:r>
      <w:r>
        <w:rPr>
          <w:lang w:eastAsia="zh-CN"/>
        </w:rPr>
        <w:t>　　布置作业做到精读精练，力求每一次练习都起到最大的效果。同时对学生的作业批改及时、认真，分析并记录学生的作业情况，将他们在作业过程出现的问题作出分类总结，进行透切的评讲，并针对有关情况及时改进教学方法，做到有的放矢。</w:t>
      </w:r>
      <w:r>
        <w:rPr>
          <w:lang w:eastAsia="zh-CN"/>
        </w:rPr>
        <w:br/>
      </w:r>
      <w:r>
        <w:rPr>
          <w:lang w:eastAsia="zh-CN"/>
        </w:rPr>
        <w:t>　　五、做好课后辅导工作</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在课后，为不同层次的学生进行相应的辅导，以满足不同层次的学生的需求，避免了一刀切的弊端，同时加大了后进生的辅导力度。对后进生的辅导，并不限于学习知识性的辅导，更重要的是学习思想的.辅导，要提高后进生的成绩，首先要解决他们心结，让他们意识到学习的重要性和必要性，使之对学习萌发兴趣。要通过各种途径激发他们的求知欲和上进心，让他们意识到学习并不是一项任务，也不是一件痛苦的事情。而是充满乐趣的。从而自觉的把身心投放到学习中去。这样，后进生的转化，就由原来的简单粗暴、强制学习转化到自觉的求知上来。使学习成为他们自我意识力度一部分。这样，他们就会学得轻松，进步也快，兴趣和求知欲也会随之增加。</w:t>
      </w:r>
      <w:r>
        <w:rPr>
          <w:lang w:eastAsia="zh-CN"/>
        </w:rPr>
        <w:br/>
      </w:r>
      <w:r>
        <w:rPr>
          <w:lang w:eastAsia="zh-CN"/>
        </w:rPr>
        <w:t>　　总之，在教学的过程中我不断反思，不断创新，使不同的学生得到不同的发展。一份耕耘，一份收获。教学工作苦乐相伴。我将本着“勤学、善思、实干”的准则，一如既往，再接再厉，把教学工作搞得更好。</w:t>
      </w:r>
      <w:r>
        <w:rPr>
          <w:lang w:eastAsia="zh-CN"/>
        </w:rPr>
        <w:br/>
      </w:r>
      <w:r>
        <w:rPr>
          <w:lang w:eastAsia="zh-CN"/>
        </w:rPr>
        <w:t xml:space="preserve">    三年级数学教师工作总结 篇2 </w:t>
      </w:r>
      <w:r>
        <w:rPr>
          <w:lang w:eastAsia="zh-CN"/>
        </w:rPr>
        <w:br/>
      </w:r>
      <w:r>
        <w:rPr>
          <w:lang w:eastAsia="zh-CN"/>
        </w:rPr>
        <w:t>　　今天上午的教学状况还好，对于三年级，我一直重视学生的口算，并努力实施着，今天我进行了口算，并进一步讲解今后20以内算式要认，而不是算。我还进行了听算，促使学生们的五感全面发展。但是由于经验不足，我似乎很不知所措，不知到底要干什么才好，这样显得有点手脚麻乱。我感觉与我的性格有很大的关系，我个人追求完美无缺，光想这也干，那也干，这也想立即完成，那也想立即完成。到头来却什么也没干好，顾及的多，反而照顾到的少，什么也干不好，对于这种情况，我想最好的解决办法就是制作计划。周末考虑整个一周的计划，前天夜晚想第二天的计划。</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在二年级上课时，我先采用了扑克牌抢答口算的游戏，似乎效果比较好，学生热情高涨，但是这也有弊端，就是可能会有同学随大流，蒙混过关。于是，我及时采取一个一个的口算，大家一起评价他是否算的又对又快，同时，临下课时，我让几位完成作业任务的同学玩扑克牌，谁算的快谁就赢得一张扑克牌，同学们玩的热情高呼。在第二节课上，由于我发现几位同学总是边写作业边玩，于是我规定好时间，在时间内完成任务，否则要接受惩罚，效果较好，但不可重复使用，因为学生们只对新鲜的事物感兴趣，因此我要寻找多种方法来“对付”我的娃娃们</w:t>
      </w:r>
      <w:r>
        <w:rPr>
          <w:lang w:eastAsia="zh-CN"/>
        </w:rPr>
        <w:br/>
      </w:r>
      <w:r>
        <w:rPr>
          <w:lang w:eastAsia="zh-CN"/>
        </w:rPr>
        <w:t>　　在晚上，我批改三年级作业时，我非常气愤，改的头都有些炸了，为什么呢，因为这一页作业，我在课堂上讲了两遍，并把答案都抄到黑板上了，但是好一部分同学却写或者说是抄的一塌糊涂，我感觉很失败，红笔在学生们的.作业上恣情地挥舞着，好像我想把他们的作业统统撕掉一样。但仔细想来，我的问题也很大，我突然想到我在讲课时，并不太注意学生们的表现，并不关注学生们的表现，学生们是在听还是没在听，我竟然不知道，这怎么能行呢。这岂不是老师一个人在唱独角戏，而不顾观众的感受吗，也难怪今天的作业十分糟糕。在今后的课堂中，我要一定注意这方面，学生们走神了，我要提醒，学生们说话，我要组织课堂纪律，总之，要把他们的注意力集中起来，不可自顾自地讲课，要时刻记住不是老师在学知识，而是学生们在学知识，不可忘了主角是谁，这样才能讲一点就是一点或者是更多点，课堂效率才会显示出来。对待学生一定要有爱心、耐心，面对学生们的错误，不可急躁，不可不尊重学生，一定要控制住自己的情绪，多考虑原因何在宽容。</w:t>
      </w:r>
      <w:r>
        <w:rPr>
          <w:lang w:eastAsia="zh-CN"/>
        </w:rPr>
        <w:br/>
      </w:r>
      <w:r>
        <w:rPr>
          <w:lang w:eastAsia="zh-CN"/>
        </w:rPr>
        <w:t xml:space="preserve">    三年级数学教师工作总结 篇3 </w:t>
      </w:r>
      <w:r>
        <w:rPr>
          <w:lang w:eastAsia="zh-CN"/>
        </w:rPr>
        <w:br/>
      </w:r>
      <w:r>
        <w:rPr>
          <w:lang w:eastAsia="zh-CN"/>
        </w:rPr>
        <w:t>　　一、自觉提高业务素质。</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本年级采用的是北师大版的新教材，和以往的教材有很大不同。对此，我认真钻研教材，学习新课标，仔细体会新课标理念，理解教材的意境，根据学生的实际情况制定切实可行的教案。积极参加科组教研活动，参与课改研讨，出外听课、学习。</w:t>
      </w:r>
      <w:r>
        <w:rPr>
          <w:lang w:eastAsia="zh-CN"/>
        </w:rPr>
        <w:br/>
      </w:r>
      <w:r>
        <w:rPr>
          <w:lang w:eastAsia="zh-CN"/>
        </w:rPr>
        <w:t>　　二、合理使用教法，想方设法提高教学质量。</w:t>
      </w:r>
      <w:r>
        <w:rPr>
          <w:lang w:eastAsia="zh-CN"/>
        </w:rPr>
        <w:br/>
      </w:r>
      <w:r>
        <w:rPr>
          <w:lang w:eastAsia="zh-CN"/>
        </w:rPr>
        <w:t>　　接手新班，我先从抓好学生的课堂常规入手，培养学生形成初步的行为习惯。在教学中灵活采用不同的教法，以正面教育为主鼓励学生积极学习。</w:t>
      </w:r>
      <w:r>
        <w:rPr>
          <w:lang w:eastAsia="zh-CN"/>
        </w:rPr>
        <w:br/>
      </w:r>
      <w:r>
        <w:rPr>
          <w:lang w:eastAsia="zh-CN"/>
        </w:rPr>
        <w:t>　　1、紧密联系生活实际。</w:t>
      </w:r>
      <w:r>
        <w:rPr>
          <w:lang w:eastAsia="zh-CN"/>
        </w:rPr>
        <w:br/>
      </w:r>
      <w:r>
        <w:rPr>
          <w:lang w:eastAsia="zh-CN"/>
        </w:rPr>
        <w:t>　　数学源于生活，生活中又充满着数学。在教学中，我紧密联系学生的生活实际，在现实世界中寻找数学题材，让教学贴近生活，让学生在生活中看到数学，摸到数学。</w:t>
      </w:r>
      <w:r>
        <w:rPr>
          <w:lang w:eastAsia="zh-CN"/>
        </w:rPr>
        <w:br/>
      </w:r>
      <w:r>
        <w:rPr>
          <w:lang w:eastAsia="zh-CN"/>
        </w:rPr>
        <w:t>　　2、创设情境，激发学生学习兴趣。</w:t>
      </w:r>
      <w:r>
        <w:rPr>
          <w:lang w:eastAsia="zh-CN"/>
        </w:rPr>
        <w:br/>
      </w:r>
      <w:r>
        <w:rPr>
          <w:lang w:eastAsia="zh-CN"/>
        </w:rPr>
        <w:t>　　新教材活动性强，我充分利用教材，精心创设学生熟悉的情境，激发学生学习的兴趣。</w:t>
      </w:r>
      <w:r>
        <w:rPr>
          <w:lang w:eastAsia="zh-CN"/>
        </w:rPr>
        <w:br/>
      </w:r>
      <w:r>
        <w:rPr>
          <w:lang w:eastAsia="zh-CN"/>
        </w:rPr>
        <w:t>　　3、开展实践活动，培养学生的创新素质。</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波利亚说：“学习任何知识的最佳途径是通过自己的实践活动去发现，因为这样发现理解最深，也最容易掌握内在的规律、性质和联系。”现代教育理论主张让学生动手去“做”科学，而不是用耳朵“听”科学。留给学生足够的时间和空间，让每个学生都有参与活动的机会，使学生在动手中学习，在动手中思维，在思维中动让学生在动手、思维的过程中探索、创新。例如，在教学“面积”一章时，我设计了一系列的活动。让学生量黑板、量课本等，让学生走出课堂，观察周围的事物，用正确的面积单位度量，用正确的语言表述物体的位置。</w:t>
      </w:r>
      <w:r>
        <w:rPr>
          <w:lang w:eastAsia="zh-CN"/>
        </w:rPr>
        <w:br/>
      </w:r>
      <w:r>
        <w:rPr>
          <w:lang w:eastAsia="zh-CN"/>
        </w:rPr>
        <w:t>　　4、发挥合作优势，开发学生创新潜能</w:t>
      </w:r>
      <w:r>
        <w:rPr>
          <w:lang w:eastAsia="zh-CN"/>
        </w:rPr>
        <w:br/>
      </w:r>
      <w:r>
        <w:rPr>
          <w:lang w:eastAsia="zh-CN"/>
        </w:rPr>
        <w:t>　　合作研讨，即在课堂中学生以小组形式为学习群体，突出学生的协作与讨论，充分利用集体的力量，共同发现问题，解决问题，这样有利于学生的语言表达能力和创新素质的提高，小组由不同性别、不同成绩、不同能力的学生组成，使优等生的才能得到施展，有困难的学生得到帮助，互相学习，取长补短，同时使学生的创新能力得到发展。我认为这样的教学，既发挥了学生之间的互补作用，又培养了学生的合作精神和创新意识，使学生的思路得以开拓，观察能力、操作能力和思维能力得到锻炼。</w:t>
      </w:r>
      <w:r>
        <w:rPr>
          <w:lang w:eastAsia="zh-CN"/>
        </w:rPr>
        <w:br/>
      </w:r>
      <w:r>
        <w:rPr>
          <w:lang w:eastAsia="zh-CN"/>
        </w:rPr>
        <w:t>　　5、开展竞赛、游戏活动，提高课堂学习气氛。</w:t>
      </w:r>
      <w:r>
        <w:rPr>
          <w:lang w:eastAsia="zh-CN"/>
        </w:rPr>
        <w:br/>
      </w:r>
      <w:r>
        <w:rPr>
          <w:lang w:eastAsia="zh-CN"/>
        </w:rPr>
        <w:t>　　基于低年级学生的特点，引进竞赛、游戏活动，学生积极性高，效果好。寓教于乐。</w:t>
      </w:r>
      <w:r>
        <w:rPr>
          <w:lang w:eastAsia="zh-CN"/>
        </w:rPr>
        <w:br/>
      </w:r>
      <w:r>
        <w:rPr>
          <w:lang w:eastAsia="zh-CN"/>
        </w:rPr>
        <w:t>　　6、运用表扬鼓励学生，加强学生的学习信心。</w:t>
      </w:r>
      <w:r>
        <w:rPr>
          <w:lang w:eastAsia="zh-CN"/>
        </w:rPr>
        <w:br/>
      </w:r>
      <w:r>
        <w:rPr>
          <w:lang w:eastAsia="zh-CN"/>
        </w:rPr>
        <w:t>　　课堂上以表扬为主，分个人、小组进行表扬，经常运用赞扬的语言鼓励学生，如“你真棒!”“你的眼睛真雪亮!”“你们小组合作得很好!”……大大加强了学生学习的信心和集体的凝聚力。</w:t>
      </w:r>
      <w:r>
        <w:rPr>
          <w:lang w:eastAsia="zh-CN"/>
        </w:rPr>
        <w:br/>
      </w:r>
      <w:r>
        <w:rPr>
          <w:lang w:eastAsia="zh-CN"/>
        </w:rPr>
        <w:t>　　本学年，我积极参与课改研讨，参加青羊区小学数学学会评比活动，我的教育叙事《精彩十分钟》获二等奖;课件《发新书》获北师大新课程评比二等奖获得好评。</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我从事在工作中还有很多不足之处，如学生学习的自主性不高，在教法上还有待提高。今后，我会多向有经验的教师请教，虚心学习，在工作中积累经验，不断探索切实可行的教学方法，更好地完善自我。</w:t>
      </w:r>
      <w:r>
        <w:rPr>
          <w:lang w:eastAsia="zh-CN"/>
        </w:rPr>
        <w:br/>
      </w:r>
      <w:r>
        <w:rPr>
          <w:lang w:eastAsia="zh-CN"/>
        </w:rPr>
        <w:t xml:space="preserve">    三年级数学教师工作总结 篇4 </w:t>
      </w:r>
      <w:r>
        <w:rPr>
          <w:lang w:eastAsia="zh-CN"/>
        </w:rPr>
        <w:br/>
      </w:r>
      <w:r>
        <w:rPr>
          <w:lang w:eastAsia="zh-CN"/>
        </w:rPr>
        <w:t>　　本学期，我担任本校小学三年级的数学教学工作。一学期来，我自始至终以认真，严谨的治学态度、勤恳、坚持不懈的精神从事教学工作。转眼间就到了期末，现结合本学期的教育教学情况，特作总结如下：</w:t>
      </w:r>
      <w:r>
        <w:rPr>
          <w:lang w:eastAsia="zh-CN"/>
        </w:rPr>
        <w:br/>
      </w:r>
      <w:r>
        <w:rPr>
          <w:lang w:eastAsia="zh-CN"/>
        </w:rPr>
        <w:t>　　一、激发学生学习兴趣，让他们能够感受成功、体验到学习数学的快乐</w:t>
      </w:r>
      <w:r>
        <w:rPr>
          <w:lang w:eastAsia="zh-CN"/>
        </w:rPr>
        <w:br/>
      </w:r>
      <w:r>
        <w:rPr>
          <w:lang w:eastAsia="zh-CN"/>
        </w:rPr>
        <w:t>　　本班学生，在起始年级时基础较差，随着年级的递增，数学知识点的增多，知识面的扩展，学生越来越感到学习数学的困难，面对形式多样的解题方式更是无法应对，就学习尽头来说是心有余而力不足。</w:t>
      </w:r>
      <w:r>
        <w:rPr>
          <w:lang w:eastAsia="zh-CN"/>
        </w:rPr>
        <w:br/>
      </w:r>
      <w:r>
        <w:rPr>
          <w:lang w:eastAsia="zh-CN"/>
        </w:rPr>
        <w:t>　　为此，我采取的策略是先让学生感到学数学不难：上课时我有意识的设计一些简单的问题叫学习困难的学生来回答，让他们板演一些基本的计算题，激励他们大胆的解答，并在适时的时候予以提示，是他们能在老师善意的帮助下顺利的解答，让他们从</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心理上感到解决数学问题不是太难，只要掌握基本的方法是可以触类旁通的;第一环节实施后，我采取得第二步是在讲课时把知识生活化的方式，以学生常见的范例、经常接触的身边的数学问题为例，加以有声有色的描述，使学生感到学数学很有用，数学问题解决不好会出笑话，会影响自己的将来，要好好学数学，要学好数学，因为需要而产生学习数学的兴趣。</w:t>
      </w:r>
      <w:r>
        <w:rPr>
          <w:lang w:eastAsia="zh-CN"/>
        </w:rPr>
        <w:br/>
      </w:r>
      <w:r>
        <w:rPr>
          <w:lang w:eastAsia="zh-CN"/>
        </w:rPr>
        <w:t>　　学生的兴趣被激发后，我首先想到的是保持，一是注重从学生的作业上来反馈，将学生的问题和与优点添油加醋的加以评价，再就是通过开展一些丰富多彩的数学活动，如讲数学家的故事，搞一些数学小竞赛，小组合作、作业评比、学生评价等等，积极发掘学生的闪光点，让学生的个性得以张扬，努力营造一个学数学的良好氛围，让学生体验学数学和做数学的快乐，使学生从思想上逐步扭转对数学的枯燥印象。</w:t>
      </w:r>
      <w:r>
        <w:rPr>
          <w:lang w:eastAsia="zh-CN"/>
        </w:rPr>
        <w:br/>
      </w:r>
      <w:r>
        <w:rPr>
          <w:lang w:eastAsia="zh-CN"/>
        </w:rPr>
        <w:t>　　最后，我利用各种机会，经常给不同层次学生以成就感，让每一位同学都能体验到学习数学的成功与快乐。至本学期末，成效显著：首先是学生敢于大胆回答问题了，其次是能基本清楚的描述解题思路了，再次就是作业正确率提高了，测试情况也有了较为明显的好转。</w:t>
      </w:r>
      <w:r>
        <w:rPr>
          <w:lang w:eastAsia="zh-CN"/>
        </w:rPr>
        <w:br/>
      </w:r>
      <w:r>
        <w:rPr>
          <w:lang w:eastAsia="zh-CN"/>
        </w:rPr>
        <w:t>　　二、认真钻研业务，努力提高课堂40分钟的教学效率</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在业务上我积极利用各种机会，学习教育教学新理念，积极参加网络教研活动，精心打理博客内容(课堂教学中的案例、反思、故事、随笔等)，潜心钻研教材教法，认真备课、认真上课，坚持不懈地进行“自我充电”，以提高自己的业务理论水平。课堂上，我把学到的新课程理念结合本班实际，努力贯彻到课堂教学中去，以期提高课堂40分钟的效率。课余，我经常与同事们一起探讨教学过程中遇到的各种问题，互相学习，共同提高;我还结合实际教学撰写一些自己平时的和经验总结点滴等等。从中，我更是感受到了学无止境的道理。要充分发挥课堂教学这个“主阵地”的作用，提高课堂40分钟的效率，我们要与时俱进，坚持不懈地学习探究教学新理论新实践。</w:t>
      </w:r>
      <w:r>
        <w:rPr>
          <w:lang w:eastAsia="zh-CN"/>
        </w:rPr>
        <w:br/>
      </w:r>
      <w:r>
        <w:rPr>
          <w:lang w:eastAsia="zh-CN"/>
        </w:rPr>
        <w:t>　　三、关爱学生与严格要求相结合，尽量使每一位学生进步</w:t>
      </w:r>
      <w:r>
        <w:rPr>
          <w:lang w:eastAsia="zh-CN"/>
        </w:rPr>
        <w:br/>
      </w:r>
      <w:r>
        <w:rPr>
          <w:lang w:eastAsia="zh-CN"/>
        </w:rPr>
        <w:t>　　亲其师，才能信其道。在平时与学生接触的过程中，我不以“师长”自居，尽量与学生平等交往，建立“朋友式”的深厚友谊，努力关爱每一位学生的成长。与学生多谈心，帮助学生解决学习上与生活上的各种困惑。同时，面对个别调皮的学生，也实行严格要求、正确导向的办法，让他们树立起正确的荣辱观。</w:t>
      </w:r>
      <w:r>
        <w:rPr>
          <w:lang w:eastAsia="zh-CN"/>
        </w:rPr>
        <w:br/>
      </w:r>
      <w:r>
        <w:rPr>
          <w:lang w:eastAsia="zh-CN"/>
        </w:rPr>
        <w:t>　　课堂教学，纪律是提高课堂效率的重要保证。面对各层次的学生，我既要关爱大部分学生，又要面对个别不守纪律的捣蛋分子实行严格要求。课堂上，我尽量做到分层施教与个别辅导相结合;课余，我让优秀学生与“学困生”实行“一帮一”结对子，互帮互助，共同提高。一年来，学生们原本薄弱的基础，逐步得以夯实，学生的学习成绩有了稳步提高。</w:t>
      </w:r>
      <w:r>
        <w:rPr>
          <w:lang w:eastAsia="zh-CN"/>
        </w:rPr>
        <w:br/>
      </w:r>
      <w:r>
        <w:rPr>
          <w:lang w:eastAsia="zh-CN"/>
        </w:rPr>
        <w:t>　　四、总结得失，以励再战</w:t>
      </w:r>
      <w:r>
        <w:rPr>
          <w:lang w:eastAsia="zh-CN"/>
        </w:rPr>
        <w:br/>
      </w:r>
      <w:r>
        <w:rPr>
          <w:lang w:eastAsia="zh-CN"/>
        </w:rPr>
        <w:t>　　1、取得的成绩：</w:t>
      </w:r>
      <w:r>
        <w:rPr>
          <w:lang w:eastAsia="zh-CN"/>
        </w:rPr>
        <w:br/>
      </w:r>
      <w:r>
        <w:rPr>
          <w:lang w:eastAsia="zh-CN"/>
        </w:rPr>
        <w:t>　　在我的努力带动下，学困生的脸上有了笑容了，作业基本能按时按量的完成了，学生们的学习兴趣较以前提高了，学习的态度也改变了不少，本学期的单元检测大部分同学都有了不同程度的提高。</w:t>
      </w:r>
      <w:r>
        <w:rPr>
          <w:lang w:eastAsia="zh-CN"/>
        </w:rPr>
        <w:br/>
      </w:r>
      <w:r>
        <w:rPr>
          <w:lang w:eastAsia="zh-CN"/>
        </w:rPr>
        <w:t>　　2、存在的不足：</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部分学生多年来形成的一些不良和习惯，还有待进一步规范和引导;学困生在起始年级的知识空缺(口算乘除法)直接影响着计算的效率与质量，随着年级的增高表现也越来越明显;学习成绩虽然有所进步，但许多方面还有很大的提升空间;老师的付出与学生知识掌握的反馈(作业、成绩)使老师产生急躁的情绪。</w:t>
      </w:r>
      <w:r>
        <w:rPr>
          <w:lang w:eastAsia="zh-CN"/>
        </w:rPr>
        <w:br/>
      </w:r>
      <w:r>
        <w:rPr>
          <w:lang w:eastAsia="zh-CN"/>
        </w:rPr>
        <w:t>　　3、努力方向：</w:t>
      </w:r>
      <w:r>
        <w:rPr>
          <w:lang w:eastAsia="zh-CN"/>
        </w:rPr>
        <w:br/>
      </w:r>
      <w:r>
        <w:rPr>
          <w:lang w:eastAsia="zh-CN"/>
        </w:rPr>
        <w:t>　　今后，我将继续本着“教到老，学到老”的精神，改变急躁的情绪，不断探讨提高学生学习兴趣、促进学生全面发展的有效机制;继续保持与学生家长的紧密联系，共同配合，把我们的下一代教育好，培养好，争取个人成长与学生成长实现双丰收。</w:t>
      </w:r>
      <w:r>
        <w:rPr>
          <w:lang w:eastAsia="zh-CN"/>
        </w:rPr>
        <w:br/>
      </w:r>
      <w:r>
        <w:rPr>
          <w:lang w:eastAsia="zh-CN"/>
        </w:rPr>
        <w:t xml:space="preserve">    三年级数学教师工作总结 篇5 </w:t>
      </w:r>
      <w:r>
        <w:rPr>
          <w:lang w:eastAsia="zh-CN"/>
        </w:rPr>
        <w:br/>
      </w:r>
      <w:r>
        <w:rPr>
          <w:lang w:eastAsia="zh-CN"/>
        </w:rPr>
        <w:t>　　一、学生基本情况</w:t>
      </w:r>
      <w:r>
        <w:rPr>
          <w:lang w:eastAsia="zh-CN"/>
        </w:rPr>
        <w:br/>
      </w:r>
      <w:r>
        <w:rPr>
          <w:lang w:eastAsia="zh-CN"/>
        </w:rPr>
        <w:t>　　三年级六班有学生68人，这个班的学生绝大部分上课能够专心听讲，积极思考并回答老师提出的问题，下课能够按要求完成作业，具有良好的学习习惯。但是也有一部分学生的学习习惯较差，有的上课精力不集中，思想经常开小差，纪律性不强。老师布置的作业经常完不成，以致学习成绩较差，为了激发学生的数学学习兴趣，更好的培养学生的科学世界观，针对两个班级的实际情况，对上学期的教学情况做如下总结。</w:t>
      </w:r>
      <w:r>
        <w:rPr>
          <w:lang w:eastAsia="zh-CN"/>
        </w:rPr>
        <w:br/>
      </w:r>
      <w:r>
        <w:rPr>
          <w:lang w:eastAsia="zh-CN"/>
        </w:rPr>
        <w:t>　　二、主要成绩和经验</w:t>
      </w:r>
      <w:r>
        <w:rPr>
          <w:lang w:eastAsia="zh-CN"/>
        </w:rPr>
        <w:br/>
      </w:r>
      <w:r>
        <w:rPr>
          <w:lang w:eastAsia="zh-CN"/>
        </w:rPr>
        <w:t>　　1、针对学生的差异和年龄特点，对学生进行了各方面的教育，使学生的知识、能力有了较大提高。</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2认真钻研教材、精心备课，充分利用直观、电化教学，把难点分到各个层次中去，调动学生学习的积极性。</w:t>
      </w:r>
      <w:r>
        <w:rPr>
          <w:lang w:eastAsia="zh-CN"/>
        </w:rPr>
        <w:br/>
      </w:r>
      <w:r>
        <w:rPr>
          <w:lang w:eastAsia="zh-CN"/>
        </w:rPr>
        <w:t>　　3、本学期我对学生注重加强了思想教育，培养了良好的学习习惯，培养自我检查的能力。</w:t>
      </w:r>
      <w:r>
        <w:rPr>
          <w:lang w:eastAsia="zh-CN"/>
        </w:rPr>
        <w:br/>
      </w:r>
      <w:r>
        <w:rPr>
          <w:lang w:eastAsia="zh-CN"/>
        </w:rPr>
        <w:t>　　4、加强了对后进生的辅导，使本学期大部分学生掌握了知识、技能，他们的学习有了不同程度的进步和提高。</w:t>
      </w:r>
      <w:r>
        <w:rPr>
          <w:lang w:eastAsia="zh-CN"/>
        </w:rPr>
        <w:br/>
      </w:r>
      <w:r>
        <w:rPr>
          <w:lang w:eastAsia="zh-CN"/>
        </w:rPr>
        <w:t>　　。5、使学生学好数学知识，在教学中重点做到精讲多练，重视运用教具、学具和电化教学手段。认真备好每一节课</w:t>
      </w:r>
      <w:r>
        <w:rPr>
          <w:lang w:eastAsia="zh-CN"/>
        </w:rPr>
        <w:br/>
      </w:r>
      <w:r>
        <w:rPr>
          <w:lang w:eastAsia="zh-CN"/>
        </w:rPr>
        <w:t>　　6、通过练习课的精心设计，使学生掌握知识，形成技能，发展智力。所以我认真上好练习课，讲究练习方式，提高练习效率。</w:t>
      </w:r>
      <w:r>
        <w:rPr>
          <w:lang w:eastAsia="zh-CN"/>
        </w:rPr>
        <w:br/>
      </w:r>
      <w:r>
        <w:rPr>
          <w:lang w:eastAsia="zh-CN"/>
        </w:rPr>
        <w:t>　　7、注重专题研究，积极参加学校组织的教学教研活动，认真组织好练习和复习，努力提高教育、教学质量。</w:t>
      </w:r>
      <w:r>
        <w:rPr>
          <w:lang w:eastAsia="zh-CN"/>
        </w:rPr>
        <w:br/>
      </w:r>
      <w:r>
        <w:rPr>
          <w:lang w:eastAsia="zh-CN"/>
        </w:rPr>
        <w:t>　　8、重视了与家庭教育相配合，通过家访、家长会等不同方式，与家长密切联系，对个别学生的教育着重放在学生非智力因素的挖掘上，使他们有了明显的进步和提高。</w:t>
      </w:r>
      <w:r>
        <w:rPr>
          <w:lang w:eastAsia="zh-CN"/>
        </w:rPr>
        <w:br/>
      </w:r>
      <w:r>
        <w:rPr>
          <w:lang w:eastAsia="zh-CN"/>
        </w:rPr>
        <w:t>　　9、注重培养了学生的学生习惯，针对这一方面，本学期重点抓了学生，每做一件事情，每做一道题，要求学生要有耐心，培养了认真做好每一件事的好习惯。</w:t>
      </w:r>
      <w:r>
        <w:rPr>
          <w:lang w:eastAsia="zh-CN"/>
        </w:rPr>
        <w:br/>
      </w:r>
      <w:r>
        <w:rPr>
          <w:lang w:eastAsia="zh-CN"/>
        </w:rPr>
        <w:t>　　10、通过一些活动，统计、数据等对学生进行了爱国教育，是学生有了为祖国为 中华民族努力学习的精神。</w:t>
      </w:r>
      <w:r>
        <w:rPr>
          <w:lang w:eastAsia="zh-CN"/>
        </w:rPr>
        <w:br/>
      </w:r>
      <w:r>
        <w:rPr>
          <w:lang w:eastAsia="zh-CN"/>
        </w:rPr>
        <w:t>　　三、存在的不足之处</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1、一部分学生对学习的目的不够明确，学习态度不够端正。上课听讲不认真，家庭作业经常完不成。</w:t>
      </w:r>
      <w:r>
        <w:rPr>
          <w:lang w:eastAsia="zh-CN"/>
        </w:rPr>
        <w:br/>
      </w:r>
      <w:r>
        <w:rPr>
          <w:lang w:eastAsia="zh-CN"/>
        </w:rPr>
        <w:t>　　2、有些家长对孩子的学习不够重视，主要表现在：学生家庭的不配合，造成了学习差。</w:t>
      </w:r>
      <w:r>
        <w:rPr>
          <w:lang w:eastAsia="zh-CN"/>
        </w:rPr>
        <w:br/>
      </w:r>
      <w:r>
        <w:rPr>
          <w:lang w:eastAsia="zh-CN"/>
        </w:rPr>
        <w:t>　　3、还有一部分是，反映问题慢，基础太差，是造成了不及格现象。</w:t>
      </w:r>
      <w:r>
        <w:rPr>
          <w:lang w:eastAsia="zh-CN"/>
        </w:rPr>
        <w:br/>
      </w:r>
      <w:r>
        <w:rPr>
          <w:lang w:eastAsia="zh-CN"/>
        </w:rPr>
        <w:t>　　四、今后努力方向和设想</w:t>
      </w:r>
      <w:r>
        <w:rPr>
          <w:lang w:eastAsia="zh-CN"/>
        </w:rPr>
        <w:br/>
      </w:r>
      <w:r>
        <w:rPr>
          <w:lang w:eastAsia="zh-CN"/>
        </w:rPr>
        <w:t>　　针对本学期在教学工作中存在的问题和不足，在今后的工作中着重抓好以下几点：</w:t>
      </w:r>
      <w:r>
        <w:rPr>
          <w:lang w:eastAsia="zh-CN"/>
        </w:rPr>
        <w:br/>
      </w:r>
      <w:r>
        <w:rPr>
          <w:lang w:eastAsia="zh-CN"/>
        </w:rPr>
        <w:t>　　1、结合教材的内容，老师要精心备课，面向全体学生教学，抓牢基础知识，搞好思想教育工作。精心上好没一节课，虚心向老教师学习，不断提高自身的业务水平。注重学生各种能力的培养和知识应用的灵活性。特别注重学习习惯的培养，以激发学生学习的兴趣，提高他们的学习成绩，自己还要不断学习，不断提高自身的业务素质。</w:t>
      </w:r>
      <w:r>
        <w:rPr>
          <w:lang w:eastAsia="zh-CN"/>
        </w:rPr>
        <w:br/>
      </w:r>
      <w:r>
        <w:rPr>
          <w:lang w:eastAsia="zh-CN"/>
        </w:rPr>
        <w:t>　　2、及时辅导落后生，抓住他们的闪光点，鼓励其进步。注重学生各种能力和习惯的培养。</w:t>
      </w:r>
      <w:r>
        <w:rPr>
          <w:lang w:eastAsia="zh-CN"/>
        </w:rPr>
        <w:br/>
      </w:r>
      <w:r>
        <w:rPr>
          <w:lang w:eastAsia="zh-CN"/>
        </w:rPr>
        <w:t>　　3、充分利用直观、电化教学，把难点分到各个层次中去，调动学生学习的积极性。对学生进行强化训练，争取教出更好的成绩。</w:t>
      </w:r>
      <w:r>
        <w:rPr>
          <w:lang w:eastAsia="zh-CN"/>
        </w:rPr>
        <w:br/>
      </w:r>
      <w:r>
        <w:rPr>
          <w:lang w:eastAsia="zh-CN"/>
        </w:rPr>
        <w:t>　　4、充分利用数学教材，挖掘教材的趣味性，以数学知识本身的魅力去吸引学生、感染学生。</w:t>
      </w:r>
      <w:r>
        <w:rPr>
          <w:lang w:eastAsia="zh-CN"/>
        </w:rPr>
        <w:br/>
      </w:r>
      <w:r>
        <w:rPr>
          <w:lang w:eastAsia="zh-CN"/>
        </w:rPr>
        <w:t>　　5、数学课的开展应面向全体的情况下，实施因材施教。充分调动学生的学习的积极性和主动性。</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6、及时家访，家长配合抓好学生的学习。</w:t>
      </w:r>
      <w:r>
        <w:rPr>
          <w:lang w:eastAsia="zh-CN"/>
        </w:rPr>
        <w:br/>
      </w:r>
      <w:r>
        <w:rPr>
          <w:lang w:eastAsia="zh-CN"/>
        </w:rPr>
        <w:t>　　7、对学生进行了爱国教育，培养学生为祖国为 中华民族努力学习的精神。</w:t>
      </w:r>
      <w:r>
        <w:rPr>
          <w:lang w:eastAsia="zh-CN"/>
        </w:rPr>
        <w:br/>
      </w:r>
      <w:r>
        <w:rPr>
          <w:lang w:eastAsia="zh-CN"/>
        </w:rPr>
        <w:t xml:space="preserve">    三年级数学教师工作总结 篇6 </w:t>
      </w:r>
      <w:r>
        <w:rPr>
          <w:lang w:eastAsia="zh-CN"/>
        </w:rPr>
        <w:br/>
      </w:r>
      <w:r>
        <w:rPr>
          <w:lang w:eastAsia="zh-CN"/>
        </w:rPr>
        <w:t>　　一学年来，本人在教育教学工作中，始终坚持党的教育方针，面向全体学生，教书育人，为人师表，确立“以学生为主体”，“以培养学生主动发展”为中心的教学思想，重视学生的个性发展，重视激发学生的创造能力，培养学生德、智、体、美、劳全面发展，工作责任心强，服从领导的分工积极做好本职工作，认真备课、上课、听课、评课，及时批改作业、讲评作业，做好课后辅导工作，广泛获取各种知识，形成比较完整的知识结构，严格要求学生，尊重学生，发扬教学民主，使学生学有所得，不断提高，从而不断提高自己的教学水平，并顺利完成教育教学任务。</w:t>
      </w:r>
      <w:r>
        <w:rPr>
          <w:lang w:eastAsia="zh-CN"/>
        </w:rPr>
        <w:br/>
      </w:r>
      <w:r>
        <w:rPr>
          <w:lang w:eastAsia="zh-CN"/>
        </w:rPr>
        <w:t>　　要提高教学质量，关键是上好课。为了上好课，我做了下面的工作：</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1、在教学工作方面，优化教学方法，按常规做好课前、课中、课后的各项工作，认真钻研教材，课堂教学真正体现“教师为主导，学生为主体”的教学思想，并结合学校德育科的对小学生心理健康教育，发展学生心理;创设情境，诱发学生的认知需求和创新欲望，使学生从情感、思维和行为上主动参与学习;在培养学生形象和抽象、分析和综合思维能力的同时，有意识地培养学生求新、求异、聚合、发散等创新学习活动所要求的思维方式和方法;以学生创新学习为主线组织课堂教学活动，鼓励学生主动参与、主动探索、主动思考、主动操作、主动评价，运用启发学习、尝试学习、发现学习、合作学习等方法，在教学中求创新，在活动中促发展，课堂教学重视学生的训练，精心设计练习作业，练习作业有层次有坡度，对学生的作业严格要求，培养良好的作业习惯。在进行计算能力训练时，我要求学生先要认真审题，边审题边思考：“题抄对了没有?先算什么?再算什么?能否简算?”计算过程中要求学生做到一步一回头，进行自觉检验。如果发现个别学生做错了题，及时要求学生纠正，自觉分析造成错误的原因，防止再错，养成认真计算的习惯。平时要求学生对题目中的数字、小数点、运算符号必须写得清楚工整、规范，作业做完后，要养成自觉检验的习惯，端正认真学习、刻苦钻研的学习态度，培养独立思考和克服困难的精神。</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2、要提高教学质量，还要做好课后辅导工作，部分学生缺乏自觉性，经常不能按时完成作业，甚至有的学生欠交作业，针对这种问题，我就进行对学生进行思想教育。树立学习的信心，有的学生学习成绩不理想，并不是他们没有潜能，而是不相信自己有潜能，在经历了一两次失败和挫折后，对自己失去了信心。因此形成“自己脑子笨”这种意识，久而久之，形成习惯，一遇到问题，先想自己不行，对自己没信心，结果自己什么都学不成，什么都不想学，作业不会做，造成成绩低下。我所教六年级的差生比较多，他们基础比较差，学习数学很吃力，多次测验都没有及格过。他们主要是对数学产生了畏难情绪。针对这种情况，在课堂上我有意识地通过一些浅显易懂的问题为他们提供发言机会，让他们到黑板上做题，给他们自我表现的机会，同时对他们在学习中的点滴进步，我都给以表扬和鼓励，使他们逐步树立起学习的信心。这样一来他们也体会到学好数学的成功感，学习成绩也不断提高。</w:t>
      </w:r>
      <w:r>
        <w:rPr>
          <w:lang w:eastAsia="zh-CN"/>
        </w:rPr>
        <w:br/>
      </w:r>
      <w:r>
        <w:rPr>
          <w:lang w:eastAsia="zh-CN"/>
        </w:rPr>
        <w:t xml:space="preserve">    三年级数学教师工作总结 篇7 </w:t>
      </w:r>
      <w:r>
        <w:rPr>
          <w:lang w:eastAsia="zh-CN"/>
        </w:rPr>
        <w:br/>
      </w:r>
      <w:r>
        <w:rPr>
          <w:lang w:eastAsia="zh-CN"/>
        </w:rPr>
        <w:t>　　时间过得飞快，转眼间来到三年级一学期了。回顾这一学期的生活，那真是紧张、忙碌、累并快乐着。</w:t>
      </w:r>
      <w:r>
        <w:rPr>
          <w:lang w:eastAsia="zh-CN"/>
        </w:rPr>
        <w:br/>
      </w:r>
      <w:r>
        <w:rPr>
          <w:lang w:eastAsia="zh-CN"/>
        </w:rPr>
        <w:t>　　本学期我担任三年级两个班的数学和二年级的品生课。自己虽不是年轻老师，但毕竟离开讲台将近十年，对于现在一些新的教育理念知道的比较少，一些新的教学模式和教学手段不熟悉，所以我是以新人的标准来要求自己的。认真对待教学的每一个环节，备课、上课、作业批改、课下辅导等哪一项也不敢马虎。</w:t>
      </w:r>
      <w:r>
        <w:rPr>
          <w:lang w:eastAsia="zh-CN"/>
        </w:rPr>
        <w:br/>
      </w:r>
      <w:r>
        <w:rPr>
          <w:lang w:eastAsia="zh-CN"/>
        </w:rPr>
        <w:t>　　一、备好每节课，为上好课做准备</w:t>
      </w:r>
      <w:r>
        <w:rPr>
          <w:lang w:eastAsia="zh-CN"/>
        </w:rPr>
        <w:br/>
      </w:r>
      <w:r>
        <w:rPr>
          <w:lang w:eastAsia="zh-CN"/>
        </w:rPr>
        <w:t>　　学期初，钻研了《数学课程标准》、教材、教参，对学期教学内容做到心中有数。学期中，着重进行单元备课，掌握每一部分知识在单元中、在整册书中的地位、作用，坚持做到超单元备课。在备课中着重思考怎样蹲下身来，站在孩子的高度把所要讲授的内容有趣的呈现给孩子，怎样引导孩子自主探究、主动学习。另外，我的备课中，充分利用手中的资料――课外作业、金钥匙等，精心设计习题，力求让学生学一个，明白一类，会一个，就会十个、会一百个，发展孩子思维，提高学习数学的能力。</w:t>
      </w:r>
      <w:r>
        <w:rPr>
          <w:lang w:eastAsia="zh-CN"/>
        </w:rPr>
        <w:br/>
      </w:r>
      <w:r>
        <w:rPr>
          <w:lang w:eastAsia="zh-CN"/>
        </w:rPr>
        <w:t>　　二、上好每一节课</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努力创设各种情境，激发学生思考。放手让学生探究，动手、动口、动眼、动脑。对学生的回答采取“扬弃”的态度，从而打破了上课发言沉闷的局面，使学生乐于思考，敢于积极回答问题。针对教学重、难点，选择学生的探究结果，让学生进行比较、交流、讨论，从中掌握知识，培养能力。出示不同坡度，不同层次的练习题目，让学生巩固知识，形成能力，发展思维。现在学生普遍对数学课感兴趣，参与性较高。</w:t>
      </w:r>
      <w:r>
        <w:rPr>
          <w:lang w:eastAsia="zh-CN"/>
        </w:rPr>
        <w:br/>
      </w:r>
      <w:r>
        <w:rPr>
          <w:lang w:eastAsia="zh-CN"/>
        </w:rPr>
        <w:t>　　三、精心布置作业</w:t>
      </w:r>
      <w:r>
        <w:rPr>
          <w:lang w:eastAsia="zh-CN"/>
        </w:rPr>
        <w:br/>
      </w:r>
      <w:r>
        <w:rPr>
          <w:lang w:eastAsia="zh-CN"/>
        </w:rPr>
        <w:t>　　给学生布置的作业，努力做到精讲精练，有针对性。同时做到及时批改，每天上课前总得挤点时间先批上十来本，以便掌握孩子前一天的学习情况，如果发现普遍性问题，当天课堂上及时讲解订正。其余作业也是全批全改，每天至少用一节半课的时间来批两个班的作业，并能基本保证让学生当天改完作业。</w:t>
      </w:r>
      <w:r>
        <w:rPr>
          <w:lang w:eastAsia="zh-CN"/>
        </w:rPr>
        <w:br/>
      </w:r>
      <w:r>
        <w:rPr>
          <w:lang w:eastAsia="zh-CN"/>
        </w:rPr>
        <w:t>　　四、创新评价，调动学生积极性</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本学期我在评价方面做了一些尝试：设计了课堂评价表和作业评价表。课堂评价表张贴在教室的墙上，记录课堂上积极思考、大胆发言、具有创新思维的同学，每节课表扬肯定5名同学，受表扬的同学自己画星，十个星换一个书签。作业评价表在老师的手里，记录每天学生的作业情况，作业书写干净、整洁并自己独立完成获得全队的同学，以上要求做到了，每次的一个星，也是十次星换一个书签。学期末，按学生手中书签的多少排名，前五名奖励一个学生认为好的奖品（到时候征求学生意见），第六到十名奖稍差一点奖品。通过以上奖励政策的制定和实施，极大限度地调动了学生的学习积极性，既看到学习的进步，又有了学习的动力，并树立起学习的目标，较好地发挥了评价的激励作用。</w:t>
      </w:r>
      <w:r>
        <w:rPr>
          <w:lang w:eastAsia="zh-CN"/>
        </w:rPr>
        <w:br/>
      </w:r>
      <w:r>
        <w:rPr>
          <w:lang w:eastAsia="zh-CN"/>
        </w:rPr>
        <w:t>　　五、其他工作</w:t>
      </w:r>
      <w:r>
        <w:rPr>
          <w:lang w:eastAsia="zh-CN"/>
        </w:rPr>
        <w:br/>
      </w:r>
      <w:r>
        <w:rPr>
          <w:lang w:eastAsia="zh-CN"/>
        </w:rPr>
        <w:t>　　对于学校安排的其他各项工作，我都是本着坚决服从，尽最大努力的做到最好的原则来完成的。比如：</w:t>
      </w:r>
      <w:r>
        <w:rPr>
          <w:lang w:eastAsia="zh-CN"/>
        </w:rPr>
        <w:br/>
      </w:r>
      <w:r>
        <w:rPr>
          <w:lang w:eastAsia="zh-CN"/>
        </w:rPr>
        <w:t>　　1、护导。每次护导时总是提前到岗，认真坚守岗位，做到全勤全岗。</w:t>
      </w:r>
      <w:r>
        <w:rPr>
          <w:lang w:eastAsia="zh-CN"/>
        </w:rPr>
        <w:br/>
      </w:r>
      <w:r>
        <w:rPr>
          <w:lang w:eastAsia="zh-CN"/>
        </w:rPr>
        <w:t>　　2、听课。珍惜每次外出听课学习的机会，虚心学习，认真记录。学校内的听课，只要是能调开课，也都积极参与。按要求完成听课任务。</w:t>
      </w:r>
      <w:r>
        <w:rPr>
          <w:lang w:eastAsia="zh-CN"/>
        </w:rPr>
        <w:br/>
      </w:r>
      <w:r>
        <w:rPr>
          <w:lang w:eastAsia="zh-CN"/>
        </w:rPr>
        <w:t>　　3、书海品书香。每篇都认真记录，及时写反思，一度受到检查领导好评。</w:t>
      </w:r>
      <w:r>
        <w:rPr>
          <w:lang w:eastAsia="zh-CN"/>
        </w:rPr>
        <w:br/>
      </w:r>
      <w:r>
        <w:rPr>
          <w:lang w:eastAsia="zh-CN"/>
        </w:rPr>
        <w:t>　　4、教研活动。积极参加所担任两科的教研活动，完成了这两科所有特色作业，积极上传教案和教学反思。</w:t>
      </w:r>
      <w:r>
        <w:rPr>
          <w:lang w:eastAsia="zh-CN"/>
        </w:rPr>
        <w:br/>
      </w:r>
      <w:r>
        <w:rPr>
          <w:lang w:eastAsia="zh-CN"/>
        </w:rPr>
        <w:t>　　六、努力方向和不足</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由于本学期的忙碌，放松了自身的学习，这是很难不应该的，下学期一定克服困难，坚持学习，努力提高自身修养和业务素质。对差生的辅导也有所欠缺，想想这学期，我总想找点时间来帮一下那些学习有困难的学生，可是不管怎么见缝插针，每次也只有班空里那十来分钟的时间，再加上有的孩子上厕所，想抓也抓不到人。大课间倒是好机会，不过上午我还看不出作业，下午，周三、五早放学，周一、四我执勤，也利用不起来，干着急。以后多想办法解决这一问题。</w:t>
      </w:r>
      <w:r>
        <w:rPr>
          <w:lang w:eastAsia="zh-CN"/>
        </w:rPr>
        <w:br/>
      </w:r>
      <w:r>
        <w:rPr>
          <w:lang w:eastAsia="zh-CN"/>
        </w:rPr>
        <w:t>　　总之，一学期眨眼间过去了，自认为对工作积极努力，对同事诚恳热情，对学生尽心尽力。但个人的智慧毕竟有限，今后的工作中，希望领导和老师们多多帮助，我一定虚心接受，并表示忠心的感谢。</w:t>
      </w:r>
      <w:r>
        <w:rPr>
          <w:lang w:eastAsia="zh-CN"/>
        </w:rPr>
        <w:br/>
      </w:r>
      <w:r>
        <w:rPr>
          <w:lang w:eastAsia="zh-CN"/>
        </w:rPr>
        <w:t xml:space="preserve">    三年级数学教师工作总结 篇8 </w:t>
      </w:r>
      <w:r>
        <w:rPr>
          <w:lang w:eastAsia="zh-CN"/>
        </w:rPr>
        <w:br/>
      </w:r>
      <w:r>
        <w:rPr>
          <w:lang w:eastAsia="zh-CN"/>
        </w:rPr>
        <w:t>　　本学期，我教三年级数学。一期来，在学校教导处的领导下，我圆满完成了一学期的教学工作。回顾一学期的工作，付出了努力，也取得了一定的成绩。现对一期工作总结如下：</w:t>
      </w:r>
      <w:r>
        <w:rPr>
          <w:lang w:eastAsia="zh-CN"/>
        </w:rPr>
        <w:br/>
      </w:r>
      <w:r>
        <w:rPr>
          <w:lang w:eastAsia="zh-CN"/>
        </w:rPr>
        <w:t>　　首先，精心备课，有效组织课堂教学，注意课后反馈。</w:t>
      </w:r>
      <w:r>
        <w:rPr>
          <w:lang w:eastAsia="zh-CN"/>
        </w:rPr>
        <w:br/>
      </w:r>
      <w:r>
        <w:rPr>
          <w:lang w:eastAsia="zh-CN"/>
        </w:rPr>
        <w:t>　　我之前都上上高年级的课，所以对于三年级的数学教学还是比较陌生的，所以，我坚持在每一节课前认真备课，努力学习教学大纲，认真钻研教材，根据教学大纲的要求认真备课，根据教材的特点认真设计教学思路，根据学生的能力特点认真设计教学方法，争取每一节课学生都听得懂，效果达到最佳。每节课后，我认真总结这一节课上得如何，好的方法以后继续采用，不好的方法尽快改进。</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另外，我充分利用学校的教学资源，精心组织课堂教学。这一学期以来，我能利用空余时间，认真学习多媒体的教学方法，经常向有经验的老师请教，并充分利用到教学中去。我能精心组织课堂教学，随时注意学生是否认真听讲，处理好课堂的一些突发事件。采用适合学生的教学方法，多利用学生的无意注意进行教学，力求使每一节课上得最好。</w:t>
      </w:r>
      <w:r>
        <w:rPr>
          <w:lang w:eastAsia="zh-CN"/>
        </w:rPr>
        <w:br/>
      </w:r>
      <w:r>
        <w:rPr>
          <w:lang w:eastAsia="zh-CN"/>
        </w:rPr>
        <w:t>　　同时，我注意课后反馈。课后，我认真批改每一位学生的作业，找出学生错误的地方并给予更正，对于作业中较多错误的采取面批，使学生及时掌握没有掌握好的内容，对于做得较好的或进步较大的，我能采取表扬鼓励的方式，在作业本上写上一些鼓励性的语言，如“verygood!进步很大，继续努力!你写的字很有进步!”等等。</w:t>
      </w:r>
      <w:r>
        <w:rPr>
          <w:lang w:eastAsia="zh-CN"/>
        </w:rPr>
        <w:br/>
      </w:r>
      <w:r>
        <w:rPr>
          <w:lang w:eastAsia="zh-CN"/>
        </w:rPr>
        <w:t>　　其次，注意做好两头学生的工作</w:t>
      </w:r>
      <w:r>
        <w:rPr>
          <w:lang w:eastAsia="zh-CN"/>
        </w:rPr>
        <w:br/>
      </w:r>
      <w:r>
        <w:rPr>
          <w:lang w:eastAsia="zh-CN"/>
        </w:rPr>
        <w:t>　　1、针对学生的知识水平和能力特点，我在开学初就制定了培优补差工作计划。</w:t>
      </w:r>
      <w:r>
        <w:rPr>
          <w:lang w:eastAsia="zh-CN"/>
        </w:rPr>
        <w:br/>
      </w:r>
      <w:r>
        <w:rPr>
          <w:lang w:eastAsia="zh-CN"/>
        </w:rPr>
        <w:t>　　2、我还根据每次考试测验的成绩对一些成绩较差的同学进得辅导，使他们将一个单元里掌握不够好的知识及时掌握好。</w:t>
      </w:r>
      <w:r>
        <w:rPr>
          <w:lang w:eastAsia="zh-CN"/>
        </w:rPr>
        <w:br/>
      </w:r>
      <w:r>
        <w:rPr>
          <w:lang w:eastAsia="zh-CN"/>
        </w:rPr>
        <w:t>　　3、实施学生奋斗目标跟踪制度。在一开学，我根据学生的能力水平制定了每次考试的奋斗目标，并要求学生朝着自己的目标努力奋斗。每次考试后，指导学生对照自己的奋斗目标，表扬达标的同学，鼓励没有达标的同学继续努力，真正达到了奋斗目标跟踪制度对学生的激励作用。</w:t>
      </w:r>
      <w:r>
        <w:rPr>
          <w:lang w:eastAsia="zh-CN"/>
        </w:rPr>
        <w:br/>
      </w:r>
      <w:r>
        <w:rPr>
          <w:lang w:eastAsia="zh-CN"/>
        </w:rPr>
        <w:t>　　付出了不懈的努力，终于顺利完成了这学期的数学教学工作。但是，还有几个单元的测验没有达到学校的要求，今后，我将在教学工作中不断地改进教学方法，力争取得更好的教学效果。</w:t>
      </w:r>
      <w:r>
        <w:rPr>
          <w:lang w:eastAsia="zh-CN"/>
        </w:rPr>
        <w:br/>
      </w:r>
      <w:r>
        <w:rPr>
          <w:lang w:eastAsia="zh-CN"/>
        </w:rPr>
        <w:t xml:space="preserve">    三年级数学教师工作总结 篇9 </w:t>
      </w:r>
      <w:r>
        <w:rPr>
          <w:lang w:eastAsia="zh-CN"/>
        </w:rPr>
        <w:br/>
      </w:r>
      <w:r>
        <w:rPr>
          <w:lang w:eastAsia="zh-CN"/>
        </w:rPr>
        <w:t>　　一、以课堂教学为核心，落实每堂课的教学任务。</w:t>
      </w:r>
      <w:r>
        <w:rPr>
          <w:lang w:eastAsia="zh-CN"/>
        </w:rPr>
        <w:br/>
      </w:r>
      <w:r>
        <w:rPr>
          <w:lang w:eastAsia="zh-CN"/>
        </w:rPr>
        <w:t>　　1、严谨备好每一节课。</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上课前认真备课，钻研《数学课程标准》、教材、教参，对学期教学内容做到心中有数，不但备学生而且备教材备教法。学期中，着重进行单元备课，掌握每一部分知识在单元中、在整册书中的地位、作用，思考学生怎样学，学生将会产生什么疑难，该怎样解决，在备课本中体现教师的引导，学生的主动学习过程，充分理解课后习题的作用，设计好练习。</w:t>
      </w:r>
      <w:r>
        <w:rPr>
          <w:lang w:eastAsia="zh-CN"/>
        </w:rPr>
        <w:br/>
      </w:r>
      <w:r>
        <w:rPr>
          <w:lang w:eastAsia="zh-CN"/>
        </w:rPr>
        <w:t>　　2、认真上好每一节课。</w:t>
      </w:r>
      <w:r>
        <w:rPr>
          <w:lang w:eastAsia="zh-CN"/>
        </w:rPr>
        <w:br/>
      </w:r>
      <w:r>
        <w:rPr>
          <w:lang w:eastAsia="zh-CN"/>
        </w:rPr>
        <w:t>　　（1）创设各种情境，激发学生思考。上课力求讲解清晰化，条理化，准确化，生动化，做到线索清晰，言简意赅，深入浅出。同时制作各种利于吸引学生注意力的有趣教具、课件，课后及时对该课作出总结，写好教学后记，在课堂上特别注意调动学生的积极性，让学生多动手，从而加深理解掌握知识。</w:t>
      </w:r>
      <w:r>
        <w:rPr>
          <w:lang w:eastAsia="zh-CN"/>
        </w:rPr>
        <w:br/>
      </w:r>
      <w:r>
        <w:rPr>
          <w:lang w:eastAsia="zh-CN"/>
        </w:rPr>
        <w:t>　　（2）及时复习。新授知识基本是当天复习或第二天复习，以后再逐渐延长复习时间。这项措施非常适合低年级学生遗忘快、不会复习的特点。</w:t>
      </w:r>
      <w:r>
        <w:rPr>
          <w:lang w:eastAsia="zh-CN"/>
        </w:rPr>
        <w:br/>
      </w:r>
      <w:r>
        <w:rPr>
          <w:lang w:eastAsia="zh-CN"/>
        </w:rPr>
        <w:t>　　（3）努力构建知识网络。一般做到一小节一整理，形成知识串，每单元整理复习形成知识链，一学期对整册书进行整理复习。学生经历了教材由“薄”变“厚”、再变“薄”的过程，既形成了知识网，又学到了方法，容易产生学习迁移，给学生的创新实践提供了可能。</w:t>
      </w:r>
      <w:r>
        <w:rPr>
          <w:lang w:eastAsia="zh-CN"/>
        </w:rPr>
        <w:br/>
      </w:r>
      <w:r>
        <w:rPr>
          <w:lang w:eastAsia="zh-CN"/>
        </w:rPr>
        <w:t>　　3、细致批阅每一次作业。</w:t>
      </w:r>
      <w:r>
        <w:rPr>
          <w:lang w:eastAsia="zh-CN"/>
        </w:rPr>
        <w:br/>
      </w:r>
      <w:r>
        <w:rPr>
          <w:lang w:eastAsia="zh-CN"/>
        </w:rPr>
        <w:t>　　针对不同的练习错误，面批，指出个性问题，集体订</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正共性问题。</w:t>
      </w:r>
      <w:r>
        <w:rPr>
          <w:lang w:eastAsia="zh-CN"/>
        </w:rPr>
        <w:br/>
      </w:r>
      <w:r>
        <w:rPr>
          <w:lang w:eastAsia="zh-CN"/>
        </w:rPr>
        <w:t>　　4、耐心做好每一次辅导。</w:t>
      </w:r>
      <w:r>
        <w:rPr>
          <w:lang w:eastAsia="zh-CN"/>
        </w:rPr>
        <w:br/>
      </w:r>
      <w:r>
        <w:rPr>
          <w:lang w:eastAsia="zh-CN"/>
        </w:rPr>
        <w:t>　　在教学中注意降低难度，放缓坡度，允许他们采用自己的方法慢速度学习，注重他们的学习过程的指导。在教学中逐步培养他们的学习兴趣，提高他们的学习自信心，对学生的回答采取“扬弃”的态度，从而打破了上课发言死气沉沉的局面，使学生敢于回答问题，乐于思考。</w:t>
      </w:r>
      <w:r>
        <w:rPr>
          <w:lang w:eastAsia="zh-CN"/>
        </w:rPr>
        <w:br/>
      </w:r>
      <w:r>
        <w:rPr>
          <w:lang w:eastAsia="zh-CN"/>
        </w:rPr>
        <w:t>　　5、客观评价每一位学生。</w:t>
      </w:r>
      <w:r>
        <w:rPr>
          <w:lang w:eastAsia="zh-CN"/>
        </w:rPr>
        <w:br/>
      </w:r>
      <w:r>
        <w:rPr>
          <w:lang w:eastAsia="zh-CN"/>
        </w:rPr>
        <w:t>　　评估不只是看学生学习成绩如何，更重要的是了解学生的学习心理、学习品质的发展状况，作为教师改进教学的依据。在自制测试卷中，我增加了体现学生思维过程的试题，测试的结果也不再作为评价学生依据，而是看重学生的知识掌握情况，学习的努力程度。</w:t>
      </w:r>
      <w:r>
        <w:rPr>
          <w:lang w:eastAsia="zh-CN"/>
        </w:rPr>
        <w:br/>
      </w:r>
      <w:r>
        <w:rPr>
          <w:lang w:eastAsia="zh-CN"/>
        </w:rPr>
        <w:t>　　二、创设学习情景，增强学生学习数学的信心。</w:t>
      </w:r>
      <w:r>
        <w:rPr>
          <w:lang w:eastAsia="zh-CN"/>
        </w:rPr>
        <w:br/>
      </w:r>
      <w:r>
        <w:rPr>
          <w:lang w:eastAsia="zh-CN"/>
        </w:rPr>
        <w:t>　　1、设计数学游戏，使学生乐在其中。根据低年级学生心理特点，在教学中设计了小学生最喜欢做的游戏，让学生在做中学，在玩中学，在快乐中学。</w:t>
      </w:r>
      <w:r>
        <w:rPr>
          <w:lang w:eastAsia="zh-CN"/>
        </w:rPr>
        <w:br/>
      </w:r>
      <w:r>
        <w:rPr>
          <w:lang w:eastAsia="zh-CN"/>
        </w:rPr>
        <w:t>　　2、创设生活情景，使学生体会数学与生活的联系。</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本学期我在教学新知时尽量利用生活中的感情材料进行直观教学，使学生便于理解和掌握。抓住机会告诉学生像这样的题目在我们的数学里叫做解决问题，从而初步了解了应用题的概念，同时也体会到了数学的美丽。经过一个学期的努力，学生上课的时候比较认真，大部分学生都能专心听讲，课后也能认真完成作业，学习积极性很高，在学生中兴起一种你追我赶的学习风气。他们能用数学解决生活中的问题。绝大部分的同学都养成了爱动动脑，爱思考的`好习惯，形成了良好的学风。</w:t>
      </w:r>
      <w:r>
        <w:rPr>
          <w:lang w:eastAsia="zh-CN"/>
        </w:rPr>
        <w:br/>
      </w:r>
      <w:r>
        <w:rPr>
          <w:lang w:eastAsia="zh-CN"/>
        </w:rPr>
        <w:t>　　总之，经过一学期的学习与教学，有成功的喜悦也有失败的反思。我将及时找出差距，积极弥补不足，力争使自己的工作在新的一学年里有更大的起色。</w:t>
      </w:r>
      <w:r>
        <w:rPr>
          <w:lang w:eastAsia="zh-CN"/>
        </w:rPr>
        <w:br/>
      </w:r>
      <w:r>
        <w:rPr>
          <w:lang w:eastAsia="zh-CN"/>
        </w:rPr>
        <w:t>　　一学年来，本人在教育教学工作中，始终坚持党的教育方针，面向全体学生，教书育人，为人师表，确立“以学生为主体”，“以培养学生主动发展”为中心的教学思想，重视学生的个性发展，重视激发学生的创造能力，培养学生德、智、体、美、劳全面发展，工作责任心强，服从领导的分工积极做好本职工作，认真备课、上课、听课、评课，及时批改作业、讲评作业，做好课后辅导工作，广泛获取各种知识，形成比较完整的知识结构，严格要求学生，尊重学生，发扬教学民主，使学生学有所得，不断提高，从而不断提高自己的教学水平，并顺利完成教育教学任务。</w:t>
      </w:r>
      <w:r>
        <w:rPr>
          <w:lang w:eastAsia="zh-CN"/>
        </w:rPr>
        <w:br/>
      </w:r>
      <w:r>
        <w:rPr>
          <w:lang w:eastAsia="zh-CN"/>
        </w:rPr>
        <w:t>　　要提高教学质量，关键是上好课。为了上好课，我做了下面的工作：</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1、在教学工作方面，优化教学方法，按常规做好课前、课中、课后的各项工作，认真钻研教材，课堂教学真正体现“教师为主导，学生为主体”的教学思想，并结合学校德育科的对小学生心理健康教育，发展学生心理；创设情境，诱发学生的认知需求和创新欲望，使学生从情感、思维和行为上主动参与学习；在培养学生形象和抽象、分析和综合思维能力的同时，有意识地培养学生求新、求异、聚合、发散等创新学习活动所要求的思维方式和方法；以学生创新学习为主线组织课堂教学活动，鼓励学生主动参与、主动探索、主动思考、主动操作、主动评价，运用启发学习、尝试学习、发现学习、合作学习等方法，在教学中求创新，在活动中促发展，课堂教学重视学生的训练，精心设计练习作业，练习作业有层次有坡度，对学生的作业严格要求，培养良好的作业习惯。在进行计算能力训练时，我要求学生先要认真审题，边审题边思考：“题抄对了没有？先算什么？再算什么？能否简算？”计算过程中要求学生做到一步一回头，进行自觉检验。如果发现个别学生做错了题，及时要求学生纠正，自觉分析造成错误的原因，防止再错，养成认真计算的习惯。平时要求学生对题目中的数字、小数点、运算符号必须写得清楚工整、规范，作业做完后，要养成自觉检验的习惯，端正认真学习、刻苦钻研的学习态度，培养独立思考和克服困难的精神。</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2、要提高教学质量，还要做好课后辅导工作，部分学生缺乏自觉性，经常不能按时完成作业，甚至有的学生欠交作业，针对这种问题，我就进行对学生进行思想教育。树立学习的信心，有的学生学习成绩不理想，并不是他们没有潜能，而是不相信自己有潜能，在经历了一两次失败和挫折后，对自己失去了信心。因此形成“自己脑子笨”这种意识，久而久之，形成习惯，一遇到问题，先想自己不行，对自己没信心，结果自己什么都学不成，什么都不想学，作业不会做，造成成绩低下。我所教六年级的差生比较多，他们基础比较差，学习数学很吃力，多次测验都没有及格过。他们主要是对数学产生了畏难情绪。针对这种情况，在课堂上我有意识地通过一些浅显易懂的问题为他们提供发言机会，让他们到黑板上做题，给他们自我表现的机会，同时对他们在学习中的点滴进步，我都给以表扬和鼓励，使他们逐步树立起学习的信心。这样一来他们也体会到学好数学的成功感，学习成绩也不断提高。</w:t>
      </w:r>
      <w:r>
        <w:rPr>
          <w:lang w:eastAsia="zh-CN"/>
        </w:rPr>
        <w:br/>
      </w:r>
      <w:r>
        <w:rPr>
          <w:lang w:eastAsia="zh-CN"/>
        </w:rPr>
        <w:t xml:space="preserve">    三年级数学教师工作总结 篇10 </w:t>
      </w:r>
      <w:r>
        <w:rPr>
          <w:lang w:eastAsia="zh-CN"/>
        </w:rPr>
        <w:br/>
      </w:r>
      <w:r>
        <w:rPr>
          <w:lang w:eastAsia="zh-CN"/>
        </w:rPr>
        <w:t>　　很快一个学期的工作已经结束，下面本人对该学期的工作做出总结如下：</w:t>
      </w:r>
      <w:r>
        <w:rPr>
          <w:lang w:eastAsia="zh-CN"/>
        </w:rPr>
        <w:br/>
      </w:r>
      <w:r>
        <w:rPr>
          <w:lang w:eastAsia="zh-CN"/>
        </w:rPr>
        <w:t>　　一、基本工作</w:t>
      </w:r>
      <w:r>
        <w:rPr>
          <w:lang w:eastAsia="zh-CN"/>
        </w:rPr>
        <w:br/>
      </w:r>
      <w:r>
        <w:rPr>
          <w:lang w:eastAsia="zh-CN"/>
        </w:rPr>
        <w:t>　　在这一个学期里，我一如既往，在思想上严于律己，热爱党的教育事业，时时刻刻以一个人民教师的标准来严格约束自己，鞭策自己；做到听从领导，服从分配，出满勤，干满点，圆满完成各项工作任务；力争在思想上、工作上、在同事、学生的心目中树立起一个老教师应具备的形象。</w:t>
      </w:r>
      <w:r>
        <w:rPr>
          <w:lang w:eastAsia="zh-CN"/>
        </w:rPr>
        <w:br/>
      </w:r>
      <w:r>
        <w:rPr>
          <w:lang w:eastAsia="zh-CN"/>
        </w:rPr>
        <w:t>　　本学期我主要担任三年级（2）班数学学科的教学工作。工作中能做到认真负责，深入班级对学生的个性、学习习惯以及学生接受能力、探索能力、学习成绩等做了深入了解，根据学生的实际情况做了以下工作：</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1、从学生的听课抓起。通过观察三（2）班学生大部分比较聪明，但他们的学习习惯相当差，自由散漫，惟我独尊。课堂上至少有半数学生不会听课，自主学习意识更加单薄。针对这种情况，针对他们的聪慧特点。从他们自主学习抓起，教他们学会学习，怎样探索，树立他们学习的自信心，激励他们做学习的小主人等措施。从而达到教会学生学会学习的目的。</w:t>
      </w:r>
      <w:r>
        <w:rPr>
          <w:lang w:eastAsia="zh-CN"/>
        </w:rPr>
        <w:br/>
      </w:r>
      <w:r>
        <w:rPr>
          <w:lang w:eastAsia="zh-CN"/>
        </w:rPr>
        <w:t>　　2、从基本功抓起。有的学生数学基本功很差，甚至是最基本的加减计算错误率都很高，我想方设法方法训练学生，通过训练来提高学生的计算能力。对此我在班级中采取了“每天一练”、“小小‘医生’就是我”——学生与学生动，相互找错等活动强化学生基本功的提高。</w:t>
      </w:r>
      <w:r>
        <w:rPr>
          <w:lang w:eastAsia="zh-CN"/>
        </w:rPr>
        <w:br/>
      </w:r>
      <w:r>
        <w:rPr>
          <w:lang w:eastAsia="zh-CN"/>
        </w:rPr>
        <w:t>　　3、紧抓学生作业不放，想尽办法杜绝不按时交作业的现象。为解决这个问题，我在做有关学生思想教育工作的同时积极与其家长联系，进行交流、沟通；对学生采取当堂作业当堂交，家庭作业次日早上到校必须交的办法。学生交后立即检查，及时批阅。如有拖欠作业的，一经发现，必须马上解决。前一天家庭作业或当天上午数学课上的作业未完成，中午解决；下午数学课上的作业未完成，放学后解决。这样在一定程度上解决拖欠作业的问题，现在基本杜绝拖欠作业的现象。</w:t>
      </w:r>
      <w:r>
        <w:rPr>
          <w:lang w:eastAsia="zh-CN"/>
        </w:rPr>
        <w:br/>
      </w:r>
      <w:r>
        <w:rPr>
          <w:lang w:eastAsia="zh-CN"/>
        </w:rPr>
        <w:t>　　4、培优辅差。这学期我本着培优辅差的工作思路，采取让优等生“优上加优”、让差生“有若变优”的措施，成立了“智慧星”“我也行”两个数学兴趣小组。前者是本班的数学优等生组合，对这部分同学注重拓展知识、开阔视野后者是本班的后进生组合，对他们采取树信心、培训兴趣、加强基本技能的补习与训练，以提高班级整体素质。</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5、积极与学生家长沟通。与学生家长多沟通，可更有效地发挥教育作用。我把学生的家长电话号码作以记录，随时向家长汇报其孩子在校的学习情况。这里的“汇报”不单单是给学生“告状”，而多半是抓住学生的点滴进步与其家长交流沟通，使其家长增强配合教师积极教育孩子的信心，以实现我们的工作目标。</w:t>
      </w:r>
      <w:r>
        <w:rPr>
          <w:lang w:eastAsia="zh-CN"/>
        </w:rPr>
        <w:br/>
      </w:r>
      <w:r>
        <w:rPr>
          <w:lang w:eastAsia="zh-CN"/>
        </w:rPr>
        <w:t>　　二、本人今后的努力方向：</w:t>
      </w:r>
      <w:r>
        <w:rPr>
          <w:lang w:eastAsia="zh-CN"/>
        </w:rPr>
        <w:br/>
      </w:r>
      <w:r>
        <w:rPr>
          <w:lang w:eastAsia="zh-CN"/>
        </w:rPr>
        <w:t>　　1、加强自身基本功的训练，课堂上做到精讲精练，注重对学生能力的培养。</w:t>
      </w:r>
      <w:r>
        <w:rPr>
          <w:lang w:eastAsia="zh-CN"/>
        </w:rPr>
        <w:br/>
      </w:r>
      <w:r>
        <w:rPr>
          <w:lang w:eastAsia="zh-CN"/>
        </w:rPr>
        <w:t>　　2、对差生多些关心，多点爱心，再多一些耐心，使他们在数学这一科上有更大的进步。</w:t>
      </w:r>
      <w:r>
        <w:rPr>
          <w:lang w:eastAsia="zh-CN"/>
        </w:rPr>
        <w:br/>
      </w:r>
      <w:r>
        <w:rPr>
          <w:lang w:eastAsia="zh-CN"/>
        </w:rPr>
        <w:t>　　3、利用各种教学方法，提高学生注意力。</w:t>
      </w:r>
      <w:r>
        <w:rPr>
          <w:lang w:eastAsia="zh-CN"/>
        </w:rPr>
        <w:br/>
      </w:r>
    </w:p>
    <w:p w:rsidR="001B1F19" w14:textId="27C3F48A">
      <w:pPr>
        <w:rPr>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作为数学教师，只有不断地更新自己的知识，不断地提高自身的素质，不断地自我加压，才能将知识轻松地、完整地讲授给学生，才能让学生始终掌握知识的前端，跟上不断发展的时代步伐。积极认真地参加本学科的继续教育培训，积极学习各种理论知识，以提高自己的教学业务水平，并获得相应的证书，认真、主动地向其它有经验的老师学习，以便在工作中能坚持以理论作为指导，更好地进行教育教学。当然在教学中肯定存在很多不足之处，在今后的教学中本人一定将更加努力，查漏补缺，积极学习新的理论和探讨教学教研。争取有更大的进步，为我校明天的辉煌而努力拼搏、奋斗。以上是本人在本学期教学工作中的总结。社会在发展，时代在前进，学生的'特点和问题也在发生着不断的变化。教育教学工作，是一项常做常新、永无止境的工作。作为教育工作者，必须以高度的敏感性和自觉性，及时发现、研究和解决学生教学和管理工作中的新情况、新问题，掌握其特点，发现其规律，尽职尽责地做好工作，我要踏实工作，服务于教，努力为学校的发展贡献自己的一份力量。</w:t>
      </w:r>
      <w:r>
        <w:rPr>
          <w:lang w:eastAsia="zh-CN"/>
        </w:rPr>
        <w:br/>
      </w:r>
      <w:r>
        <w:rPr>
          <w:lang w:eastAsia="zh-CN"/>
        </w:rPr>
        <w:t xml:space="preserve">    三年级数学教师工作总结 篇11 </w:t>
      </w:r>
      <w:r>
        <w:rPr>
          <w:lang w:eastAsia="zh-CN"/>
        </w:rPr>
        <w:br/>
      </w:r>
      <w:r>
        <w:rPr>
          <w:lang w:eastAsia="zh-CN"/>
        </w:rPr>
        <w:t>　　一、学生基本情况分析</w:t>
      </w:r>
      <w:r>
        <w:rPr>
          <w:lang w:eastAsia="zh-CN"/>
        </w:rPr>
        <w:br/>
      </w:r>
      <w:r>
        <w:rPr>
          <w:lang w:eastAsia="zh-CN"/>
        </w:rPr>
        <w:t>　　本班共有27名学生，经过一段时间的培养训练，大部分学生的学习习惯和行为习惯有了较大的进步，上课能专心听讲，踊跃发言;课后知道按要求完成作业，同学之间互相帮助，互相学习，互相团结。但个别学生学习态度不端正，知识的掌握较差，有些学生现在还不会阅读理解题意，注意力不集中，理解能力较差，因此，在今后的教学中，要注意学生学习习惯的培养等。</w:t>
      </w:r>
      <w:r>
        <w:rPr>
          <w:lang w:eastAsia="zh-CN"/>
        </w:rPr>
        <w:br/>
      </w:r>
      <w:r>
        <w:rPr>
          <w:lang w:eastAsia="zh-CN"/>
        </w:rPr>
        <w:t>　　二、教学的经验</w:t>
      </w:r>
      <w:r>
        <w:rPr>
          <w:lang w:eastAsia="zh-CN"/>
        </w:rPr>
        <w:br/>
      </w:r>
      <w:r>
        <w:rPr>
          <w:lang w:eastAsia="zh-CN"/>
        </w:rPr>
        <w:t>　　1、认真学习教材教法，做好充分的教学工作</w:t>
      </w:r>
      <w:r>
        <w:rPr>
          <w:lang w:eastAsia="zh-CN"/>
        </w:rPr>
        <w:br/>
      </w:r>
      <w:r>
        <w:rPr>
          <w:lang w:eastAsia="zh-CN"/>
        </w:rPr>
        <w:t>　　⑴认真做好课前的准备，每一节课都是经过认真构思和计划的。</w:t>
      </w:r>
      <w:r>
        <w:rPr>
          <w:lang w:eastAsia="zh-CN"/>
        </w:rPr>
        <w:br/>
      </w:r>
      <w:r>
        <w:rPr>
          <w:lang w:eastAsia="zh-CN"/>
        </w:rPr>
        <w:t>　　①认真钻研教材，全面掌握本册的教学目标、了解教材的基本思想、基本概念，了解教材的结构，重点与难点，掌握知识的逻辑。适当的补充相关资料，让学生在课堂能学到有些书本没有提及到但是又是必须要掌握的知识，保证教学的顺利进行。</w:t>
      </w:r>
      <w:r>
        <w:rPr>
          <w:lang w:eastAsia="zh-CN"/>
        </w:rPr>
        <w:br/>
      </w:r>
    </w:p>
    <w:p w:rsidR="001B1F19" w14:textId="27C3F48A">
      <w:pPr>
        <w:rPr>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②了解学生原有的知识技能的质量，他们的兴趣、需要、方法、习惯，学习新知识可能会有哪些困难，采取相应的预防措施。上课的时候发现学生某些以前已经学过的知识掌握得不稳固就适当及时进行补充复习，让学生重新回忆已学知识同时在原有的知识基础上进行新的知识拓展学习。</w:t>
      </w:r>
      <w:r>
        <w:rPr>
          <w:lang w:eastAsia="zh-CN"/>
        </w:rPr>
        <w:br/>
      </w:r>
      <w:r>
        <w:rPr>
          <w:lang w:eastAsia="zh-CN"/>
        </w:rPr>
        <w:t>　　③考虑教法，根据不同的知识特点用不同的方法把已掌握的教材知识传授给学生，包括如何组织教材、如何安排每节课的活动。为了调动学生的积极性采用比赛的形式来上课。上新课时比赛看看哪个组最快发现规律和结论，练习课就比赛看看哪组的同学最快全部做完而且是又快又准确。平时上课都尽量能穿插和该节学习内容有关的小活动。</w:t>
      </w:r>
      <w:r>
        <w:rPr>
          <w:lang w:eastAsia="zh-CN"/>
        </w:rPr>
        <w:br/>
      </w:r>
      <w:r>
        <w:rPr>
          <w:lang w:eastAsia="zh-CN"/>
        </w:rPr>
        <w:t>　　(2)课堂上的情况</w:t>
      </w:r>
      <w:r>
        <w:rPr>
          <w:lang w:eastAsia="zh-CN"/>
        </w:rPr>
        <w:br/>
      </w:r>
      <w:r>
        <w:rPr>
          <w:lang w:eastAsia="zh-CN"/>
        </w:rPr>
        <w:t>　　组织好课堂教学，关注全体学生，注意信息反馈，在课堂上特别注意调动学生的积极性，调动学生的有意注意，加强师生交流，充分体现学生学得容易，学得轻松，学得愉快，注意精神，培养学生多动口动手动脑的能力。</w:t>
      </w:r>
      <w:r>
        <w:rPr>
          <w:lang w:eastAsia="zh-CN"/>
        </w:rPr>
        <w:br/>
      </w:r>
      <w:r>
        <w:rPr>
          <w:lang w:eastAsia="zh-CN"/>
        </w:rPr>
        <w:t>　　2、做好课后辅导工作，注意分层教学</w:t>
      </w:r>
      <w:r>
        <w:rPr>
          <w:lang w:eastAsia="zh-CN"/>
        </w:rPr>
        <w:br/>
      </w:r>
      <w:r>
        <w:rPr>
          <w:lang w:eastAsia="zh-CN"/>
        </w:rPr>
        <w:t>　　本班的学生爱动、好玩，缺乏自控能力，常在学习上不能按时完成作业，有的学生抄袭作业，针对这种问题，在课后，为不同层次的学生进行相应的辅导，以满足不同层次的学生的需求。对后进生的辅导，并不限于学生知识性的辅导，更重要的是学生思想的辅导，提高后进生的成绩，首先解决他们的心结，让他们意识到学习的重要性和必要性，使之对学习萌发兴趣。</w:t>
      </w:r>
      <w:r>
        <w:rPr>
          <w:lang w:eastAsia="zh-CN"/>
        </w:rPr>
        <w:br/>
      </w:r>
      <w:r>
        <w:rPr>
          <w:lang w:eastAsia="zh-CN"/>
        </w:rPr>
        <w:t>　　3、注重学生的思想教育</w:t>
      </w:r>
      <w:r>
        <w:rPr>
          <w:lang w:eastAsia="zh-CN"/>
        </w:rPr>
        <w:br/>
      </w:r>
    </w:p>
    <w:p w:rsidR="001B1F19" w14:textId="27C3F48A">
      <w:pPr>
        <w:rPr>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厚爱差生：首先做到“真诚”二字，即我在学生面前不敢有丝毫虚伪与欺哄，做到言出必行;其次做到“接受”，即能感受差生在学习过程中的各种心理表现和看法，如对学习的畏惧、犹豫、满足、冷漠，错误的想法和指责等，信任中差生，鼓励他们自由讨论。最后做到“理解”二字，即通过学生的眼睛看事物。</w:t>
      </w:r>
      <w:r>
        <w:rPr>
          <w:lang w:eastAsia="zh-CN"/>
        </w:rPr>
        <w:br/>
      </w:r>
      <w:r>
        <w:rPr>
          <w:lang w:eastAsia="zh-CN"/>
        </w:rPr>
        <w:t>　　三、存在的不足之处</w:t>
      </w:r>
      <w:r>
        <w:rPr>
          <w:lang w:eastAsia="zh-CN"/>
        </w:rPr>
        <w:br/>
      </w:r>
      <w:r>
        <w:rPr>
          <w:lang w:eastAsia="zh-CN"/>
        </w:rPr>
        <w:t>　　1、一部分学生对学习的目的不够明确，学习态度不够端正。上课听讲不认真，家庭作业经常完不成。</w:t>
      </w:r>
      <w:r>
        <w:rPr>
          <w:lang w:eastAsia="zh-CN"/>
        </w:rPr>
        <w:br/>
      </w:r>
      <w:r>
        <w:rPr>
          <w:lang w:eastAsia="zh-CN"/>
        </w:rPr>
        <w:t>　　2、个别同学知识掌握不够扎实，学习习惯有待于培养，改进与提高;整体知识整合不够，学生分析问题和运用知识的能力有待提高，知识的形成不够系统。</w:t>
      </w:r>
      <w:r>
        <w:rPr>
          <w:lang w:eastAsia="zh-CN"/>
        </w:rPr>
        <w:br/>
      </w:r>
      <w:r>
        <w:rPr>
          <w:lang w:eastAsia="zh-CN"/>
        </w:rPr>
        <w:t>　　3、有些家长对孩子的学习不够重视，主要表现在：学生家庭的不配合，造成了学习差。</w:t>
      </w:r>
      <w:r>
        <w:rPr>
          <w:lang w:eastAsia="zh-CN"/>
        </w:rPr>
        <w:br/>
      </w:r>
      <w:r>
        <w:rPr>
          <w:lang w:eastAsia="zh-CN"/>
        </w:rPr>
        <w:t>　　4、还有一部分是，反映问题慢，基础太差，是造成了不及格现象。</w:t>
      </w:r>
      <w:r>
        <w:rPr>
          <w:lang w:eastAsia="zh-CN"/>
        </w:rPr>
        <w:br/>
      </w:r>
      <w:r>
        <w:rPr>
          <w:lang w:eastAsia="zh-CN"/>
        </w:rPr>
        <w:t>　　四、今后努力的方向</w:t>
      </w:r>
      <w:r>
        <w:rPr>
          <w:lang w:eastAsia="zh-CN"/>
        </w:rPr>
        <w:br/>
      </w:r>
      <w:r>
        <w:rPr>
          <w:lang w:eastAsia="zh-CN"/>
        </w:rPr>
        <w:t>　　1、针对我们班学困生比较多的特点，我主要是课上多提问，课下多辅导，和家长取得联系，争取家长的配合，以使学生更好的把全部精力投入到学习中去。</w:t>
      </w:r>
      <w:r>
        <w:rPr>
          <w:lang w:eastAsia="zh-CN"/>
        </w:rPr>
        <w:br/>
      </w:r>
      <w:r>
        <w:rPr>
          <w:lang w:eastAsia="zh-CN"/>
        </w:rPr>
        <w:t>　　2、加强知识运用的综合性，灵活性与实践性;注重将知识积累与动手操作，生活实践紧密结合。</w:t>
      </w:r>
      <w:r>
        <w:rPr>
          <w:lang w:eastAsia="zh-CN"/>
        </w:rPr>
        <w:br/>
      </w:r>
      <w:r>
        <w:rPr>
          <w:lang w:eastAsia="zh-CN"/>
        </w:rPr>
        <w:t>　　3、注重知识的全方位整合与综合运用，分析;在知识学习过程中，注重培养学生知识回顾与反思的习惯。</w:t>
      </w:r>
      <w:r>
        <w:rPr>
          <w:lang w:eastAsia="zh-CN"/>
        </w:rPr>
        <w:br/>
      </w:r>
    </w:p>
    <w:p w:rsidR="001B1F19" w14:textId="27C3F48A">
      <w:pPr>
        <w:rPr>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4、在知识学习的过程中;注意能力的培养及习惯的养成。</w:t>
      </w:r>
      <w:r>
        <w:rPr>
          <w:lang w:eastAsia="zh-CN"/>
        </w:rPr>
        <w:br/>
      </w:r>
      <w:r>
        <w:rPr>
          <w:lang w:eastAsia="zh-CN"/>
        </w:rPr>
        <w:t>　　5、结合教学内容进行德育渗透。在教学中注意培养学生学习数学的兴趣和良好的学习习惯。</w:t>
      </w:r>
      <w:r>
        <w:rPr>
          <w:lang w:eastAsia="zh-CN"/>
        </w:rPr>
        <w:br/>
      </w:r>
      <w:r>
        <w:rPr>
          <w:lang w:eastAsia="zh-CN"/>
        </w:rPr>
        <w:t xml:space="preserve">    三年级数学教师工作总结 篇12 </w:t>
      </w:r>
      <w:r>
        <w:rPr>
          <w:lang w:eastAsia="zh-CN"/>
        </w:rPr>
        <w:br/>
      </w:r>
      <w:r>
        <w:rPr>
          <w:lang w:eastAsia="zh-CN"/>
        </w:rPr>
        <w:t>　　一学期的时光转瞬即逝，本学期的教学工作已落下帷幕。这学期我担任九(1)班的数学教学工作以来，在教学的各方面严格要求自己，要求学生。为了明年的教学工作做得更好，更出色，为了能在以后的工作中更好的发挥自己的优势，及时总结经验，吸取教训，现将一学期的工作总结如下：</w:t>
      </w:r>
      <w:r>
        <w:rPr>
          <w:lang w:eastAsia="zh-CN"/>
        </w:rPr>
        <w:br/>
      </w:r>
      <w:r>
        <w:rPr>
          <w:lang w:eastAsia="zh-CN"/>
        </w:rPr>
        <w:t>　　1、抓优生。今年学生马上面临中考，重点率是考核教师教学质量的重要依据。为此，在平时上课时，我比较注重分层教学。每节课，一般都要拓展练习。关于课后的辅导，针对学生综合能力比较弱的现象，在教完九年级上册和下册的26章后，我们每周出一套周考试卷进行检测，从效果上看还不错。至目前王__、甘__、祝__、林__、付__、杨__、吴__、余__等一批优秀生比较出色。</w:t>
      </w:r>
      <w:r>
        <w:rPr>
          <w:lang w:eastAsia="zh-CN"/>
        </w:rPr>
        <w:br/>
      </w:r>
      <w:r>
        <w:rPr>
          <w:lang w:eastAsia="zh-CN"/>
        </w:rPr>
        <w:t>　　2、促中等生。特别是九(1)、九(2)这2个班级，学生成绩两极分化很严重，且中等生也比较少。为了让中等学生在中考中有好的表现，我在上课时，每节课保证中等生能练习1-2道中考题类的填空或选择题。从第20、21周的期末模拟考试结果分析，九(1)班和九(2)班的平均分都有较大幅度的提高。刘__、黎__、曾__、陆__、苏__、陈__等一批中等生到目前为止比较稳定。</w:t>
      </w:r>
      <w:r>
        <w:rPr>
          <w:lang w:eastAsia="zh-CN"/>
        </w:rPr>
        <w:br/>
      </w:r>
    </w:p>
    <w:p w:rsidR="001B1F19" w14:textId="27C3F48A">
      <w:pPr>
        <w:rPr>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3、转差生。数学是属于抽象思维，对于后进生来讲，初三的数学难懂枯燥，普遍存在厌学与放弃思想。而我在教学过程中不可能只讲最简单最基础的内容。对课后辅导来说，时间难以保证。因为数学的后进生一般也是各科的后进生。而且初三的学习任务重，进度快，这使得他们进一步产生了厌学情绪。因此我只能对他们进行思想教育，促进他们的学习积极性，主动性，但从效果上看，并不理想。</w:t>
      </w:r>
      <w:r>
        <w:rPr>
          <w:lang w:eastAsia="zh-CN"/>
        </w:rPr>
        <w:br/>
      </w:r>
      <w:r>
        <w:rPr>
          <w:lang w:eastAsia="zh-CN"/>
        </w:rPr>
        <w:t>　　总之，对抓优生和促中等生来说还算过的去，转差生做的还有很多欠缺，有待于后续教学中继续努力。</w:t>
      </w:r>
      <w:r>
        <w:rPr>
          <w:lang w:eastAsia="zh-CN"/>
        </w:rPr>
        <w:br/>
      </w:r>
      <w:r>
        <w:rPr>
          <w:lang w:eastAsia="zh-CN"/>
        </w:rPr>
        <w:t xml:space="preserve">    三年级数学教师工作总结 篇13 </w:t>
      </w:r>
      <w:r>
        <w:rPr>
          <w:lang w:eastAsia="zh-CN"/>
        </w:rPr>
        <w:br/>
      </w:r>
      <w:r>
        <w:rPr>
          <w:lang w:eastAsia="zh-CN"/>
        </w:rPr>
        <w:t>　　本人今年任教三年级数学，一学期来，本人认真备课、上课、听课、评课，及时批改作业、讲评作业，做好课后辅导工作，广泛涉猎各种知识，形成比较完整的知识结构，严格要求学生，尊重学生，发扬教学民主，使学生学有所得，不断提高，从而不断提高自己的教学水平和思想觉悟，并顺利完成教育教学任务。</w:t>
      </w:r>
      <w:r>
        <w:rPr>
          <w:lang w:eastAsia="zh-CN"/>
        </w:rPr>
        <w:br/>
      </w:r>
      <w:r>
        <w:rPr>
          <w:lang w:eastAsia="zh-CN"/>
        </w:rPr>
        <w:t>　　要提高教学质量，关键是上好课。为了上好课，我做了下面的工作：</w:t>
      </w:r>
      <w:r>
        <w:rPr>
          <w:lang w:eastAsia="zh-CN"/>
        </w:rPr>
        <w:br/>
      </w:r>
      <w:r>
        <w:rPr>
          <w:lang w:eastAsia="zh-CN"/>
        </w:rPr>
        <w:t>　　1、课前准备：备好课。</w:t>
      </w:r>
      <w:r>
        <w:rPr>
          <w:lang w:eastAsia="zh-CN"/>
        </w:rPr>
        <w:br/>
      </w:r>
      <w:r>
        <w:rPr>
          <w:lang w:eastAsia="zh-CN"/>
        </w:rPr>
        <w:t>　　①认真钻研教材，对教材的基本思想、基本概念，每句话、每个字都弄清楚，了解教材的结构，重点与难点，掌握知识的逻辑，能运用自如，知道应补充哪些资料，怎样才能教好。</w:t>
      </w:r>
      <w:r>
        <w:rPr>
          <w:lang w:eastAsia="zh-CN"/>
        </w:rPr>
        <w:br/>
      </w:r>
      <w:r>
        <w:rPr>
          <w:lang w:eastAsia="zh-CN"/>
        </w:rPr>
        <w:t>　　②了解学生原有的知识技能的质量，他们的兴趣、需要、方法、习惯，学习新知识可能会有哪些困难，采取相应的预防措施。</w:t>
      </w:r>
      <w:r>
        <w:rPr>
          <w:lang w:eastAsia="zh-CN"/>
        </w:rPr>
        <w:br/>
      </w:r>
    </w:p>
    <w:p w:rsidR="001B1F19" w14:textId="27C3F48A">
      <w:pPr>
        <w:rPr>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③考虑教法，解决如何把已掌握的教材传授给学生，包括如何组织教材、如何安排每节课的活动。</w:t>
      </w:r>
      <w:r>
        <w:rPr>
          <w:lang w:eastAsia="zh-CN"/>
        </w:rPr>
        <w:br/>
      </w:r>
      <w:r>
        <w:rPr>
          <w:lang w:eastAsia="zh-CN"/>
        </w:rPr>
        <w:t>　　2、课堂上的情况。</w:t>
      </w:r>
      <w:r>
        <w:rPr>
          <w:lang w:eastAsia="zh-CN"/>
        </w:rPr>
        <w:br/>
      </w:r>
      <w:r>
        <w:rPr>
          <w:lang w:eastAsia="zh-CN"/>
        </w:rPr>
        <w:t>　　组织好课堂教学，关注全体学生，注意信息反馈，调动学生的有意注意，使其保持相对稳定性，同时，激发学生的情感，使他们产生愉悦的心境，创造良好的课堂气氛，课堂语言简洁明了，克服了以前重复的毛病，课堂提问面向全体学生，注意引发学生学数学的兴趣，课堂上讲练结合，布置好家庭作业，作业少而精，减轻学生的负担。</w:t>
      </w:r>
      <w:r>
        <w:rPr>
          <w:lang w:eastAsia="zh-CN"/>
        </w:rPr>
        <w:br/>
      </w:r>
      <w:r>
        <w:rPr>
          <w:lang w:eastAsia="zh-CN"/>
        </w:rPr>
        <w:t>　　3、要提高教学质量，还要做好课后辅导工作，小学生的学生爱动、好玩，缺乏自控能力，常在学习上不能按时完成作业，有的学生抄袭作业，针对这种问题，就要抓好学生的思想教育，并使这一工作惯彻到对学生的学习指导中去，还要做好对学生学习的辅导和帮助工作，尤其在后进生的转化上，对后进生努力做到从友善开始。</w:t>
      </w:r>
      <w:r>
        <w:rPr>
          <w:lang w:eastAsia="zh-CN"/>
        </w:rPr>
        <w:br/>
      </w:r>
      <w:r>
        <w:rPr>
          <w:lang w:eastAsia="zh-CN"/>
        </w:rPr>
        <w:t>　　4、积极参与听课、评课，虚心向同行学习教学方法，培养多种兴趣爱好，不断扩宽知识面，为教学内容注入新鲜血液。</w:t>
      </w:r>
      <w:r>
        <w:rPr>
          <w:lang w:eastAsia="zh-CN"/>
        </w:rPr>
        <w:br/>
      </w:r>
      <w:r>
        <w:rPr>
          <w:lang w:eastAsia="zh-CN"/>
        </w:rPr>
        <w:t>　　在以后的教学工作中，要不断总结经验，力求提高自己的教学水平，还要多下功夫加强对个别差生的辅导，相信一切问题都会迎刃而解，我也相信有耕耘总会有收获!</w:t>
      </w:r>
      <w:r>
        <w:rPr>
          <w:lang w:eastAsia="zh-CN"/>
        </w:rPr>
        <w:br/>
      </w:r>
      <w:r>
        <w:rPr>
          <w:lang w:eastAsia="zh-CN"/>
        </w:rPr>
        <w:t xml:space="preserve">    三年级数学教师工作总结 篇14 </w:t>
      </w:r>
      <w:r>
        <w:rPr>
          <w:lang w:eastAsia="zh-CN"/>
        </w:rPr>
        <w:br/>
      </w:r>
    </w:p>
    <w:p w:rsidR="001B1F19" w14:textId="27C3F48A">
      <w:pPr>
        <w:rPr>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本学期，我担任五年级数学教学工作，认真学习教育教学理论，从各方面严格要求自己，结合本校的实际条件和学生的实际情况，使教学工作有计划，有组织，有步骤地开展。为使今后的教学工作更上一层楼，对本学期教学工作作出总结：</w:t>
      </w:r>
      <w:r>
        <w:rPr>
          <w:lang w:eastAsia="zh-CN"/>
        </w:rPr>
        <w:br/>
      </w:r>
      <w:r>
        <w:rPr>
          <w:lang w:eastAsia="zh-CN"/>
        </w:rPr>
        <w:t>　　一、指导思想</w:t>
      </w:r>
      <w:r>
        <w:rPr>
          <w:lang w:eastAsia="zh-CN"/>
        </w:rPr>
        <w:br/>
      </w:r>
      <w:r>
        <w:rPr>
          <w:lang w:eastAsia="zh-CN"/>
        </w:rPr>
        <w:t>　　教学以数学课程标准为依据，致力于改变小学生的数学学习方式及习惯，在课堂中推进素质教育，力求体现三个面向的指导思想。目的是使学生体会数学与大自然及人类社会的密切联系;体会数学的价值，增强理解数学和运用数学的信心;初步学会应用数学的思维方式去观察，分析，解决日常生活中的问题;形成勇于探索，勇于创新的科学精神;获得适应未来社会生活和进一步发展所必需的重要数学事实和必要的应用技能。</w:t>
      </w:r>
      <w:r>
        <w:rPr>
          <w:lang w:eastAsia="zh-CN"/>
        </w:rPr>
        <w:br/>
      </w:r>
      <w:r>
        <w:rPr>
          <w:lang w:eastAsia="zh-CN"/>
        </w:rPr>
        <w:t>　　二、认真备课</w:t>
      </w:r>
      <w:r>
        <w:rPr>
          <w:lang w:eastAsia="zh-CN"/>
        </w:rPr>
        <w:br/>
      </w:r>
      <w:r>
        <w:rPr>
          <w:lang w:eastAsia="zh-CN"/>
        </w:rPr>
        <w:t>　　不但备学生而且备教材备教法，根据教材内容及学生的实际，设计课的类型，拟定教学方法，认真写好教案。每一课都做到“有备而来”，每堂课都在课前做好充分的准备，课后及时对该课作出总结，写好教学后记。</w:t>
      </w:r>
      <w:r>
        <w:rPr>
          <w:lang w:eastAsia="zh-CN"/>
        </w:rPr>
        <w:br/>
      </w:r>
      <w:r>
        <w:rPr>
          <w:lang w:eastAsia="zh-CN"/>
        </w:rPr>
        <w:t>　　三、师生互动</w:t>
      </w:r>
      <w:r>
        <w:rPr>
          <w:lang w:eastAsia="zh-CN"/>
        </w:rPr>
        <w:br/>
      </w:r>
      <w:r>
        <w:rPr>
          <w:lang w:eastAsia="zh-CN"/>
        </w:rPr>
        <w:t>　　注重课堂教学的师生之间学生之间交往互动，共同发展，增强上课技能，提高教学质量。在课堂上我特别注意调动学生的积极性，加强师生交流，充分体现学生学得容易，学得轻松，学得愉快，培养学生多动口动手动脑的能力。</w:t>
      </w:r>
      <w:r>
        <w:rPr>
          <w:lang w:eastAsia="zh-CN"/>
        </w:rPr>
        <w:br/>
      </w:r>
    </w:p>
    <w:p w:rsidR="001B1F19" w14:textId="27C3F48A">
      <w:pPr>
        <w:rPr>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本学期我把课堂教学作为有利于学生主动探索数学学习环境，让学生在获得知识和技能的同时，在情感、态度价值观等方面都能够充分发展作为教学改革的基本指导思想，把数学教学看成是师生之间学生之间交往互动，共同发展的过程。提倡自主性“学生是教学活动的主体，教师成为教学活动的组织者、指导者、与参与者。”这一观念的确立，学生成了学习的主人，学习成了他们的需求，学中有发现，学中有乐趣，学中有收获，这说明：设计学生主动探究的过程是探究性学习的新的空间、载体和途径。</w:t>
      </w:r>
      <w:r>
        <w:rPr>
          <w:lang w:eastAsia="zh-CN"/>
        </w:rPr>
        <w:br/>
      </w:r>
      <w:r>
        <w:rPr>
          <w:lang w:eastAsia="zh-CN"/>
        </w:rPr>
        <w:t>　　四、创新评价。</w:t>
      </w:r>
      <w:r>
        <w:rPr>
          <w:lang w:eastAsia="zh-CN"/>
        </w:rPr>
        <w:br/>
      </w:r>
      <w:r>
        <w:rPr>
          <w:lang w:eastAsia="zh-CN"/>
        </w:rPr>
        <w:t>　　我们把评价作为全面考察学生的学习状况，激励学生的学习热情，促进学生全面发展的手段，也作为教师反思和改进教学的有力手段。对学生的学习评价，既关注学生知识与技能的理解和掌握，更关注他们情感与态度的形成和发展;既关注学生数学学习的结果，更关注他们在学习过程中的变化和发展。更多地关注学生已经掌握了什么，获得了那些进步，具备了什么能力。使评价结果有利于树立学生学习数学的自信心，提高学生学习数学的兴趣，促进学生的发展。</w:t>
      </w:r>
      <w:r>
        <w:rPr>
          <w:lang w:eastAsia="zh-CN"/>
        </w:rPr>
        <w:br/>
      </w:r>
      <w:r>
        <w:rPr>
          <w:lang w:eastAsia="zh-CN"/>
        </w:rPr>
        <w:t>　　五、虚心请教</w:t>
      </w:r>
      <w:r>
        <w:rPr>
          <w:lang w:eastAsia="zh-CN"/>
        </w:rPr>
        <w:br/>
      </w:r>
      <w:r>
        <w:rPr>
          <w:lang w:eastAsia="zh-CN"/>
        </w:rPr>
        <w:t>　　在教学上，有疑必问。在各个章节的学习上都积极征求其他老师的意见，学习他们的方法，学习他们的优点，克服自己的不足，并常常邀请其他老师来听课，征求他们的意见，改进工作。</w:t>
      </w:r>
      <w:r>
        <w:rPr>
          <w:lang w:eastAsia="zh-CN"/>
        </w:rPr>
        <w:br/>
      </w:r>
      <w:r>
        <w:rPr>
          <w:lang w:eastAsia="zh-CN"/>
        </w:rPr>
        <w:t>　　六、认真批改作业</w:t>
      </w:r>
      <w:r>
        <w:rPr>
          <w:lang w:eastAsia="zh-CN"/>
        </w:rPr>
        <w:br/>
      </w:r>
    </w:p>
    <w:p w:rsidR="001B1F19" w14:textId="27C3F48A">
      <w:pPr>
        <w:rPr>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对学生的作业批改及时，认真分析并记录学生的作业情况，将他们在作业过程出现的问题做出分类总结，进行透切的讲评，并针对有关情况及时改进教学方法，做到有的放矢。</w:t>
      </w:r>
      <w:r>
        <w:rPr>
          <w:lang w:eastAsia="zh-CN"/>
        </w:rPr>
        <w:br/>
      </w:r>
      <w:r>
        <w:rPr>
          <w:lang w:eastAsia="zh-CN"/>
        </w:rPr>
        <w:t>　　七、课后辅导工作，分层教学。</w:t>
      </w:r>
      <w:r>
        <w:rPr>
          <w:lang w:eastAsia="zh-CN"/>
        </w:rPr>
        <w:br/>
      </w:r>
      <w:r>
        <w:rPr>
          <w:lang w:eastAsia="zh-CN"/>
        </w:rPr>
        <w:t>　　在课后，为不同层次的学生进行相应的辅导，以满足不同层次的学生的需求，同时加大了对后进生的辅导的力度。对后进生的辅导，并不限于学生知识性的辅导，更重要的是学生思想的辅导，提高后进生的成绩，首先解决他们的心结，让他们意识到学习的重要性和必要性，使之对学习萌发兴趣。这样，后进生的转化，就由原来的简单粗暴、强制学习转化到自觉的求知上来。激发了他们的求知欲和上进心，使他们对数学产生了兴趣，也取得了较好的成绩。</w:t>
      </w:r>
      <w:r>
        <w:rPr>
          <w:lang w:eastAsia="zh-CN"/>
        </w:rPr>
        <w:br/>
      </w:r>
      <w:r>
        <w:rPr>
          <w:lang w:eastAsia="zh-CN"/>
        </w:rPr>
        <w:t>　　一学期的教学工作，既有成功的喜悦，也有失败的困惑，虽然取得了一定的成绩，但也存在不少的缺点，自己的教学经验及方法等方面有待提高。本人今后将在教学工作中，吸取别人的长处，弥补自己的不足，力争做一名合格的数学老师。</w:t>
      </w:r>
      <w:r>
        <w:rPr>
          <w:lang w:eastAsia="zh-CN"/>
        </w:rPr>
        <w:br/>
      </w:r>
      <w:r>
        <w:rPr>
          <w:lang w:eastAsia="zh-CN"/>
        </w:rPr>
        <w:t xml:space="preserve">    三年级数学教师工作总结 篇15 </w:t>
      </w:r>
      <w:r>
        <w:rPr>
          <w:lang w:eastAsia="zh-CN"/>
        </w:rPr>
        <w:br/>
      </w:r>
      <w:r>
        <w:rPr>
          <w:lang w:eastAsia="zh-CN"/>
        </w:rPr>
        <w:t>　　一、教学任务完成情况</w:t>
      </w:r>
      <w:r>
        <w:rPr>
          <w:lang w:eastAsia="zh-CN"/>
        </w:rPr>
        <w:br/>
      </w:r>
      <w:r>
        <w:rPr>
          <w:lang w:eastAsia="zh-CN"/>
        </w:rPr>
        <w:t>　　本学期我继续担任三年级数学教学工作。一学期来我努力根据学生的实际情况，采取有效的措施，激发学生的学习兴趣，培养学生的学习习惯，引导学生参与学习的全过程，取得了一定效果。就本学期的教学工作，作出如下总结：</w:t>
      </w:r>
      <w:r>
        <w:rPr>
          <w:lang w:eastAsia="zh-CN"/>
        </w:rPr>
        <w:br/>
      </w:r>
    </w:p>
    <w:p w:rsidR="001B1F19" w14:textId="27C3F48A">
      <w:pPr>
        <w:rPr>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1、认识东、南、西、北、东北、西北、东南和西南八个方向，能够用给定的一个方向（东、南、西或北）辨认其余的七个方向，能用这些词语描述物体所在的方向；会看简单的路线图，能描述行走的路线。</w:t>
      </w:r>
      <w:r>
        <w:rPr>
          <w:lang w:eastAsia="zh-CN"/>
        </w:rPr>
        <w:br/>
      </w:r>
      <w:r>
        <w:rPr>
          <w:lang w:eastAsia="zh-CN"/>
        </w:rPr>
        <w:t>　　2、会笔算一位数除多位数的除法、两位数乘两位数的乘法，会行相应的乘、除法估算和验算。</w:t>
      </w:r>
      <w:r>
        <w:rPr>
          <w:lang w:eastAsia="zh-CN"/>
        </w:rPr>
        <w:br/>
      </w:r>
      <w:r>
        <w:rPr>
          <w:lang w:eastAsia="zh-CN"/>
        </w:rPr>
        <w:t>　　3、会口算一位数除商是整十、整百、整千的数，整十、整百数乘整十数，两位数乘整十、整百数（每位乘积不满十）。</w:t>
      </w:r>
      <w:r>
        <w:rPr>
          <w:lang w:eastAsia="zh-CN"/>
        </w:rPr>
        <w:br/>
      </w:r>
      <w:r>
        <w:rPr>
          <w:lang w:eastAsia="zh-CN"/>
        </w:rPr>
        <w:t>　　4、初步认识简单的小数（小数部分不超过两位），初步知道小数的含义，会读、写小数，初步认识小数的大小，会计算一位小数的加减法。</w:t>
      </w:r>
      <w:r>
        <w:rPr>
          <w:lang w:eastAsia="zh-CN"/>
        </w:rPr>
        <w:br/>
      </w:r>
      <w:r>
        <w:rPr>
          <w:lang w:eastAsia="zh-CN"/>
        </w:rPr>
        <w:t>　　5、认识面积的含义，能用自选单位估计和测量图形的面积，体会认识面积单位，会行简单的单位换算；掌握长方形、正方形的面积公式，会用公式正确计算长方形、正方形的面积，能估计给定的长方形、正方形的面积。</w:t>
      </w:r>
      <w:r>
        <w:rPr>
          <w:lang w:eastAsia="zh-CN"/>
        </w:rPr>
        <w:br/>
      </w:r>
      <w:r>
        <w:rPr>
          <w:lang w:eastAsia="zh-CN"/>
        </w:rPr>
        <w:t>　　6、认识时间单位年、月、日，了解它们之间的关系；知道各月以及全年的天数；知道24时计时法，会用24时计时法表示时刻。</w:t>
      </w:r>
      <w:r>
        <w:rPr>
          <w:lang w:eastAsia="zh-CN"/>
        </w:rPr>
        <w:br/>
      </w:r>
      <w:r>
        <w:rPr>
          <w:lang w:eastAsia="zh-CN"/>
        </w:rPr>
        <w:t>　　7、了解不同形式的条形统计图，初步学会简单的数据分析；了解平均数的意义，会求简单数据的平均数；一步体会统计在现实生活中的作用。</w:t>
      </w:r>
      <w:r>
        <w:rPr>
          <w:lang w:eastAsia="zh-CN"/>
        </w:rPr>
        <w:br/>
      </w:r>
      <w:r>
        <w:rPr>
          <w:lang w:eastAsia="zh-CN"/>
        </w:rPr>
        <w:t>　　8、经历从实际生活中发现问题、提出问题、解决问题的过程，体会数学在日常生活中的作用，初步形成综合运用数学知识解决问题的能力。</w:t>
      </w:r>
      <w:r>
        <w:rPr>
          <w:lang w:eastAsia="zh-CN"/>
        </w:rPr>
        <w:br/>
      </w:r>
      <w:r>
        <w:rPr>
          <w:lang w:eastAsia="zh-CN"/>
        </w:rPr>
        <w:t>　　9、初步了解集合和等量代换的思想，形成发现生活中的数学的意识，初步形成观察、分析及推理的能力。</w:t>
      </w:r>
      <w:r>
        <w:rPr>
          <w:lang w:eastAsia="zh-CN"/>
        </w:rPr>
        <w:br/>
      </w:r>
    </w:p>
    <w:p w:rsidR="001B1F19" w14:textId="27C3F48A">
      <w:pPr>
        <w:rPr>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10、体会学习数学的.乐趣，提高学习数学的兴趣，建立学好数学的信心。</w:t>
      </w:r>
      <w:r>
        <w:rPr>
          <w:lang w:eastAsia="zh-CN"/>
        </w:rPr>
        <w:br/>
      </w:r>
      <w:r>
        <w:rPr>
          <w:lang w:eastAsia="zh-CN"/>
        </w:rPr>
        <w:t>　　二、学生学习情况：</w:t>
      </w:r>
      <w:r>
        <w:rPr>
          <w:lang w:eastAsia="zh-CN"/>
        </w:rPr>
        <w:br/>
      </w:r>
      <w:r>
        <w:rPr>
          <w:lang w:eastAsia="zh-CN"/>
        </w:rPr>
        <w:t>　　首先要树立学生学好数学的自信心，提高他们的思想觉悟，平时多给予学困生关心与鼓励，善于发现他们的闪光点，对于点滴步多给予肯定，提高他们学好数学的信心，教会他们懂得“生活本身就是问题的累积”，要想生活好一些，就得想办法去解决问题。相同的道理，要想取得好成绩，就得下苦功夫。</w:t>
      </w:r>
      <w:r>
        <w:rPr>
          <w:lang w:eastAsia="zh-CN"/>
        </w:rPr>
        <w:br/>
      </w:r>
      <w:r>
        <w:rPr>
          <w:lang w:eastAsia="zh-CN"/>
        </w:rPr>
        <w:t>　　为了能够提高成绩上的差异，我计划继续组织“一帮事”的学习活动。让优生带动差生学习的积极性，每天负责监督，帮助差生完成作业。制定相关的一些奖惩方法，对于表现好的小组给予相应的奖励，以此来提高他们的责任心与合作意识。形成良好的学习氛围。</w:t>
      </w:r>
      <w:r>
        <w:rPr>
          <w:lang w:eastAsia="zh-CN"/>
        </w:rPr>
        <w:br/>
      </w:r>
      <w:r>
        <w:rPr>
          <w:lang w:eastAsia="zh-CN"/>
        </w:rPr>
        <w:t>　　坚持课前的口算能力培养。每天坚持课前用3分钟的时候来加强口算能力训练，以及背诵乘法口诀，以此来提高运算能力。</w:t>
      </w:r>
      <w:r>
        <w:rPr>
          <w:lang w:eastAsia="zh-CN"/>
        </w:rPr>
        <w:br/>
      </w:r>
      <w:r>
        <w:rPr>
          <w:lang w:eastAsia="zh-CN"/>
        </w:rPr>
        <w:t>　　坚持监督学生完成当天的学习任务，对于没完成的学生坚持要求留下来完成后再回家。</w:t>
      </w:r>
      <w:r>
        <w:rPr>
          <w:lang w:eastAsia="zh-CN"/>
        </w:rPr>
        <w:br/>
      </w:r>
      <w:r>
        <w:rPr>
          <w:lang w:eastAsia="zh-CN"/>
        </w:rPr>
        <w:t>　　分层次布置作业或练习。对于学困生的作业布置先由浅入深，存在困难的给予适当的指导，提高作业完成的质量。</w:t>
      </w:r>
      <w:r>
        <w:rPr>
          <w:lang w:eastAsia="zh-CN"/>
        </w:rPr>
        <w:br/>
      </w:r>
    </w:p>
    <w:p w:rsidR="001B1F19" w14:textId="27C3F48A">
      <w:pPr>
        <w:rPr>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培养学生良好的学习及书写习惯，平时学生的学习很被动，经常拖泥带水。书写方面也比较潦草，作业本不是破损不堪，就是乱涂乱画，甚至有个别学生的作业是无法批改的。因此，培养良好及书写习惯显得很有必要。</w:t>
      </w:r>
      <w:r>
        <w:rPr>
          <w:lang w:eastAsia="zh-CN"/>
        </w:rPr>
        <w:br/>
      </w:r>
      <w:r>
        <w:rPr>
          <w:lang w:eastAsia="zh-CN"/>
        </w:rPr>
        <w:t>　　三、主要教学经验与体会</w:t>
      </w:r>
      <w:r>
        <w:rPr>
          <w:lang w:eastAsia="zh-CN"/>
        </w:rPr>
        <w:br/>
      </w:r>
      <w:r>
        <w:rPr>
          <w:lang w:eastAsia="zh-CN"/>
        </w:rPr>
        <w:t>　　在本学期的教学工作中，我始终严格管理学生，注意培养学生养成良好的学习习惯。在教学中，切实做好一切教学常规工作，尤其是在备、讲、批、辅、结方面，兢兢业业，从不敷衍了，坚持做好培优辅差工作，每期常规检查都得到肯定。</w:t>
      </w:r>
      <w:r>
        <w:rPr>
          <w:lang w:eastAsia="zh-CN"/>
        </w:rPr>
        <w:br/>
      </w:r>
      <w:r>
        <w:rPr>
          <w:lang w:eastAsia="zh-CN"/>
        </w:rPr>
        <w:t>　　一）切实加强基础知识和基本技能的教学。</w:t>
      </w:r>
      <w:r>
        <w:rPr>
          <w:lang w:eastAsia="zh-CN"/>
        </w:rPr>
        <w:br/>
      </w:r>
      <w:r>
        <w:rPr>
          <w:lang w:eastAsia="zh-CN"/>
        </w:rPr>
        <w:t>　　数学基础知识的理解。教学时在使学生掌握数学概念、法则、数量关系的同时，应更重视数学方法的训练，逐步形成良好的思维方式和运用数学的意识。处理好基本训练与创造性思维发展及后继学习的关系。小学生的创造性思维是在数学学习的再创造过程中逐步得到发展的，而再创造的前提是通过必要的基本训练使学生形成扎实的基本功。</w:t>
      </w:r>
      <w:r>
        <w:rPr>
          <w:lang w:eastAsia="zh-CN"/>
        </w:rPr>
        <w:br/>
      </w:r>
      <w:r>
        <w:rPr>
          <w:lang w:eastAsia="zh-CN"/>
        </w:rPr>
        <w:t>　　二）重视引导学生自主探索，培养学生的创新意识和学习数学的兴趣。</w:t>
      </w:r>
      <w:r>
        <w:rPr>
          <w:lang w:eastAsia="zh-CN"/>
        </w:rPr>
        <w:br/>
      </w:r>
      <w:r>
        <w:rPr>
          <w:lang w:eastAsia="zh-CN"/>
        </w:rPr>
        <w:t>　　本册教材设计了适量探索性和开放性的数学问题，给学生提供自主探索的机会和一个比较充分的思考空间。培养学生肯于钻研、善于思考、勤于动手的科学态度。教师要关注学生的个体差异，尊重学生的创造精神。对学生在探索过程中遇到的问题，要适时，有效的帮助和引导。</w:t>
      </w:r>
      <w:r>
        <w:rPr>
          <w:lang w:eastAsia="zh-CN"/>
        </w:rPr>
        <w:br/>
      </w:r>
      <w:r>
        <w:rPr>
          <w:lang w:eastAsia="zh-CN"/>
        </w:rPr>
        <w:t>　　三）重视培养学生的应用意识和实践能力。</w:t>
      </w:r>
      <w:r>
        <w:rPr>
          <w:lang w:eastAsia="zh-CN"/>
        </w:rPr>
        <w:br/>
      </w:r>
    </w:p>
    <w:p w:rsidR="001B1F19" w14:textId="27C3F48A">
      <w:pPr>
        <w:rPr>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数学教学应体现从问题情境出发，建立模型，寻求结论，应用与推广的基本过程。在日常的数学活动中要注意小课题研究和实习作业等实践活动，对这方面的内容不但不能随意删减，而且要加强这方面内容安排的密度和强度。</w:t>
      </w:r>
      <w:r>
        <w:rPr>
          <w:lang w:eastAsia="zh-CN"/>
        </w:rPr>
        <w:br/>
      </w:r>
      <w:r>
        <w:rPr>
          <w:lang w:eastAsia="zh-CN"/>
        </w:rPr>
        <w:t>　　四）把握教学要求，促学生发展。</w:t>
      </w:r>
      <w:r>
        <w:rPr>
          <w:lang w:eastAsia="zh-CN"/>
        </w:rPr>
        <w:br/>
      </w:r>
      <w:r>
        <w:rPr>
          <w:lang w:eastAsia="zh-CN"/>
        </w:rPr>
        <w:t>　　教师要善于驾驭教材，把握知识的重点和难点以及知识间的内在联系，根据学生的年龄特点和教学要求，开展教学活动。要注意在直观感知广泛的背景下，通过自身体验在分析、整理的过程中学习概念，不要用死记硬背的方法。</w:t>
      </w:r>
      <w:r>
        <w:rPr>
          <w:lang w:eastAsia="zh-CN"/>
        </w:rPr>
        <w:br/>
      </w:r>
      <w:r>
        <w:rPr>
          <w:lang w:eastAsia="zh-CN"/>
        </w:rPr>
        <w:t>　　四、存在的问题与改措施</w:t>
      </w:r>
      <w:r>
        <w:rPr>
          <w:lang w:eastAsia="zh-CN"/>
        </w:rPr>
        <w:br/>
      </w:r>
      <w:r>
        <w:rPr>
          <w:lang w:eastAsia="zh-CN"/>
        </w:rPr>
        <w:t>　　1、一部分学生对学习的目的不够明确，学习态度不够端正。上课听讲不认真，家庭作业经常完不成。</w:t>
      </w:r>
      <w:r>
        <w:rPr>
          <w:lang w:eastAsia="zh-CN"/>
        </w:rPr>
        <w:br/>
      </w:r>
      <w:r>
        <w:rPr>
          <w:lang w:eastAsia="zh-CN"/>
        </w:rPr>
        <w:t>　　2、有些家长对孩子的学习不够重视，主要表现在：学生家庭的不配合，造成了学习差。</w:t>
      </w:r>
      <w:r>
        <w:rPr>
          <w:lang w:eastAsia="zh-CN"/>
        </w:rPr>
        <w:br/>
      </w:r>
      <w:r>
        <w:rPr>
          <w:lang w:eastAsia="zh-CN"/>
        </w:rPr>
        <w:t>　　3、还有一部分是，反映问题慢，基础太差，造成了不及格现象。</w:t>
      </w:r>
      <w:r>
        <w:rPr>
          <w:lang w:eastAsia="zh-CN"/>
        </w:rPr>
        <w:br/>
      </w:r>
      <w:r>
        <w:rPr>
          <w:lang w:eastAsia="zh-CN"/>
        </w:rPr>
        <w:t>　　4、班级发展不平衡，学法指导工作还有待一步加强，教学成绩仍然欠突出，还需提高。</w:t>
      </w:r>
      <w:r>
        <w:rPr>
          <w:lang w:eastAsia="zh-CN"/>
        </w:rPr>
        <w:br/>
      </w:r>
      <w:r>
        <w:rPr>
          <w:lang w:eastAsia="zh-CN"/>
        </w:rPr>
        <w:t>　　5、教学以传统方法为主缺少创新意识，学生的学习习惯的养成教育不够成功。培优辅差工作做得不够扎实，培优目标不明确。</w:t>
      </w:r>
      <w:r>
        <w:rPr>
          <w:lang w:eastAsia="zh-CN"/>
        </w:rPr>
        <w:br/>
      </w:r>
    </w:p>
    <w:p w:rsidR="001B1F19" w14:textId="27C3F48A">
      <w:pPr>
        <w:rPr>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6、个别学生的不良的学习习惯还有待一步引导改正。本班学生生性活泼好动，其中有一些学生在习惯方面存在着的问题计算不认真，写字姿势不正确，不能自觉地完成作业，还有个别学生字迹潦草。还有的学生作业不能按时上交。或遇到难题没有坚强的意志，不会主动服解决。</w:t>
      </w:r>
      <w:r>
        <w:rPr>
          <w:lang w:eastAsia="zh-CN"/>
        </w:rPr>
        <w:br/>
      </w:r>
      <w:r>
        <w:rPr>
          <w:lang w:eastAsia="zh-CN"/>
        </w:rPr>
        <w:t>　　7、计算能力差异太大。班中多数学生喜欢计算，可是却有大部分学生计算时不认真，粗心大意，导致全班学生的计算能力发展不够均衡。在今后的教学中，应该加以服。</w:t>
      </w:r>
      <w:r>
        <w:rPr>
          <w:lang w:eastAsia="zh-CN"/>
        </w:rPr>
        <w:br/>
      </w:r>
      <w:r>
        <w:rPr>
          <w:lang w:eastAsia="zh-CN"/>
        </w:rPr>
        <w:t>　　8、结合教材的内容，老师要精心备课，面向全体学生教学，抓牢基础知识，搞好思想教育工作。精心上好没一节课，虚心向老教师学习，不断提高自身的业务水平。注重学生各种能力的培养和知识应用的灵活性。特别注重学习习惯的培养，以激发学生学习的兴趣，提高他们的学习成绩，自己还要不断学习，不断提高自身的业务素质。</w:t>
      </w:r>
      <w:r>
        <w:rPr>
          <w:lang w:eastAsia="zh-CN"/>
        </w:rPr>
        <w:br/>
      </w:r>
      <w:r>
        <w:rPr>
          <w:lang w:eastAsia="zh-CN"/>
        </w:rPr>
        <w:t>　　9、及时辅导学困生，抓住他们的闪光点，鼓励其步。注重学生各种能力和习惯的培养。</w:t>
      </w:r>
      <w:r>
        <w:rPr>
          <w:lang w:eastAsia="zh-CN"/>
        </w:rPr>
        <w:br/>
      </w:r>
      <w:r>
        <w:rPr>
          <w:lang w:eastAsia="zh-CN"/>
        </w:rPr>
        <w:t>　　10、充分利用直观、电化教学，把难点分到各个层次中去，调动学生学习的积极性。对学生行强化训练，争取教出更好的成绩。</w:t>
      </w:r>
      <w:r>
        <w:rPr>
          <w:lang w:eastAsia="zh-CN"/>
        </w:rPr>
        <w:br/>
      </w:r>
      <w:r>
        <w:rPr>
          <w:lang w:eastAsia="zh-CN"/>
        </w:rPr>
        <w:t>　　11、充分利用数学教材，挖掘教材的趣味性，以数学知识本身的魅力去吸引学生、感染学生。</w:t>
      </w:r>
      <w:r>
        <w:rPr>
          <w:lang w:eastAsia="zh-CN"/>
        </w:rPr>
        <w:br/>
      </w:r>
      <w:r>
        <w:rPr>
          <w:lang w:eastAsia="zh-CN"/>
        </w:rPr>
        <w:t>　　12、数学课的开展应面向全体的情况下，实施因材施教。充分调动学生的学习的积极性和主动性。</w:t>
      </w:r>
      <w:r>
        <w:rPr>
          <w:lang w:eastAsia="zh-CN"/>
        </w:rPr>
        <w:br/>
      </w:r>
      <w:r>
        <w:rPr>
          <w:lang w:eastAsia="zh-CN"/>
        </w:rPr>
        <w:t>　　13、及时家访，家长配合抓好学生的学习。</w:t>
      </w:r>
      <w:r>
        <w:rPr>
          <w:lang w:eastAsia="zh-CN"/>
        </w:rPr>
        <w:br/>
      </w:r>
      <w:r>
        <w:rPr>
          <w:lang w:eastAsia="zh-CN"/>
        </w:rPr>
        <w:t>　　加强学习，学习新课标中新的教学思想和理念，挖掘教材，一步把握知识点和考点。多听课，多学习同科目教师先的教学方法和教学理念。加强转劣培优力度，加强教学反思。</w:t>
      </w:r>
      <w:r>
        <w:rPr>
          <w:lang w:eastAsia="zh-CN"/>
        </w:rPr>
        <w:br/>
      </w:r>
    </w:p>
    <w:p w:rsidR="001B1F19" w14:textId="27C3F48A">
      <w:pPr>
        <w:rPr>
          <w:lang w:eastAsia="zh-CN"/>
        </w:rPr>
      </w:pPr>
      <w:r>
        <w:rPr>
          <w:lang w:eastAsia="zh-CN"/>
        </w:rPr>
        <w:t>　　总之，今后的教学工作中我还要不断积累，不断探索，使学生因乐学而好学数学，使学生们各方面能力都得到提高。</w:t>
      </w:r>
      <w:r>
        <w:rPr>
          <w:lang w:eastAsia="zh-CN"/>
        </w:rPr>
        <w:br/>
      </w:r>
      <w:r>
        <w:rPr>
          <w:lang w:eastAsia="zh-CN"/>
        </w:rPr>
        <w:t xml:space="preserve">    三年级数学教师工作总结 篇16 </w:t>
      </w:r>
      <w:r>
        <w:rPr>
          <w:lang w:eastAsia="zh-CN"/>
        </w:rPr>
        <w:br/>
      </w:r>
      <w:r>
        <w:rPr>
          <w:lang w:eastAsia="zh-CN"/>
        </w:rPr>
        <w:t>　　本学期，我担任三年级的数学教学工作，我从各方面严格要求自己，结合本班的实际情况，勤勤恳恳，兢兢业业，使教学工作有计划，有组织，有步骤地开展。为使今后的工作取得更大的进步，现对本学期教学工作作出总结：</w:t>
      </w:r>
      <w:r>
        <w:rPr>
          <w:lang w:eastAsia="zh-CN"/>
        </w:rPr>
        <w:br/>
      </w:r>
      <w:r>
        <w:rPr>
          <w:lang w:eastAsia="zh-CN"/>
        </w:rPr>
        <w:t>　　一、认真备课，对教学过程的程序及时间安排都作了详细的记录，认真写好教案。每一课都做到“有备而来”，每堂课都在课前做好充分的准备，并制作各种利于吸引学生注意力的有趣教具，课后及时对该课作出总结，写好教学后记。</w:t>
      </w:r>
      <w:r>
        <w:rPr>
          <w:lang w:eastAsia="zh-CN"/>
        </w:rPr>
        <w:br/>
      </w:r>
      <w:r>
        <w:rPr>
          <w:lang w:eastAsia="zh-CN"/>
        </w:rPr>
        <w:t>　　二、增强上课技能，提高教学质量，尽量做到讲解清晰，准确，生动，做到线索清晰，层次分明，言简意赅，深入浅出。在课堂上特别注意调动学生的积极性，加强师生交流，充分体现学生的主作用，让学生学得容易，学得轻松，学得愉快;注意精讲精练，在课堂上老师讲得尽量少，学生动口动手动脑尽量多;同时在每一堂课上都充分考虑每一个层次的学生学习需求和学习能力，让各个层次的学生都得到提高。</w:t>
      </w:r>
      <w:r>
        <w:rPr>
          <w:lang w:eastAsia="zh-CN"/>
        </w:rPr>
        <w:br/>
      </w:r>
      <w:r>
        <w:rPr>
          <w:lang w:eastAsia="zh-CN"/>
        </w:rPr>
        <w:t>　　三、虚心请教其他老师，学习他们的教学方法，同时，多听老师的课，做到边听边讲，学习别人的优点，克服自己的不足，改进工作。</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https://d.book118.com/136132013204010054</w:t>
        </w:r>
      </w:hyperlink>
    </w:p>
    <w:p w:rsidR="001B1F19">
      <w:pPr>
        <w:rPr>
          <w:lang w:eastAsia="zh-CN"/>
        </w:rPr>
      </w:pPr>
    </w:p>
    <w:sectPr>
      <w:type w:val="nextPage"/>
      <w:pgSz w:w="11906" w:h="16838"/>
      <w:pgMar w:top="1440" w:right="1800" w:bottom="1440" w:left="1800" w:header="851" w:footer="992" w:gutter="0"/>
      <w:pgNumType w:start="4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3613201320401005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