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六项精进研修班培训总结范文（30篇）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六项精进研修班培训总结范文（精选30篇）</w:t>
      </w:r>
      <w:r>
        <w:rPr>
          <w:lang w:eastAsia="zh-CN"/>
        </w:rPr>
        <w:br/>
      </w:r>
      <w:r>
        <w:rPr>
          <w:lang w:eastAsia="zh-CN"/>
        </w:rPr>
        <w:t xml:space="preserve">    六项精进研修班培训总结范文 篇1 </w:t>
      </w:r>
      <w:r>
        <w:rPr>
          <w:lang w:eastAsia="zh-CN"/>
        </w:rPr>
        <w:br/>
      </w:r>
      <w:r>
        <w:rPr>
          <w:lang w:eastAsia="zh-CN"/>
        </w:rPr>
        <w:t>　　今年暑假期间我校通过培训学习，使我们更加深刻地了解了基础教育课程改革的背景及教育意义，信息化的社会来临对教育提出又一次挑战，课程改革为教师专业化的成长提供了一个平台，特别是培养学生综合素质的有效途径，同时也让我明确了培训的目标、内容，力求使自己由经验型教师向研究型教师转变。认识到教学过程是师生交往、积极互动、共同发展的过程，教师的教学要从重结论转变为更重过程，因为过程比结果更重要。以人为本的教学要求教师要去关注每一位学生、尊重每一位学生，多去赞赏他们、而少去批评责罚他们，要用真爱去关心他们，还要时刻注意自己的言行并时刻留意关心学生的反应和变化，以身作则，为学生树立好的榜样，使他们改正不良的学习习惯。在教育过程中多给学生一片属于他们能力表现的天地，让每一个孩子都充满阳光。</w:t>
      </w:r>
      <w:r>
        <w:rPr>
          <w:lang w:eastAsia="zh-CN"/>
        </w:rPr>
        <w:br/>
      </w:r>
      <w:r>
        <w:rPr>
          <w:lang w:eastAsia="zh-CN"/>
        </w:rPr>
        <w:t>　　一、理解教师职业，加强自我培养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作为教师，师德是必备的。在新课程理念的指引下，首先，教师是文化的传递者，“师者，传道、授业、解惑也”，这是从知识传递的角度来反映教师的重要性。其次，教师是榜样，学高为师，身正为范也正是这个意思，这里主要涉及做人的问题，学生都有向师性，实际上是做人的一种认同感；同时学生受教育的过程是人格完善的过程，教师的人格力量是无形的、不可估量的，教师要真正成为学生的引路人。教师是管理者，教师要有较强的组织领导、管理协调能力，才能使教学更有效率，更能促进学生的发展。教师是父母，作为一名教师，要富有爱心，教师对学生的爱应是无私的、平等的，就像父母对待孩子，所以我们说教师是父母。并且，教师还要善于发现每一个学生的闪光点和发展需要。教师是朋友，所谓良师益友，就是强调教师和学生要交心，师生之间的融洽度、亲和力要达到知心朋友一样。最后，教师是学生的心理辅导者。教师必须要懂教育学、心理学、健康心理学等，应了解不同学生的心理特点、心理困惑、心理压力等，以给予及时的帮助和排解，培养学生健康的心理品质。作为教师，不仅具有一定的专业水准，更要具有优秀的心理品质与道德意识。</w:t>
      </w:r>
      <w:r>
        <w:rPr>
          <w:lang w:eastAsia="zh-CN"/>
        </w:rPr>
        <w:br/>
      </w:r>
      <w:r>
        <w:rPr>
          <w:lang w:eastAsia="zh-CN"/>
        </w:rPr>
        <w:t>　　二、用教学理念和心理学基础指引自己的工作</w:t>
      </w:r>
      <w:r>
        <w:rPr>
          <w:lang w:eastAsia="zh-CN"/>
        </w:rPr>
        <w:br/>
      </w:r>
      <w:r>
        <w:rPr>
          <w:lang w:eastAsia="zh-CN"/>
        </w:rPr>
        <w:t>　　在培训中，几位从事教育多年、教学经验丰富的老教师根据自己的实际经验给我们介绍了一些当好教师的要点和方法，给我留下了深刻的印象。在谈到教师的发展问题上，几位老教师都强调了适时调整和更新自身知识结构、终身学习的做法；在谈到面对困难如何克服的问题上，几位老教师还提出了如何加强教师之间团结合作的方法；</w:t>
      </w:r>
      <w:r>
        <w:rPr>
          <w:lang w:eastAsia="zh-CN"/>
        </w:rPr>
        <w:br/>
      </w:r>
      <w:r>
        <w:rPr>
          <w:lang w:eastAsia="zh-CN"/>
        </w:rPr>
        <w:t>　　三、用终身学习来提高自身教学能力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终身学习，我们不仅要提升自身的专业知识，还要学习更多方面，如教育学、心理学、课程改革理念等等。同时我们也要学会做事与人际交往。教师从事的是和人打交道的工作，如果能善于观察、研究、思考；处理好与学生、家长、同事之间的关系，那么相对来说，工作起来就会更得心应手。.提升个人魅力，作为一名教师，首先要让学生喜欢你，喜欢听你的课，进而喜欢听你的指导。这就要求个人魅力不断提升，在积累经验中获得一种平和优雅的心境，在和学生相处的过程中获得学生的信赖。书是最好的老师，多读书，提升自己，在实践中反思自我，做一位优秀的人民教师。热爱学生，真诚可以是一面镜子，也可以是一种无敌的武器，对待学生，对待花样年龄的青少年，除了真诚还能用什么方式来打动他们，获得他们的信任呢？在教师生涯中，我将本着对学生对职业的热爱，坚决地走下去。.不断反思，要想从工作中不断提高自己的教学水平就少了这个环节；不断的反思、改进。教师职业没有最好，只有更好。在不断的反思与积累中获得属于自己的经验与方法，并且能将这种方法深化为一种理论，这便是做一名教师的最高境界了。</w:t>
      </w:r>
      <w:r>
        <w:rPr>
          <w:lang w:eastAsia="zh-CN"/>
        </w:rPr>
        <w:br/>
      </w:r>
      <w:r>
        <w:rPr>
          <w:lang w:eastAsia="zh-CN"/>
        </w:rPr>
        <w:t>　　这次组织的暑期教师培训，对我们都非常有意义，因为我们工作过了就能有切身的体会。短短的五天培训非常短暂宝贵，内容涉及很多：收益之深。我们看到：班主任工作在学校教育和管理中占据着非常重要的地位，它是沟通学校教育、家庭教育和社会教育的桥梁，是联系所有任课教师的纽带，更是让我们从实践中了解到了一个班级团结凝聚的力量是无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体会到；作为一名教师，要做到为人师表，我们还有许多地方要学习，我们将以老教师们为榜样，恪守教师的职业道德，刻苦钻研。在教学中，会努力去工作，丰富自己，让自己成为学生学习的引导者、促进者。</w:t>
      </w:r>
      <w:r>
        <w:rPr>
          <w:lang w:eastAsia="zh-CN"/>
        </w:rPr>
        <w:br/>
      </w:r>
      <w:r>
        <w:rPr>
          <w:lang w:eastAsia="zh-CN"/>
        </w:rPr>
        <w:t>　　我们认识到；教师育人，身正为范。让我们认识到应该做一个怎样的人和一个怎样的教师。教师的职责是神圣的，既教书又育人。作为一名小学教师，当然更应该做到这一点。在教学活动中，我把热爱学生放在第一位，有了这种心境，师生之间就能处于一种和谐的状态，许多事情便迎刃而解，热爱学生包括尊重信任学生、关心爱护学生，只要是我的学生，无论成绩好坏，我们都一视同仁。对性格孤僻的学生，更多给以热情帮助。其实他们身上有很多的闪光点是值得其同学学习的。人的感觉是相互的，教师的真诚，学生是能感受到的。</w:t>
      </w:r>
      <w:r>
        <w:rPr>
          <w:lang w:eastAsia="zh-CN"/>
        </w:rPr>
        <w:br/>
      </w:r>
      <w:r>
        <w:rPr>
          <w:lang w:eastAsia="zh-CN"/>
        </w:rPr>
        <w:t xml:space="preserve">    六项精进研修班培训总结范文 篇2 </w:t>
      </w:r>
      <w:r>
        <w:rPr>
          <w:lang w:eastAsia="zh-CN"/>
        </w:rPr>
        <w:br/>
      </w:r>
      <w:r>
        <w:rPr>
          <w:lang w:eastAsia="zh-CN"/>
        </w:rPr>
        <w:t>　　有这样一个故事，老师们可能看到过。</w:t>
      </w:r>
      <w:r>
        <w:rPr>
          <w:lang w:eastAsia="zh-CN"/>
        </w:rPr>
        <w:br/>
      </w:r>
      <w:r>
        <w:rPr>
          <w:lang w:eastAsia="zh-CN"/>
        </w:rPr>
        <w:t>　　有一个荷花池，第一天的时候，池中只有一片荷叶，但是荷叶的数量每天呈倍数增长，第二天2片，第三天4片，第四天8片……假设在地30天时，整个池塘全被荷叶盖满，请问，在哪一天时，荷叶只有一半？你可能马上就能答出：第29天。不错，这就是日积月累滴水穿石达成的终极突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们所设定的每一个目标，从事的每一项工作都正像这片荷花池，在你做这貌似重复的，甚至琐碎繁杂的日常工作，你往往会感到枯燥甚至厌烦，你可能在第3天，第28天甚至第29天的时候，放弃了坚持，这时候，往往离成功只有一步之遥。</w:t>
      </w:r>
      <w:r>
        <w:rPr>
          <w:lang w:eastAsia="zh-CN"/>
        </w:rPr>
        <w:br/>
      </w:r>
      <w:r>
        <w:rPr>
          <w:lang w:eastAsia="zh-CN"/>
        </w:rPr>
        <w:t>　　马云有一句著名的话：今天很残酷，明天很残酷，后天很美好，但是绝大多数人死在明天晚上，见不到后天的太阳。很多时候，我们不是不能成功，但是就是因为这一步之遥没有坚持到底所以就失败了。成功源自对细节的重视，非凡来自对平凡的坚守。怀揣理想，仰望星空是一种心境，立足研修、脚踏实地是一种姿态。</w:t>
      </w:r>
      <w:r>
        <w:rPr>
          <w:lang w:eastAsia="zh-CN"/>
        </w:rPr>
        <w:br/>
      </w:r>
      <w:r>
        <w:rPr>
          <w:lang w:eastAsia="zh-CN"/>
        </w:rPr>
        <w:t>　　分散研修已经进行了两周，前面我们付出了努力和汗水，现在……老师们，您坚持了吗？</w:t>
      </w:r>
      <w:r>
        <w:rPr>
          <w:lang w:eastAsia="zh-CN"/>
        </w:rPr>
        <w:br/>
      </w:r>
      <w:r>
        <w:rPr>
          <w:lang w:eastAsia="zh-CN"/>
        </w:rPr>
        <w:t xml:space="preserve">    六项精进研修班培训总结范文 篇3 </w:t>
      </w:r>
      <w:r>
        <w:rPr>
          <w:lang w:eastAsia="zh-CN"/>
        </w:rPr>
        <w:br/>
      </w:r>
      <w:r>
        <w:rPr>
          <w:lang w:eastAsia="zh-CN"/>
        </w:rPr>
        <w:t>　　又是一个激情燃烧的七月，我们聊城文轩中学的全体教师参加了远程研修，一起用那跳动的键盘，宽广的网络，记录着我们研修中的收获，共同饱览研修道路上的美丽风景，用心灵去探寻属于我们自己的世界，去追求观点的碰撞、思想的交锋。</w:t>
      </w:r>
      <w:r>
        <w:rPr>
          <w:lang w:eastAsia="zh-CN"/>
        </w:rPr>
        <w:br/>
      </w:r>
      <w:r>
        <w:rPr>
          <w:lang w:eastAsia="zh-CN"/>
        </w:rPr>
        <w:t>　　今天是研修的第二天，天气一如既往的炎热，然这丝毫没有影响大家学习的热情与积极性，研修虽刚开始，我便有了很大的收获，一方面来自专家的专家名师的精彩讲座，反思、探讨课堂教学中的问题困惑，一方面来自文轩全体教师的认真的学习态度、高涨的学习热情、真诚的探讨交流，这些让我感动，作为年轻的教师，我以为这于我而言，更是一笔巨大的财富，我一一细数，一一收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虽与专家聚在网络的两端，依然能碰撞出智慧的火花，大家都相信可以点亮自己的教学之路。所以我目之所及，是老师们认真地聆听，用心地笔记：他们或奋笔疾书、或抬头端坐聚精会神、或低头沉思，将那些触动心灵、令人深思的地方一一记录，当专家涉及到的.问题正是自己苦苦思索而无答案时，我看到很多老师的脸上有一种豁然开朗的微笑，那是一种理解，更是一种认同，一种期待进步卓越的体现。"纸上得来终觉浅，得知此事须躬行"，在研修中获得的点滴收获也许会以不同的形式呈现在大家的课堂上，语文课堂会在大家共同的努力下越来越精彩。</w:t>
      </w:r>
      <w:r>
        <w:rPr>
          <w:lang w:eastAsia="zh-CN"/>
        </w:rPr>
        <w:br/>
      </w:r>
      <w:r>
        <w:rPr>
          <w:lang w:eastAsia="zh-CN"/>
        </w:rPr>
        <w:t>　　课间二十分钟，涌入耳际的声音最多的还是关于研修，大家在看完专家讲评、讨论之后，把新的想法、困惑、收获、启示说出来，一起探讨，如何调动学生的积极性、怎样处理语文教学中"人文性"与"工具性"关系、如何改变文言文教学中重言轻文的现象，智慧的火花在大家的交流中碰撞，大家积极热烈的探讨正是我们求新、求变、求进的一种体现，工作在这样的一个集体中，我是幸运的亦是幸福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网上作业，大家更是精心准备，用心完成，我所在的是一个小办公室，仅有五人，然在齐老师的带领下，大家都端坐在电脑旁，或认真构思、或敲打评论、或用心阅读老师发表的作业、整个办公室安安静静，偶有问题低声交谈，只听到空调嗡嗡的声音和敲击键盘的声音，正所谓管中窥豹，文轩的教师个个用心努力，再来看看我们的作业吧，内容仅仅围绕教学中的某一点，无论反思还是自己的见解够很深刻，如李香凌老师的《坚守梦想，向青草更青处漫溯》、杨伟红老师的《学生亲力亲为，语文味真味美》等，有如许的优秀教师在身边，阅读其文是一种快乐，有研修这个平台让大家一起探讨亦是一种快乐。</w:t>
      </w:r>
      <w:r>
        <w:rPr>
          <w:lang w:eastAsia="zh-CN"/>
        </w:rPr>
        <w:br/>
      </w:r>
      <w:r>
        <w:rPr>
          <w:lang w:eastAsia="zh-CN"/>
        </w:rPr>
        <w:t>　　记得曾经读过这样一篇短文：他曾经买了一件很喜欢的衣裳却舍不得穿，郑重地供奉在衣柜里，许久之后却发现它已经过时了。他曾经买了一块漂亮的蛋糕却舍不得吃，郑重地供奉在冰箱里，许久之后却发现它已经过期了。没有在最喜欢的时候穿上的衣裳，没有在最可口的时候品尝的蛋糕，就像没有在最该做的时候去做的事情，都是遗憾。如果只是把自己的渴望成功的愿望地供奉在心里，却未曾去努力，那么唯一的结果就是与它错过，一如那件过时的衣裳，一如那块过期的蛋糕。</w:t>
      </w:r>
      <w:r>
        <w:rPr>
          <w:lang w:eastAsia="zh-CN"/>
        </w:rPr>
        <w:br/>
      </w:r>
      <w:r>
        <w:rPr>
          <w:lang w:eastAsia="zh-CN"/>
        </w:rPr>
        <w:t>　　远程研修给了我们一次改变自己、改变自己课堂的机会，让我们把握这样的机遇，把该做的事尽全力去做好。古人云：他山之玉，可以攻石，借人之智，成就自己，此乃成功之道！</w:t>
      </w:r>
      <w:r>
        <w:rPr>
          <w:lang w:eastAsia="zh-CN"/>
        </w:rPr>
        <w:br/>
      </w:r>
      <w:r>
        <w:rPr>
          <w:lang w:eastAsia="zh-CN"/>
        </w:rPr>
        <w:t>　　今年好景君须记，我们相聚在研修，这是一种快乐；我们成长在研修，这是一种幸福。</w:t>
      </w:r>
      <w:r>
        <w:rPr>
          <w:lang w:eastAsia="zh-CN"/>
        </w:rPr>
        <w:br/>
      </w:r>
      <w:r>
        <w:rPr>
          <w:lang w:eastAsia="zh-CN"/>
        </w:rPr>
        <w:t xml:space="preserve">    六项精进研修班培训总结范文 篇4 </w:t>
      </w:r>
      <w:r>
        <w:rPr>
          <w:lang w:eastAsia="zh-CN"/>
        </w:rPr>
        <w:br/>
      </w:r>
      <w:r>
        <w:rPr>
          <w:lang w:eastAsia="zh-CN"/>
        </w:rPr>
        <w:t>　　分散研修已经有两个多星期了，这其中的点点滴滴，让我们忙碌着，幸福着；焦躁中夹杂着收获。一路走来感到研修的过程似乎是一首歌，酸辣苦甜兼有。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研修的酸：此次分散研修相对于集中研修来说，困难更多了，面临两个班的数学教学任务，一天下来，累得口干舌燥；课余时间，又要备课，还要针对课堂中的个别学生做课下辅导，而有的工作没有完成，哪边都说不过去。每逢老公对自己的工作提出质疑时，自己也很无奈，也感到身为教师的不容易，心里更感到自己工作的如此之累，是否有价值？</w:t>
      </w:r>
      <w:r>
        <w:rPr>
          <w:lang w:eastAsia="zh-CN"/>
        </w:rPr>
        <w:br/>
      </w:r>
      <w:r>
        <w:rPr>
          <w:lang w:eastAsia="zh-CN"/>
        </w:rPr>
        <w:t>　　研修的苦：研修带来的任务是繁重的，看专题，写评论，一个个研修组都要浏览，找一份优秀作业有时如大海捞针般，苦啊！</w:t>
      </w:r>
      <w:r>
        <w:rPr>
          <w:lang w:eastAsia="zh-CN"/>
        </w:rPr>
        <w:br/>
      </w:r>
      <w:r>
        <w:rPr>
          <w:lang w:eastAsia="zh-CN"/>
        </w:rPr>
        <w:t>　　研修的甜：看专题，学习他山之石，自己感到收获特别大。无论是第一专题的估算意识的培养还是第三专题的从算术思维到代数思维的过渡，在理论上，一直在前行中，感受成长的快乐。自己感受到了研修带来的甜，这滋味一直伴随自己的教书生涯。</w:t>
      </w:r>
      <w:r>
        <w:rPr>
          <w:lang w:eastAsia="zh-CN"/>
        </w:rPr>
        <w:br/>
      </w:r>
      <w:r>
        <w:rPr>
          <w:lang w:eastAsia="zh-CN"/>
        </w:rPr>
        <w:t>　　研修的乐：磨课环节，与老师们一起探讨教材的处理，针对各个环节，我们精心设计问题，让学生的能力得到最大的提升，与同事的交流，让我们在授课之余，感受到团队的力量。</w:t>
      </w:r>
      <w:r>
        <w:rPr>
          <w:lang w:eastAsia="zh-CN"/>
        </w:rPr>
        <w:br/>
      </w:r>
      <w:r>
        <w:rPr>
          <w:lang w:eastAsia="zh-CN"/>
        </w:rPr>
        <w:t xml:space="preserve">    六项精进研修班培训总结范文 篇5 </w:t>
      </w:r>
      <w:r>
        <w:rPr>
          <w:lang w:eastAsia="zh-CN"/>
        </w:rPr>
        <w:br/>
      </w:r>
      <w:r>
        <w:rPr>
          <w:lang w:eastAsia="zh-CN"/>
        </w:rPr>
        <w:t>　　20__年11月5日至11月15日，本人赴广州参加了“国培计划（20__）”—一线优秀教师培训技能提升研修项目广东第二师范学院小学英语班的培训。本次培训历时十天，培训主题为：活动中体验反思，体验反思中提高师德与能力，提升培训技能；培训内容为：师德与专业发展、专业能力、培训技能。培训期间，共有19位国家英语教育前沿阵地的专家授课并开设了不同主题的报告、研讨，在这期间还到农林下路小学和沙面小学进行了四节实践基地听评课观摩考察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整个培训活动采用了以案例分析、反思实践与体验学习、交流反思、提升理论、再实践这两种相互交融的培训方式。培训采用了专题讲座、案例研讨、体验感悟、观摩考察网络交流等多种平台，为学员提供各种学习的模式；整个训练课程注重的是学员的参与、体验、反思的过程。整个培训下来，有这样几点很深的体会：</w:t>
      </w:r>
      <w:r>
        <w:rPr>
          <w:lang w:eastAsia="zh-CN"/>
        </w:rPr>
        <w:br/>
      </w:r>
      <w:r>
        <w:rPr>
          <w:lang w:eastAsia="zh-CN"/>
        </w:rPr>
        <w:t>　　一、为优雅而努力</w:t>
      </w:r>
      <w:r>
        <w:rPr>
          <w:lang w:eastAsia="zh-CN"/>
        </w:rPr>
        <w:br/>
      </w:r>
      <w:r>
        <w:rPr>
          <w:lang w:eastAsia="zh-CN"/>
        </w:rPr>
        <w:t>　　在20__年11月6日上午的开班典礼上，及班级团队建设课上，学院领导博学多识，娓娓道来，班主任、摄影等老师，细心、温柔，优雅中尽是自然，所有的这些对于初到广州的我，带来的不仅仅是温暖，更是对高素质培训的满满的信心。下午，有幸认识了深圳红岭小学的徐永红老师，并聆听了她的成长之路，分享了她的教学思想、教学方法及教学观。徐老师美丽、端庄、大方、平易近人，在感悟她的成长中，慨叹如此优雅自然的特级教师。在感悟之余，我也思考起来：如何成为一名优雅、自然的英语老师？</w:t>
      </w:r>
      <w:r>
        <w:rPr>
          <w:lang w:eastAsia="zh-CN"/>
        </w:rPr>
        <w:br/>
      </w:r>
      <w:r>
        <w:rPr>
          <w:lang w:eastAsia="zh-CN"/>
        </w:rPr>
        <w:t>　　优雅不是训练出来的，而是一种阅历的凝聚；自然不是伪装出来的，而是人生的沉淀。我想，我有了目标，有了态度，并付出努力，我也会成为一名优雅的英语老师。</w:t>
      </w:r>
      <w:r>
        <w:rPr>
          <w:lang w:eastAsia="zh-CN"/>
        </w:rPr>
        <w:br/>
      </w:r>
      <w:r>
        <w:rPr>
          <w:lang w:eastAsia="zh-CN"/>
        </w:rPr>
        <w:t>　　二、为欣喜而前行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小学英语音标教学一直是一线教师的难点，教学方法、教学效果也一直困惑着每一位老师。11月7日的上午，有幸聆听了江门江华小学陈晓琼老师的新课标下的英语语音教学。陈老师开朗、大方、善解人意，给人留下了深刻的印象。而她带来的phonics字母拼读教学，对于我来说是一个全新的概念，在咿咿呀呀做回学生的同时，也对此概念有了一个初步的认识，并且也坚定了，以后推行这种教学的信心与方向。相信，这种教学能够为初学英语的接触音标的最直接、最不费力的途径；相信，这种教学会让孩子们在教师的精心参与下，愉悦的学习英语。</w:t>
      </w:r>
      <w:r>
        <w:rPr>
          <w:lang w:eastAsia="zh-CN"/>
        </w:rPr>
        <w:br/>
      </w:r>
      <w:r>
        <w:rPr>
          <w:lang w:eastAsia="zh-CN"/>
        </w:rPr>
        <w:t>　　陈老师不仅客观的向我们呈现了这种教学模式，还为我们一线老师呈现了大量的教学资源，在她身上看到了业精于勤，在她身上读到了学无止境，在她身上，体验到了用心积累的力量。</w:t>
      </w:r>
      <w:r>
        <w:rPr>
          <w:lang w:eastAsia="zh-CN"/>
        </w:rPr>
        <w:br/>
      </w:r>
      <w:r>
        <w:rPr>
          <w:lang w:eastAsia="zh-CN"/>
        </w:rPr>
        <w:t>　　对比反思，不禁要质问自己：你用心了吗？你去做了吗？想到了为什么不去做？</w:t>
      </w:r>
      <w:r>
        <w:rPr>
          <w:lang w:eastAsia="zh-CN"/>
        </w:rPr>
        <w:br/>
      </w:r>
      <w:r>
        <w:rPr>
          <w:lang w:eastAsia="zh-CN"/>
        </w:rPr>
        <w:t>　　我会牢牢记住这样一位有着严谨治学态度的陈老师。把欣喜化作力量，去行动、去坚持、去坚守。</w:t>
      </w:r>
      <w:r>
        <w:rPr>
          <w:lang w:eastAsia="zh-CN"/>
        </w:rPr>
        <w:br/>
      </w:r>
      <w:r>
        <w:rPr>
          <w:lang w:eastAsia="zh-CN"/>
        </w:rPr>
        <w:t>　　三、为改革而实践学习权宣言：</w:t>
      </w:r>
      <w:r>
        <w:rPr>
          <w:lang w:eastAsia="zh-CN"/>
        </w:rPr>
        <w:br/>
      </w:r>
      <w:r>
        <w:rPr>
          <w:lang w:eastAsia="zh-CN"/>
        </w:rPr>
        <w:t>　　每个人天生就有阅读、写作的权利，提问、深思的权利，想象创造的权利，读懂自身世界、书写历史的权利，活用教育资源的权利，发展个人及集体力量的权利。</w:t>
      </w:r>
      <w:r>
        <w:rPr>
          <w:lang w:eastAsia="zh-CN"/>
        </w:rPr>
        <w:br/>
      </w:r>
      <w:r>
        <w:rPr>
          <w:lang w:eastAsia="zh-CN"/>
        </w:rPr>
        <w:t>　　在赴实践基地参与听评课活动后，这个宣言一直在我耳畔响起。</w:t>
      </w:r>
      <w:r>
        <w:rPr>
          <w:lang w:eastAsia="zh-CN"/>
        </w:rPr>
        <w:br/>
      </w:r>
      <w:r>
        <w:rPr>
          <w:lang w:eastAsia="zh-CN"/>
        </w:rPr>
        <w:t>　　几位讲课老师年轻、活力，口语好听耐听。他们都能够基于教材又脱离教材，精心设计自己的课堂，并很好的站在学生的角度去进行各个环节的设计与过渡，感觉他们一切都是为了学生的发展在做设计，尊重了学习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课堂改革若是想真正去实施，就让每一位老师去熟读于心这学习权发言！我们的改革首先要从老师传统的观念该起，如果说家长的思想，我们不能干预太多，如果说，社会风气，我们的力量太多薄弱，但是对于教师培训的思路，这是我们学校可以操作的。让我们很好的利用课堂主阵地去成功地影响带动我们的孩子们，培养孩子们的思维、能力。思维、能力的培养，这是我们的课堂教育目的，绝不仅仅是知识点的传授！</w:t>
      </w:r>
      <w:r>
        <w:rPr>
          <w:lang w:eastAsia="zh-CN"/>
        </w:rPr>
        <w:br/>
      </w:r>
      <w:r>
        <w:rPr>
          <w:lang w:eastAsia="zh-CN"/>
        </w:rPr>
        <w:t>　　四、为求索而思考</w:t>
      </w:r>
      <w:r>
        <w:rPr>
          <w:lang w:eastAsia="zh-CN"/>
        </w:rPr>
        <w:br/>
      </w:r>
      <w:r>
        <w:rPr>
          <w:lang w:eastAsia="zh-CN"/>
        </w:rPr>
        <w:t>　　记得在一次省专家到我校调研的时候，曾经问过我这样一句话：当前小学英语面临的最关键的问题，你认为是什么？我连思考都没有思考，我的回答是：语境。</w:t>
      </w:r>
      <w:r>
        <w:rPr>
          <w:lang w:eastAsia="zh-CN"/>
        </w:rPr>
        <w:br/>
      </w:r>
      <w:r>
        <w:rPr>
          <w:lang w:eastAsia="zh-CN"/>
        </w:rPr>
        <w:t>　　最近，一直有关于取消英语语言教学的热议，我也曾经私下和老师们聊起，小学英语劳神费力，有用否？</w:t>
      </w:r>
      <w:r>
        <w:rPr>
          <w:lang w:eastAsia="zh-CN"/>
        </w:rPr>
        <w:br/>
      </w:r>
      <w:r>
        <w:rPr>
          <w:lang w:eastAsia="zh-CN"/>
        </w:rPr>
        <w:t>　　国培期间，龚亚夫教授、李华教授也多次谈起，影响英语教学的诸多因素。</w:t>
      </w:r>
      <w:r>
        <w:rPr>
          <w:lang w:eastAsia="zh-CN"/>
        </w:rPr>
        <w:br/>
      </w:r>
      <w:r>
        <w:rPr>
          <w:lang w:eastAsia="zh-CN"/>
        </w:rPr>
        <w:t>　　看来，英语所面临的问题已经摆在桌面，已经是每一位和英语有着关系的人所不得不去思考的东西。</w:t>
      </w:r>
      <w:r>
        <w:rPr>
          <w:lang w:eastAsia="zh-CN"/>
        </w:rPr>
        <w:br/>
      </w:r>
      <w:r>
        <w:rPr>
          <w:lang w:eastAsia="zh-CN"/>
        </w:rPr>
        <w:t>　　其实，英语的普及绝对是发展之必须，而如何让行之有效这是要思考要做的事情。我做为一名一线的英语老师有如下感受：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小学英语老师在累与痛苦交织中，心存渴盼。就整体素质来说，在我们当地，英语老师是专业素养最高的老师，他们的专业是其它学科所无法比较的，都是科班出身，接受了正规教育，专业知识无可厚非。可是区域现状决定了，英语学科面临这主课的要求付科的待遇，老师们疲于赶课，乏于应试，无暇思考。而能为英语振臂呐喊的领导又凤毛麟角，英语老师安分的默默耕耘，换来的却始终是角落中的角色。</w:t>
      </w:r>
      <w:r>
        <w:rPr>
          <w:lang w:eastAsia="zh-CN"/>
        </w:rPr>
        <w:br/>
      </w:r>
      <w:r>
        <w:rPr>
          <w:lang w:eastAsia="zh-CN"/>
        </w:rPr>
        <w:t>　　2。小学英语在班额、地域等客观条件下，飘摇。刚刚踏上英语讲堂的老师都有着梦想，那就是为孩子们创设英语的语境，让孩子们快乐的学习英语。可是面临要带三个以上的班级，面对一天要四、五节课，激情、热情安能安在？不能说老师们的疲惫不应该，而是老师们体验不到英语教学的乐趣，职业倦怠，虽然不想可是成了存在。</w:t>
      </w:r>
      <w:r>
        <w:rPr>
          <w:lang w:eastAsia="zh-CN"/>
        </w:rPr>
        <w:br/>
      </w:r>
      <w:r>
        <w:rPr>
          <w:lang w:eastAsia="zh-CN"/>
        </w:rPr>
        <w:t>　　3。对语言的认识严重差异。这种差异存在于老师间，存在于社会间，存在于学校间。语言不仅是交流的工具，还是培养思维、心智发展、文化渗透的载体。可是，我们的老师虽然英语专业出身，可是他们在思维面前，在文化面前，是那么的矮小，没有深入走进语言，谈何对语言文化的传播？对老师进行境外培训，让英语老师们走出国门，去亲身体验英语文化，这样他们才能成为文化的传播者。社会上对英语工具性的认可根深蒂固，可是却不能尊重做为一种语言，她的自然存在的必然性，没有使用语言的氛围，语言没有成为去沟通的工具，谈何工具性？</w:t>
      </w:r>
      <w:r>
        <w:rPr>
          <w:lang w:eastAsia="zh-CN"/>
        </w:rPr>
        <w:br/>
      </w:r>
      <w:r>
        <w:rPr>
          <w:lang w:eastAsia="zh-CN"/>
        </w:rPr>
        <w:t>　　4。小学英语教学在想象中的真实语境中，杜撰外国中产阶级的美好生活。这种现象是龚教授指出的，语言犀利，道出真相。是的，我们没有真实的环境。要么，创造英语语言文化下的语境，要么，创造中国文化下的英语语言，我们总要让这门语言行动起来，利用起来，而不是闭门造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从来都是幻想着，自己能拥有着一口流利的英语，去自然的在异国生活，并且能指引着有梦想的人去走近这门语言，我虽然也在质疑小学英语的必要性，但是我绝对是英语语言传播的一名忠实拥护者，我只是在这么多的问题面前，感到自己的渺小，感到自己的无能为力。发展是必须的，也是必然的，愿我们的国家，愿我们的语言，去实现真正的发展。</w:t>
      </w:r>
      <w:r>
        <w:rPr>
          <w:lang w:eastAsia="zh-CN"/>
        </w:rPr>
        <w:br/>
      </w:r>
      <w:r>
        <w:rPr>
          <w:lang w:eastAsia="zh-CN"/>
        </w:rPr>
        <w:t>　　我想，培训结束后，我最想表达的是这样一句话：成长大于成功。在学习中，我感受了知识的魅力，在反思中，我有了思考的源泉，在交流中，我深深体味了知识的力量。在培训中，我在成长，而成长大于成功。</w:t>
      </w:r>
      <w:r>
        <w:rPr>
          <w:lang w:eastAsia="zh-CN"/>
        </w:rPr>
        <w:br/>
      </w:r>
      <w:r>
        <w:rPr>
          <w:lang w:eastAsia="zh-CN"/>
        </w:rPr>
        <w:t xml:space="preserve">    六项精进研修班培训总结范文 篇6 </w:t>
      </w:r>
      <w:r>
        <w:rPr>
          <w:lang w:eastAsia="zh-CN"/>
        </w:rPr>
        <w:br/>
      </w:r>
      <w:r>
        <w:rPr>
          <w:lang w:eastAsia="zh-CN"/>
        </w:rPr>
        <w:t>　　伴着雨声坐到电脑前，开始了今天的研修，分享着《玫瑰的幸福》我也倍感幸福；听到《我是巧克力做的》时，对老师充满了敬佩，真是细心、负责的老师；看到《毕业典礼》我想替孩子们感谢老师赐予的"心灵大餐"。今天的案例太精彩了，让我的心灵又一次震撼，做一名幼儿教师真好。</w:t>
      </w:r>
      <w:r>
        <w:rPr>
          <w:lang w:eastAsia="zh-CN"/>
        </w:rPr>
        <w:br/>
      </w:r>
      <w:r>
        <w:rPr>
          <w:lang w:eastAsia="zh-CN"/>
        </w:rPr>
        <w:t>　　做充满激情的、有爱心的幼儿教师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作为一名新时代的幼儿教师应充满激情。激情是一个人开创事业的原动力，是每个人生命中喷薄而出的朝阳。它引导你去奋斗、去拼搏；激情也是催人奋进的号角，更是人们百折不饶的意志力。每天我们用微笑迎接每一位孩子和家长，用饱满的热情参与孩子的各项活动，在活动中言传身教，培养他们的兴趣、爱好、习惯等。永远的激情应该成为我们品格的追求，只要生命在，激情就在。</w:t>
      </w:r>
      <w:r>
        <w:rPr>
          <w:lang w:eastAsia="zh-CN"/>
        </w:rPr>
        <w:br/>
      </w:r>
      <w:r>
        <w:rPr>
          <w:lang w:eastAsia="zh-CN"/>
        </w:rPr>
        <w:t>　　做努力上进的、专业的幼儿教师</w:t>
      </w:r>
      <w:r>
        <w:rPr>
          <w:lang w:eastAsia="zh-CN"/>
        </w:rPr>
        <w:br/>
      </w:r>
      <w:r>
        <w:rPr>
          <w:lang w:eastAsia="zh-CN"/>
        </w:rPr>
        <w:t>　　"三人行，必有我师"，要善于发现别人的优点和长处，以取他人之长，补己之短。对别人的弱势要善于站在对方的角度考虑问题，以宽容之心对待。一次性的学校"充电"，一辈子的工作"放电"现象已不再成为可能。因此，不仅要以不断进取的精神去进行业务方面的继续学习，还应接受各方面知识的学习培训，使自己在日趋专业化的幼儿园教师队伍里，越站越稳；拥有一颗坚强的心，去迎接时代的挑战，并在努力中体验到不断进取的快乐与成功。</w:t>
      </w:r>
      <w:r>
        <w:rPr>
          <w:lang w:eastAsia="zh-CN"/>
        </w:rPr>
        <w:br/>
      </w:r>
      <w:r>
        <w:rPr>
          <w:lang w:eastAsia="zh-CN"/>
        </w:rPr>
        <w:t>　　幼儿教师是专门与幼儿的心灵世界打交道的人，能直接感受到幼儿感情的人。正如徐特立老前辈所说："教书是一种很愉快的事业，你越教就会越爱自己的事业。当你看在看到你教出来学生一批批走向生活，为社会作出贡献时，你会多么高兴啊！"，每一位教师都要格外珍惜和不断积累这种愉快、热爱的真情实感，它让我们在教学的道路上日益充实起来、丰富起来、愉悦起来，幸福起来。</w:t>
      </w:r>
      <w:r>
        <w:rPr>
          <w:lang w:eastAsia="zh-CN"/>
        </w:rPr>
        <w:br/>
      </w:r>
      <w:r>
        <w:rPr>
          <w:lang w:eastAsia="zh-CN"/>
        </w:rPr>
        <w:t xml:space="preserve">    六项精进研修班培训总结范文 篇7 </w:t>
      </w:r>
      <w:r>
        <w:rPr>
          <w:lang w:eastAsia="zh-CN"/>
        </w:rPr>
        <w:br/>
      </w:r>
      <w:r>
        <w:rPr>
          <w:lang w:eastAsia="zh-CN"/>
        </w:rPr>
        <w:t>　　研修，总是随盛夏而来，骄阳 ，闷热，骤雨，亦如期相伴。掬一捧研修，必备“三心”。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要有一颗赤诚之心。这是一颗纯净之心，这是一颗无任何污染的纯净之心。盛夏的喧嚣总免不了消磨人之意志，社会的浮躁总免不了影响人之心灵，而当我们面临远程研修这一饕餮盛宴时，这如许的艰辛和诱惑必须要随着研修的到来而被抛却在风里，我们必须要有一颗赤诚之心，要把自己放入研修的熔炉中，尽情地吮吸每一个专题模块的视频资料的营养，投入地学习、思考、研讨、交流和创新。只有如此，我们才会品尝到伴随盛夏研修的这一甘甜果实。</w:t>
      </w:r>
      <w:r>
        <w:rPr>
          <w:lang w:eastAsia="zh-CN"/>
        </w:rPr>
        <w:br/>
      </w:r>
      <w:r>
        <w:rPr>
          <w:lang w:eastAsia="zh-CN"/>
        </w:rPr>
        <w:t>　　要有一颗耐心与恒心。暑期远程研修是一个磨练人之意志的大舞台，全省的中学教师在这个舞台上将要持续6天的学习与讨论，尽管只有6天，但是每个专题模块的学习都需要每个学员看视频、学理论，需要同一学科的学员线上线下的讨论交流，以至于在将来的校本研修中进行反复实践，所有的这一切都需要有足够的耐心与恒心来承受这似曾熟悉而又非常繁琐的劳动。既然有缘在这一平台上相遇，既然有了这样一个难得的学习机会，我们应该静下心来享受来品味，用自己的恒心与毅力诚然接受这美好的时刻。</w:t>
      </w:r>
      <w:r>
        <w:rPr>
          <w:lang w:eastAsia="zh-CN"/>
        </w:rPr>
        <w:br/>
      </w:r>
      <w:r>
        <w:rPr>
          <w:lang w:eastAsia="zh-CN"/>
        </w:rPr>
        <w:t>　　要有一颗勇往直前的上进心。远程研修年年岁岁，岁岁年年，有的人得过且过，而时光给予他的是一潭死水；有的人视如珍宝，而时光给予他的是一泓清泉。常言道，机不可失，失不再来，研修会给我们带来理论知识的.拓展，带来思维方式的转变，带来教学艺术的提升，面对这样的机遇，我们怎能无动于衷呢！我们要有一颗勇往直前的上进心，主动地去接触和拥抱春风化雨的那份美好，用自己的一颗赤诚之心去坦然面对，用自己的耐心和恒心去追寻和探索。请相信，只有长风破浪，才有直挂云帆。</w:t>
      </w:r>
      <w:r>
        <w:rPr>
          <w:lang w:eastAsia="zh-CN"/>
        </w:rPr>
        <w:br/>
      </w:r>
      <w:r>
        <w:rPr>
          <w:lang w:eastAsia="zh-CN"/>
        </w:rPr>
        <w:t xml:space="preserve">    六项精进研修班培训总结范文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时光飞逝，历时4个多月的“20__知行中国—全国小学班主任远程培训”工作结束。学习的日子快乐而充实，那些鲜活的案例、精彩的点评、丰富的资源以及“三人行”网站的绚丽风采无不深深吸引着我们的参训教师们去探究、去参与、去分享、去收获。在培训过程中，领导高度重视，多措并举，管理到位；辅导教师和小组长日以继夜，不计报酬，奋战在培训一线；参训教师更是主动投身到轰轰烈烈的培训热潮中，克服了各种各样的困难，在“知行”路上奋勇前进，圆满完成了培训任务。现对我校的培训工作总结如下：、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20__年“知行中国”中小学班主任远程培训从启动至今历时几个月，所有培训任务顺利结束，取得了非常不错的效果。海明小学本次参训学员共32名，参训率和学习率都达到100%，实现了我们一个也不少的目标。截至11月6日的学习数据，学习合格人数32人，学习合格率达100%；学员整体的学习质量和效果不错，各项指标均达到培训要求。我校有班主任43名，我们从中共选拔了32名班主任参加培训，有1名赴京培训的骨干辅导教师，并配备2名小组长落实监督残配教师。在主抓与主管校长的有力领导下，全体管理人员、辅导老师、学员同心协力，顺利完成了这次培训工作。培训中存在着不同程度的困难，其中包括教师上网条件不足、老师们本身的计算机水平发展不平衡和部分教师学习的动力和积极性欠缺等。但是在主管部门领导的大力支持下，我校根据自身不同的情况采取适当的措施，设法克服困难，努力创造条件以保证参训学员的'远程学习。进入学习后的学员们普遍对本次远程培训抱有很大的热情和很高的积极性，他们通过六个模块的学习，在平台中从自己的视角提出在班级管理中的各种经验，各种看法，与学友、专家在线交流，在先进的理念引领下不知不觉提升自己的管理境界和思想理念。从而使得这次的培训项目得以顺利地完成。</w:t>
      </w:r>
      <w:r>
        <w:rPr>
          <w:lang w:eastAsia="zh-CN"/>
        </w:rPr>
        <w:br/>
      </w:r>
      <w:r>
        <w:rPr>
          <w:lang w:eastAsia="zh-CN"/>
        </w:rPr>
        <w:t>　　二、领导重视，严格管理、激励促进</w:t>
      </w:r>
      <w:r>
        <w:rPr>
          <w:lang w:eastAsia="zh-CN"/>
        </w:rPr>
        <w:br/>
      </w:r>
      <w:r>
        <w:rPr>
          <w:lang w:eastAsia="zh-CN"/>
        </w:rPr>
        <w:t>　　1、学校领导高度重视网络教研活动，安排主管校长、主任专职管理开展这项工作，并作为培训的重要工作来抓。成立了以一把校长为组长的领导小组和以主管校长及年组教师为成员的网络教研工作组，研究制定了学校网络教研活动计划建立健全了网络教研、培训评价管理工作制度，做到了有目的、有计划地开展实施了网络教研活动。召开网络教研人员培训会议，校长讲明了网络教研的目的意义：网络教研平台上，促进教师与专家、同行们交流教学经验，交换观点建议，探究有效的学生管理方法，质疑解惑，促进班主任教师专业化发展。与教师们达成了在网络教研平台上学习、锻炼、成长的共识，使全体教师都能积极主动地投身到网络教研活动之中</w:t>
      </w:r>
      <w:r>
        <w:rPr>
          <w:lang w:eastAsia="zh-CN"/>
        </w:rPr>
        <w:br/>
      </w:r>
      <w:r>
        <w:rPr>
          <w:lang w:eastAsia="zh-CN"/>
        </w:rPr>
        <w:t>　　2、准备充分，宣传到位，开局良好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由于本次培训规模大，涉及人数多，如何做好前期工作，做好宣传工作就显得非常重要。培训预热开始，首先做的事就是摸底排查，了解参训教师的计算机操作水平，采取分批集中培训的方式解决技术操作难题。其次是加强宣传，使参训教师充分认识到班主任培训的意义及本次培训的具体要求，积极参与到培训中来。在这个过程中，有领导的大力支持，更有我校赴京培训回来的辅导教师、小组长的无私奉献，辛勤劳动，使得我成绩喜人。这充分说明我校的培训有了一个良好的开局，这个成绩也极大地鼓舞了我省参训教师，并且形成了人人愿意参加培训，人人都想学习的氛围，也为我们后期的学习奠定了良好的基础</w:t>
      </w:r>
      <w:r>
        <w:rPr>
          <w:lang w:eastAsia="zh-CN"/>
        </w:rPr>
        <w:br/>
      </w:r>
      <w:r>
        <w:rPr>
          <w:lang w:eastAsia="zh-CN"/>
        </w:rPr>
        <w:t>　　3、分类指导，典型引路，推进全面工作</w:t>
      </w:r>
      <w:r>
        <w:rPr>
          <w:lang w:eastAsia="zh-CN"/>
        </w:rPr>
        <w:br/>
      </w:r>
      <w:r>
        <w:rPr>
          <w:lang w:eastAsia="zh-CN"/>
        </w:rPr>
        <w:t>　　由于这次培训规模大，参训教师计算机操作水平不一，我们就组织集中培训。还有的自己没有电脑，有的借用别人的、有的跑去网吧学习。在项目进行到中期，要求学完“六个模块”的学员可以进行“三人行”网络班级建设时，在参训教师中引起了强烈的议论。由于客观条件限制，学生家中没有电脑，家长学生都无法上网参与活动，许多老师对该内容的学习产生了畏难、恐慌的情绪，认为该项任务根本无法完成，这时，我们马上出台引导培训方向的方案。唐艳辉老师集中介绍“我如何创建三人行班级”，立刻引起了广大学员极大关注，成为研修过程中的一次雪中送炭。有效引导了我校参培教师的三人行网络班级建设。</w:t>
      </w:r>
      <w:r>
        <w:rPr>
          <w:lang w:eastAsia="zh-CN"/>
        </w:rPr>
        <w:br/>
      </w:r>
      <w:r>
        <w:rPr>
          <w:lang w:eastAsia="zh-CN"/>
        </w:rPr>
        <w:t>　　、加大网络班主任教研人员的培训力度。培训按照两个层面开展实施：集中培训和自我操作练习、发表日志。集中培训由学校统一时间、地点、主讲人的形式进行。内容：一是教师在微机网络教室观看网络研讨主题，二是让教师们利用网络教研在线时间发表培养学生良好的学习习惯和良好的行为习惯；增强学生抗挫能力的经验和案例，在网络研究平台上，不断提升自身教学能力和教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5、监督激励的奖惩机制。为促进教师们积极、主动地参与到网络研究活动中，从培训开始，我们便实施激励奖惩机制。如：培训前期，出现部分教师的学习态度消极情况，学校作通报批评，督促其完成培训学习的全部任务，并将学校将参与网络教研活动情况列入班主任评价考核之中。此外，还对优秀学员给予表彰和奖励。</w:t>
      </w:r>
      <w:r>
        <w:rPr>
          <w:lang w:eastAsia="zh-CN"/>
        </w:rPr>
        <w:br/>
      </w:r>
      <w:r>
        <w:rPr>
          <w:lang w:eastAsia="zh-CN"/>
        </w:rPr>
        <w:t>　　6、明确网络研究跟踪分工，落实管理责任。此项工作由主管校长和电教室主任每天负责上网浏览跟踪记录教师们参与网络教研活动的情况，表扬表现突出教师，促进网络教研活动的有续发展。及时互通信息，加强上下级沟通协作。小组长向辅导教师汇报、辅导教师想主抓领导汇报学情进展中的问题，随时保持网络、电话沟通探讨，针对培训中出现的问题提出整改有效措施，及时有效地解决问题。表扬先进、督促落后，从而带动了整个学员团队的积极性。</w:t>
      </w:r>
      <w:r>
        <w:rPr>
          <w:lang w:eastAsia="zh-CN"/>
        </w:rPr>
        <w:br/>
      </w:r>
      <w:r>
        <w:rPr>
          <w:lang w:eastAsia="zh-CN"/>
        </w:rPr>
        <w:t>　　三、在网络平台上展示自我提升素质</w:t>
      </w:r>
      <w:r>
        <w:rPr>
          <w:lang w:eastAsia="zh-CN"/>
        </w:rPr>
        <w:br/>
      </w:r>
      <w:r>
        <w:rPr>
          <w:lang w:eastAsia="zh-CN"/>
        </w:rPr>
        <w:t>　　开展网络教研活动以来，班主任教师们的参与积极性很高，很多教师都能积极、主动参与到网络研究活动中来，把自己在平时数学教学中的经验、反思、工作案例等发表，与同行们共同分享，共同切磋，共同成长。我校领导更起到了率先引领作用，</w:t>
      </w:r>
      <w:r>
        <w:rPr>
          <w:lang w:eastAsia="zh-CN"/>
        </w:rPr>
        <w:br/>
      </w:r>
      <w:r>
        <w:rPr>
          <w:lang w:eastAsia="zh-CN"/>
        </w:rPr>
        <w:t>　　实践充分证明：网络教研是班主任培训和行动研究的又一条切实可行的有效途径，更是提升教师专业化素质的最佳展示、锻练、成长的平台。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经过这一轮的网上研讨活动，使我们学校的老师受益匪浅，感谢进修学校，给我们教师提供了一个很好的学习机会，也给我们一个展示自我的一个平台。由于本次培训教育部高度重视，研修网组织严密，管理严格，措施得力，培训资源贴近实际，培训形式新颖别致，给参训教师留下了深刻的印象，许多老师表示这是他们参加过的最好、最有成效的一次培训。在培训的具体实施过程中，我校的突出特点是实事求是，因地制宜，因人而异，以参训教师为本，牢固树立质量为先的理念，使老师们快乐研修，保证每个参训教师收获最大化。参训教师的整体素质有了极大的提高。由于在培训过程中，我们始终把质量为先的理念放在首位，参训教师能够端正学习态度，静下心来深入学习。特别是参训教师能够将学到的理论和方法运用到自己的班主任工作实际中，使教师的班主任工作理念、工作方法等都有了很大改变，整体素质有了极大的提高。</w:t>
      </w:r>
      <w:r>
        <w:rPr>
          <w:lang w:eastAsia="zh-CN"/>
        </w:rPr>
        <w:br/>
      </w:r>
      <w:r>
        <w:rPr>
          <w:lang w:eastAsia="zh-CN"/>
        </w:rPr>
        <w:t>　　4个多月的培训学时仿佛很长，但是我们的参培教师在这次培训中享受了、快乐了、收获了。今后的工作中，让我们带着收获，不断反思与完味。实践于班主任的实际工作中去。</w:t>
      </w:r>
      <w:r>
        <w:rPr>
          <w:lang w:eastAsia="zh-CN"/>
        </w:rPr>
        <w:br/>
      </w:r>
      <w:r>
        <w:rPr>
          <w:lang w:eastAsia="zh-CN"/>
        </w:rPr>
        <w:t xml:space="preserve">    六项精进研修班培训总结范文 篇9 </w:t>
      </w:r>
      <w:r>
        <w:rPr>
          <w:lang w:eastAsia="zh-CN"/>
        </w:rPr>
        <w:br/>
      </w:r>
      <w:r>
        <w:rPr>
          <w:lang w:eastAsia="zh-CN"/>
        </w:rPr>
        <w:t>　　研修已近尾声，全省各地的幼教姐妹借助网络这个神奇的大平台聚在一起。在专家的引领下，对幼儿园一日生活，各种活动的组织认识更深刻了，理解更深入了，以后工作中会处理更恰当。同行们在一起互相学习，沟通心灵，达成共识，共同进步和提高。</w:t>
      </w:r>
      <w:r>
        <w:rPr>
          <w:lang w:eastAsia="zh-CN"/>
        </w:rPr>
        <w:br/>
      </w:r>
      <w:r>
        <w:rPr>
          <w:lang w:eastAsia="zh-CN"/>
        </w:rPr>
        <w:t>　　提升职业素养，练好基本功，充实教育知识，与时俱进，更新教育观念，用爱和尊重促进幼儿健康和谐发展，促教师专业成长，做幸福智慧的幼教人，已经成为大家共同的心声。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研修期间，平阴县机关幼儿园的老师们更是珍惜研修机会，不畏酷暑，加班加点，精益求精，热情高涨，写出了高质量的研修作业，随笔感言，制作了精美的研究简报，多篇文章被指导老师推荐。刘红娇老师怀孕九个月身子不方便还坚持研修，蒋国老师带老花镜敲着键盘看视频，保健大夫李玲老师天天早来园给大家烧开水，全力做好研修后勤保障工作。大家深感收获颇丰，知识的`交融与碰撞，观念的沟通与创新。研修平台人气十足，魅力四射。老师们表示要把收获带到教学上，带给孩子们。</w:t>
      </w:r>
      <w:r>
        <w:rPr>
          <w:lang w:eastAsia="zh-CN"/>
        </w:rPr>
        <w:br/>
      </w:r>
      <w:r>
        <w:rPr>
          <w:lang w:eastAsia="zh-CN"/>
        </w:rPr>
        <w:t>　　感恩研修，集中研修时间有限，但老师创新发展推动幼教发展的热情不减。愿凝聚老师、专家心血的成千万字的研修成果成为幼儿教师专业成长的助推器，营养滋润我们的老师成长更快，营养滋润我们的孩子开放的更加艳丽！</w:t>
      </w:r>
      <w:r>
        <w:rPr>
          <w:lang w:eastAsia="zh-CN"/>
        </w:rPr>
        <w:br/>
      </w:r>
      <w:r>
        <w:rPr>
          <w:lang w:eastAsia="zh-CN"/>
        </w:rPr>
        <w:t xml:space="preserve">    六项精进研修班培训总结范文 篇10 </w:t>
      </w:r>
      <w:r>
        <w:rPr>
          <w:lang w:eastAsia="zh-CN"/>
        </w:rPr>
        <w:br/>
      </w:r>
      <w:r>
        <w:rPr>
          <w:lang w:eastAsia="zh-CN"/>
        </w:rPr>
        <w:t>　　这次研修，我校有四名教师被__市教体局指定为市学科指导老师，全校老师为之骄傲。短暂而又漫长的六天研修，对他（她）们来说，是对体力精力学识的一次严峻的考验。每天醒来，他（她）们就坐在电脑前开始了一天的指导工作，从旭日初升到暮色黄昏，从华灯初上到夜深人静，不变的是坐在电脑前时而思索时而忙碌的身影。浏览每一份作业，精心选择学习园地的话题，推荐发帖……尽管如此的忙碌劳累，但他们心系学员，无怨无悔。</w:t>
      </w:r>
      <w:r>
        <w:rPr>
          <w:lang w:eastAsia="zh-CN"/>
        </w:rPr>
        <w:br/>
      </w:r>
      <w:r>
        <w:rPr>
          <w:lang w:eastAsia="zh-CN"/>
        </w:rPr>
        <w:t>　　剪影一：初逢研修亦从容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__市第二实验小学副校长，山东省书法协会会员，这次研修中担任美术学科指导教师。初次参加研修，又是全市唯一的美术指导教师，压力之大任务之重，可想而知。每天电脑前的紧张工作，让他的两鬓似乎增添了丝丝白发，但不变的是他一贯的从容沉着，和煦的微笑。令我们不由得暗暗赞叹：肖校长，您是好样的！</w:t>
      </w:r>
      <w:r>
        <w:rPr>
          <w:lang w:eastAsia="zh-CN"/>
        </w:rPr>
        <w:br/>
      </w:r>
      <w:r>
        <w:rPr>
          <w:lang w:eastAsia="zh-CN"/>
        </w:rPr>
        <w:t>　　剪影二：管理指导样样棒</w:t>
      </w:r>
      <w:r>
        <w:rPr>
          <w:lang w:eastAsia="zh-CN"/>
        </w:rPr>
        <w:br/>
      </w:r>
      <w:r>
        <w:rPr>
          <w:lang w:eastAsia="zh-CN"/>
        </w:rPr>
        <w:t>　　__市第二实验小学副校长，省思品优质课获得者，多次在各级各类刊物上发表思品论文。这次研修她不但负责全校各学科的研修，还担任了全市思品学科指导教师组的组长。每一分每一秒，对她来说都是宝贵的。每天要早早到校全程跟踪全校的研修情况，悉心关照到学校每位学员的情况，在她的指导鼓励下，我校历次研修成绩位居全市前茅。更可贵的是参加全市思品学科研修的老师，除了领导就是即将退休的老教师，有的研修组甚至由五六个乡镇的老师组成，联系起来很不方便，指导工作的难度可想而知。就是这样的研修队伍，愣是没有一名学员掉队！思品学科的研修取得了累累硕果，受到了局领导的高度赞扬。一分耕耘一分收获！我们想对这位金刚钻说：姜校长，您辛苦了！</w:t>
      </w:r>
      <w:r>
        <w:rPr>
          <w:lang w:eastAsia="zh-CN"/>
        </w:rPr>
        <w:br/>
      </w:r>
      <w:r>
        <w:rPr>
          <w:lang w:eastAsia="zh-CN"/>
        </w:rPr>
        <w:t>　　剪影三：且歌且舞研修路</w:t>
      </w:r>
      <w:r>
        <w:rPr>
          <w:lang w:eastAsia="zh-CN"/>
        </w:rPr>
        <w:br/>
      </w:r>
      <w:r>
        <w:rPr>
          <w:lang w:eastAsia="zh-CN"/>
        </w:rPr>
        <w:t>　　__市第二实验小学大队辅导员兼工会主席，山东省音乐学科教学能手，这次担任全市音乐指导教师。为了研修，她原本匆匆的步子更急促了；为了研修，她忘记了给心爱的儿子过生日；为了研修，她废寝忘食，忘记了吃饭……在音乐研修的舞台上，她且歌且舞，亮出了自己炫目的风采！我想对您说：张主席，您是舞台上最美丽的星星！</w:t>
      </w:r>
      <w:r>
        <w:rPr>
          <w:lang w:eastAsia="zh-CN"/>
        </w:rPr>
        <w:br/>
      </w:r>
      <w:r>
        <w:rPr>
          <w:lang w:eastAsia="zh-CN"/>
        </w:rPr>
        <w:t>　　剪影四：重逢研修情更浓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__市第二实验小学数学教研组长，__市数学骨干教师。刘老师第二次担任数学学科研修的市级指导老师了，再次担当重任，对她来说虽然是轻车熟路，却不敢有丝毫的懈怠，为了研修工作时常奔走在学校与学校之间，每天忙碌到深夜。数学研修捷报频传，刘老师笑的特别开心，每当这时，我想说：刘老师，研修中你的笑容最美最甜！</w:t>
      </w:r>
      <w:r>
        <w:rPr>
          <w:lang w:eastAsia="zh-CN"/>
        </w:rPr>
        <w:br/>
      </w:r>
      <w:r>
        <w:rPr>
          <w:lang w:eastAsia="zh-CN"/>
        </w:rPr>
        <w:t>　　四位指导老师，你们是研修路上最亮丽的一道风景，你们是研修夜空中最璀璨闪亮的星星！向辛勤工作的你们致敬！向所有辛勤工作的指导老师们致敬！</w:t>
      </w:r>
      <w:r>
        <w:rPr>
          <w:lang w:eastAsia="zh-CN"/>
        </w:rPr>
        <w:br/>
      </w:r>
      <w:r>
        <w:rPr>
          <w:lang w:eastAsia="zh-CN"/>
        </w:rPr>
        <w:t xml:space="preserve">    六项精进研修班培训总结范文 篇11 </w:t>
      </w:r>
      <w:r>
        <w:rPr>
          <w:lang w:eastAsia="zh-CN"/>
        </w:rPr>
        <w:br/>
      </w:r>
      <w:r>
        <w:rPr>
          <w:lang w:eastAsia="zh-CN"/>
        </w:rPr>
        <w:t>　　时光匆匆，转眼间远程研修已经接近了尾声，回顾这六天的研修学习，心中感慨万千。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已经习惯了这样的学习生活，每天早上八点到下午五点甚至到更晚，老师们都很认真地观看视频、学习交流，在完成作业的同时还积极进行在线研讨、发表评论，学习研修前几天的优秀文章，研修组长们更是马不停蹄地跑来跑去，为老师们解决研修过程中出现的疑难问题。研修不但让我们增长了专业知识，还提高了老教师们的信息技术能力，好多老教师一再表示自己好像变年轻了，对于网络不再陌生，可以跟上时代的步伐了！为了帮助学员们更好的完成学习任务，有好几个夜晚，我一直忙到平台维护关闭，有时候竟然没有感觉到时间的流逝，心中不免感到充实和快乐。不管是年轻的我们，还是年长的老教师们，我们都在这个网络大课堂里感受和体验着穿越时间和空间的幸福！</w:t>
      </w:r>
      <w:r>
        <w:rPr>
          <w:lang w:eastAsia="zh-CN"/>
        </w:rPr>
        <w:br/>
      </w:r>
      <w:r>
        <w:rPr>
          <w:lang w:eastAsia="zh-CN"/>
        </w:rPr>
        <w:t>　　在这个不再虚拟的网络空间里，在这个温馨的交流平台上，虽然有素未谋面的同仁，但我们不再孤单。不说相聚有期，不问身在何处，研修——让我们一路同行！</w:t>
      </w:r>
      <w:r>
        <w:rPr>
          <w:lang w:eastAsia="zh-CN"/>
        </w:rPr>
        <w:br/>
      </w:r>
      <w:r>
        <w:rPr>
          <w:lang w:eastAsia="zh-CN"/>
        </w:rPr>
        <w:t xml:space="preserve">    六项精进研修班培训总结范文 篇12 </w:t>
      </w:r>
      <w:r>
        <w:rPr>
          <w:lang w:eastAsia="zh-CN"/>
        </w:rPr>
        <w:br/>
      </w:r>
      <w:r>
        <w:rPr>
          <w:lang w:eastAsia="zh-CN"/>
        </w:rPr>
        <w:t>　　人要走进知识宝库，是一辈子的事情，不可能一蹴而就，因此我们要学习的东西太多了。暑期网上研修培训，给了我们一把学习的钥匙，这是一把增长知识才干和提高思想素质的金钥匙。本次研修体会多多，随笔如下三点：</w:t>
      </w:r>
      <w:r>
        <w:rPr>
          <w:lang w:eastAsia="zh-CN"/>
        </w:rPr>
        <w:br/>
      </w:r>
      <w:r>
        <w:rPr>
          <w:lang w:eastAsia="zh-CN"/>
        </w:rPr>
        <w:t>　　一、机会难得，学习气氛浓厚</w:t>
      </w:r>
      <w:r>
        <w:rPr>
          <w:lang w:eastAsia="zh-CN"/>
        </w:rPr>
        <w:br/>
      </w:r>
      <w:r>
        <w:rPr>
          <w:lang w:eastAsia="zh-CN"/>
        </w:rPr>
        <w:t>　　再一次参加培训的我非常珍惜这次难得的学习机会，在最短的时间内完成了由教育工作者到学生的角色转换。认真、虚心、诚恳地接受培训，态度端正、学习专注，同事们长都能专心致志，全神贯注，认真的聆听和记录，及时完成作业，如饥似渴地接受着新鲜的理念。大家都觉得机会是如此的难得，学习气氛十分浓厚，仿佛回到了学生时代。</w:t>
      </w:r>
      <w:r>
        <w:rPr>
          <w:lang w:eastAsia="zh-CN"/>
        </w:rPr>
        <w:br/>
      </w:r>
      <w:r>
        <w:rPr>
          <w:lang w:eastAsia="zh-CN"/>
        </w:rPr>
        <w:t>　　二、异彩纷呈，培训全面系统</w:t>
      </w:r>
      <w:r>
        <w:rPr>
          <w:lang w:eastAsia="zh-CN"/>
        </w:rPr>
        <w:br/>
      </w:r>
      <w:r>
        <w:rPr>
          <w:lang w:eastAsia="zh-CN"/>
        </w:rPr>
        <w:t>　　“21世纪课堂中的评价”就是一顿丰盛的大餐，精美地呈现在我们的面前，真是“听君一席话，胜读十年书”。本次培训深入浅出，可谓是异彩纷呈，对指导实际工作有较大帮助，对如何做好学生课堂评价有了新的思路。理解什么叫“量规”。当然，做好评价工作，需要脚踏实地，持之以恒，不能心存侥幸。</w:t>
      </w:r>
      <w:r>
        <w:rPr>
          <w:lang w:eastAsia="zh-CN"/>
        </w:rPr>
        <w:br/>
      </w:r>
    </w:p>
    <w:p w:rsidR="001B1F19" w14:textId="27C3F48A">
      <w:pPr>
        <w:rPr>
          <w:rFonts w:hint="eastAsia"/>
          <w:lang w:eastAsia="zh-CN"/>
        </w:rPr>
      </w:pPr>
      <w:r>
        <w:rPr>
          <w:lang w:eastAsia="zh-CN"/>
        </w:rPr>
        <w:t>　　三、学无止境，更新学习观念</w:t>
      </w:r>
      <w:r>
        <w:rPr>
          <w:lang w:eastAsia="zh-CN"/>
        </w:rPr>
        <w:br/>
      </w:r>
      <w:r>
        <w:rPr>
          <w:lang w:eastAsia="zh-CN"/>
        </w:rPr>
        <w:t>　　“人生是一个长跑，要一直坚持下去。”学习也是如此。所有人都是走着同一条道，那就是不断的读书学习，关注专业知识，关注学生未来，永无止境。要让读书学习像吃饭睡觉一样，成为我们必不可少的生活方式。我虽然不是教育教学的专家，但我可以从现在起就行动起来，像专家一样投入到研修学习的活动中去，让研修学习也成为我生命活动中不可或缺的组成部分。对照自己的工作实际，将所学知识为我所用。</w:t>
      </w:r>
      <w:r>
        <w:rPr>
          <w:lang w:eastAsia="zh-CN"/>
        </w:rPr>
        <w:br/>
      </w:r>
      <w:r>
        <w:rPr>
          <w:lang w:eastAsia="zh-CN"/>
        </w:rPr>
        <w:t>　　思想在我们的头脑中，工作在我们的手中，坐而言，不如起而行！路虽远，行则将至；事虽难，做则必成。我将重新树立终身学习的观念：为符合21世纪课堂评价努力学习，为培养出更多创新人才努力工作。</w:t>
      </w:r>
      <w:r>
        <w:rPr>
          <w:lang w:eastAsia="zh-CN"/>
        </w:rPr>
        <w:br/>
      </w:r>
      <w:r>
        <w:rPr>
          <w:lang w:eastAsia="zh-CN"/>
        </w:rPr>
        <w:t xml:space="preserve">    六项精进研修班培训总结范文 篇13 </w:t>
      </w:r>
      <w:r>
        <w:rPr>
          <w:lang w:eastAsia="zh-CN"/>
        </w:rPr>
        <w:br/>
      </w:r>
      <w:r>
        <w:rPr>
          <w:lang w:eastAsia="zh-CN"/>
        </w:rPr>
        <w:t>　　偌大的研修平台，巨大的知识含量，快速的平台更新，让我目不暇接。家距离学校较远，研修两日后，于是我以家远为借口向学校提出自己在家研修，其实醉翁之意不在酒，而是因为这样一来可以节约更多的时间用来研修。</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https://d.book118.com/137022023006006054</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7022023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