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2024植树节主题活动方案（34篇）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2024植树节主题活动方案（通用34篇）</w:t>
      </w:r>
      <w:r>
        <w:rPr>
          <w:lang w:eastAsia="zh-CN"/>
        </w:rPr>
        <w:br/>
      </w:r>
      <w:r>
        <w:rPr>
          <w:lang w:eastAsia="zh-CN"/>
        </w:rPr>
        <w:t xml:space="preserve">    2024植树节主题活动方案 篇1 </w:t>
      </w:r>
      <w:r>
        <w:rPr>
          <w:lang w:eastAsia="zh-CN"/>
        </w:rPr>
        <w:br/>
      </w:r>
      <w:r>
        <w:rPr>
          <w:lang w:eastAsia="zh-CN"/>
        </w:rPr>
        <w:t>　　一、活动主题：呵护绿色放飞希望</w:t>
      </w:r>
      <w:r>
        <w:rPr>
          <w:lang w:eastAsia="zh-CN"/>
        </w:rPr>
        <w:br/>
      </w:r>
      <w:r>
        <w:rPr>
          <w:lang w:eastAsia="zh-CN"/>
        </w:rPr>
        <w:t>　　二、活动目标：</w:t>
      </w:r>
      <w:r>
        <w:rPr>
          <w:lang w:eastAsia="zh-CN"/>
        </w:rPr>
        <w:br/>
      </w:r>
      <w:r>
        <w:rPr>
          <w:lang w:eastAsia="zh-CN"/>
        </w:rPr>
        <w:t>　　1、从小爱护花木、保护环境，知道了小树、花草是我们人类的朋友;</w:t>
      </w:r>
      <w:r>
        <w:rPr>
          <w:lang w:eastAsia="zh-CN"/>
        </w:rPr>
        <w:br/>
      </w:r>
      <w:r>
        <w:rPr>
          <w:lang w:eastAsia="zh-CN"/>
        </w:rPr>
        <w:t>　　2、能够愉快的参加活动，积极与父母共同劳动，在活动中遵守规则，学习与他人合作，体会劳动的快乐;</w:t>
      </w:r>
      <w:r>
        <w:rPr>
          <w:lang w:eastAsia="zh-CN"/>
        </w:rPr>
        <w:br/>
      </w:r>
      <w:r>
        <w:rPr>
          <w:lang w:eastAsia="zh-CN"/>
        </w:rPr>
        <w:t>　　3、感受大自然、周围环境的美好，初步建立保护环境的责任感;</w:t>
      </w:r>
      <w:r>
        <w:rPr>
          <w:lang w:eastAsia="zh-CN"/>
        </w:rPr>
        <w:br/>
      </w:r>
      <w:r>
        <w:rPr>
          <w:lang w:eastAsia="zh-CN"/>
        </w:rPr>
        <w:t>　　4、倡议绿色，做好宣传社会。</w:t>
      </w:r>
      <w:r>
        <w:rPr>
          <w:lang w:eastAsia="zh-CN"/>
        </w:rPr>
        <w:br/>
      </w:r>
      <w:r>
        <w:rPr>
          <w:lang w:eastAsia="zh-CN"/>
        </w:rPr>
        <w:t>　　三、活动准备：</w:t>
      </w:r>
      <w:r>
        <w:rPr>
          <w:lang w:eastAsia="zh-CN"/>
        </w:rPr>
        <w:br/>
      </w:r>
      <w:r>
        <w:rPr>
          <w:lang w:eastAsia="zh-CN"/>
        </w:rPr>
        <w:t>　　1、活动宣传。</w:t>
      </w:r>
      <w:r>
        <w:rPr>
          <w:lang w:eastAsia="zh-CN"/>
        </w:rPr>
        <w:br/>
      </w:r>
      <w:r>
        <w:rPr>
          <w:lang w:eastAsia="zh-CN"/>
        </w:rPr>
        <w:t>　　2、准备树苗(幼儿园准备，新生树苗)</w:t>
      </w:r>
      <w:r>
        <w:rPr>
          <w:lang w:eastAsia="zh-CN"/>
        </w:rPr>
        <w:br/>
      </w:r>
      <w:r>
        <w:rPr>
          <w:lang w:eastAsia="zh-CN"/>
        </w:rPr>
        <w:t>　　3、植树所需的工具(家长自备)</w:t>
      </w:r>
      <w:r>
        <w:rPr>
          <w:lang w:eastAsia="zh-CN"/>
        </w:rPr>
        <w:br/>
      </w:r>
      <w:r>
        <w:rPr>
          <w:lang w:eastAsia="zh-CN"/>
        </w:rPr>
        <w:t>　　4、准备摄影设备，拍摄下植树的过程。</w:t>
      </w:r>
      <w:r>
        <w:rPr>
          <w:lang w:eastAsia="zh-CN"/>
        </w:rPr>
        <w:br/>
      </w:r>
      <w:r>
        <w:rPr>
          <w:lang w:eastAsia="zh-CN"/>
        </w:rPr>
        <w:t>　　5、认养树牌印制、家长签名条幅。</w:t>
      </w:r>
      <w:r>
        <w:rPr>
          <w:lang w:eastAsia="zh-CN"/>
        </w:rPr>
        <w:br/>
      </w:r>
      <w:r>
        <w:rPr>
          <w:lang w:eastAsia="zh-CN"/>
        </w:rPr>
        <w:t>　　6、班牌、教师统一服装。</w:t>
      </w:r>
      <w:r>
        <w:rPr>
          <w:lang w:eastAsia="zh-CN"/>
        </w:rPr>
        <w:br/>
      </w:r>
      <w:r>
        <w:rPr>
          <w:lang w:eastAsia="zh-CN"/>
        </w:rPr>
        <w:t>　　7、种植亲子树的家长自带一个小水桶。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8、准备签字笔，一班两支。</w:t>
      </w:r>
      <w:r>
        <w:rPr>
          <w:lang w:eastAsia="zh-CN"/>
        </w:rPr>
        <w:br/>
      </w:r>
      <w:r>
        <w:rPr>
          <w:lang w:eastAsia="zh-CN"/>
        </w:rPr>
        <w:t>　　9、宣传条幅</w:t>
      </w:r>
      <w:r>
        <w:rPr>
          <w:lang w:eastAsia="zh-CN"/>
        </w:rPr>
        <w:br/>
      </w:r>
      <w:r>
        <w:rPr>
          <w:lang w:eastAsia="zh-CN"/>
        </w:rPr>
        <w:t>　　(1)珍爱绿色，珍爱我们共有的家园。(植物园悬挂)</w:t>
      </w:r>
      <w:r>
        <w:rPr>
          <w:lang w:eastAsia="zh-CN"/>
        </w:rPr>
        <w:br/>
      </w:r>
      <w:r>
        <w:rPr>
          <w:lang w:eastAsia="zh-CN"/>
        </w:rPr>
        <w:t>　　(2)一花一世界，一叶一菩提;植下一棵树，收获万点绿(植物园悬挂)</w:t>
      </w:r>
      <w:r>
        <w:rPr>
          <w:lang w:eastAsia="zh-CN"/>
        </w:rPr>
        <w:br/>
      </w:r>
      <w:r>
        <w:rPr>
          <w:lang w:eastAsia="zh-CN"/>
        </w:rPr>
        <w:t>　　(3)植树在当代，得宜在下代(幼儿园悬挂)</w:t>
      </w:r>
      <w:r>
        <w:rPr>
          <w:lang w:eastAsia="zh-CN"/>
        </w:rPr>
        <w:br/>
      </w:r>
      <w:r>
        <w:rPr>
          <w:lang w:eastAsia="zh-CN"/>
        </w:rPr>
        <w:t>　　(4)_幼儿园3.12第三届“_林”种植亲子树活动(活动地点：_市植物园活动时间3月12日9：00)(植物园门口、幼儿园悬挂)</w:t>
      </w:r>
      <w:r>
        <w:rPr>
          <w:lang w:eastAsia="zh-CN"/>
        </w:rPr>
        <w:br/>
      </w:r>
      <w:r>
        <w:rPr>
          <w:lang w:eastAsia="zh-CN"/>
        </w:rPr>
        <w:t>　　四、活动过程：</w:t>
      </w:r>
      <w:r>
        <w:rPr>
          <w:lang w:eastAsia="zh-CN"/>
        </w:rPr>
        <w:br/>
      </w:r>
      <w:r>
        <w:rPr>
          <w:lang w:eastAsia="zh-CN"/>
        </w:rPr>
        <w:t>　　1、从我做起：大家要从身边的小事做起，爱护每一片绿叶，每一棵幼苗，不采摘花朵，不攀树枝，不踏草地，不到花坛上玩耍。</w:t>
      </w:r>
      <w:r>
        <w:rPr>
          <w:lang w:eastAsia="zh-CN"/>
        </w:rPr>
        <w:br/>
      </w:r>
      <w:r>
        <w:rPr>
          <w:lang w:eastAsia="zh-CN"/>
        </w:rPr>
        <w:t>　　2、绿化家园：教职工、家长在家要开展植树、种花活动，选择一些适合在家里种植的花木，种在阳台或房间里，使自己的家变成一个绿色家园。</w:t>
      </w:r>
      <w:r>
        <w:rPr>
          <w:lang w:eastAsia="zh-CN"/>
        </w:rPr>
        <w:br/>
      </w:r>
      <w:r>
        <w:rPr>
          <w:lang w:eastAsia="zh-CN"/>
        </w:rPr>
        <w:t>　　3、家长与幼儿3月12日上午8点30分在植物园门口集合。9：00由班主任带队到达本班活动区进行主题活动。</w:t>
      </w:r>
      <w:r>
        <w:rPr>
          <w:lang w:eastAsia="zh-CN"/>
        </w:rPr>
        <w:br/>
      </w:r>
      <w:r>
        <w:rPr>
          <w:lang w:eastAsia="zh-CN"/>
        </w:rPr>
        <w:t>　　4、10:00各班参加种植亲子树的家长幼儿在班主任的组织下到_林集合。</w:t>
      </w:r>
      <w:r>
        <w:rPr>
          <w:lang w:eastAsia="zh-CN"/>
        </w:rPr>
        <w:br/>
      </w:r>
      <w:r>
        <w:rPr>
          <w:lang w:eastAsia="zh-CN"/>
        </w:rPr>
        <w:t>　　第一组：新生组</w:t>
      </w:r>
      <w:r>
        <w:rPr>
          <w:lang w:eastAsia="zh-CN"/>
        </w:rPr>
        <w:br/>
      </w:r>
      <w:r>
        <w:rPr>
          <w:lang w:eastAsia="zh-CN"/>
        </w:rPr>
        <w:t>　　(1)组织新生家长与幼儿一起种下“亲子树”、浇水。</w:t>
      </w:r>
      <w:r>
        <w:rPr>
          <w:lang w:eastAsia="zh-CN"/>
        </w:rPr>
        <w:br/>
      </w:r>
      <w:r>
        <w:rPr>
          <w:lang w:eastAsia="zh-CN"/>
        </w:rPr>
        <w:t>　　(2)为小树挂上认养牌。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(3)签名仪式(在条幅“_幼儿园3.12第三届“_林”种植亲子树活动“上签名)</w:t>
      </w:r>
      <w:r>
        <w:rPr>
          <w:lang w:eastAsia="zh-CN"/>
        </w:rPr>
        <w:br/>
      </w:r>
      <w:r>
        <w:rPr>
          <w:lang w:eastAsia="zh-CN"/>
        </w:rPr>
        <w:t>　　(4)班级在条幅下合影留念。</w:t>
      </w:r>
      <w:r>
        <w:rPr>
          <w:lang w:eastAsia="zh-CN"/>
        </w:rPr>
        <w:br/>
      </w:r>
      <w:r>
        <w:rPr>
          <w:lang w:eastAsia="zh-CN"/>
        </w:rPr>
        <w:t>　　第二组：老生组</w:t>
      </w:r>
      <w:r>
        <w:rPr>
          <w:lang w:eastAsia="zh-CN"/>
        </w:rPr>
        <w:br/>
      </w:r>
      <w:r>
        <w:rPr>
          <w:lang w:eastAsia="zh-CN"/>
        </w:rPr>
        <w:t>　　(1)组织老生家长和幼儿一起为20__年认养的亲子树松土、浇水。</w:t>
      </w:r>
      <w:r>
        <w:rPr>
          <w:lang w:eastAsia="zh-CN"/>
        </w:rPr>
        <w:br/>
      </w:r>
      <w:r>
        <w:rPr>
          <w:lang w:eastAsia="zh-CN"/>
        </w:rPr>
        <w:t>　　(2)为小树更换认养牌。</w:t>
      </w:r>
      <w:r>
        <w:rPr>
          <w:lang w:eastAsia="zh-CN"/>
        </w:rPr>
        <w:br/>
      </w:r>
      <w:r>
        <w:rPr>
          <w:lang w:eastAsia="zh-CN"/>
        </w:rPr>
        <w:t>　　(3)签名仪式</w:t>
      </w:r>
      <w:r>
        <w:rPr>
          <w:lang w:eastAsia="zh-CN"/>
        </w:rPr>
        <w:br/>
      </w:r>
      <w:r>
        <w:rPr>
          <w:lang w:eastAsia="zh-CN"/>
        </w:rPr>
        <w:t>　　(4)班级合影留念</w:t>
      </w:r>
      <w:r>
        <w:rPr>
          <w:lang w:eastAsia="zh-CN"/>
        </w:rPr>
        <w:br/>
      </w:r>
      <w:r>
        <w:rPr>
          <w:lang w:eastAsia="zh-CN"/>
        </w:rPr>
        <w:t>　　5、活动结束，家长将幼儿送回幼儿园。</w:t>
      </w:r>
      <w:r>
        <w:rPr>
          <w:lang w:eastAsia="zh-CN"/>
        </w:rPr>
        <w:br/>
      </w:r>
      <w:r>
        <w:rPr>
          <w:lang w:eastAsia="zh-CN"/>
        </w:rPr>
        <w:t>　　五、活动要求：</w:t>
      </w:r>
      <w:r>
        <w:rPr>
          <w:lang w:eastAsia="zh-CN"/>
        </w:rPr>
        <w:br/>
      </w:r>
      <w:r>
        <w:rPr>
          <w:lang w:eastAsia="zh-CN"/>
        </w:rPr>
        <w:t>　　1、各班上交20__年第三届“种植亲子树”植树节活动教案、“种植亲子树”活动总结</w:t>
      </w:r>
      <w:r>
        <w:rPr>
          <w:lang w:eastAsia="zh-CN"/>
        </w:rPr>
        <w:br/>
      </w:r>
      <w:r>
        <w:rPr>
          <w:lang w:eastAsia="zh-CN"/>
        </w:rPr>
        <w:t>　　2、班级两位老师上交植树节活动反思</w:t>
      </w:r>
      <w:r>
        <w:rPr>
          <w:lang w:eastAsia="zh-CN"/>
        </w:rPr>
        <w:br/>
      </w:r>
      <w:r>
        <w:rPr>
          <w:lang w:eastAsia="zh-CN"/>
        </w:rPr>
        <w:t>　　3、家长活动调查问卷</w:t>
      </w:r>
      <w:r>
        <w:rPr>
          <w:lang w:eastAsia="zh-CN"/>
        </w:rPr>
        <w:br/>
      </w:r>
      <w:r>
        <w:rPr>
          <w:lang w:eastAsia="zh-CN"/>
        </w:rPr>
        <w:t>　　4、第三届“种植亲子树”活动家长感悟(每班最少10份，统一纸张，可打印可手写)</w:t>
      </w:r>
      <w:r>
        <w:rPr>
          <w:lang w:eastAsia="zh-CN"/>
        </w:rPr>
        <w:br/>
      </w:r>
      <w:r>
        <w:rPr>
          <w:lang w:eastAsia="zh-CN"/>
        </w:rPr>
        <w:t>　　5、老师上交的所有资料格式要一致，上交电子稿到年级组长处。</w:t>
      </w:r>
      <w:r>
        <w:rPr>
          <w:lang w:eastAsia="zh-CN"/>
        </w:rPr>
        <w:br/>
      </w:r>
      <w:r>
        <w:rPr>
          <w:lang w:eastAsia="zh-CN"/>
        </w:rPr>
        <w:t>　　6、班级留下影像资料上交。(视频、照片)</w:t>
      </w:r>
      <w:r>
        <w:rPr>
          <w:lang w:eastAsia="zh-CN"/>
        </w:rPr>
        <w:br/>
      </w:r>
      <w:r>
        <w:rPr>
          <w:lang w:eastAsia="zh-CN"/>
        </w:rPr>
        <w:t xml:space="preserve">    2024植树节主题活动方案 篇2 </w:t>
      </w:r>
      <w:r>
        <w:rPr>
          <w:lang w:eastAsia="zh-CN"/>
        </w:rPr>
        <w:br/>
      </w:r>
      <w:r>
        <w:rPr>
          <w:lang w:eastAsia="zh-CN"/>
        </w:rPr>
        <w:t>　　一、活动主题</w:t>
      </w:r>
      <w:r>
        <w:rPr>
          <w:lang w:eastAsia="zh-CN"/>
        </w:rPr>
        <w:br/>
      </w:r>
      <w:r>
        <w:rPr>
          <w:lang w:eastAsia="zh-CN"/>
        </w:rPr>
        <w:t>　　绿色、氧气、健康、时尚;</w:t>
      </w:r>
      <w:r>
        <w:rPr>
          <w:lang w:eastAsia="zh-CN"/>
        </w:rPr>
        <w:br/>
      </w:r>
      <w:r>
        <w:rPr>
          <w:lang w:eastAsia="zh-CN"/>
        </w:rPr>
        <w:t>　　二、活动主办单位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_网;</w:t>
      </w:r>
      <w:r>
        <w:rPr>
          <w:lang w:eastAsia="zh-CN"/>
        </w:rPr>
        <w:br/>
      </w:r>
      <w:r>
        <w:rPr>
          <w:lang w:eastAsia="zh-CN"/>
        </w:rPr>
        <w:t>　　活动协办单位：_城;</w:t>
      </w:r>
      <w:r>
        <w:rPr>
          <w:lang w:eastAsia="zh-CN"/>
        </w:rPr>
        <w:br/>
      </w:r>
      <w:r>
        <w:rPr>
          <w:lang w:eastAsia="zh-CN"/>
        </w:rPr>
        <w:t>　　三、活动时间</w:t>
      </w:r>
      <w:r>
        <w:rPr>
          <w:lang w:eastAsia="zh-CN"/>
        </w:rPr>
        <w:br/>
      </w:r>
      <w:r>
        <w:rPr>
          <w:lang w:eastAsia="zh-CN"/>
        </w:rPr>
        <w:t>　　20_年3月12日(星期_)8：40——14：00;</w:t>
      </w:r>
      <w:r>
        <w:rPr>
          <w:lang w:eastAsia="zh-CN"/>
        </w:rPr>
        <w:br/>
      </w:r>
      <w:r>
        <w:rPr>
          <w:lang w:eastAsia="zh-CN"/>
        </w:rPr>
        <w:t>　　四、集合地点</w:t>
      </w:r>
      <w:r>
        <w:rPr>
          <w:lang w:eastAsia="zh-CN"/>
        </w:rPr>
        <w:br/>
      </w:r>
      <w:r>
        <w:rPr>
          <w:lang w:eastAsia="zh-CN"/>
        </w:rPr>
        <w:t>　　_广场</w:t>
      </w:r>
      <w:r>
        <w:rPr>
          <w:lang w:eastAsia="zh-CN"/>
        </w:rPr>
        <w:br/>
      </w:r>
      <w:r>
        <w:rPr>
          <w:lang w:eastAsia="zh-CN"/>
        </w:rPr>
        <w:t>　　植树地点：_山;</w:t>
      </w:r>
      <w:r>
        <w:rPr>
          <w:lang w:eastAsia="zh-CN"/>
        </w:rPr>
        <w:br/>
      </w:r>
      <w:r>
        <w:rPr>
          <w:lang w:eastAsia="zh-CN"/>
        </w:rPr>
        <w:t>　　楼盘参观地点：_会所;</w:t>
      </w:r>
      <w:r>
        <w:rPr>
          <w:lang w:eastAsia="zh-CN"/>
        </w:rPr>
        <w:br/>
      </w:r>
      <w:r>
        <w:rPr>
          <w:lang w:eastAsia="zh-CN"/>
        </w:rPr>
        <w:t>　　五、交通工具</w:t>
      </w:r>
      <w:r>
        <w:rPr>
          <w:lang w:eastAsia="zh-CN"/>
        </w:rPr>
        <w:br/>
      </w:r>
      <w:r>
        <w:rPr>
          <w:lang w:eastAsia="zh-CN"/>
        </w:rPr>
        <w:t>　　大吧车接送、自驾车;</w:t>
      </w:r>
      <w:r>
        <w:rPr>
          <w:lang w:eastAsia="zh-CN"/>
        </w:rPr>
        <w:br/>
      </w:r>
      <w:r>
        <w:rPr>
          <w:lang w:eastAsia="zh-CN"/>
        </w:rPr>
        <w:t>　　六、种植树种、数量</w:t>
      </w:r>
      <w:r>
        <w:rPr>
          <w:lang w:eastAsia="zh-CN"/>
        </w:rPr>
        <w:br/>
      </w:r>
      <w:r>
        <w:rPr>
          <w:lang w:eastAsia="zh-CN"/>
        </w:rPr>
        <w:t>　　公孙树，_棵;</w:t>
      </w:r>
      <w:r>
        <w:rPr>
          <w:lang w:eastAsia="zh-CN"/>
        </w:rPr>
        <w:br/>
      </w:r>
      <w:r>
        <w:rPr>
          <w:lang w:eastAsia="zh-CN"/>
        </w:rPr>
        <w:t>　　七、活动流程</w:t>
      </w:r>
      <w:r>
        <w:rPr>
          <w:lang w:eastAsia="zh-CN"/>
        </w:rPr>
        <w:br/>
      </w:r>
      <w:r>
        <w:rPr>
          <w:lang w:eastAsia="zh-CN"/>
        </w:rPr>
        <w:t>　　1、09：00：_街集合;</w:t>
      </w:r>
      <w:r>
        <w:rPr>
          <w:lang w:eastAsia="zh-CN"/>
        </w:rPr>
        <w:br/>
      </w:r>
      <w:r>
        <w:rPr>
          <w:lang w:eastAsia="zh-CN"/>
        </w:rPr>
        <w:t>　　2、09：15：宣誓;</w:t>
      </w:r>
      <w:r>
        <w:rPr>
          <w:lang w:eastAsia="zh-CN"/>
        </w:rPr>
        <w:br/>
      </w:r>
      <w:r>
        <w:rPr>
          <w:lang w:eastAsia="zh-CN"/>
        </w:rPr>
        <w:t>　　3、09：30：出发;</w:t>
      </w:r>
      <w:r>
        <w:rPr>
          <w:lang w:eastAsia="zh-CN"/>
        </w:rPr>
        <w:br/>
      </w:r>
      <w:r>
        <w:rPr>
          <w:lang w:eastAsia="zh-CN"/>
        </w:rPr>
        <w:t>　　4、09：30-10：30：赴_会所(参观过程中领取干粮和矿泉水);</w:t>
      </w:r>
      <w:r>
        <w:rPr>
          <w:lang w:eastAsia="zh-CN"/>
        </w:rPr>
        <w:br/>
      </w:r>
      <w:r>
        <w:rPr>
          <w:lang w:eastAsia="zh-CN"/>
        </w:rPr>
        <w:t>　　5、10：30：到达植树地点;</w:t>
      </w:r>
      <w:r>
        <w:rPr>
          <w:lang w:eastAsia="zh-CN"/>
        </w:rPr>
        <w:br/>
      </w:r>
      <w:r>
        <w:rPr>
          <w:lang w:eastAsia="zh-CN"/>
        </w:rPr>
        <w:t>　　6、10：30-13：30：植树活动开始，内容如下：</w:t>
      </w:r>
      <w:r>
        <w:rPr>
          <w:lang w:eastAsia="zh-CN"/>
        </w:rPr>
        <w:br/>
      </w:r>
      <w:r>
        <w:rPr>
          <w:lang w:eastAsia="zh-CN"/>
        </w:rPr>
        <w:t>　　A、植树造林;</w:t>
      </w:r>
      <w:r>
        <w:rPr>
          <w:lang w:eastAsia="zh-CN"/>
        </w:rPr>
        <w:br/>
      </w:r>
      <w:r>
        <w:rPr>
          <w:lang w:eastAsia="zh-CN"/>
        </w:rPr>
        <w:t>　　B、互动游戏;</w:t>
      </w:r>
      <w:r>
        <w:rPr>
          <w:lang w:eastAsia="zh-CN"/>
        </w:rPr>
        <w:br/>
      </w:r>
      <w:r>
        <w:rPr>
          <w:lang w:eastAsia="zh-CN"/>
        </w:rPr>
        <w:t>　　C、媒体现场采访活动主持人、_负责人;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D、业主代表讲话;</w:t>
      </w:r>
      <w:r>
        <w:rPr>
          <w:lang w:eastAsia="zh-CN"/>
        </w:rPr>
        <w:br/>
      </w:r>
      <w:r>
        <w:rPr>
          <w:lang w:eastAsia="zh-CN"/>
        </w:rPr>
        <w:t>　　7、14：00：活动完毕，会员自由合影，乘车返回_酒店;</w:t>
      </w:r>
      <w:r>
        <w:rPr>
          <w:lang w:eastAsia="zh-CN"/>
        </w:rPr>
        <w:br/>
      </w:r>
      <w:r>
        <w:rPr>
          <w:lang w:eastAsia="zh-CN"/>
        </w:rPr>
        <w:t xml:space="preserve">    2024植树节主题活动方案 篇3 </w:t>
      </w:r>
      <w:r>
        <w:rPr>
          <w:lang w:eastAsia="zh-CN"/>
        </w:rPr>
        <w:br/>
      </w:r>
      <w:r>
        <w:rPr>
          <w:lang w:eastAsia="zh-CN"/>
        </w:rPr>
        <w:t>　　行程介绍</w:t>
      </w:r>
      <w:r>
        <w:rPr>
          <w:lang w:eastAsia="zh-CN"/>
        </w:rPr>
        <w:br/>
      </w:r>
      <w:r>
        <w:rPr>
          <w:lang w:eastAsia="zh-CN"/>
        </w:rPr>
        <w:t>　　活动前言：春天来临，一年一度的植树节也随着春天的脚步走来，为了给大家亲近大自然，为我们的世界装点绿色的机会，我们为此举办意义重大的植树活动。</w:t>
      </w:r>
      <w:r>
        <w:rPr>
          <w:lang w:eastAsia="zh-CN"/>
        </w:rPr>
        <w:br/>
      </w:r>
      <w:r>
        <w:rPr>
          <w:lang w:eastAsia="zh-CN"/>
        </w:rPr>
        <w:t>　　一、主旨与主题：</w:t>
      </w:r>
      <w:r>
        <w:rPr>
          <w:lang w:eastAsia="zh-CN"/>
        </w:rPr>
        <w:br/>
      </w:r>
      <w:r>
        <w:rPr>
          <w:lang w:eastAsia="zh-CN"/>
        </w:rPr>
        <w:t>　　贡献力量，奉献绿色</w:t>
      </w:r>
      <w:r>
        <w:rPr>
          <w:lang w:eastAsia="zh-CN"/>
        </w:rPr>
        <w:br/>
      </w:r>
      <w:r>
        <w:rPr>
          <w:lang w:eastAsia="zh-CN"/>
        </w:rPr>
        <w:t>　　以植树节为契机，奉献我们的力量，进行植树节活动。</w:t>
      </w:r>
      <w:r>
        <w:rPr>
          <w:lang w:eastAsia="zh-CN"/>
        </w:rPr>
        <w:br/>
      </w:r>
      <w:r>
        <w:rPr>
          <w:lang w:eastAsia="zh-CN"/>
        </w:rPr>
        <w:t>　　二、活动时间:_年3月12日星期日</w:t>
      </w:r>
      <w:r>
        <w:rPr>
          <w:lang w:eastAsia="zh-CN"/>
        </w:rPr>
        <w:br/>
      </w:r>
      <w:r>
        <w:rPr>
          <w:lang w:eastAsia="zh-CN"/>
        </w:rPr>
        <w:t>　　三、活动对象:公司团体、各企事业单位</w:t>
      </w:r>
      <w:r>
        <w:rPr>
          <w:lang w:eastAsia="zh-CN"/>
        </w:rPr>
        <w:br/>
      </w:r>
      <w:r>
        <w:rPr>
          <w:lang w:eastAsia="zh-CN"/>
        </w:rPr>
        <w:t>　　四、活动意义：为了创造蓝天碧水的绿色环境，开展本次志愿者绿色行动。以三月份植树节为契机，做到人人参与，宣传与实际行动相结合，从而令职员在活动中体验成功的喜悦，增加对植物生长的了解，增强环保意识，生态意识，以达到为“北京的后花园”增添绿色，净化、美化环境的目的。</w:t>
      </w:r>
      <w:r>
        <w:rPr>
          <w:lang w:eastAsia="zh-CN"/>
        </w:rPr>
        <w:br/>
      </w:r>
      <w:r>
        <w:rPr>
          <w:lang w:eastAsia="zh-CN"/>
        </w:rPr>
        <w:t>　　活动准备事宜：</w:t>
      </w:r>
      <w:r>
        <w:rPr>
          <w:lang w:eastAsia="zh-CN"/>
        </w:rPr>
        <w:br/>
      </w:r>
      <w:r>
        <w:rPr>
          <w:lang w:eastAsia="zh-CN"/>
        </w:rPr>
        <w:t>　　1、活动宣传：网站</w:t>
      </w:r>
      <w:r>
        <w:rPr>
          <w:lang w:eastAsia="zh-CN"/>
        </w:rPr>
        <w:br/>
      </w:r>
      <w:r>
        <w:rPr>
          <w:lang w:eastAsia="zh-CN"/>
        </w:rPr>
        <w:t>　　2、活动所需物品的准备:铁锹、锄头、尖头镐、水桶等由校提供</w:t>
      </w:r>
      <w:r>
        <w:rPr>
          <w:lang w:eastAsia="zh-CN"/>
        </w:rPr>
        <w:br/>
      </w:r>
      <w:r>
        <w:rPr>
          <w:lang w:eastAsia="zh-CN"/>
        </w:rPr>
        <w:t>　　3、活动的组织:通过由各公司宣传并统一进行协调安排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活动经费预算：</w:t>
      </w:r>
      <w:r>
        <w:rPr>
          <w:lang w:eastAsia="zh-CN"/>
        </w:rPr>
        <w:br/>
      </w:r>
      <w:r>
        <w:rPr>
          <w:lang w:eastAsia="zh-CN"/>
        </w:rPr>
        <w:t>　　1、树苗的购置：杨树30/棵</w:t>
      </w:r>
      <w:r>
        <w:rPr>
          <w:lang w:eastAsia="zh-CN"/>
        </w:rPr>
        <w:br/>
      </w:r>
      <w:r>
        <w:rPr>
          <w:lang w:eastAsia="zh-CN"/>
        </w:rPr>
        <w:t>　　2、劳动工具：由我公司提供</w:t>
      </w:r>
      <w:r>
        <w:rPr>
          <w:lang w:eastAsia="zh-CN"/>
        </w:rPr>
        <w:br/>
      </w:r>
      <w:r>
        <w:rPr>
          <w:lang w:eastAsia="zh-CN"/>
        </w:rPr>
        <w:t>　　3、宣传：合影纪念</w:t>
      </w:r>
      <w:r>
        <w:rPr>
          <w:lang w:eastAsia="zh-CN"/>
        </w:rPr>
        <w:br/>
      </w:r>
      <w:r>
        <w:rPr>
          <w:lang w:eastAsia="zh-CN"/>
        </w:rPr>
        <w:t xml:space="preserve">    2024植树节主题活动方案 篇4 </w:t>
      </w:r>
      <w:r>
        <w:rPr>
          <w:lang w:eastAsia="zh-CN"/>
        </w:rPr>
        <w:br/>
      </w:r>
      <w:r>
        <w:rPr>
          <w:lang w:eastAsia="zh-CN"/>
        </w:rPr>
        <w:t>　　一、景区介绍</w:t>
      </w:r>
      <w:r>
        <w:rPr>
          <w:lang w:eastAsia="zh-CN"/>
        </w:rPr>
        <w:br/>
      </w:r>
      <w:r>
        <w:rPr>
          <w:lang w:eastAsia="zh-CN"/>
        </w:rPr>
        <w:t>　　景区以“森林、幽谷、飞瀑、流泉、雨林”为主要特色，景区独有的原生态自然景观、清新无比的空气、十里峡谷画廊、翡翠般的水景闻名遐迩，享有“闽南九寨沟”、“闽南绿肺”之称的美誉。景区水系丰富，溪、泉、瀑、潭、湖有数百处之多，溪流淙淙汇向三个湖泊，湖中波光潋滟、湖水碧绿如翠，山中藏着湖、湖中映着山，诗画闽南的美景尽现眼前。景区处于戴云山中支山脉，且生长着奇特的亚热带树种，气候常年温暖湿润，空气清新洁净，是最适于旅游度假之地。目前野山谷对外开放有两条特色观景线路，配套设施有水上餐厅、烧烤、木屋别墅、水上划船、企业拓展训练等项目。</w:t>
      </w:r>
      <w:r>
        <w:rPr>
          <w:lang w:eastAsia="zh-CN"/>
        </w:rPr>
        <w:br/>
      </w:r>
      <w:r>
        <w:rPr>
          <w:lang w:eastAsia="zh-CN"/>
        </w:rPr>
        <w:t>　　二、活动介绍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早春三月，草长鹰飞间，冬天的寒意还未褪尽，春天带着绿色的气息向我们走来，春风吹绿了枝头上的嫩芽，吹绿了地上的小草，也吹动了人们走进大自然，为大自然增一份绿的热情。3月12日是一年一度的植树节，为积极配合厦门创建森林城市，让更多企事业单位能够积极与大自然环境“对话”，主动参与植树节的相关活动，亲身体验劳动的乐趣，感受美化环境的意义，激发热爱生活、热爱自然家园的情感。</w:t>
      </w:r>
      <w:r>
        <w:rPr>
          <w:lang w:eastAsia="zh-CN"/>
        </w:rPr>
        <w:br/>
      </w:r>
      <w:r>
        <w:rPr>
          <w:lang w:eastAsia="zh-CN"/>
        </w:rPr>
        <w:t>　　从20_年3月起，景区将在园区内专门划出植树区域，让广大市民朋友、各公司企业在欣赏到景区秀美的湖光山色之余，能够亲自参与到植树造林活动，为创造“宜居厦门、生态同安”添砖加瓦，并且在活动过程中所有客人还可以把对未来的美好愿景放入许愿瓶内埋在树根深处，与树木一起成长，为自己种的树系上红丝带，写上祝福语，拍照留念，也为今年春天留下一份美好的回忆和祝愿!</w:t>
      </w:r>
      <w:r>
        <w:rPr>
          <w:lang w:eastAsia="zh-CN"/>
        </w:rPr>
        <w:br/>
      </w:r>
      <w:r>
        <w:rPr>
          <w:lang w:eastAsia="zh-CN"/>
        </w:rPr>
        <w:t>　　三、活动主题及口号</w:t>
      </w:r>
      <w:r>
        <w:rPr>
          <w:lang w:eastAsia="zh-CN"/>
        </w:rPr>
        <w:br/>
      </w:r>
      <w:r>
        <w:rPr>
          <w:lang w:eastAsia="zh-CN"/>
        </w:rPr>
        <w:t>　　主题：“约会春天，拥抱绿色”</w:t>
      </w:r>
      <w:r>
        <w:rPr>
          <w:lang w:eastAsia="zh-CN"/>
        </w:rPr>
        <w:br/>
      </w:r>
      <w:r>
        <w:rPr>
          <w:lang w:eastAsia="zh-CN"/>
        </w:rPr>
        <w:t>　　口号：春天来了，到国家森林公园植树去!</w:t>
      </w:r>
      <w:r>
        <w:rPr>
          <w:lang w:eastAsia="zh-CN"/>
        </w:rPr>
        <w:br/>
      </w:r>
      <w:r>
        <w:rPr>
          <w:lang w:eastAsia="zh-CN"/>
        </w:rPr>
        <w:t>　　四、活动内容</w:t>
      </w:r>
      <w:r>
        <w:rPr>
          <w:lang w:eastAsia="zh-CN"/>
        </w:rPr>
        <w:br/>
      </w:r>
      <w:r>
        <w:rPr>
          <w:lang w:eastAsia="zh-CN"/>
        </w:rPr>
        <w:t>　　1.在厦门的国家森林公园区内，亲手植下小树苗并浇水灌溉，为美丽的大自然添加色彩。</w:t>
      </w:r>
      <w:r>
        <w:rPr>
          <w:lang w:eastAsia="zh-CN"/>
        </w:rPr>
        <w:br/>
      </w:r>
      <w:r>
        <w:rPr>
          <w:lang w:eastAsia="zh-CN"/>
        </w:rPr>
        <w:t>　　2.在植树区学习植树常识，参与放许愿瓶、系爱心丝带，拍照合影等相关活动</w:t>
      </w:r>
      <w:r>
        <w:rPr>
          <w:lang w:eastAsia="zh-CN"/>
        </w:rPr>
        <w:br/>
      </w:r>
      <w:r>
        <w:rPr>
          <w:lang w:eastAsia="zh-CN"/>
        </w:rPr>
        <w:t>　　3.游览有“闽南九寨沟”美誉的野山谷景区，看奇特峡谷景观，体验热带雨林风情，呼吸清新空气。</w:t>
      </w:r>
      <w:r>
        <w:rPr>
          <w:lang w:eastAsia="zh-CN"/>
        </w:rPr>
        <w:br/>
      </w:r>
      <w:r>
        <w:rPr>
          <w:lang w:eastAsia="zh-CN"/>
        </w:rPr>
        <w:t>　　4.在景区具有闽南特色的餐厅——水上餐厅，品尝地道的农家风味大餐</w:t>
      </w:r>
      <w:r>
        <w:rPr>
          <w:lang w:eastAsia="zh-CN"/>
        </w:rPr>
        <w:br/>
      </w:r>
      <w:r>
        <w:rPr>
          <w:lang w:eastAsia="zh-CN"/>
        </w:rPr>
        <w:t>　　五、活动时间</w:t>
      </w:r>
      <w:r>
        <w:rPr>
          <w:lang w:eastAsia="zh-CN"/>
        </w:rPr>
        <w:br/>
      </w:r>
      <w:r>
        <w:rPr>
          <w:lang w:eastAsia="zh-CN"/>
        </w:rPr>
        <w:t>　　20_年3月初——4月底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六、活动地点</w:t>
      </w:r>
      <w:r>
        <w:rPr>
          <w:lang w:eastAsia="zh-CN"/>
        </w:rPr>
        <w:br/>
      </w:r>
      <w:r>
        <w:rPr>
          <w:lang w:eastAsia="zh-CN"/>
        </w:rPr>
        <w:t>　　厦门生态乐园(厦门同安往安溪方向过龙门隧道一公里处，省道206线上)</w:t>
      </w:r>
      <w:r>
        <w:rPr>
          <w:lang w:eastAsia="zh-CN"/>
        </w:rPr>
        <w:br/>
      </w:r>
      <w:r>
        <w:rPr>
          <w:lang w:eastAsia="zh-CN"/>
        </w:rPr>
        <w:t>　　七、参与方式</w:t>
      </w:r>
      <w:r>
        <w:rPr>
          <w:lang w:eastAsia="zh-CN"/>
        </w:rPr>
        <w:br/>
      </w:r>
      <w:r>
        <w:rPr>
          <w:lang w:eastAsia="zh-CN"/>
        </w:rPr>
        <w:t>　　以公司企业组织、公益组织、自驾游组织、家庭组织等20个人以上的团体为形式参与报名</w:t>
      </w:r>
      <w:r>
        <w:rPr>
          <w:lang w:eastAsia="zh-CN"/>
        </w:rPr>
        <w:br/>
      </w:r>
      <w:r>
        <w:rPr>
          <w:lang w:eastAsia="zh-CN"/>
        </w:rPr>
        <w:t>　　八、提供树种</w:t>
      </w:r>
      <w:r>
        <w:rPr>
          <w:lang w:eastAsia="zh-CN"/>
        </w:rPr>
        <w:br/>
      </w:r>
      <w:r>
        <w:rPr>
          <w:lang w:eastAsia="zh-CN"/>
        </w:rPr>
        <w:t>　　景区可提供福建柏、鸡冠刺桐、垂叶榕、细叶榕、南洋杉、罗汉树等树种，根据规划，植树区域不同，树种也不一样，请听从景区园林部工作人员安排。</w:t>
      </w:r>
      <w:r>
        <w:rPr>
          <w:lang w:eastAsia="zh-CN"/>
        </w:rPr>
        <w:br/>
      </w:r>
      <w:r>
        <w:rPr>
          <w:lang w:eastAsia="zh-CN"/>
        </w:rPr>
        <w:t>　　九、活动路线安排</w:t>
      </w:r>
      <w:r>
        <w:rPr>
          <w:lang w:eastAsia="zh-CN"/>
        </w:rPr>
        <w:br/>
      </w:r>
      <w:r>
        <w:rPr>
          <w:lang w:eastAsia="zh-CN"/>
        </w:rPr>
        <w:t>　　路线一：畅享农家风味+景区观光(A线)+植树活动一日游</w:t>
      </w:r>
      <w:r>
        <w:rPr>
          <w:lang w:eastAsia="zh-CN"/>
        </w:rPr>
        <w:br/>
      </w:r>
      <w:r>
        <w:rPr>
          <w:lang w:eastAsia="zh-CN"/>
        </w:rPr>
        <w:t>　　活动流程：(9点后出发)——水上餐厅用餐——开始景区游玩之旅——至植树地点参与植树——步行或坐电瓶车至景区入口处(停车场)——返程</w:t>
      </w:r>
      <w:r>
        <w:rPr>
          <w:lang w:eastAsia="zh-CN"/>
        </w:rPr>
        <w:br/>
      </w:r>
      <w:r>
        <w:rPr>
          <w:lang w:eastAsia="zh-CN"/>
        </w:rPr>
        <w:t>　　相关费用内容：(车费自理)</w:t>
      </w:r>
      <w:r>
        <w:rPr>
          <w:lang w:eastAsia="zh-CN"/>
        </w:rPr>
        <w:br/>
      </w:r>
      <w:r>
        <w:rPr>
          <w:lang w:eastAsia="zh-CN"/>
        </w:rPr>
        <w:t>　　餐费：300元/桌起(10人/桌)门票：A线：50元/人导游费用：80元/位活动费用：20元/套</w:t>
      </w:r>
      <w:r>
        <w:rPr>
          <w:lang w:eastAsia="zh-CN"/>
        </w:rPr>
        <w:br/>
      </w:r>
      <w:r>
        <w:rPr>
          <w:lang w:eastAsia="zh-CN"/>
        </w:rPr>
        <w:t>　　电瓶车(植树区-景区入口)：15元/人</w:t>
      </w:r>
      <w:r>
        <w:rPr>
          <w:lang w:eastAsia="zh-CN"/>
        </w:rPr>
        <w:br/>
      </w:r>
      <w:r>
        <w:rPr>
          <w:lang w:eastAsia="zh-CN"/>
        </w:rPr>
        <w:t>　　路线二：畅享农家风味+植树活动+景区观光(A线)一日游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活动流程：(9点后出发)——水上餐厅用餐——坐电瓶车至植树地点参与植树——活动结束，坐电瓶车至雨林馆——开始景区游玩之旅——返程</w:t>
      </w:r>
      <w:r>
        <w:rPr>
          <w:lang w:eastAsia="zh-CN"/>
        </w:rPr>
        <w:br/>
      </w:r>
      <w:r>
        <w:rPr>
          <w:lang w:eastAsia="zh-CN"/>
        </w:rPr>
        <w:t>　　相关费用内容：(车费自理)</w:t>
      </w:r>
      <w:r>
        <w:rPr>
          <w:lang w:eastAsia="zh-CN"/>
        </w:rPr>
        <w:br/>
      </w:r>
      <w:r>
        <w:rPr>
          <w:lang w:eastAsia="zh-CN"/>
        </w:rPr>
        <w:t>　　门票：B线：80元/人活动费用：20元/套导游费用：100元/位</w:t>
      </w:r>
      <w:r>
        <w:rPr>
          <w:lang w:eastAsia="zh-CN"/>
        </w:rPr>
        <w:br/>
      </w:r>
      <w:r>
        <w:rPr>
          <w:lang w:eastAsia="zh-CN"/>
        </w:rPr>
        <w:t>　　电瓶车(植树区-景区入口或停车场)：15元/人</w:t>
      </w:r>
      <w:r>
        <w:rPr>
          <w:lang w:eastAsia="zh-CN"/>
        </w:rPr>
        <w:br/>
      </w:r>
      <w:r>
        <w:rPr>
          <w:lang w:eastAsia="zh-CN"/>
        </w:rPr>
        <w:t>　　十、费用说明(略)</w:t>
      </w:r>
      <w:r>
        <w:rPr>
          <w:lang w:eastAsia="zh-CN"/>
        </w:rPr>
        <w:br/>
      </w:r>
      <w:r>
        <w:rPr>
          <w:lang w:eastAsia="zh-CN"/>
        </w:rPr>
        <w:t xml:space="preserve">    2024植树节主题活动方案 篇5 </w:t>
      </w:r>
      <w:r>
        <w:rPr>
          <w:lang w:eastAsia="zh-CN"/>
        </w:rPr>
        <w:br/>
      </w:r>
      <w:r>
        <w:rPr>
          <w:lang w:eastAsia="zh-CN"/>
        </w:rPr>
        <w:t>　　春天带着绿色的气息向我们走来，春风吹绿了枝头上的嫩芽，吹绿了地上的小草，也吹动了孩子们的热情。3月12日是一年一度的植树节，我们提倡“添一点绿色、多一份美好”的绿色季节里，使孩子们能够积极与大自然环境“对话”，主动参与植树节的相关活动，亲身体验劳动的乐趣，感受美化环境的意义，激发热爱大自然的情感，我们将在植树节当天，组织孩子们开展植树节爱树护树等相关活动。</w:t>
      </w:r>
      <w:r>
        <w:rPr>
          <w:lang w:eastAsia="zh-CN"/>
        </w:rPr>
        <w:br/>
      </w:r>
      <w:r>
        <w:rPr>
          <w:lang w:eastAsia="zh-CN"/>
        </w:rPr>
        <w:t>　　一、活动目标</w:t>
      </w:r>
      <w:r>
        <w:rPr>
          <w:lang w:eastAsia="zh-CN"/>
        </w:rPr>
        <w:br/>
      </w:r>
      <w:r>
        <w:rPr>
          <w:lang w:eastAsia="zh-CN"/>
        </w:rPr>
        <w:t>　　1.情感目标：在活动中，发挥主人翁和团队合作精神。遇到挫折要相互体谅，相互帮助，能像一家人一样相亲相爱。</w:t>
      </w:r>
      <w:r>
        <w:rPr>
          <w:lang w:eastAsia="zh-CN"/>
        </w:rPr>
        <w:br/>
      </w:r>
      <w:r>
        <w:rPr>
          <w:lang w:eastAsia="zh-CN"/>
        </w:rPr>
        <w:t>　　2.能力目标：在实践过程中每名幼儿要体现出各自自信勇敢的一面，发挥出每位宝贝的自豪与自律，从小锻炼身体，向社会展示我们的风采。</w:t>
      </w:r>
      <w:r>
        <w:rPr>
          <w:lang w:eastAsia="zh-CN"/>
        </w:rPr>
        <w:br/>
      </w:r>
      <w:r>
        <w:rPr>
          <w:lang w:eastAsia="zh-CN"/>
        </w:rPr>
        <w:t>　　3.知识目标：了解“植树节的来历”、“植树与环保”、“绿色大自然”等资料，向大自然学习，并去社区、向居民和行人宣传。</w:t>
      </w:r>
      <w:r>
        <w:rPr>
          <w:lang w:eastAsia="zh-CN"/>
        </w:rPr>
        <w:br/>
      </w:r>
      <w:r>
        <w:rPr>
          <w:lang w:eastAsia="zh-CN"/>
        </w:rPr>
        <w:t>　　二、活动准备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1.各班通过活动展示版面：如低幼“我和小树同成长”;中幼“绿色家园共创造”;高幼“你我携手添绿意”。</w:t>
      </w:r>
      <w:r>
        <w:rPr>
          <w:lang w:eastAsia="zh-CN"/>
        </w:rPr>
        <w:br/>
      </w:r>
      <w:r>
        <w:rPr>
          <w:lang w:eastAsia="zh-CN"/>
        </w:rPr>
        <w:t>　　2.制作“绿化环境，美化家园”宣传牌。</w:t>
      </w:r>
      <w:r>
        <w:rPr>
          <w:lang w:eastAsia="zh-CN"/>
        </w:rPr>
        <w:br/>
      </w:r>
      <w:r>
        <w:rPr>
          <w:lang w:eastAsia="zh-CN"/>
        </w:rPr>
        <w:t>　　3.浇树种树用的水桶铁锹等植树工具。</w:t>
      </w:r>
      <w:r>
        <w:rPr>
          <w:lang w:eastAsia="zh-CN"/>
        </w:rPr>
        <w:br/>
      </w:r>
      <w:r>
        <w:rPr>
          <w:lang w:eastAsia="zh-CN"/>
        </w:rPr>
        <w:t>　　4.树苗若干。</w:t>
      </w:r>
      <w:r>
        <w:rPr>
          <w:lang w:eastAsia="zh-CN"/>
        </w:rPr>
        <w:br/>
      </w:r>
      <w:r>
        <w:rPr>
          <w:lang w:eastAsia="zh-CN"/>
        </w:rPr>
        <w:t>　　三、活动过程</w:t>
      </w:r>
      <w:r>
        <w:rPr>
          <w:lang w:eastAsia="zh-CN"/>
        </w:rPr>
        <w:br/>
      </w:r>
      <w:r>
        <w:rPr>
          <w:lang w:eastAsia="zh-CN"/>
        </w:rPr>
        <w:t>　　分年级开展不同主题的植树节活动</w:t>
      </w:r>
      <w:r>
        <w:rPr>
          <w:lang w:eastAsia="zh-CN"/>
        </w:rPr>
        <w:br/>
      </w:r>
      <w:r>
        <w:rPr>
          <w:lang w:eastAsia="zh-CN"/>
        </w:rPr>
        <w:t>　　1.低幼宝贝活动主题“我和小树同成长”</w:t>
      </w:r>
      <w:r>
        <w:rPr>
          <w:lang w:eastAsia="zh-CN"/>
        </w:rPr>
        <w:br/>
      </w:r>
      <w:r>
        <w:rPr>
          <w:lang w:eastAsia="zh-CN"/>
        </w:rPr>
        <w:t>　　流程：给校园内的树浇水、松土、修枝——给树挂牌，与小树合影，小树比比高——和“树姐姐”(扮演)做游戏。</w:t>
      </w:r>
      <w:r>
        <w:rPr>
          <w:lang w:eastAsia="zh-CN"/>
        </w:rPr>
        <w:br/>
      </w:r>
      <w:r>
        <w:rPr>
          <w:lang w:eastAsia="zh-CN"/>
        </w:rPr>
        <w:t>　　延伸活动：主题画“我为地球添点绿”撕贴画(树、花)</w:t>
      </w:r>
      <w:r>
        <w:rPr>
          <w:lang w:eastAsia="zh-CN"/>
        </w:rPr>
        <w:br/>
      </w:r>
      <w:r>
        <w:rPr>
          <w:lang w:eastAsia="zh-CN"/>
        </w:rPr>
        <w:t>　　2.中幼活动主题“绿色家园共创造”</w:t>
      </w:r>
      <w:r>
        <w:rPr>
          <w:lang w:eastAsia="zh-CN"/>
        </w:rPr>
        <w:br/>
      </w:r>
      <w:r>
        <w:rPr>
          <w:lang w:eastAsia="zh-CN"/>
        </w:rPr>
        <w:t>　　流程：认养树木，挂上小组牌默认分类。画画我们的小树苗，量量小树苗有多高。和小树苗合影——挂牌合影(写上领养人及名称如“爱心树”“心愿树”“成长树”等)。</w:t>
      </w:r>
      <w:r>
        <w:rPr>
          <w:lang w:eastAsia="zh-CN"/>
        </w:rPr>
        <w:br/>
      </w:r>
      <w:r>
        <w:rPr>
          <w:lang w:eastAsia="zh-CN"/>
        </w:rPr>
        <w:t>　　延伸活动：.树叶探趣：和孩子一起到幼儿园、公园等实地观察树叶的形状、颜色，采集树叶标本，制作树叶贴画、树叶标签，……制作树叶书签，要求书签的形状要丰富多样化</w:t>
      </w:r>
      <w:r>
        <w:rPr>
          <w:lang w:eastAsia="zh-CN"/>
        </w:rPr>
        <w:br/>
      </w:r>
      <w:r>
        <w:rPr>
          <w:lang w:eastAsia="zh-CN"/>
        </w:rPr>
        <w:t>　　3.活动主题“你我携手添绿意”</w:t>
      </w:r>
      <w:r>
        <w:rPr>
          <w:lang w:eastAsia="zh-CN"/>
        </w:rPr>
        <w:br/>
      </w:r>
      <w:r>
        <w:rPr>
          <w:lang w:eastAsia="zh-CN"/>
        </w:rPr>
        <w:t>　　流程：幼儿去植物公园认识各种树木并做调查——幼儿与老师共同种植树木，进行挂牌并测量小树苗的高度，并进行记录。合影：我与小树苗共成长。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制作“植绿、护绿、爱绿、兴绿”宣传单，宣传单统一用彩色纸张半张的规格，老师统一在上面打上标语，幼儿进行绘画，离园时每班派两名幼儿(护绿小天使)，在大门口分发，向全体家长倡议共同绿化我们美丽的家园。</w:t>
      </w:r>
      <w:r>
        <w:rPr>
          <w:lang w:eastAsia="zh-CN"/>
        </w:rPr>
        <w:br/>
      </w:r>
      <w:r>
        <w:rPr>
          <w:lang w:eastAsia="zh-CN"/>
        </w:rPr>
        <w:t>　　延伸活动：绿化植物知多少：老师、家长和孩子一起调查了解幼儿园和幼儿园周围有多少种绿化植物，并摄影，了解这些植物的生长特性以及与之相关的一些问题。</w:t>
      </w:r>
      <w:r>
        <w:rPr>
          <w:lang w:eastAsia="zh-CN"/>
        </w:rPr>
        <w:br/>
      </w:r>
      <w:r>
        <w:rPr>
          <w:lang w:eastAsia="zh-CN"/>
        </w:rPr>
        <w:t>　　树木护养：老师和家长一起教给孩子一些有关养护植物方面的常识。</w:t>
      </w:r>
      <w:r>
        <w:rPr>
          <w:lang w:eastAsia="zh-CN"/>
        </w:rPr>
        <w:br/>
      </w:r>
      <w:r>
        <w:rPr>
          <w:lang w:eastAsia="zh-CN"/>
        </w:rPr>
        <w:t xml:space="preserve">    2024植树节主题活动方案 篇6 </w:t>
      </w:r>
      <w:r>
        <w:rPr>
          <w:lang w:eastAsia="zh-CN"/>
        </w:rPr>
        <w:br/>
      </w:r>
      <w:r>
        <w:rPr>
          <w:lang w:eastAsia="zh-CN"/>
        </w:rPr>
        <w:t>　　一、活动主题</w:t>
      </w:r>
      <w:r>
        <w:rPr>
          <w:lang w:eastAsia="zh-CN"/>
        </w:rPr>
        <w:br/>
      </w:r>
      <w:r>
        <w:rPr>
          <w:lang w:eastAsia="zh-CN"/>
        </w:rPr>
        <w:t>　　春天带着绿色的气息向我们走来，春风吹绿了枝头上的嫩芽，吹绿了地上的小草，也吹动了孩子们的热情。3月12日是一年一度的植树节，我们提倡“添一点绿色、多一份美好”的绿色季节里，使孩子们能够积极与大自然环境“对话”，主动参与植树节的相关活动，亲身体验劳动的乐趣，感受美化环境的意义，激发热爱大自然的情感，我们将在植树节当天，组织孩子们开展植树节爱树护树等相关活动。</w:t>
      </w:r>
      <w:r>
        <w:rPr>
          <w:lang w:eastAsia="zh-CN"/>
        </w:rPr>
        <w:br/>
      </w:r>
      <w:r>
        <w:rPr>
          <w:lang w:eastAsia="zh-CN"/>
        </w:rPr>
        <w:t>　　二、活动目标</w:t>
      </w:r>
      <w:r>
        <w:rPr>
          <w:lang w:eastAsia="zh-CN"/>
        </w:rPr>
        <w:br/>
      </w:r>
      <w:r>
        <w:rPr>
          <w:lang w:eastAsia="zh-CN"/>
        </w:rPr>
        <w:t>　　1.情感目标：在活动中，发挥主人翁和团队合作精神。遇到挫折要相互体谅，相互帮助，能像一家人一样相亲相爱。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2.能力目标：在实践过程中每名幼儿要体现出各自自信勇敢的一面，发挥出每位宝贝的自豪与自律，从小锻炼身体，向社会展示我们的风采。</w:t>
      </w:r>
      <w:r>
        <w:rPr>
          <w:lang w:eastAsia="zh-CN"/>
        </w:rPr>
        <w:br/>
      </w:r>
      <w:r>
        <w:rPr>
          <w:lang w:eastAsia="zh-CN"/>
        </w:rPr>
        <w:t>　　3.知识目标：了解“植树节的来历”、“植树与环保”、“绿色大自然”等资料，向大自然学习，并去社区、向居民和行人宣传。</w:t>
      </w:r>
      <w:r>
        <w:rPr>
          <w:lang w:eastAsia="zh-CN"/>
        </w:rPr>
        <w:br/>
      </w:r>
      <w:r>
        <w:rPr>
          <w:lang w:eastAsia="zh-CN"/>
        </w:rPr>
        <w:t>　　三、活动准备</w:t>
      </w:r>
      <w:r>
        <w:rPr>
          <w:lang w:eastAsia="zh-CN"/>
        </w:rPr>
        <w:br/>
      </w:r>
      <w:r>
        <w:rPr>
          <w:lang w:eastAsia="zh-CN"/>
        </w:rPr>
        <w:t>　　1.各班通过活动展示版面：如低幼“我和小树同成长”;中幼“绿色家园共创造”;高幼“你我携手添绿意”。</w:t>
      </w:r>
      <w:r>
        <w:rPr>
          <w:lang w:eastAsia="zh-CN"/>
        </w:rPr>
        <w:br/>
      </w:r>
      <w:r>
        <w:rPr>
          <w:lang w:eastAsia="zh-CN"/>
        </w:rPr>
        <w:t>　　2.制作“绿化环境，美化家园”宣传牌。</w:t>
      </w:r>
      <w:r>
        <w:rPr>
          <w:lang w:eastAsia="zh-CN"/>
        </w:rPr>
        <w:br/>
      </w:r>
      <w:r>
        <w:rPr>
          <w:lang w:eastAsia="zh-CN"/>
        </w:rPr>
        <w:t>　　3.浇树种树用的水桶铁锹等植树工具。</w:t>
      </w:r>
      <w:r>
        <w:rPr>
          <w:lang w:eastAsia="zh-CN"/>
        </w:rPr>
        <w:br/>
      </w:r>
      <w:r>
        <w:rPr>
          <w:lang w:eastAsia="zh-CN"/>
        </w:rPr>
        <w:t>　　4.树苗若干。</w:t>
      </w:r>
      <w:r>
        <w:rPr>
          <w:lang w:eastAsia="zh-CN"/>
        </w:rPr>
        <w:br/>
      </w:r>
      <w:r>
        <w:rPr>
          <w:lang w:eastAsia="zh-CN"/>
        </w:rPr>
        <w:t>　　四、活动过程</w:t>
      </w:r>
      <w:r>
        <w:rPr>
          <w:lang w:eastAsia="zh-CN"/>
        </w:rPr>
        <w:br/>
      </w:r>
      <w:r>
        <w:rPr>
          <w:lang w:eastAsia="zh-CN"/>
        </w:rPr>
        <w:t>　　分年级开展不同主题的植树节活动</w:t>
      </w:r>
      <w:r>
        <w:rPr>
          <w:lang w:eastAsia="zh-CN"/>
        </w:rPr>
        <w:br/>
      </w:r>
      <w:r>
        <w:rPr>
          <w:lang w:eastAsia="zh-CN"/>
        </w:rPr>
        <w:t>　　1.低幼宝贝活动主题“我和小树同成长”</w:t>
      </w:r>
      <w:r>
        <w:rPr>
          <w:lang w:eastAsia="zh-CN"/>
        </w:rPr>
        <w:br/>
      </w:r>
      <w:r>
        <w:rPr>
          <w:lang w:eastAsia="zh-CN"/>
        </w:rPr>
        <w:t>　　流程：给校园内的树浇水、松土、修枝——给树挂牌，与小树合影，小树比比高——和“树姐姐”(扮演)做游戏。</w:t>
      </w:r>
      <w:r>
        <w:rPr>
          <w:lang w:eastAsia="zh-CN"/>
        </w:rPr>
        <w:br/>
      </w:r>
      <w:r>
        <w:rPr>
          <w:lang w:eastAsia="zh-CN"/>
        </w:rPr>
        <w:t>　　延伸活动：主题画“我为地球添点绿”撕贴画(树、花)</w:t>
      </w:r>
      <w:r>
        <w:rPr>
          <w:lang w:eastAsia="zh-CN"/>
        </w:rPr>
        <w:br/>
      </w:r>
      <w:r>
        <w:rPr>
          <w:lang w:eastAsia="zh-CN"/>
        </w:rPr>
        <w:t>　　2.中幼活动主题“绿色家园共创造”</w:t>
      </w:r>
      <w:r>
        <w:rPr>
          <w:lang w:eastAsia="zh-CN"/>
        </w:rPr>
        <w:br/>
      </w:r>
      <w:r>
        <w:rPr>
          <w:lang w:eastAsia="zh-CN"/>
        </w:rPr>
        <w:t>　　流程：认养树木，挂上小组牌默认分类。画画我们的小树苗，量量小树苗有多高。和小树苗合影——挂牌合影(写上领养人及名称如“爱心树”“心愿树”“成长树”等)。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延伸活动：.树叶探趣：和孩子一起到幼儿园、公园等实地观察树叶的形状、颜色，采集树叶标本，制作树叶贴画、树叶标签，……制作树叶书签，要求书签的形状要丰富多样化</w:t>
      </w:r>
      <w:r>
        <w:rPr>
          <w:lang w:eastAsia="zh-CN"/>
        </w:rPr>
        <w:br/>
      </w:r>
      <w:r>
        <w:rPr>
          <w:lang w:eastAsia="zh-CN"/>
        </w:rPr>
        <w:t>　　3.活动主题“你我携手添绿意”</w:t>
      </w:r>
      <w:r>
        <w:rPr>
          <w:lang w:eastAsia="zh-CN"/>
        </w:rPr>
        <w:br/>
      </w:r>
      <w:r>
        <w:rPr>
          <w:lang w:eastAsia="zh-CN"/>
        </w:rPr>
        <w:t>　　流程：幼儿去植物公园认识各种树木并做调查——幼儿与老师共同种植树木，进行挂牌并测量小树苗的高度，并进行记录。合影：我与小树苗共成长。</w:t>
      </w:r>
      <w:r>
        <w:rPr>
          <w:lang w:eastAsia="zh-CN"/>
        </w:rPr>
        <w:br/>
      </w:r>
      <w:r>
        <w:rPr>
          <w:lang w:eastAsia="zh-CN"/>
        </w:rPr>
        <w:t>　　制作“植绿、护绿、爱绿、兴绿”宣传单，宣传单统一用彩色纸张半张的规格，老师统一在上面打上标语，幼儿进行绘画，离园时每班派两名幼儿(护绿小天使)，在大门口分发，向全体家长倡议共同绿化我们美丽的家园。</w:t>
      </w:r>
      <w:r>
        <w:rPr>
          <w:lang w:eastAsia="zh-CN"/>
        </w:rPr>
        <w:br/>
      </w:r>
      <w:r>
        <w:rPr>
          <w:lang w:eastAsia="zh-CN"/>
        </w:rPr>
        <w:t>　　延伸活动：绿化植物知多少：老师、家长和孩子一起调查了解幼儿园和幼儿园周围有多少种绿化植物，并摄影，了解这些植物的生长特性以及与之相关的一些问题。</w:t>
      </w:r>
      <w:r>
        <w:rPr>
          <w:lang w:eastAsia="zh-CN"/>
        </w:rPr>
        <w:br/>
      </w:r>
      <w:r>
        <w:rPr>
          <w:lang w:eastAsia="zh-CN"/>
        </w:rPr>
        <w:t>　　树木护养：老师和家长一起教给孩子一些有关养护植物方面的常识。</w:t>
      </w:r>
      <w:r>
        <w:rPr>
          <w:lang w:eastAsia="zh-CN"/>
        </w:rPr>
        <w:br/>
      </w:r>
      <w:r>
        <w:rPr>
          <w:lang w:eastAsia="zh-CN"/>
        </w:rPr>
        <w:t xml:space="preserve">    2024植树节主题活动方案 篇7 </w:t>
      </w:r>
      <w:r>
        <w:rPr>
          <w:lang w:eastAsia="zh-CN"/>
        </w:rPr>
        <w:br/>
      </w:r>
      <w:r>
        <w:rPr>
          <w:lang w:eastAsia="zh-CN"/>
        </w:rPr>
        <w:t>　　一、活动背景</w:t>
      </w:r>
      <w:r>
        <w:rPr>
          <w:lang w:eastAsia="zh-CN"/>
        </w:rPr>
        <w:br/>
      </w:r>
      <w:r>
        <w:rPr>
          <w:lang w:eastAsia="zh-CN"/>
        </w:rPr>
        <w:t>　　春季万物复苏，以三月份植树节为契机，在环协志愿者与广大同学中开展“爱绿、植树、护绿”实践体验活动，增强广大学生的生态和环保意识，树立好“绿色家园，从我做起”的理念，做到人人营造绿色、人人宣传绿色、人人保护绿色、人人拥有绿色。组织全校师生进行植树节植树活动。达到净化、美化环境的目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植树节”是一些国家以法律形式规定的以宣传森林效益，并动员群众参加义务造林为活动内容的节日。按时间长短可分为植树日、植树周或植树月，总称植树节。通过这种活动，激发人们爱林、造林的热情，提高人们对森林功用的认识，使绿化国土的意识深入人心，达到爱林护林和扩大森林资源、改善生态环境的目的，为此我校学生团体联合会(环保协会)特发起植树活动。</w:t>
      </w:r>
      <w:r>
        <w:rPr>
          <w:lang w:eastAsia="zh-CN"/>
        </w:rPr>
        <w:br/>
      </w:r>
      <w:r>
        <w:rPr>
          <w:lang w:eastAsia="zh-CN"/>
        </w:rPr>
        <w:t>　　二、活动意义</w:t>
      </w:r>
      <w:r>
        <w:rPr>
          <w:lang w:eastAsia="zh-CN"/>
        </w:rPr>
        <w:br/>
      </w:r>
      <w:r>
        <w:rPr>
          <w:lang w:eastAsia="zh-CN"/>
        </w:rPr>
        <w:t>　　植树造林是创造良好生态环境、为后人造福的一件大好事，参加植树既是一种义务，更是一种责任，全社会都应积极并且行动起来，植树造林，绿化家园，让我们生存的这片土地更加盎然生机!</w:t>
      </w:r>
      <w:r>
        <w:rPr>
          <w:lang w:eastAsia="zh-CN"/>
        </w:rPr>
        <w:br/>
      </w:r>
      <w:r>
        <w:rPr>
          <w:lang w:eastAsia="zh-CN"/>
        </w:rPr>
        <w:t>　　三、活动口号</w:t>
      </w:r>
      <w:r>
        <w:rPr>
          <w:lang w:eastAsia="zh-CN"/>
        </w:rPr>
        <w:br/>
      </w:r>
      <w:r>
        <w:rPr>
          <w:lang w:eastAsia="zh-CN"/>
        </w:rPr>
        <w:t>　　我为校园添把绿</w:t>
      </w:r>
      <w:r>
        <w:rPr>
          <w:lang w:eastAsia="zh-CN"/>
        </w:rPr>
        <w:br/>
      </w:r>
      <w:r>
        <w:rPr>
          <w:lang w:eastAsia="zh-CN"/>
        </w:rPr>
        <w:t>　　四、主办单位</w:t>
      </w:r>
      <w:r>
        <w:rPr>
          <w:lang w:eastAsia="zh-CN"/>
        </w:rPr>
        <w:br/>
      </w:r>
      <w:r>
        <w:rPr>
          <w:lang w:eastAsia="zh-CN"/>
        </w:rPr>
        <w:t>　　__学院学生团体联合会</w:t>
      </w:r>
      <w:r>
        <w:rPr>
          <w:lang w:eastAsia="zh-CN"/>
        </w:rPr>
        <w:br/>
      </w:r>
      <w:r>
        <w:rPr>
          <w:lang w:eastAsia="zh-CN"/>
        </w:rPr>
        <w:t>　　五、策划支持单位</w:t>
      </w:r>
      <w:r>
        <w:rPr>
          <w:lang w:eastAsia="zh-CN"/>
        </w:rPr>
        <w:br/>
      </w:r>
      <w:r>
        <w:rPr>
          <w:lang w:eastAsia="zh-CN"/>
        </w:rPr>
        <w:t>　　环保协会</w:t>
      </w:r>
      <w:r>
        <w:rPr>
          <w:lang w:eastAsia="zh-CN"/>
        </w:rPr>
        <w:br/>
      </w:r>
      <w:r>
        <w:rPr>
          <w:lang w:eastAsia="zh-CN"/>
        </w:rPr>
        <w:t>　　六、活动时间</w:t>
      </w:r>
      <w:r>
        <w:rPr>
          <w:lang w:eastAsia="zh-CN"/>
        </w:rPr>
        <w:br/>
      </w:r>
      <w:r>
        <w:rPr>
          <w:lang w:eastAsia="zh-CN"/>
        </w:rPr>
        <w:t>　　三月十一号—三月十一号18：00信息统计结束</w:t>
      </w:r>
      <w:r>
        <w:rPr>
          <w:lang w:eastAsia="zh-CN"/>
        </w:rPr>
        <w:br/>
      </w:r>
      <w:r>
        <w:rPr>
          <w:lang w:eastAsia="zh-CN"/>
        </w:rPr>
        <w:t>　　A三月十二日9：00进行活动</w:t>
      </w:r>
      <w:r>
        <w:rPr>
          <w:lang w:eastAsia="zh-CN"/>
        </w:rPr>
        <w:br/>
      </w:r>
      <w:r>
        <w:rPr>
          <w:lang w:eastAsia="zh-CN"/>
        </w:rPr>
        <w:t>　　B三月十四日中午12：00—13：50</w:t>
      </w:r>
      <w:r>
        <w:rPr>
          <w:lang w:eastAsia="zh-CN"/>
        </w:rPr>
        <w:br/>
      </w:r>
      <w:r>
        <w:rPr>
          <w:lang w:eastAsia="zh-CN"/>
        </w:rPr>
        <w:t>　　下午16：40—18：50</w:t>
      </w:r>
      <w:r>
        <w:rPr>
          <w:lang w:eastAsia="zh-CN"/>
        </w:rPr>
        <w:br/>
      </w:r>
      <w:r>
        <w:rPr>
          <w:lang w:eastAsia="zh-CN"/>
        </w:rPr>
        <w:t>　　七、活动地点</w:t>
      </w:r>
      <w:r>
        <w:rPr>
          <w:lang w:eastAsia="zh-CN"/>
        </w:rPr>
        <w:br/>
      </w:r>
      <w:r>
        <w:rPr>
          <w:lang w:eastAsia="zh-CN"/>
        </w:rPr>
        <w:t>　　__学院校园内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八、工作计划</w:t>
      </w:r>
      <w:r>
        <w:rPr>
          <w:lang w:eastAsia="zh-CN"/>
        </w:rPr>
        <w:br/>
      </w:r>
      <w:r>
        <w:rPr>
          <w:lang w:eastAsia="zh-CN"/>
        </w:rPr>
        <w:t>　　审批时间三月十二日之前</w:t>
      </w:r>
      <w:r>
        <w:rPr>
          <w:lang w:eastAsia="zh-CN"/>
        </w:rPr>
        <w:br/>
      </w:r>
      <w:r>
        <w:rPr>
          <w:lang w:eastAsia="zh-CN"/>
        </w:rPr>
        <w:t>　　通知时间三月十一日之前完成</w:t>
      </w:r>
      <w:r>
        <w:rPr>
          <w:lang w:eastAsia="zh-CN"/>
        </w:rPr>
        <w:br/>
      </w:r>
      <w:r>
        <w:rPr>
          <w:lang w:eastAsia="zh-CN"/>
        </w:rPr>
        <w:t>　　集合地点校园广场旗杆处</w:t>
      </w:r>
      <w:r>
        <w:rPr>
          <w:lang w:eastAsia="zh-CN"/>
        </w:rPr>
        <w:br/>
      </w:r>
      <w:r>
        <w:rPr>
          <w:lang w:eastAsia="zh-CN"/>
        </w:rPr>
        <w:t>　　活动开始前有指导老师宣布活动开始</w:t>
      </w:r>
      <w:r>
        <w:rPr>
          <w:lang w:eastAsia="zh-CN"/>
        </w:rPr>
        <w:br/>
      </w:r>
      <w:r>
        <w:rPr>
          <w:lang w:eastAsia="zh-CN"/>
        </w:rPr>
        <w:t>　　九、活动宣传</w:t>
      </w:r>
      <w:r>
        <w:rPr>
          <w:lang w:eastAsia="zh-CN"/>
        </w:rPr>
        <w:br/>
      </w:r>
      <w:r>
        <w:rPr>
          <w:lang w:eastAsia="zh-CN"/>
        </w:rPr>
        <w:t>　　宣传版面针对活的地情况，版面应在十一日之前完成</w:t>
      </w:r>
      <w:r>
        <w:rPr>
          <w:lang w:eastAsia="zh-CN"/>
        </w:rPr>
        <w:br/>
      </w:r>
      <w:r>
        <w:rPr>
          <w:lang w:eastAsia="zh-CN"/>
        </w:rPr>
        <w:t>　　校园宣传利用协会自身的宣传部宣传或由学校通知到各系各班</w:t>
      </w:r>
      <w:r>
        <w:rPr>
          <w:lang w:eastAsia="zh-CN"/>
        </w:rPr>
        <w:br/>
      </w:r>
      <w:r>
        <w:rPr>
          <w:lang w:eastAsia="zh-CN"/>
        </w:rPr>
        <w:t>　　十、报名方案</w:t>
      </w:r>
      <w:r>
        <w:rPr>
          <w:lang w:eastAsia="zh-CN"/>
        </w:rPr>
        <w:br/>
      </w:r>
      <w:r>
        <w:rPr>
          <w:lang w:eastAsia="zh-CN"/>
        </w:rPr>
        <w:t>　　A有个班班完后交道学生团体联合会</w:t>
      </w:r>
      <w:r>
        <w:rPr>
          <w:lang w:eastAsia="zh-CN"/>
        </w:rPr>
        <w:br/>
      </w:r>
      <w:r>
        <w:rPr>
          <w:lang w:eastAsia="zh-CN"/>
        </w:rPr>
        <w:t>　　B同学们自己报名到学生团体联合会</w:t>
      </w:r>
      <w:r>
        <w:rPr>
          <w:lang w:eastAsia="zh-CN"/>
        </w:rPr>
        <w:br/>
      </w:r>
      <w:r>
        <w:rPr>
          <w:lang w:eastAsia="zh-CN"/>
        </w:rPr>
        <w:t>　　十一、活动经费</w:t>
      </w:r>
      <w:r>
        <w:rPr>
          <w:lang w:eastAsia="zh-CN"/>
        </w:rPr>
        <w:br/>
      </w:r>
      <w:r>
        <w:rPr>
          <w:lang w:eastAsia="zh-CN"/>
        </w:rPr>
        <w:t>　　活动经费：预计买树苗20棵桃树5棵梨树5棵杏树5棵石榴5棵</w:t>
      </w:r>
      <w:r>
        <w:rPr>
          <w:lang w:eastAsia="zh-CN"/>
        </w:rPr>
        <w:br/>
      </w:r>
      <w:r>
        <w:rPr>
          <w:lang w:eastAsia="zh-CN"/>
        </w:rPr>
        <w:t>　　预计一百一十元左右</w:t>
      </w:r>
      <w:r>
        <w:rPr>
          <w:lang w:eastAsia="zh-CN"/>
        </w:rPr>
        <w:br/>
      </w:r>
      <w:r>
        <w:rPr>
          <w:lang w:eastAsia="zh-CN"/>
        </w:rPr>
        <w:t>　　十二、活动分析</w:t>
      </w:r>
      <w:r>
        <w:rPr>
          <w:lang w:eastAsia="zh-CN"/>
        </w:rPr>
        <w:br/>
      </w:r>
      <w:r>
        <w:rPr>
          <w:lang w:eastAsia="zh-CN"/>
        </w:rPr>
        <w:t>　　人力资源：目前__学院环保协会现有会长一名，副会一名，助理一名，部长六名，会员若干名</w:t>
      </w:r>
      <w:r>
        <w:rPr>
          <w:lang w:eastAsia="zh-CN"/>
        </w:rPr>
        <w:br/>
      </w:r>
      <w:r>
        <w:rPr>
          <w:lang w:eastAsia="zh-CN"/>
        </w:rPr>
        <w:t>　　1、分析结果：</w:t>
      </w:r>
      <w:r>
        <w:rPr>
          <w:lang w:eastAsia="zh-CN"/>
        </w:rPr>
        <w:br/>
      </w:r>
      <w:r>
        <w:rPr>
          <w:lang w:eastAsia="zh-CN"/>
        </w:rPr>
        <w:t>　　A协会成员人力资源充足，应注意人员的调配与分工</w:t>
      </w:r>
      <w:r>
        <w:rPr>
          <w:lang w:eastAsia="zh-CN"/>
        </w:rPr>
        <w:br/>
      </w:r>
      <w:r>
        <w:rPr>
          <w:lang w:eastAsia="zh-CN"/>
        </w:rPr>
        <w:t>　　B本次活动要求设备较少，只要注意活动期间对时间的安排即可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C请__学院孙江涛、潘美姬老师为活动指导老师</w:t>
      </w:r>
      <w:r>
        <w:rPr>
          <w:lang w:eastAsia="zh-CN"/>
        </w:rPr>
        <w:br/>
      </w:r>
      <w:r>
        <w:rPr>
          <w:lang w:eastAsia="zh-CN"/>
        </w:rPr>
        <w:t>　　2、环境因素分析</w:t>
      </w:r>
      <w:r>
        <w:rPr>
          <w:lang w:eastAsia="zh-CN"/>
        </w:rPr>
        <w:br/>
      </w:r>
      <w:r>
        <w:rPr>
          <w:lang w:eastAsia="zh-CN"/>
        </w:rPr>
        <w:t>　　活动场地：__学院西校区教学楼C楼和D楼之间以及宿舍楼C/D/E楼之间，植树地点在二餐厅和C宿舍楼之间</w:t>
      </w:r>
      <w:r>
        <w:rPr>
          <w:lang w:eastAsia="zh-CN"/>
        </w:rPr>
        <w:br/>
      </w:r>
      <w:r>
        <w:rPr>
          <w:lang w:eastAsia="zh-CN"/>
        </w:rPr>
        <w:t>　　分析结果：本次活动虽未室外活动，但气候因素对本次的活动影响不大，活动的参与者要注意进行时间的安排，避免与学习时间产生冲突</w:t>
      </w:r>
      <w:r>
        <w:rPr>
          <w:lang w:eastAsia="zh-CN"/>
        </w:rPr>
        <w:br/>
      </w:r>
      <w:r>
        <w:rPr>
          <w:lang w:eastAsia="zh-CN"/>
        </w:rPr>
        <w:t>　　3、校园因素分析</w:t>
      </w:r>
      <w:r>
        <w:rPr>
          <w:lang w:eastAsia="zh-CN"/>
        </w:rPr>
        <w:br/>
      </w:r>
      <w:r>
        <w:rPr>
          <w:lang w:eastAsia="zh-CN"/>
        </w:rPr>
        <w:t>　　A本次活动不违反任何法规法纪，不违反任何校规校纪</w:t>
      </w:r>
      <w:r>
        <w:rPr>
          <w:lang w:eastAsia="zh-CN"/>
        </w:rPr>
        <w:br/>
      </w:r>
      <w:r>
        <w:rPr>
          <w:lang w:eastAsia="zh-CN"/>
        </w:rPr>
        <w:t>　　B本促活动有利于环保协会的发展，有利于__学院在校学生对学院影响力的提高，同时有利于增强同学生们的环保意识。</w:t>
      </w:r>
      <w:r>
        <w:rPr>
          <w:lang w:eastAsia="zh-CN"/>
        </w:rPr>
        <w:br/>
      </w:r>
      <w:r>
        <w:rPr>
          <w:lang w:eastAsia="zh-CN"/>
        </w:rPr>
        <w:t>　　十三、活动涉及内容</w:t>
      </w:r>
      <w:r>
        <w:rPr>
          <w:lang w:eastAsia="zh-CN"/>
        </w:rPr>
        <w:br/>
      </w:r>
      <w:r>
        <w:rPr>
          <w:lang w:eastAsia="zh-CN"/>
        </w:rPr>
        <w:t>　　为了切实提高同学们参加活动的积极性需要为每位参加活动的同学加分0.5-1分，需要同学们穿上校服，自带浇水工具。每位参与活动同学需完成活动才能加分中途退出者不加。</w:t>
      </w:r>
      <w:r>
        <w:rPr>
          <w:lang w:eastAsia="zh-CN"/>
        </w:rPr>
        <w:br/>
      </w:r>
      <w:r>
        <w:rPr>
          <w:lang w:eastAsia="zh-CN"/>
        </w:rPr>
        <w:t>　　十四、活动工作分配</w:t>
      </w:r>
      <w:r>
        <w:rPr>
          <w:lang w:eastAsia="zh-CN"/>
        </w:rPr>
        <w:br/>
      </w:r>
      <w:r>
        <w:rPr>
          <w:lang w:eastAsia="zh-CN"/>
        </w:rPr>
        <w:t>　　办公室：负责活动中的统筹协调工作，及时向老师和主席汇报各方面的工作与进行情况。</w:t>
      </w:r>
      <w:r>
        <w:rPr>
          <w:lang w:eastAsia="zh-CN"/>
        </w:rPr>
        <w:br/>
      </w:r>
      <w:r>
        <w:rPr>
          <w:lang w:eastAsia="zh-CN"/>
        </w:rPr>
        <w:t>　　组织部：负责活动中的组织工作，并且进行人员考核。</w:t>
      </w:r>
      <w:r>
        <w:rPr>
          <w:lang w:eastAsia="zh-CN"/>
        </w:rPr>
        <w:br/>
      </w:r>
      <w:r>
        <w:rPr>
          <w:lang w:eastAsia="zh-CN"/>
        </w:rPr>
        <w:t>　　项目部：活动的策划工作</w:t>
      </w:r>
      <w:r>
        <w:rPr>
          <w:lang w:eastAsia="zh-CN"/>
        </w:rPr>
        <w:br/>
      </w:r>
      <w:r>
        <w:rPr>
          <w:lang w:eastAsia="zh-CN"/>
        </w:rPr>
        <w:t>　　宣传部：负责活动前的宣传工作。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信息部：活动的信息采集(照片视频)对活动进行总结、资料的整理。以及活动最新资讯进行记录和总结。</w:t>
      </w:r>
      <w:r>
        <w:rPr>
          <w:lang w:eastAsia="zh-CN"/>
        </w:rPr>
        <w:br/>
      </w:r>
      <w:r>
        <w:rPr>
          <w:lang w:eastAsia="zh-CN"/>
        </w:rPr>
        <w:t>　　外联部：负责在活动进行中出现的各种突发情况。</w:t>
      </w:r>
      <w:r>
        <w:rPr>
          <w:lang w:eastAsia="zh-CN"/>
        </w:rPr>
        <w:br/>
      </w:r>
      <w:r>
        <w:rPr>
          <w:lang w:eastAsia="zh-CN"/>
        </w:rPr>
        <w:t>　　会长、副会长、助理负责活动中的总体进行。</w:t>
      </w:r>
      <w:r>
        <w:rPr>
          <w:lang w:eastAsia="zh-CN"/>
        </w:rPr>
        <w:br/>
      </w:r>
      <w:r>
        <w:rPr>
          <w:lang w:eastAsia="zh-CN"/>
        </w:rPr>
        <w:t>　　十五、活动后期及展望</w:t>
      </w:r>
      <w:r>
        <w:rPr>
          <w:lang w:eastAsia="zh-CN"/>
        </w:rPr>
        <w:br/>
      </w:r>
      <w:r>
        <w:rPr>
          <w:lang w:eastAsia="zh-CN"/>
        </w:rPr>
        <w:t>　　活动完成后需要参与的同学写一份心的，此次活动的开展，不仅要在活动中收到良好的实践效果，也要使大家在思想上受到教育，在学校内也取得了好的反响。在“我为校园添把绿”的活动中所体现的环保理念能鄙弃。我们应当在今后的学习、生活、工作中，要严格要求自己，努力学习、扎实工作、无私奉献，在平凡的岗位上作出不平凡的成绩来。</w:t>
      </w:r>
      <w:r>
        <w:rPr>
          <w:lang w:eastAsia="zh-CN"/>
        </w:rPr>
        <w:br/>
      </w:r>
      <w:r>
        <w:rPr>
          <w:lang w:eastAsia="zh-CN"/>
        </w:rPr>
        <w:t>　　因此，我们有义务也有责任将环保的理念在今后的学习生活中继续深入，更好地让广大同学积极参与到环保行动中来，继续发扬“爱绿护绿，争当护绿小使者”的精神。活动买的树苗希望能种在一起长成一片小果园，使校园中同学们能够有一个欢乐的去处，能够共同的去爱护它，呵护她，在不知不觉中加入到环保中来，同时体会到捉虫、除草……在辛勤劳动中体会到快乐锻炼一下自己，春天时繁花盛开同学们争相留念记录学校生活点滴，不失为学校的一道亮丽风景线。</w:t>
      </w:r>
      <w:r>
        <w:rPr>
          <w:lang w:eastAsia="zh-CN"/>
        </w:rPr>
        <w:br/>
      </w:r>
      <w:r>
        <w:rPr>
          <w:lang w:eastAsia="zh-CN"/>
        </w:rPr>
        <w:t>　　同时寄予：春天桃树万树梨花开香飘满校园充满温馨，代表一个人新的一年奋斗的开始劲头，秋天硕果累累代表努力没有浪费获得了美满的成功。我们共同品尝瓜果的鲜美…..同时也体现了学校对环保的支持与决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十六、注意事项</w:t>
      </w:r>
      <w:r>
        <w:rPr>
          <w:lang w:eastAsia="zh-CN"/>
        </w:rPr>
        <w:br/>
      </w:r>
      <w:r>
        <w:rPr>
          <w:lang w:eastAsia="zh-CN"/>
        </w:rPr>
        <w:t>　　活动期间，工作人员要求真诚待“人”，体现大学生应有的精神风貌，文明用语，不得损坏学校公共财物，对故意破坏者进行一定的处罚。希望同学们以主人公的精神，维护本次活动的顺利开展与进行。</w:t>
      </w:r>
      <w:r>
        <w:rPr>
          <w:lang w:eastAsia="zh-CN"/>
        </w:rPr>
        <w:br/>
      </w:r>
      <w:r>
        <w:rPr>
          <w:lang w:eastAsia="zh-CN"/>
        </w:rPr>
        <w:t>　　植树节主题活动方案3</w:t>
      </w:r>
      <w:r>
        <w:rPr>
          <w:lang w:eastAsia="zh-CN"/>
        </w:rPr>
        <w:br/>
      </w:r>
      <w:r>
        <w:rPr>
          <w:lang w:eastAsia="zh-CN"/>
        </w:rPr>
        <w:t>　　一、活动背景</w:t>
      </w:r>
      <w:r>
        <w:rPr>
          <w:lang w:eastAsia="zh-CN"/>
        </w:rPr>
        <w:br/>
      </w:r>
      <w:r>
        <w:rPr>
          <w:lang w:eastAsia="zh-CN"/>
        </w:rPr>
        <w:t>　　20__年3月12日，是我国第42个植树节。为了进一步为省会生态环境改善贡献自己的力量，充分体现__的社会责任感和使命感。__房地产开发有限公司将举办“约会绿色?扮靓春天”植树节活动，同时也为答谢广大业主对我们支持和信任，让广大业主在这个春风和煦，春意盎然的春天里，感受春的脚步，呼吸20__的第一缕清新空气。</w:t>
      </w:r>
      <w:r>
        <w:rPr>
          <w:lang w:eastAsia="zh-CN"/>
        </w:rPr>
        <w:br/>
      </w:r>
      <w:r>
        <w:rPr>
          <w:lang w:eastAsia="zh-CN"/>
        </w:rPr>
        <w:t>　　二、活动目的：</w:t>
      </w:r>
      <w:r>
        <w:rPr>
          <w:lang w:eastAsia="zh-CN"/>
        </w:rPr>
        <w:br/>
      </w:r>
      <w:r>
        <w:rPr>
          <w:lang w:eastAsia="zh-CN"/>
        </w:rPr>
        <w:t>　　重在答谢支持项目的新老客户，让其感受公司的人性化管理氛围，体验作为项目业主的优越性。同时向社会展示项目信息及概况，吸引更多购房置业者的关注。</w:t>
      </w:r>
      <w:r>
        <w:rPr>
          <w:lang w:eastAsia="zh-CN"/>
        </w:rPr>
        <w:br/>
      </w:r>
      <w:r>
        <w:rPr>
          <w:lang w:eastAsia="zh-CN"/>
        </w:rPr>
        <w:t>　　三、活动时间：20__年3月12日(暂定)</w:t>
      </w:r>
      <w:r>
        <w:rPr>
          <w:lang w:eastAsia="zh-CN"/>
        </w:rPr>
        <w:br/>
      </w:r>
      <w:r>
        <w:rPr>
          <w:lang w:eastAsia="zh-CN"/>
        </w:rPr>
        <w:t>　　四、植树地点：__林场</w:t>
      </w:r>
      <w:r>
        <w:rPr>
          <w:lang w:eastAsia="zh-CN"/>
        </w:rPr>
        <w:br/>
      </w:r>
      <w:r>
        <w:rPr>
          <w:lang w:eastAsia="zh-CN"/>
        </w:rPr>
        <w:t>　　五、活动组织：</w:t>
      </w:r>
      <w:r>
        <w:rPr>
          <w:lang w:eastAsia="zh-CN"/>
        </w:rPr>
        <w:br/>
      </w:r>
      <w:r>
        <w:rPr>
          <w:lang w:eastAsia="zh-CN"/>
        </w:rPr>
        <w:t>　　主办方：__房地产开发有限公司</w:t>
      </w:r>
      <w:r>
        <w:rPr>
          <w:lang w:eastAsia="zh-CN"/>
        </w:rPr>
        <w:br/>
      </w:r>
      <w:r>
        <w:rPr>
          <w:lang w:eastAsia="zh-CN"/>
        </w:rPr>
        <w:t>　　协办方：__网__经济广播__新闻广播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承办方：__传媒</w:t>
      </w:r>
      <w:r>
        <w:rPr>
          <w:lang w:eastAsia="zh-CN"/>
        </w:rPr>
        <w:br/>
      </w:r>
      <w:r>
        <w:rPr>
          <w:lang w:eastAsia="zh-CN"/>
        </w:rPr>
        <w:t>　　六、活动和宣传执行：</w:t>
      </w:r>
      <w:r>
        <w:rPr>
          <w:lang w:eastAsia="zh-CN"/>
        </w:rPr>
        <w:br/>
      </w:r>
      <w:r>
        <w:rPr>
          <w:lang w:eastAsia="zh-CN"/>
        </w:rPr>
        <w:t>　　____网负责全面宣传和现场组织执行</w:t>
      </w:r>
      <w:r>
        <w:rPr>
          <w:lang w:eastAsia="zh-CN"/>
        </w:rPr>
        <w:br/>
      </w:r>
      <w:r>
        <w:rPr>
          <w:lang w:eastAsia="zh-CN"/>
        </w:rPr>
        <w:t>　　七、活动规模：200人左右(注：根据具体报名人数可以调整)</w:t>
      </w:r>
      <w:r>
        <w:rPr>
          <w:lang w:eastAsia="zh-CN"/>
        </w:rPr>
        <w:br/>
      </w:r>
      <w:r>
        <w:rPr>
          <w:lang w:eastAsia="zh-CN"/>
        </w:rPr>
        <w:t>　　八、活动效果及预期：</w:t>
      </w:r>
      <w:r>
        <w:rPr>
          <w:lang w:eastAsia="zh-CN"/>
        </w:rPr>
        <w:br/>
      </w:r>
      <w:r>
        <w:rPr>
          <w:lang w:eastAsia="zh-CN"/>
        </w:rPr>
        <w:t>　　此次以义务植树公益活动答谢支持项目的新老客户，彰显__的企业文化理念，同时也让广大业主在此次活动中，了解和体验绿色环保在我们日常生活中的重要意义。并借助__网对活动的全程报道，扩大__的知名度，从而达到销售的目的。</w:t>
      </w:r>
      <w:r>
        <w:rPr>
          <w:lang w:eastAsia="zh-CN"/>
        </w:rPr>
        <w:br/>
      </w:r>
      <w:r>
        <w:rPr>
          <w:lang w:eastAsia="zh-CN"/>
        </w:rPr>
        <w:t>　　为保证此次活动的顺利进行和取得圆满成功，通过活动执行方__传媒及旗下__网以及合作媒体进行前期预热、中期执行以及后期跟踪报道的系列宣传方案，将全方位的为此次活动进行宣传报道，可以说活动本身将公益事业、客户答谢、广告宣传融为一体，具有较高的价值回报。</w:t>
      </w:r>
      <w:r>
        <w:rPr>
          <w:lang w:eastAsia="zh-CN"/>
        </w:rPr>
        <w:br/>
      </w:r>
      <w:r>
        <w:rPr>
          <w:lang w:eastAsia="zh-CN"/>
        </w:rPr>
        <w:t>　　九、活动宣传流程</w:t>
      </w:r>
      <w:r>
        <w:rPr>
          <w:lang w:eastAsia="zh-CN"/>
        </w:rPr>
        <w:br/>
      </w:r>
      <w:r>
        <w:rPr>
          <w:lang w:eastAsia="zh-CN"/>
        </w:rPr>
        <w:t>　　至3月11日通过__首页、房产首页、论坛、电台等平台进行大范围征集。让更多愿意参加此次活动购房者了解此次活动的情况。</w:t>
      </w:r>
      <w:r>
        <w:rPr>
          <w:lang w:eastAsia="zh-CN"/>
        </w:rPr>
        <w:br/>
      </w:r>
      <w:r>
        <w:rPr>
          <w:lang w:eastAsia="zh-CN"/>
        </w:rPr>
        <w:t>　　3月12日条幅宣传和活动现场拍摄。通过专业的采编、视频团队。现场拍照、合影、视频采访等手段全方位展示本次活动。</w:t>
      </w:r>
      <w:r>
        <w:rPr>
          <w:lang w:eastAsia="zh-CN"/>
        </w:rPr>
        <w:br/>
      </w:r>
      <w:r>
        <w:rPr>
          <w:lang w:eastAsia="zh-CN"/>
        </w:rPr>
        <w:t>　　活动结束在所有参与媒体刊登此次活动。并在__网首页PPT上添加此次活动照片和此次活动专题链接，并在项目论坛中发布此次活动的照片和相关内容。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十、具体活动流程(略)</w:t>
      </w:r>
      <w:r>
        <w:rPr>
          <w:lang w:eastAsia="zh-CN"/>
        </w:rPr>
        <w:br/>
      </w:r>
      <w:r>
        <w:rPr>
          <w:lang w:eastAsia="zh-CN"/>
        </w:rPr>
        <w:t>　　十一、__需执行要求(略)</w:t>
      </w:r>
      <w:r>
        <w:rPr>
          <w:lang w:eastAsia="zh-CN"/>
        </w:rPr>
        <w:br/>
      </w:r>
      <w:r>
        <w:rPr>
          <w:lang w:eastAsia="zh-CN"/>
        </w:rPr>
        <w:t>　　1、物料准备：</w:t>
      </w:r>
      <w:r>
        <w:rPr>
          <w:lang w:eastAsia="zh-CN"/>
        </w:rPr>
        <w:br/>
      </w:r>
      <w:r>
        <w:rPr>
          <w:lang w:eastAsia="zh-CN"/>
        </w:rPr>
        <w:t>　　2、联系业主，确定人数。</w:t>
      </w:r>
      <w:r>
        <w:rPr>
          <w:lang w:eastAsia="zh-CN"/>
        </w:rPr>
        <w:br/>
      </w:r>
      <w:r>
        <w:rPr>
          <w:lang w:eastAsia="zh-CN"/>
        </w:rPr>
        <w:t>　　3、提供业主的联系方式用于活动当天签到。</w:t>
      </w:r>
      <w:r>
        <w:rPr>
          <w:lang w:eastAsia="zh-CN"/>
        </w:rPr>
        <w:br/>
      </w:r>
      <w:r>
        <w:rPr>
          <w:lang w:eastAsia="zh-CN"/>
        </w:rPr>
        <w:t>　　十二、活动物品及预算：(略)</w:t>
      </w:r>
      <w:r>
        <w:rPr>
          <w:lang w:eastAsia="zh-CN"/>
        </w:rPr>
        <w:br/>
      </w:r>
      <w:r>
        <w:rPr>
          <w:lang w:eastAsia="zh-CN"/>
        </w:rPr>
        <w:t>　　十三、其他：</w:t>
      </w:r>
      <w:r>
        <w:rPr>
          <w:lang w:eastAsia="zh-CN"/>
        </w:rPr>
        <w:br/>
      </w:r>
      <w:r>
        <w:rPr>
          <w:lang w:eastAsia="zh-CN"/>
        </w:rPr>
        <w:t>　　1、本次活动由__房网策划和全程执行;</w:t>
      </w:r>
      <w:r>
        <w:rPr>
          <w:lang w:eastAsia="zh-CN"/>
        </w:rPr>
        <w:br/>
      </w:r>
      <w:r>
        <w:rPr>
          <w:lang w:eastAsia="zh-CN"/>
        </w:rPr>
        <w:t>　　2、__项目只需提供相关经费和相关物品;</w:t>
      </w:r>
      <w:r>
        <w:rPr>
          <w:lang w:eastAsia="zh-CN"/>
        </w:rPr>
        <w:br/>
      </w:r>
      <w:r>
        <w:rPr>
          <w:lang w:eastAsia="zh-CN"/>
        </w:rPr>
        <w:t>　　3、希望__项目相关工作人员积极配合此次活动。</w:t>
      </w:r>
      <w:r>
        <w:rPr>
          <w:lang w:eastAsia="zh-CN"/>
        </w:rPr>
        <w:br/>
      </w:r>
      <w:r>
        <w:rPr>
          <w:lang w:eastAsia="zh-CN"/>
        </w:rPr>
        <w:t xml:space="preserve">    2024植树节主题活动方案 篇8 </w:t>
      </w:r>
      <w:r>
        <w:rPr>
          <w:lang w:eastAsia="zh-CN"/>
        </w:rPr>
        <w:br/>
      </w:r>
      <w:r>
        <w:rPr>
          <w:lang w:eastAsia="zh-CN"/>
        </w:rPr>
        <w:t>　　一、活动名称：</w:t>
      </w:r>
      <w:r>
        <w:rPr>
          <w:lang w:eastAsia="zh-CN"/>
        </w:rPr>
        <w:br/>
      </w:r>
      <w:r>
        <w:rPr>
          <w:lang w:eastAsia="zh-CN"/>
        </w:rPr>
        <w:t>　　植树节许愿活动</w:t>
      </w:r>
      <w:r>
        <w:rPr>
          <w:lang w:eastAsia="zh-CN"/>
        </w:rPr>
        <w:br/>
      </w:r>
      <w:r>
        <w:rPr>
          <w:lang w:eastAsia="zh-CN"/>
        </w:rPr>
        <w:t>　　二、活动主题：</w:t>
      </w:r>
      <w:r>
        <w:rPr>
          <w:lang w:eastAsia="zh-CN"/>
        </w:rPr>
        <w:br/>
      </w:r>
      <w:r>
        <w:rPr>
          <w:lang w:eastAsia="zh-CN"/>
        </w:rPr>
        <w:t>　　绿色心愿，用心呵护，让心愿和种子一起成长</w:t>
      </w:r>
      <w:r>
        <w:rPr>
          <w:lang w:eastAsia="zh-CN"/>
        </w:rPr>
        <w:br/>
      </w:r>
      <w:r>
        <w:rPr>
          <w:lang w:eastAsia="zh-CN"/>
        </w:rPr>
        <w:t>　　三、活动目的：</w:t>
      </w:r>
      <w:r>
        <w:rPr>
          <w:lang w:eastAsia="zh-CN"/>
        </w:rPr>
        <w:br/>
      </w:r>
      <w:r>
        <w:rPr>
          <w:lang w:eastAsia="zh-CN"/>
        </w:rPr>
        <w:t>　　美化环境，保护生态环境；宣传环保知识，提高大学生的'环保意识；为校园增添绿色，让生活更加美丽。</w:t>
      </w:r>
      <w:r>
        <w:rPr>
          <w:lang w:eastAsia="zh-CN"/>
        </w:rPr>
        <w:br/>
      </w:r>
      <w:r>
        <w:rPr>
          <w:lang w:eastAsia="zh-CN"/>
        </w:rPr>
        <w:t>　　四、活动时间：</w:t>
      </w:r>
      <w:r>
        <w:rPr>
          <w:lang w:eastAsia="zh-CN"/>
        </w:rPr>
        <w:br/>
      </w:r>
      <w:r>
        <w:rPr>
          <w:lang w:eastAsia="zh-CN"/>
        </w:rPr>
        <w:t>　　3月12日（可以顺延）</w:t>
      </w:r>
      <w:r>
        <w:rPr>
          <w:lang w:eastAsia="zh-CN"/>
        </w:rPr>
        <w:br/>
      </w:r>
      <w:r>
        <w:rPr>
          <w:lang w:eastAsia="zh-CN"/>
        </w:rPr>
        <w:t>　　五、活动地点：</w:t>
      </w:r>
      <w:r>
        <w:rPr>
          <w:lang w:eastAsia="zh-CN"/>
        </w:rPr>
        <w:br/>
      </w:r>
      <w:r>
        <w:rPr>
          <w:lang w:eastAsia="zh-CN"/>
        </w:rPr>
        <w:t>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六、活动对象：</w:t>
      </w:r>
      <w:r>
        <w:rPr>
          <w:lang w:eastAsia="zh-CN"/>
        </w:rPr>
        <w:br/>
      </w:r>
      <w:r>
        <w:rPr>
          <w:lang w:eastAsia="zh-CN"/>
        </w:rPr>
        <w:t>　　全体学生</w:t>
      </w:r>
      <w:r>
        <w:rPr>
          <w:lang w:eastAsia="zh-CN"/>
        </w:rPr>
        <w:br/>
      </w:r>
      <w:r>
        <w:rPr>
          <w:lang w:eastAsia="zh-CN"/>
        </w:rPr>
        <w:t>　　七、活动内容：</w:t>
      </w:r>
      <w:r>
        <w:rPr>
          <w:lang w:eastAsia="zh-CN"/>
        </w:rPr>
        <w:br/>
      </w:r>
      <w:r>
        <w:rPr>
          <w:lang w:eastAsia="zh-CN"/>
        </w:rPr>
        <w:t>　　1、以植树节为契机，号召在植树节这天种下一颗种子或树苗，并且许下自己的心愿，把心愿写在小卡片上插在盆里，还可以在花盆里埋下自己的时间锦囊。然后每天呵护种子发芽成长，让自己的愿望和种子一起成长。</w:t>
      </w:r>
      <w:r>
        <w:rPr>
          <w:lang w:eastAsia="zh-CN"/>
        </w:rPr>
        <w:br/>
      </w:r>
      <w:r>
        <w:rPr>
          <w:lang w:eastAsia="zh-CN"/>
        </w:rPr>
        <w:t>　　2、植树节这天所有参与者手捧种有自己种子和心愿的花盆组成心形图案，同时进行诗歌朗诵，朗诵结束后摄影留恋。借此号召大家签署环保协议。</w:t>
      </w:r>
      <w:r>
        <w:rPr>
          <w:lang w:eastAsia="zh-CN"/>
        </w:rPr>
        <w:br/>
      </w:r>
      <w:r>
        <w:rPr>
          <w:lang w:eastAsia="zh-CN"/>
        </w:rPr>
        <w:t>　　八、活动安排：</w:t>
      </w:r>
      <w:r>
        <w:rPr>
          <w:lang w:eastAsia="zh-CN"/>
        </w:rPr>
        <w:br/>
      </w:r>
      <w:r>
        <w:rPr>
          <w:lang w:eastAsia="zh-CN"/>
        </w:rPr>
        <w:t>　　1、与商家取得联系，争取赞助经费。</w:t>
      </w:r>
      <w:r>
        <w:rPr>
          <w:lang w:eastAsia="zh-CN"/>
        </w:rPr>
        <w:br/>
      </w:r>
      <w:r>
        <w:rPr>
          <w:lang w:eastAsia="zh-CN"/>
        </w:rPr>
        <w:t>　　2、制作看板介绍有关植树节的知识，普及环保知识，以及宣传此次活动。</w:t>
      </w:r>
      <w:r>
        <w:rPr>
          <w:lang w:eastAsia="zh-CN"/>
        </w:rPr>
        <w:br/>
      </w:r>
      <w:r>
        <w:rPr>
          <w:lang w:eastAsia="zh-CN"/>
        </w:rPr>
        <w:t>　　3、在餐厅门口发放宣传单</w:t>
      </w:r>
      <w:r>
        <w:rPr>
          <w:lang w:eastAsia="zh-CN"/>
        </w:rPr>
        <w:br/>
      </w:r>
      <w:r>
        <w:rPr>
          <w:lang w:eastAsia="zh-CN"/>
        </w:rPr>
        <w:t>　　4、现场征集报名参加者，到大一各班走班宣传征集。</w:t>
      </w:r>
      <w:r>
        <w:rPr>
          <w:lang w:eastAsia="zh-CN"/>
        </w:rPr>
        <w:br/>
      </w:r>
      <w:r>
        <w:rPr>
          <w:lang w:eastAsia="zh-CN"/>
        </w:rPr>
        <w:t>　　5、统计参加人数及资金</w:t>
      </w:r>
      <w:r>
        <w:rPr>
          <w:lang w:eastAsia="zh-CN"/>
        </w:rPr>
        <w:br/>
      </w:r>
      <w:r>
        <w:rPr>
          <w:lang w:eastAsia="zh-CN"/>
        </w:rPr>
        <w:t>　　6、购买种子（树苗）花盆，制作环保倡议横幅，邀请电台或信息部。</w:t>
      </w:r>
      <w:r>
        <w:rPr>
          <w:lang w:eastAsia="zh-CN"/>
        </w:rPr>
        <w:br/>
      </w:r>
      <w:r>
        <w:rPr>
          <w:lang w:eastAsia="zh-CN"/>
        </w:rPr>
        <w:t>　　7、到活动现场集合参与者，布置现场。</w:t>
      </w:r>
      <w:r>
        <w:rPr>
          <w:lang w:eastAsia="zh-CN"/>
        </w:rPr>
        <w:br/>
      </w:r>
      <w:r>
        <w:rPr>
          <w:lang w:eastAsia="zh-CN"/>
        </w:rPr>
        <w:t>　　8、组织参与者组成心型图形，寓意绿色心愿，用心呵护。</w:t>
      </w:r>
      <w:r>
        <w:rPr>
          <w:lang w:eastAsia="zh-CN"/>
        </w:rPr>
        <w:br/>
      </w:r>
      <w:r>
        <w:rPr>
          <w:lang w:eastAsia="zh-CN"/>
        </w:rPr>
        <w:t>　　9、发动同学在环保协议上签名。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10、摄影留恋。</w:t>
      </w:r>
      <w:r>
        <w:rPr>
          <w:lang w:eastAsia="zh-CN"/>
        </w:rPr>
        <w:br/>
      </w:r>
      <w:r>
        <w:rPr>
          <w:lang w:eastAsia="zh-CN"/>
        </w:rPr>
        <w:t>　　九、人员配置：</w:t>
      </w:r>
      <w:r>
        <w:rPr>
          <w:lang w:eastAsia="zh-CN"/>
        </w:rPr>
        <w:br/>
      </w:r>
      <w:r>
        <w:rPr>
          <w:lang w:eastAsia="zh-CN"/>
        </w:rPr>
        <w:t>　　外联部负责联系花卉市场，争取赞助。</w:t>
      </w:r>
      <w:r>
        <w:rPr>
          <w:lang w:eastAsia="zh-CN"/>
        </w:rPr>
        <w:br/>
      </w:r>
      <w:r>
        <w:rPr>
          <w:lang w:eastAsia="zh-CN"/>
        </w:rPr>
        <w:t>　　宣传部负责发放宣传单、走班等宣传活动</w:t>
      </w:r>
      <w:r>
        <w:rPr>
          <w:lang w:eastAsia="zh-CN"/>
        </w:rPr>
        <w:br/>
      </w:r>
      <w:r>
        <w:rPr>
          <w:lang w:eastAsia="zh-CN"/>
        </w:rPr>
        <w:t>　　编辑部负责制作宣传海报</w:t>
      </w:r>
      <w:r>
        <w:rPr>
          <w:lang w:eastAsia="zh-CN"/>
        </w:rPr>
        <w:br/>
      </w:r>
      <w:r>
        <w:rPr>
          <w:lang w:eastAsia="zh-CN"/>
        </w:rPr>
        <w:t>　　组织部负责订制横幅、指挥组织参与者组成心型，以及维持秩序。</w:t>
      </w:r>
      <w:r>
        <w:rPr>
          <w:lang w:eastAsia="zh-CN"/>
        </w:rPr>
        <w:br/>
      </w:r>
      <w:r>
        <w:rPr>
          <w:lang w:eastAsia="zh-CN"/>
        </w:rPr>
        <w:t>　　其他人员负责诗歌朗诵。</w:t>
      </w:r>
      <w:r>
        <w:rPr>
          <w:lang w:eastAsia="zh-CN"/>
        </w:rPr>
        <w:br/>
      </w:r>
      <w:r>
        <w:rPr>
          <w:lang w:eastAsia="zh-CN"/>
        </w:rPr>
        <w:t>　　十、活动注意事项：</w:t>
      </w:r>
      <w:r>
        <w:rPr>
          <w:lang w:eastAsia="zh-CN"/>
        </w:rPr>
        <w:br/>
      </w:r>
      <w:r>
        <w:rPr>
          <w:lang w:eastAsia="zh-CN"/>
        </w:rPr>
        <w:t>　　1、购买种子或树苗、花盆等费用由参加者支付的费用诗社只负责代收。</w:t>
      </w:r>
      <w:r>
        <w:rPr>
          <w:lang w:eastAsia="zh-CN"/>
        </w:rPr>
        <w:br/>
      </w:r>
      <w:r>
        <w:rPr>
          <w:lang w:eastAsia="zh-CN"/>
        </w:rPr>
        <w:t>　　2、注意宣传力度以及现场控制。植树节活动策划方案由优优作文网提供！</w:t>
      </w:r>
      <w:r>
        <w:rPr>
          <w:lang w:eastAsia="zh-CN"/>
        </w:rPr>
        <w:br/>
      </w:r>
      <w:r>
        <w:rPr>
          <w:lang w:eastAsia="zh-CN"/>
        </w:rPr>
        <w:t xml:space="preserve">    2024植树节主题活动方案 篇9 </w:t>
      </w:r>
      <w:r>
        <w:rPr>
          <w:lang w:eastAsia="zh-CN"/>
        </w:rPr>
        <w:br/>
      </w:r>
      <w:r>
        <w:rPr>
          <w:lang w:eastAsia="zh-CN"/>
        </w:rPr>
        <w:t>　　春天带着绿色的气息向我们走来，春风吹绿了枝头上的嫩芽，吹绿了地上的小草，也吹动了孩子们的热情。3月12日是一年一度的植树节，我们提倡“添一点绿色、多一份美好”的绿色季节里，使孩子们能够积极与大自然环境“对话”，主动参与植树节的相关活动，亲身体验劳动的乐趣，感受美化环境的意义，激发热爱大自然的情感，我们将在植树节当天，组织孩子们开展植树节爱树护树等相关活动。</w:t>
      </w:r>
      <w:r>
        <w:rPr>
          <w:lang w:eastAsia="zh-CN"/>
        </w:rPr>
        <w:br/>
      </w:r>
      <w:r>
        <w:rPr>
          <w:lang w:eastAsia="zh-CN"/>
        </w:rPr>
        <w:t>　　二、活动目标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1.情感目标：在活动中，发挥主人翁和团队合作精神。遇到挫折要相互体谅，相互帮助，能像一家人一样相亲相爱。</w:t>
      </w:r>
      <w:r>
        <w:rPr>
          <w:lang w:eastAsia="zh-CN"/>
        </w:rPr>
        <w:br/>
      </w:r>
      <w:r>
        <w:rPr>
          <w:lang w:eastAsia="zh-CN"/>
        </w:rPr>
        <w:t>　　2.能力目标：在实践过程中每名幼儿要体现出各自自信勇敢的一面，发挥出每位宝贝的自豪与自律，从小锻炼身体，向社会展示我们的风采。</w:t>
      </w:r>
      <w:r>
        <w:rPr>
          <w:lang w:eastAsia="zh-CN"/>
        </w:rPr>
        <w:br/>
      </w:r>
      <w:r>
        <w:rPr>
          <w:lang w:eastAsia="zh-CN"/>
        </w:rPr>
        <w:t>　　3.知识目标：了解“植树节的来历”、“植树与环保”、“绿色大自然”等资料，向大自然学习，并去社区、向居民和行人宣传。</w:t>
      </w:r>
      <w:r>
        <w:rPr>
          <w:lang w:eastAsia="zh-CN"/>
        </w:rPr>
        <w:br/>
      </w:r>
      <w:r>
        <w:rPr>
          <w:lang w:eastAsia="zh-CN"/>
        </w:rPr>
        <w:t>　　三、活动准备</w:t>
      </w:r>
      <w:r>
        <w:rPr>
          <w:lang w:eastAsia="zh-CN"/>
        </w:rPr>
        <w:br/>
      </w:r>
      <w:r>
        <w:rPr>
          <w:lang w:eastAsia="zh-CN"/>
        </w:rPr>
        <w:t>　　1.各班通过活动展示版面：如低幼“我和小树同成长”;中幼“绿色家园共创造”;高幼“你我携手添绿意”。</w:t>
      </w:r>
      <w:r>
        <w:rPr>
          <w:lang w:eastAsia="zh-CN"/>
        </w:rPr>
        <w:br/>
      </w:r>
      <w:r>
        <w:rPr>
          <w:lang w:eastAsia="zh-CN"/>
        </w:rPr>
        <w:t>　　2.制作 “绿化环境，美化家园”宣传牌。</w:t>
      </w:r>
      <w:r>
        <w:rPr>
          <w:lang w:eastAsia="zh-CN"/>
        </w:rPr>
        <w:br/>
      </w:r>
      <w:r>
        <w:rPr>
          <w:lang w:eastAsia="zh-CN"/>
        </w:rPr>
        <w:t>　　3.浇树种树用的水桶铁锹等植树工具。</w:t>
      </w:r>
      <w:r>
        <w:rPr>
          <w:lang w:eastAsia="zh-CN"/>
        </w:rPr>
        <w:br/>
      </w:r>
      <w:r>
        <w:rPr>
          <w:lang w:eastAsia="zh-CN"/>
        </w:rPr>
        <w:t>　　4.树苗若干。</w:t>
      </w:r>
      <w:r>
        <w:rPr>
          <w:lang w:eastAsia="zh-CN"/>
        </w:rPr>
        <w:br/>
      </w:r>
      <w:r>
        <w:rPr>
          <w:lang w:eastAsia="zh-CN"/>
        </w:rPr>
        <w:t>　　四、活动过程</w:t>
      </w:r>
      <w:r>
        <w:rPr>
          <w:lang w:eastAsia="zh-CN"/>
        </w:rPr>
        <w:br/>
      </w:r>
      <w:r>
        <w:rPr>
          <w:lang w:eastAsia="zh-CN"/>
        </w:rPr>
        <w:t>　　分年级开展不同主题的植树节活动</w:t>
      </w:r>
      <w:r>
        <w:rPr>
          <w:lang w:eastAsia="zh-CN"/>
        </w:rPr>
        <w:br/>
      </w:r>
      <w:r>
        <w:rPr>
          <w:lang w:eastAsia="zh-CN"/>
        </w:rPr>
        <w:t>　　1.低幼宝贝活动主题“我和小树同成长”</w:t>
      </w:r>
      <w:r>
        <w:rPr>
          <w:lang w:eastAsia="zh-CN"/>
        </w:rPr>
        <w:br/>
      </w:r>
      <w:r>
        <w:rPr>
          <w:lang w:eastAsia="zh-CN"/>
        </w:rPr>
        <w:t>　　流程：给校园内的树浇水、松土、修枝&amp;&amp;给树挂牌，与小树合影，小树比比高&amp;&amp;和“树姐姐”(扮演)做游戏。</w:t>
      </w:r>
      <w:r>
        <w:rPr>
          <w:lang w:eastAsia="zh-CN"/>
        </w:rPr>
        <w:br/>
      </w:r>
      <w:r>
        <w:rPr>
          <w:lang w:eastAsia="zh-CN"/>
        </w:rPr>
        <w:t>　　延伸活动：主题画“我为地球添点绿” 撕贴画(树、花)</w:t>
      </w:r>
      <w:r>
        <w:rPr>
          <w:lang w:eastAsia="zh-CN"/>
        </w:rPr>
        <w:br/>
      </w:r>
      <w:r>
        <w:rPr>
          <w:lang w:eastAsia="zh-CN"/>
        </w:rPr>
        <w:t>　　2.中幼活动主题“绿色家园共创造”</w:t>
      </w:r>
      <w:r>
        <w:rPr>
          <w:lang w:eastAsia="zh-CN"/>
        </w:rPr>
        <w:br/>
      </w:r>
      <w:r>
        <w:rPr>
          <w:lang w:eastAsia="zh-CN"/>
        </w:rPr>
        <w:t>　　流程：认养树木，挂上小组牌默认分类。</w:t>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xml:space="preserve"> 画画我们的小树苗，量量小树苗有多高。和小树苗合影&amp;&amp;挂牌合影(写上领养人及名称如“爱心树”“心愿树”“成长树”等)。</w:t>
      </w:r>
      <w:r>
        <w:rPr>
          <w:lang w:eastAsia="zh-CN"/>
        </w:rPr>
        <w:br/>
      </w:r>
      <w:r>
        <w:rPr>
          <w:lang w:eastAsia="zh-CN"/>
        </w:rPr>
        <w:t>　　延伸活动：.树叶探趣：和孩子一起到幼儿园、公园等实地观察树叶的形状、颜色，采集树叶标本，制作树叶贴画、树叶标签， 制作树叶书签，要求书签的形状要丰富多样化</w:t>
      </w:r>
      <w:r>
        <w:rPr>
          <w:lang w:eastAsia="zh-CN"/>
        </w:rPr>
        <w:br/>
      </w:r>
      <w:r>
        <w:rPr>
          <w:lang w:eastAsia="zh-CN"/>
        </w:rPr>
        <w:t>　　3.活动主题“你我携手添绿意”</w:t>
      </w:r>
      <w:r>
        <w:rPr>
          <w:lang w:eastAsia="zh-CN"/>
        </w:rPr>
        <w:br/>
      </w:r>
      <w:r>
        <w:rPr>
          <w:lang w:eastAsia="zh-CN"/>
        </w:rPr>
        <w:t>　　流程：幼儿去植物公园认识各种树木并做调查&amp;&amp;幼儿与老师共同种植树木，进行挂牌并测量小树苗的高度，并进行记录。合影：我与小树苗共成长。</w:t>
      </w:r>
      <w:r>
        <w:rPr>
          <w:lang w:eastAsia="zh-CN"/>
        </w:rPr>
        <w:br/>
      </w:r>
      <w:r>
        <w:rPr>
          <w:lang w:eastAsia="zh-CN"/>
        </w:rPr>
        <w:t>　　制作“植绿、护绿、爱绿、兴绿”宣传单，宣传单统一用彩色纸张半张的规格，老师统一在上面打上标语，幼儿进行绘画，离园时每班派两名幼儿(护绿小天使)，在大门口分发，向全体家长倡议共同绿化我们美丽的家园。</w:t>
      </w:r>
      <w:r>
        <w:rPr>
          <w:lang w:eastAsia="zh-CN"/>
        </w:rPr>
        <w:br/>
      </w:r>
      <w:r>
        <w:rPr>
          <w:lang w:eastAsia="zh-CN"/>
        </w:rPr>
        <w:t>　　延伸活动：绿化植物知多少：老师、家长和孩子一起调查了解幼儿园和幼儿园周围有多少种绿化植物，并摄影，了解这些植物的生长特性以及与之相关的一些问题。</w:t>
      </w:r>
      <w:r>
        <w:rPr>
          <w:lang w:eastAsia="zh-CN"/>
        </w:rPr>
        <w:br/>
      </w:r>
      <w:r>
        <w:rPr>
          <w:lang w:eastAsia="zh-CN"/>
        </w:rPr>
        <w:t>　　树木护养：老师和家长一起教给孩子一些有关养护植物方面的常识。</w:t>
      </w:r>
      <w:r>
        <w:rPr>
          <w:lang w:eastAsia="zh-CN"/>
        </w:rPr>
        <w:br/>
      </w:r>
      <w:r>
        <w:rPr>
          <w:lang w:eastAsia="zh-CN"/>
        </w:rPr>
        <w:t>　　4</w:t>
      </w:r>
      <w:r>
        <w:rPr>
          <w:lang w:eastAsia="zh-CN"/>
        </w:rPr>
        <w:br/>
      </w:r>
      <w:r>
        <w:rPr>
          <w:lang w:eastAsia="zh-CN"/>
        </w:rPr>
        <w:t>　　幼儿园植树节亲子活动方案：方案四活动目标</w:t>
      </w:r>
      <w:r>
        <w:rPr>
          <w:lang w:eastAsia="zh-CN"/>
        </w:rPr>
        <w:br/>
      </w:r>
      <w:r>
        <w:rPr>
          <w:lang w:eastAsia="zh-CN"/>
        </w:rPr>
        <w:t>　　1、和植物的亲密接触</w:t>
      </w:r>
      <w:r>
        <w:rPr>
          <w:lang w:eastAsia="zh-CN"/>
        </w:rPr>
        <w:br/>
      </w:r>
      <w:r>
        <w:rPr>
          <w:lang w:eastAsia="zh-CN"/>
        </w:rPr>
        <w:t>　　2、通过活动让幼儿体验种植的乐趣，萌发幼儿保护小苗及保护其他植物的情感。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3、幼儿能够与爸爸妈妈一起种植自己的盆栽。</w:t>
      </w:r>
      <w:r>
        <w:rPr>
          <w:lang w:eastAsia="zh-CN"/>
        </w:rPr>
        <w:br/>
      </w:r>
      <w:r>
        <w:rPr>
          <w:lang w:eastAsia="zh-CN"/>
        </w:rPr>
        <w:t>　　4、发展幼儿观察力、语言表达及动手操作能力。</w:t>
      </w:r>
      <w:r>
        <w:rPr>
          <w:lang w:eastAsia="zh-CN"/>
        </w:rPr>
        <w:br/>
      </w:r>
      <w:r>
        <w:rPr>
          <w:lang w:eastAsia="zh-CN"/>
        </w:rPr>
        <w:t>　　知识系统：</w:t>
      </w:r>
      <w:r>
        <w:rPr>
          <w:lang w:eastAsia="zh-CN"/>
        </w:rPr>
        <w:br/>
      </w:r>
      <w:r>
        <w:rPr>
          <w:lang w:eastAsia="zh-CN"/>
        </w:rPr>
        <w:t>　　1、知道水果、蔬菜和花草树木等都有种子。</w:t>
      </w:r>
      <w:r>
        <w:rPr>
          <w:lang w:eastAsia="zh-CN"/>
        </w:rPr>
        <w:br/>
      </w:r>
      <w:r>
        <w:rPr>
          <w:lang w:eastAsia="zh-CN"/>
        </w:rPr>
        <w:t>　　2、初步了解感知种植的步骤。</w:t>
      </w:r>
      <w:r>
        <w:rPr>
          <w:lang w:eastAsia="zh-CN"/>
        </w:rPr>
        <w:br/>
      </w:r>
      <w:r>
        <w:rPr>
          <w:lang w:eastAsia="zh-CN"/>
        </w:rPr>
        <w:t>　　3、增强环保意识，生态意识。</w:t>
      </w:r>
      <w:r>
        <w:rPr>
          <w:lang w:eastAsia="zh-CN"/>
        </w:rPr>
        <w:br/>
      </w:r>
      <w:r>
        <w:rPr>
          <w:lang w:eastAsia="zh-CN"/>
        </w:rPr>
        <w:t>　　活动口号：行动起来，为地球增添一点绿色。</w:t>
      </w:r>
      <w:r>
        <w:rPr>
          <w:lang w:eastAsia="zh-CN"/>
        </w:rPr>
        <w:br/>
      </w:r>
      <w:r>
        <w:rPr>
          <w:lang w:eastAsia="zh-CN"/>
        </w:rPr>
        <w:t>　　活动准备</w:t>
      </w:r>
      <w:r>
        <w:rPr>
          <w:lang w:eastAsia="zh-CN"/>
        </w:rPr>
        <w:br/>
      </w:r>
      <w:r>
        <w:rPr>
          <w:lang w:eastAsia="zh-CN"/>
        </w:rPr>
        <w:t>　　教师准备</w:t>
      </w:r>
      <w:r>
        <w:rPr>
          <w:lang w:eastAsia="zh-CN"/>
        </w:rPr>
        <w:br/>
      </w:r>
      <w:r>
        <w:rPr>
          <w:lang w:eastAsia="zh-CN"/>
        </w:rPr>
        <w:t>　　土、铲子、抹布、水桶、水、纸笔、胶带、绳或线、树枝、照相机或摄像机、制作拼图、幻灯片资料或图片，种子，实物：蔬菜、水果、五谷等。</w:t>
      </w:r>
      <w:r>
        <w:rPr>
          <w:lang w:eastAsia="zh-CN"/>
        </w:rPr>
        <w:br/>
      </w:r>
      <w:r>
        <w:rPr>
          <w:lang w:eastAsia="zh-CN"/>
        </w:rPr>
        <w:t>　　家长准备</w:t>
      </w:r>
      <w:r>
        <w:rPr>
          <w:lang w:eastAsia="zh-CN"/>
        </w:rPr>
        <w:br/>
      </w:r>
      <w:r>
        <w:rPr>
          <w:lang w:eastAsia="zh-CN"/>
        </w:rPr>
        <w:t>　　小花盆、种子(各种豆子等五谷类，青菜种子、土豆、白菜根)</w:t>
      </w:r>
      <w:r>
        <w:rPr>
          <w:lang w:eastAsia="zh-CN"/>
        </w:rPr>
        <w:br/>
      </w:r>
      <w:r>
        <w:rPr>
          <w:lang w:eastAsia="zh-CN"/>
        </w:rPr>
        <w:t>　　活动地点：幼儿园各班级教室。</w:t>
      </w:r>
      <w:r>
        <w:rPr>
          <w:lang w:eastAsia="zh-CN"/>
        </w:rPr>
        <w:br/>
      </w:r>
      <w:r>
        <w:rPr>
          <w:lang w:eastAsia="zh-CN"/>
        </w:rPr>
        <w:t>　　活动流程</w:t>
      </w:r>
      <w:r>
        <w:rPr>
          <w:lang w:eastAsia="zh-CN"/>
        </w:rPr>
        <w:br/>
      </w:r>
      <w:r>
        <w:rPr>
          <w:lang w:eastAsia="zh-CN"/>
        </w:rPr>
        <w:t>　　一、认识部分蔬菜与种子，引发幼儿对种子的兴趣。</w:t>
      </w:r>
      <w:r>
        <w:rPr>
          <w:lang w:eastAsia="zh-CN"/>
        </w:rPr>
        <w:br/>
      </w:r>
      <w:r>
        <w:rPr>
          <w:lang w:eastAsia="zh-CN"/>
        </w:rPr>
        <w:t>　　1、教师出示蔬菜、水果、五谷等种子，提问：小朋友们，你们认识它吗?你们知道它们长大后会变成什么样子吗?(引出蔬菜、水果)</w:t>
      </w:r>
      <w:r>
        <w:rPr>
          <w:lang w:eastAsia="zh-CN"/>
        </w:rPr>
        <w:br/>
      </w:r>
      <w:r>
        <w:rPr>
          <w:lang w:eastAsia="zh-CN"/>
        </w:rPr>
        <w:t>　　2、寻找、认识水果的种子。</w:t>
      </w:r>
      <w:r>
        <w:rPr>
          <w:lang w:eastAsia="zh-CN"/>
        </w:rPr>
        <w:br/>
      </w:r>
      <w:r>
        <w:rPr>
          <w:lang w:eastAsia="zh-CN"/>
        </w:rPr>
        <w:t>　　提问：(1)这是什么水果?</w:t>
      </w:r>
      <w:r>
        <w:rPr>
          <w:lang w:eastAsia="zh-CN"/>
        </w:rPr>
        <w:br/>
      </w:r>
      <w:r>
        <w:rPr>
          <w:lang w:eastAsia="zh-CN"/>
        </w:rPr>
        <w:t>　　(2)找一找它的种子在哪里?说说它是什么样子的?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3、寻找、认识部分蔬菜或农作物的种子。</w:t>
      </w:r>
      <w:r>
        <w:rPr>
          <w:lang w:eastAsia="zh-CN"/>
        </w:rPr>
        <w:br/>
      </w:r>
      <w:r>
        <w:rPr>
          <w:lang w:eastAsia="zh-CN"/>
        </w:rPr>
        <w:t>　　提问：(1)你们认识这些蔬菜吗?</w:t>
      </w:r>
      <w:r>
        <w:rPr>
          <w:lang w:eastAsia="zh-CN"/>
        </w:rPr>
        <w:br/>
      </w:r>
      <w:r>
        <w:rPr>
          <w:lang w:eastAsia="zh-CN"/>
        </w:rPr>
        <w:t>　　(2)看看这些蔬菜种子是什么样子的?(引导家长告诉幼儿它们的种子在哪里?)</w:t>
      </w:r>
      <w:r>
        <w:rPr>
          <w:lang w:eastAsia="zh-CN"/>
        </w:rPr>
        <w:br/>
      </w:r>
      <w:r>
        <w:rPr>
          <w:lang w:eastAsia="zh-CN"/>
        </w:rPr>
        <w:t>　　二、了解植物的成长，亲子种植植物。</w:t>
      </w:r>
      <w:r>
        <w:rPr>
          <w:lang w:eastAsia="zh-CN"/>
        </w:rPr>
        <w:br/>
      </w:r>
      <w:r>
        <w:rPr>
          <w:lang w:eastAsia="zh-CN"/>
        </w:rPr>
        <w:t>　　1、教师示范：清晰种植步骤。</w:t>
      </w:r>
      <w:r>
        <w:rPr>
          <w:lang w:eastAsia="zh-CN"/>
        </w:rPr>
        <w:br/>
      </w:r>
      <w:r>
        <w:rPr>
          <w:lang w:eastAsia="zh-CN"/>
        </w:rPr>
        <w:t>　　讲解种植步骤：</w:t>
      </w:r>
      <w:r>
        <w:rPr>
          <w:lang w:eastAsia="zh-CN"/>
        </w:rPr>
        <w:br/>
      </w:r>
      <w:r>
        <w:rPr>
          <w:lang w:eastAsia="zh-CN"/>
        </w:rPr>
        <w:t>　　首先，在花盆里装满土，在中间挖一个小坑，选择一颗种子，将种子放到小坑里，再用土将种子埋上，稍稍压一压，最后给种子浇点水，放到阳光下，记得每天要把自己的小植物照顾好。</w:t>
      </w:r>
      <w:r>
        <w:rPr>
          <w:lang w:eastAsia="zh-CN"/>
        </w:rPr>
        <w:br/>
      </w:r>
      <w:r>
        <w:rPr>
          <w:lang w:eastAsia="zh-CN"/>
        </w:rPr>
        <w:t>　　2、动手操作：亲子种植小植物。</w:t>
      </w:r>
      <w:r>
        <w:rPr>
          <w:lang w:eastAsia="zh-CN"/>
        </w:rPr>
        <w:br/>
      </w:r>
      <w:r>
        <w:rPr>
          <w:lang w:eastAsia="zh-CN"/>
        </w:rPr>
        <w:t>　　讲解种植要求：</w:t>
      </w:r>
      <w:r>
        <w:rPr>
          <w:lang w:eastAsia="zh-CN"/>
        </w:rPr>
        <w:br/>
      </w:r>
      <w:r>
        <w:rPr>
          <w:lang w:eastAsia="zh-CN"/>
        </w:rPr>
        <w:t>　　爸爸妈妈要记得种的过程引导、启发宝宝说出：(1)你们种的是什么种子?(2)种子发芽后是什么样子?(3)要怎样照顾种子才会发芽长大?(4)会接什么样的果实?</w:t>
      </w:r>
      <w:r>
        <w:rPr>
          <w:lang w:eastAsia="zh-CN"/>
        </w:rPr>
        <w:br/>
      </w:r>
      <w:r>
        <w:rPr>
          <w:lang w:eastAsia="zh-CN"/>
        </w:rPr>
        <w:t>　　亲子种植：</w:t>
      </w:r>
      <w:r>
        <w:rPr>
          <w:lang w:eastAsia="zh-CN"/>
        </w:rPr>
        <w:br/>
      </w:r>
      <w:r>
        <w:rPr>
          <w:lang w:eastAsia="zh-CN"/>
        </w:rPr>
        <w:t>　　(1)教师先将种子和果实(或图片)相对应放在桌子上展示，供家长和幼儿前来选择。</w:t>
      </w:r>
      <w:r>
        <w:rPr>
          <w:lang w:eastAsia="zh-CN"/>
        </w:rPr>
        <w:br/>
      </w:r>
      <w:r>
        <w:rPr>
          <w:lang w:eastAsia="zh-CN"/>
        </w:rPr>
        <w:t>　　(2)每桌准备充足的土、水、抹布、铲子等工具。</w:t>
      </w:r>
      <w:r>
        <w:rPr>
          <w:lang w:eastAsia="zh-CN"/>
        </w:rPr>
        <w:br/>
      </w:r>
      <w:r>
        <w:rPr>
          <w:lang w:eastAsia="zh-CN"/>
        </w:rPr>
        <w:t>　　(3)家长和幼儿一起共同种植自己喜欢的小植物。</w:t>
      </w:r>
      <w:r>
        <w:rPr>
          <w:lang w:eastAsia="zh-CN"/>
        </w:rPr>
        <w:br/>
      </w:r>
      <w:r>
        <w:rPr>
          <w:lang w:eastAsia="zh-CN"/>
        </w:rPr>
        <w:t>　　3、制作标签，巩固对种植小植物的认识。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(1)家长与宝宝一起制作个性的标签贴在自己种植的花盆上或插在花盆里。</w:t>
      </w:r>
      <w:r>
        <w:rPr>
          <w:lang w:eastAsia="zh-CN"/>
        </w:rPr>
        <w:br/>
      </w:r>
      <w:r>
        <w:rPr>
          <w:lang w:eastAsia="zh-CN"/>
        </w:rPr>
        <w:t>　　(2)写上：植物名称、主人姓名。</w:t>
      </w:r>
      <w:r>
        <w:rPr>
          <w:lang w:eastAsia="zh-CN"/>
        </w:rPr>
        <w:br/>
      </w:r>
      <w:r>
        <w:rPr>
          <w:lang w:eastAsia="zh-CN"/>
        </w:rPr>
        <w:t>　　(3)取一粒种子用胶带粘贴到标签或花盆上，有助于幼儿日后对小苗与种子的对比。</w:t>
      </w:r>
      <w:r>
        <w:rPr>
          <w:lang w:eastAsia="zh-CN"/>
        </w:rPr>
        <w:br/>
      </w:r>
      <w:r>
        <w:rPr>
          <w:lang w:eastAsia="zh-CN"/>
        </w:rPr>
        <w:t>　　(4)启发宝宝对植物说一句话。</w:t>
      </w:r>
      <w:r>
        <w:rPr>
          <w:lang w:eastAsia="zh-CN"/>
        </w:rPr>
        <w:br/>
      </w:r>
      <w:r>
        <w:rPr>
          <w:lang w:eastAsia="zh-CN"/>
        </w:rPr>
        <w:t>　　4、介绍与分享，促进幼儿的语言表达。</w:t>
      </w:r>
      <w:r>
        <w:rPr>
          <w:lang w:eastAsia="zh-CN"/>
        </w:rPr>
        <w:br/>
      </w:r>
      <w:r>
        <w:rPr>
          <w:lang w:eastAsia="zh-CN"/>
        </w:rPr>
        <w:t>　　请家长与宝宝一起讲一讲自己种植的植物及对植物说的话。</w:t>
      </w:r>
      <w:r>
        <w:rPr>
          <w:lang w:eastAsia="zh-CN"/>
        </w:rPr>
        <w:br/>
      </w:r>
      <w:r>
        <w:rPr>
          <w:lang w:eastAsia="zh-CN"/>
        </w:rPr>
        <w:t>　　三、拼图游戏：苗苗找朋友(选择活动)。</w:t>
      </w:r>
      <w:r>
        <w:rPr>
          <w:lang w:eastAsia="zh-CN"/>
        </w:rPr>
        <w:br/>
      </w:r>
      <w:r>
        <w:rPr>
          <w:lang w:eastAsia="zh-CN"/>
        </w:rPr>
        <w:t>　　教师每桌发多余幼儿人数的拼图，家长与宝宝一起进行拼图游戏，培养幼儿观察及动手操作能力，建立幼儿与他人合作的意识。</w:t>
      </w:r>
      <w:r>
        <w:rPr>
          <w:lang w:eastAsia="zh-CN"/>
        </w:rPr>
        <w:br/>
      </w:r>
      <w:r>
        <w:rPr>
          <w:lang w:eastAsia="zh-CN"/>
        </w:rPr>
        <w:t>　　玩法：a4大小植物图片，教师提前将图片按折线或曲线裁成若干块块的拼图(托小班：2&amp;&amp;6块，中大班：20块以上)。</w:t>
      </w:r>
      <w:r>
        <w:rPr>
          <w:lang w:eastAsia="zh-CN"/>
        </w:rPr>
        <w:br/>
      </w:r>
      <w:r>
        <w:rPr>
          <w:lang w:eastAsia="zh-CN"/>
        </w:rPr>
        <w:t xml:space="preserve">    2024植树节主题活动方案 篇10 </w:t>
      </w:r>
      <w:r>
        <w:rPr>
          <w:lang w:eastAsia="zh-CN"/>
        </w:rPr>
        <w:br/>
      </w:r>
      <w:r>
        <w:rPr>
          <w:lang w:eastAsia="zh-CN"/>
        </w:rPr>
        <w:t>　　一、活动前言</w:t>
      </w:r>
      <w:r>
        <w:rPr>
          <w:lang w:eastAsia="zh-CN"/>
        </w:rPr>
        <w:br/>
      </w:r>
      <w:r>
        <w:rPr>
          <w:lang w:eastAsia="zh-CN"/>
        </w:rPr>
        <w:t>　　春天来临，一年一度的植树节也随着春天的脚步走来，为了给大家亲近大自然，为我们的世界装点绿色的机会，我们为此举办意义重大的植树活动。</w:t>
      </w:r>
      <w:r>
        <w:rPr>
          <w:lang w:eastAsia="zh-CN"/>
        </w:rPr>
        <w:br/>
      </w:r>
      <w:r>
        <w:rPr>
          <w:lang w:eastAsia="zh-CN"/>
        </w:rPr>
        <w:t>　　二、主旨与主题</w:t>
      </w:r>
      <w:r>
        <w:rPr>
          <w:lang w:eastAsia="zh-CN"/>
        </w:rPr>
        <w:br/>
      </w:r>
      <w:r>
        <w:rPr>
          <w:lang w:eastAsia="zh-CN"/>
        </w:rPr>
        <w:t>　　贡献力量，奉献绿色。</w:t>
      </w:r>
      <w:r>
        <w:rPr>
          <w:lang w:eastAsia="zh-CN"/>
        </w:rPr>
        <w:br/>
      </w:r>
      <w:r>
        <w:rPr>
          <w:lang w:eastAsia="zh-CN"/>
        </w:rPr>
        <w:t>　　以植树节为契机，奉献我们的力量，进行植树节活动。</w:t>
      </w:r>
      <w:r>
        <w:rPr>
          <w:lang w:eastAsia="zh-CN"/>
        </w:rPr>
        <w:br/>
      </w:r>
      <w:r>
        <w:rPr>
          <w:lang w:eastAsia="zh-CN"/>
        </w:rPr>
        <w:t>　　三、活动时间</w:t>
      </w:r>
      <w:r>
        <w:rPr>
          <w:lang w:eastAsia="zh-CN"/>
        </w:rPr>
        <w:br/>
      </w:r>
      <w:r>
        <w:rPr>
          <w:lang w:eastAsia="zh-CN"/>
        </w:rPr>
        <w:t>　　_年3月12日。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四、活动对象</w:t>
      </w:r>
      <w:r>
        <w:rPr>
          <w:lang w:eastAsia="zh-CN"/>
        </w:rPr>
        <w:br/>
      </w:r>
      <w:r>
        <w:rPr>
          <w:lang w:eastAsia="zh-CN"/>
        </w:rPr>
        <w:t>　　公司团体、各企事业单位。</w:t>
      </w:r>
      <w:r>
        <w:rPr>
          <w:lang w:eastAsia="zh-CN"/>
        </w:rPr>
        <w:br/>
      </w:r>
      <w:r>
        <w:rPr>
          <w:lang w:eastAsia="zh-CN"/>
        </w:rPr>
        <w:t>　　五、活动意义</w:t>
      </w:r>
      <w:r>
        <w:rPr>
          <w:lang w:eastAsia="zh-CN"/>
        </w:rPr>
        <w:br/>
      </w:r>
      <w:r>
        <w:rPr>
          <w:lang w:eastAsia="zh-CN"/>
        </w:rPr>
        <w:t>　　为了创造蓝天碧水的绿色环境，开展本次志愿者绿色行动。以三月份植树节为契机，做到人人参与，宣传与实际行动相结合，从而令职员在活动中体验成功的喜悦，增加对植物生长的了解，增强环保意识，生态意识，以达到为“_的后花园”增添绿色，净化、美化环境的目的。</w:t>
      </w:r>
      <w:r>
        <w:rPr>
          <w:lang w:eastAsia="zh-CN"/>
        </w:rPr>
        <w:br/>
      </w:r>
      <w:r>
        <w:rPr>
          <w:lang w:eastAsia="zh-CN"/>
        </w:rPr>
        <w:t>　　六、活动准备事宜</w:t>
      </w:r>
      <w:r>
        <w:rPr>
          <w:lang w:eastAsia="zh-CN"/>
        </w:rPr>
        <w:br/>
      </w:r>
      <w:r>
        <w:rPr>
          <w:lang w:eastAsia="zh-CN"/>
        </w:rPr>
        <w:t>　　1、活动宣传：网站。</w:t>
      </w:r>
      <w:r>
        <w:rPr>
          <w:lang w:eastAsia="zh-CN"/>
        </w:rPr>
        <w:br/>
      </w:r>
      <w:r>
        <w:rPr>
          <w:lang w:eastAsia="zh-CN"/>
        </w:rPr>
        <w:t>　　2、活动所需物品的准备：铁锹、锄头、尖头镐、水桶等由校提供。</w:t>
      </w:r>
      <w:r>
        <w:rPr>
          <w:lang w:eastAsia="zh-CN"/>
        </w:rPr>
        <w:br/>
      </w:r>
      <w:r>
        <w:rPr>
          <w:lang w:eastAsia="zh-CN"/>
        </w:rPr>
        <w:t>　　3、活动的组织：通过由各公司宣传并统一进行协调安排。</w:t>
      </w:r>
      <w:r>
        <w:rPr>
          <w:lang w:eastAsia="zh-CN"/>
        </w:rPr>
        <w:br/>
      </w:r>
      <w:r>
        <w:rPr>
          <w:lang w:eastAsia="zh-CN"/>
        </w:rPr>
        <w:t>　　七、活动经费预算</w:t>
      </w:r>
      <w:r>
        <w:rPr>
          <w:lang w:eastAsia="zh-CN"/>
        </w:rPr>
        <w:br/>
      </w:r>
      <w:r>
        <w:rPr>
          <w:lang w:eastAsia="zh-CN"/>
        </w:rPr>
        <w:t>　　1、树苗的购置：杨树_/棵。</w:t>
      </w:r>
      <w:r>
        <w:rPr>
          <w:lang w:eastAsia="zh-CN"/>
        </w:rPr>
        <w:br/>
      </w:r>
      <w:r>
        <w:rPr>
          <w:lang w:eastAsia="zh-CN"/>
        </w:rPr>
        <w:t>　　2、劳动工具：由我公司提供。</w:t>
      </w:r>
      <w:r>
        <w:rPr>
          <w:lang w:eastAsia="zh-CN"/>
        </w:rPr>
        <w:br/>
      </w:r>
      <w:r>
        <w:rPr>
          <w:lang w:eastAsia="zh-CN"/>
        </w:rPr>
        <w:t>　　3、宣传：合影纪念。</w:t>
      </w:r>
      <w:r>
        <w:rPr>
          <w:lang w:eastAsia="zh-CN"/>
        </w:rPr>
        <w:br/>
      </w:r>
      <w:r>
        <w:rPr>
          <w:lang w:eastAsia="zh-CN"/>
        </w:rPr>
        <w:t xml:space="preserve">    2024植树节主题活动方案 篇11 </w:t>
      </w:r>
      <w:r>
        <w:rPr>
          <w:lang w:eastAsia="zh-CN"/>
        </w:rPr>
        <w:br/>
      </w:r>
      <w:r>
        <w:rPr>
          <w:lang w:eastAsia="zh-CN"/>
        </w:rPr>
        <w:t>　　活动主题：我与小树共成长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活动目的：以本学期第一课《走，我们一起去植树》为契机，让学生们在植树节这个传统日子里，真正行动起来。提高大家爱护树木，珍惜绿色的责任心，让孩子们在活动中体验成功的快乐，增加对植物生长的了解，增强生态意识。</w:t>
      </w:r>
      <w:r>
        <w:rPr>
          <w:lang w:eastAsia="zh-CN"/>
        </w:rPr>
        <w:br/>
      </w:r>
      <w:r>
        <w:rPr>
          <w:lang w:eastAsia="zh-CN"/>
        </w:rPr>
        <w:t>　　活动时间：3月12日上午8：00——11：00</w:t>
      </w:r>
      <w:r>
        <w:rPr>
          <w:lang w:eastAsia="zh-CN"/>
        </w:rPr>
        <w:br/>
      </w:r>
      <w:r>
        <w:rPr>
          <w:lang w:eastAsia="zh-CN"/>
        </w:rPr>
        <w:t>　　活动对象：___中学初一(5)班</w:t>
      </w:r>
      <w:r>
        <w:rPr>
          <w:lang w:eastAsia="zh-CN"/>
        </w:rPr>
        <w:br/>
      </w:r>
      <w:r>
        <w:rPr>
          <w:lang w:eastAsia="zh-CN"/>
        </w:rPr>
        <w:t>　　活动流程：</w:t>
      </w:r>
      <w:r>
        <w:rPr>
          <w:lang w:eastAsia="zh-CN"/>
        </w:rPr>
        <w:br/>
      </w:r>
      <w:r>
        <w:rPr>
          <w:lang w:eastAsia="zh-CN"/>
        </w:rPr>
        <w:t>　　(一)前期准备</w:t>
      </w:r>
      <w:r>
        <w:rPr>
          <w:lang w:eastAsia="zh-CN"/>
        </w:rPr>
        <w:br/>
      </w:r>
      <w:r>
        <w:rPr>
          <w:lang w:eastAsia="zh-CN"/>
        </w:rPr>
        <w:t>　　1、联系场地、准备工具、车辆。</w:t>
      </w:r>
      <w:r>
        <w:rPr>
          <w:lang w:eastAsia="zh-CN"/>
        </w:rPr>
        <w:br/>
      </w:r>
      <w:r>
        <w:rPr>
          <w:lang w:eastAsia="zh-CN"/>
        </w:rPr>
        <w:t>　　2、发“致家长一封信”，确定能开车参加的家长，以此划分小组。</w:t>
      </w:r>
      <w:r>
        <w:rPr>
          <w:lang w:eastAsia="zh-CN"/>
        </w:rPr>
        <w:br/>
      </w:r>
      <w:r>
        <w:rPr>
          <w:lang w:eastAsia="zh-CN"/>
        </w:rPr>
        <w:t>　　3、确定植树地点，订购树苗。</w:t>
      </w:r>
      <w:r>
        <w:rPr>
          <w:lang w:eastAsia="zh-CN"/>
        </w:rPr>
        <w:br/>
      </w:r>
      <w:r>
        <w:rPr>
          <w:lang w:eastAsia="zh-CN"/>
        </w:rPr>
        <w:t>　　4、划分活动小组，4-5人为一组，每组一名组长，一名参与家长。同学们带水、毛巾。</w:t>
      </w:r>
      <w:r>
        <w:rPr>
          <w:lang w:eastAsia="zh-CN"/>
        </w:rPr>
        <w:br/>
      </w:r>
      <w:r>
        <w:rPr>
          <w:lang w:eastAsia="zh-CN"/>
        </w:rPr>
        <w:t>　　5、准备班级医疗箱，准备一些外伤药，预防擦伤。</w:t>
      </w:r>
      <w:r>
        <w:rPr>
          <w:lang w:eastAsia="zh-CN"/>
        </w:rPr>
        <w:br/>
      </w:r>
      <w:r>
        <w:rPr>
          <w:lang w:eastAsia="zh-CN"/>
        </w:rPr>
        <w:t>　　6、小组准备愿望卡，写植树人及共同愿望，穿好绳子，植树后将“卡”挂在树上。</w:t>
      </w:r>
      <w:r>
        <w:rPr>
          <w:lang w:eastAsia="zh-CN"/>
        </w:rPr>
        <w:br/>
      </w:r>
      <w:r>
        <w:rPr>
          <w:lang w:eastAsia="zh-CN"/>
        </w:rPr>
        <w:t>　　7、学习如何植树，在网上搜好视频。</w:t>
      </w:r>
      <w:r>
        <w:rPr>
          <w:lang w:eastAsia="zh-CN"/>
        </w:rPr>
        <w:br/>
      </w:r>
      <w:r>
        <w:rPr>
          <w:lang w:eastAsia="zh-CN"/>
        </w:rPr>
        <w:t>　　8、制作横幅，准备相机。</w:t>
      </w:r>
      <w:r>
        <w:rPr>
          <w:lang w:eastAsia="zh-CN"/>
        </w:rPr>
        <w:br/>
      </w:r>
      <w:r>
        <w:rPr>
          <w:lang w:eastAsia="zh-CN"/>
        </w:rPr>
        <w:t>　　(二)活动开始</w:t>
      </w:r>
      <w:r>
        <w:rPr>
          <w:lang w:eastAsia="zh-CN"/>
        </w:rPr>
        <w:br/>
      </w:r>
      <w:r>
        <w:rPr>
          <w:lang w:eastAsia="zh-CN"/>
        </w:rPr>
        <w:t>　　1、9点10分从学校上车出发。</w:t>
      </w:r>
      <w:r>
        <w:rPr>
          <w:lang w:eastAsia="zh-CN"/>
        </w:rPr>
        <w:br/>
      </w:r>
      <w:r>
        <w:rPr>
          <w:lang w:eastAsia="zh-CN"/>
        </w:rPr>
        <w:t>　　2、到达场地大杨镇，请林业员介绍植树要领和日常维护树木知识。</w:t>
      </w:r>
      <w:r>
        <w:rPr>
          <w:lang w:eastAsia="zh-CN"/>
        </w:rPr>
        <w:br/>
      </w:r>
      <w:r>
        <w:rPr>
          <w:lang w:eastAsia="zh-CN"/>
        </w:rPr>
        <w:t>　　3、开始植树，植好后挂好“愿望卡”。</w:t>
      </w:r>
      <w:r>
        <w:rPr>
          <w:lang w:eastAsia="zh-CN"/>
        </w:rPr>
        <w:br/>
      </w:r>
      <w:r>
        <w:rPr>
          <w:lang w:eastAsia="zh-CN"/>
        </w:rPr>
        <w:t>　　4、和小树合影留恋。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5、11：20结束，在横幅下集合拍照，有序上车回校。</w:t>
      </w:r>
      <w:r>
        <w:rPr>
          <w:lang w:eastAsia="zh-CN"/>
        </w:rPr>
        <w:br/>
      </w:r>
      <w:r>
        <w:rPr>
          <w:lang w:eastAsia="zh-CN"/>
        </w:rPr>
        <w:t>　　(三)活动后</w:t>
      </w:r>
      <w:r>
        <w:rPr>
          <w:lang w:eastAsia="zh-CN"/>
        </w:rPr>
        <w:br/>
      </w:r>
      <w:r>
        <w:rPr>
          <w:lang w:eastAsia="zh-CN"/>
        </w:rPr>
        <w:t>　　1、各小组组长总结活动情况。</w:t>
      </w:r>
      <w:r>
        <w:rPr>
          <w:lang w:eastAsia="zh-CN"/>
        </w:rPr>
        <w:br/>
      </w:r>
      <w:r>
        <w:rPr>
          <w:lang w:eastAsia="zh-CN"/>
        </w:rPr>
        <w:t>　　2、小组以手抄报形式将自己的劳动过程或感悟记下。</w:t>
      </w:r>
      <w:r>
        <w:rPr>
          <w:lang w:eastAsia="zh-CN"/>
        </w:rPr>
        <w:br/>
      </w:r>
      <w:r>
        <w:rPr>
          <w:lang w:eastAsia="zh-CN"/>
        </w:rPr>
        <w:t xml:space="preserve">    2024植树节主题活动方案 篇12 </w:t>
      </w:r>
      <w:r>
        <w:rPr>
          <w:lang w:eastAsia="zh-CN"/>
        </w:rPr>
        <w:br/>
      </w:r>
      <w:r>
        <w:rPr>
          <w:lang w:eastAsia="zh-CN"/>
        </w:rPr>
        <w:t>　　一、活动主题：</w:t>
      </w:r>
      <w:r>
        <w:rPr>
          <w:lang w:eastAsia="zh-CN"/>
        </w:rPr>
        <w:br/>
      </w:r>
      <w:r>
        <w:rPr>
          <w:lang w:eastAsia="zh-CN"/>
        </w:rPr>
        <w:t>　　植树节，我在妈妈心中种下一棵爱心树</w:t>
      </w:r>
      <w:r>
        <w:rPr>
          <w:lang w:eastAsia="zh-CN"/>
        </w:rPr>
        <w:br/>
      </w:r>
      <w:r>
        <w:rPr>
          <w:lang w:eastAsia="zh-CN"/>
        </w:rPr>
        <w:t>　　二、活动时间:</w:t>
      </w:r>
      <w:r>
        <w:rPr>
          <w:lang w:eastAsia="zh-CN"/>
        </w:rPr>
        <w:br/>
      </w:r>
      <w:r>
        <w:rPr>
          <w:lang w:eastAsia="zh-CN"/>
        </w:rPr>
        <w:t>　　20__年3月9-12日</w:t>
      </w:r>
      <w:r>
        <w:rPr>
          <w:lang w:eastAsia="zh-CN"/>
        </w:rPr>
        <w:br/>
      </w:r>
      <w:r>
        <w:rPr>
          <w:lang w:eastAsia="zh-CN"/>
        </w:rPr>
        <w:t>　　特别说明：</w:t>
      </w:r>
      <w:r>
        <w:rPr>
          <w:lang w:eastAsia="zh-CN"/>
        </w:rPr>
        <w:br/>
      </w:r>
      <w:r>
        <w:rPr>
          <w:lang w:eastAsia="zh-CN"/>
        </w:rPr>
        <w:t>　　部分培训机构因本身情况所限，不适合组织学生参加户外的植树活动，也不适合组织类似植树捐款的公益活动。英浦教育针对这些学校情况，策划了《植树节，我在妈妈心中种下一棵爱心树》的活动方式，以对妈妈的承诺为树苗，以为妈妈做一系列事情作为植树行动，向妈妈表达自己的感恩之情，并传递给更多的人。</w:t>
      </w:r>
      <w:r>
        <w:rPr>
          <w:lang w:eastAsia="zh-CN"/>
        </w:rPr>
        <w:br/>
      </w:r>
      <w:r>
        <w:rPr>
          <w:lang w:eastAsia="zh-CN"/>
        </w:rPr>
        <w:t>　　三、活动目的：</w:t>
      </w:r>
      <w:r>
        <w:rPr>
          <w:lang w:eastAsia="zh-CN"/>
        </w:rPr>
        <w:br/>
      </w:r>
      <w:r>
        <w:rPr>
          <w:lang w:eastAsia="zh-CN"/>
        </w:rPr>
        <w:t>　　母爱是感恩永恒的话题，而对于培训机构而言，妈妈往往是决定学生学习的关键所在，所以，在教育学生感恩母亲的同时，更要让妈妈感受到培训机构对学生感恩教育的重视。</w:t>
      </w:r>
      <w:r>
        <w:rPr>
          <w:lang w:eastAsia="zh-CN"/>
        </w:rPr>
        <w:br/>
      </w:r>
      <w:r>
        <w:rPr>
          <w:lang w:eastAsia="zh-CN"/>
        </w:rPr>
        <w:t>　　本活动公益性较强，无法直接促使学生报名，但是有助于树立学校品牌形象，提升口碑，扩大宣传影响面。有利于后续招生。</w:t>
      </w:r>
      <w:r>
        <w:rPr>
          <w:lang w:eastAsia="zh-CN"/>
        </w:rPr>
        <w:br/>
      </w:r>
      <w:r>
        <w:rPr>
          <w:lang w:eastAsia="zh-CN"/>
        </w:rPr>
        <w:t>　　四、活动流程：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宣讲《苹果树》故事——引导学生思考母爱的伟大——为妈妈做一棵爱心树——为妈妈做一件力所能及的事情——给妈妈讲爱心树的故事——送给妈妈一张爱心树卡——将爱心卡送给更多的同学。</w:t>
      </w:r>
      <w:r>
        <w:rPr>
          <w:lang w:eastAsia="zh-CN"/>
        </w:rPr>
        <w:br/>
      </w:r>
      <w:r>
        <w:rPr>
          <w:lang w:eastAsia="zh-CN"/>
        </w:rPr>
        <w:t>　　备注：《苹果树》故事内容可自行百度。</w:t>
      </w:r>
      <w:r>
        <w:rPr>
          <w:lang w:eastAsia="zh-CN"/>
        </w:rPr>
        <w:br/>
      </w:r>
      <w:r>
        <w:rPr>
          <w:lang w:eastAsia="zh-CN"/>
        </w:rPr>
        <w:t>　　五、活动准备：</w:t>
      </w:r>
      <w:r>
        <w:rPr>
          <w:lang w:eastAsia="zh-CN"/>
        </w:rPr>
        <w:br/>
      </w:r>
      <w:r>
        <w:rPr>
          <w:lang w:eastAsia="zh-CN"/>
        </w:rPr>
        <w:t>　　提前让老师熟悉《苹果树》的故事内容，提前练习讲述技巧，在三月第一周或第二周上课时，给学生宣讲，并安排学生参加活动。</w:t>
      </w:r>
      <w:r>
        <w:rPr>
          <w:lang w:eastAsia="zh-CN"/>
        </w:rPr>
        <w:br/>
      </w:r>
      <w:r>
        <w:rPr>
          <w:lang w:eastAsia="zh-CN"/>
        </w:rPr>
        <w:t>　　目的导向是，让学生妈妈感受到培训机构对于学生感恩教育的重视，更为重要的是，动员学生多多散发爱心树卡，吸引更多的'学生参加给妈妈祝福的活动，扩大宣传影响面。</w:t>
      </w:r>
      <w:r>
        <w:rPr>
          <w:lang w:eastAsia="zh-CN"/>
        </w:rPr>
        <w:br/>
      </w:r>
      <w:r>
        <w:rPr>
          <w:lang w:eastAsia="zh-CN"/>
        </w:rPr>
        <w:t>　　六、活动内容：</w:t>
      </w:r>
      <w:r>
        <w:rPr>
          <w:lang w:eastAsia="zh-CN"/>
        </w:rPr>
        <w:br/>
      </w:r>
      <w:r>
        <w:rPr>
          <w:lang w:eastAsia="zh-CN"/>
        </w:rPr>
        <w:t>　　在为妈妈做力所能及的事情的同时，为妈妈讲苹果树的故事，感谢妈妈的爱，并送给妈妈一张爱心树卡，卡上写有自己对妈妈的承诺：长大后，我为妈妈做的事。</w:t>
      </w:r>
      <w:r>
        <w:rPr>
          <w:lang w:eastAsia="zh-CN"/>
        </w:rPr>
        <w:br/>
      </w:r>
      <w:r>
        <w:rPr>
          <w:lang w:eastAsia="zh-CN"/>
        </w:rPr>
        <w:t>　　1.以《苹果树》故事情境，作为教育资源。</w:t>
      </w:r>
      <w:r>
        <w:rPr>
          <w:lang w:eastAsia="zh-CN"/>
        </w:rPr>
        <w:br/>
      </w:r>
      <w:r>
        <w:rPr>
          <w:lang w:eastAsia="zh-CN"/>
        </w:rPr>
        <w:t>　　配合《苹果树》故事PPT，由老师给学生讲授，要求老师有感情地叙述故事，并能够在故事中引导学生理解树的无私和伟大的爱，最后能够引发学生对于“树”角色的思考，引导学生对母爱的感恩之情。</w:t>
      </w:r>
      <w:r>
        <w:rPr>
          <w:lang w:eastAsia="zh-CN"/>
        </w:rPr>
        <w:br/>
      </w:r>
      <w:r>
        <w:rPr>
          <w:lang w:eastAsia="zh-CN"/>
        </w:rPr>
        <w:t>　　2.鼓励学生通过行动表达对妈妈的爱，通过自己的双手做一些力所能及的事情，让妈妈知道自己对她的爱。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（1）亲手给妈妈做一棵爱心树，把苹果树的故事讲给妈妈听，将爱种在妈妈心中（适合中低年级学生）。</w:t>
      </w:r>
      <w:r>
        <w:rPr>
          <w:lang w:eastAsia="zh-CN"/>
        </w:rPr>
        <w:br/>
      </w:r>
      <w:r>
        <w:rPr>
          <w:lang w:eastAsia="zh-CN"/>
        </w:rPr>
        <w:t>　　本方案将附有爱心树的做法，各合作学校可根据本校的实际情况安排学生制作，因课堂制作需要时间，可安排学生课后回家制作，如有条件，也可给学生提供制作材料。</w:t>
      </w:r>
      <w:r>
        <w:rPr>
          <w:lang w:eastAsia="zh-CN"/>
        </w:rPr>
        <w:br/>
      </w:r>
      <w:r>
        <w:rPr>
          <w:lang w:eastAsia="zh-CN"/>
        </w:rPr>
        <w:t>　　为扩大宣传，合作学校可组织爱心树制作比赛，提高学生制作的积极性，也可选择制作较好的爱心树在学校前台、教室张贴展示。</w:t>
      </w:r>
      <w:r>
        <w:rPr>
          <w:lang w:eastAsia="zh-CN"/>
        </w:rPr>
        <w:br/>
      </w:r>
      <w:r>
        <w:rPr>
          <w:lang w:eastAsia="zh-CN"/>
        </w:rPr>
        <w:t>　　（2）给妈妈讲苹果树的故事（适合所有阶段学生）。</w:t>
      </w:r>
      <w:r>
        <w:rPr>
          <w:lang w:eastAsia="zh-CN"/>
        </w:rPr>
        <w:br/>
      </w:r>
      <w:r>
        <w:rPr>
          <w:lang w:eastAsia="zh-CN"/>
        </w:rPr>
        <w:t>　　老师讲的苹果树的故事讲给妈妈听，告诉妈妈，苹果树就和妈妈一样，为孩子无私的付出。</w:t>
      </w:r>
      <w:r>
        <w:rPr>
          <w:lang w:eastAsia="zh-CN"/>
        </w:rPr>
        <w:br/>
      </w:r>
      <w:r>
        <w:rPr>
          <w:lang w:eastAsia="zh-CN"/>
        </w:rPr>
        <w:t>　　（3）给妈妈做一件力所能及的事情，比如：给妈妈捏捏肩；给妈妈洗洗脚；帮妈妈扫地；帮妈妈洗碗；帮妈妈……</w:t>
      </w:r>
      <w:r>
        <w:rPr>
          <w:lang w:eastAsia="zh-CN"/>
        </w:rPr>
        <w:br/>
      </w:r>
      <w:r>
        <w:rPr>
          <w:lang w:eastAsia="zh-CN"/>
        </w:rPr>
        <w:t>　　（4）在爱心树卡上，写好长大后为妈妈做的一件事或者为妈妈实现的一个愿望，送给妈妈，请妈妈珍藏好，等自己长大了，再拿出来，看看自己有没有兑现承诺。</w:t>
      </w:r>
      <w:r>
        <w:rPr>
          <w:lang w:eastAsia="zh-CN"/>
        </w:rPr>
        <w:br/>
      </w:r>
      <w:r>
        <w:rPr>
          <w:lang w:eastAsia="zh-CN"/>
        </w:rPr>
        <w:t>　　标准语：妈妈，今天是植树节，我在您心中种下一棵爱心树，感谢您守护我的成长，爱心树会和我一起慢慢长大，一起实现我对您的承诺！我爱你，妈妈！</w:t>
      </w:r>
      <w:r>
        <w:rPr>
          <w:lang w:eastAsia="zh-CN"/>
        </w:rPr>
        <w:br/>
      </w:r>
      <w:r>
        <w:rPr>
          <w:lang w:eastAsia="zh-CN"/>
        </w:rPr>
        <w:t>　　爱心树卡设计：爱心卡设计分植树节版和通用版，请合作学校自行选择。另，印刷时，请勿覆膜，否则影响书写。</w:t>
      </w:r>
      <w:r>
        <w:rPr>
          <w:lang w:eastAsia="zh-CN"/>
        </w:rPr>
        <w:br/>
      </w:r>
      <w:r>
        <w:rPr>
          <w:lang w:eastAsia="zh-CN"/>
        </w:rPr>
        <w:t>　　3.如果自己有很多好朋友，可以从老师那里多领取一些爱心树卡。将苹果树的故事讲给朋友们听，</w:t>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xml:space="preserve"> 请他们也把对妈妈的承诺写在爱心树卡上，送给自己的妈妈。朋友越多，可以领的越多，看看谁的朋友最多。</w:t>
      </w:r>
      <w:r>
        <w:rPr>
          <w:lang w:eastAsia="zh-CN"/>
        </w:rPr>
        <w:br/>
      </w:r>
      <w:r>
        <w:rPr>
          <w:lang w:eastAsia="zh-CN"/>
        </w:rPr>
        <w:t xml:space="preserve">    2024植树节主题活动方案 篇13 </w:t>
      </w:r>
      <w:r>
        <w:rPr>
          <w:lang w:eastAsia="zh-CN"/>
        </w:rPr>
        <w:br/>
      </w:r>
      <w:r>
        <w:rPr>
          <w:lang w:eastAsia="zh-CN"/>
        </w:rPr>
        <w:t>　　活动主题：</w:t>
      </w:r>
      <w:r>
        <w:rPr>
          <w:lang w:eastAsia="zh-CN"/>
        </w:rPr>
        <w:br/>
      </w:r>
      <w:r>
        <w:rPr>
          <w:lang w:eastAsia="zh-CN"/>
        </w:rPr>
        <w:t>　　“种一棵小树绿一方净土”_碧桂园“3.12”植树节活动</w:t>
      </w:r>
      <w:r>
        <w:rPr>
          <w:lang w:eastAsia="zh-CN"/>
        </w:rPr>
        <w:br/>
      </w:r>
      <w:r>
        <w:rPr>
          <w:lang w:eastAsia="zh-CN"/>
        </w:rPr>
        <w:t>　　活动时间：</w:t>
      </w:r>
      <w:r>
        <w:rPr>
          <w:lang w:eastAsia="zh-CN"/>
        </w:rPr>
        <w:br/>
      </w:r>
      <w:r>
        <w:rPr>
          <w:lang w:eastAsia="zh-CN"/>
        </w:rPr>
        <w:t>　　20__年3月12日下午14:00-16:00</w:t>
      </w:r>
      <w:r>
        <w:rPr>
          <w:lang w:eastAsia="zh-CN"/>
        </w:rPr>
        <w:br/>
      </w:r>
      <w:r>
        <w:rPr>
          <w:lang w:eastAsia="zh-CN"/>
        </w:rPr>
        <w:t>　　活动地点：</w:t>
      </w:r>
      <w:r>
        <w:rPr>
          <w:lang w:eastAsia="zh-CN"/>
        </w:rPr>
        <w:br/>
      </w:r>
      <w:r>
        <w:rPr>
          <w:lang w:eastAsia="zh-CN"/>
        </w:rPr>
        <w:t>　　_碧桂园销售中心、湿地公园</w:t>
      </w:r>
      <w:r>
        <w:rPr>
          <w:lang w:eastAsia="zh-CN"/>
        </w:rPr>
        <w:br/>
      </w:r>
      <w:r>
        <w:rPr>
          <w:lang w:eastAsia="zh-CN"/>
        </w:rPr>
        <w:t>　　活动流程：</w:t>
      </w:r>
      <w:r>
        <w:rPr>
          <w:lang w:eastAsia="zh-CN"/>
        </w:rPr>
        <w:br/>
      </w:r>
      <w:r>
        <w:rPr>
          <w:lang w:eastAsia="zh-CN"/>
        </w:rPr>
        <w:t>　　14:00-14:45，在销售中心举行“3.12”植树节活动启动仪式。政府领导讲话、公司领导讲话，宣布植树活动教育意义和注意事项。</w:t>
      </w:r>
      <w:r>
        <w:rPr>
          <w:lang w:eastAsia="zh-CN"/>
        </w:rPr>
        <w:br/>
      </w:r>
      <w:r>
        <w:rPr>
          <w:lang w:eastAsia="zh-CN"/>
        </w:rPr>
        <w:t>　　14:45-16:00，到植树现场进行植树活动。由工作人员引导全体人员到植树现场进行植树活动，挂上小名牌、拍照留言等。</w:t>
      </w:r>
      <w:r>
        <w:rPr>
          <w:lang w:eastAsia="zh-CN"/>
        </w:rPr>
        <w:br/>
      </w:r>
      <w:r>
        <w:rPr>
          <w:lang w:eastAsia="zh-CN"/>
        </w:rPr>
        <w:t>　　今年种下一棵树，几年后将收获一片绿荫。你可以带着孩子一起来种属于你们的亲子之树，你也可以和心爱的'ta来种一棵爱情之树，你还可以和好友一起来种颗友谊之树，让树的成长见证曾经的岁月和年华。同时，植树造林，功在千秋，是一件非常有意义的事情，赶快来参加吧。</w:t>
      </w:r>
      <w:r>
        <w:rPr>
          <w:lang w:eastAsia="zh-CN"/>
        </w:rPr>
        <w:br/>
      </w:r>
      <w:r>
        <w:rPr>
          <w:lang w:eastAsia="zh-CN"/>
        </w:rPr>
        <w:t xml:space="preserve">    2024植树节主题活动方案 篇14 </w:t>
      </w:r>
      <w:r>
        <w:rPr>
          <w:lang w:eastAsia="zh-CN"/>
        </w:rPr>
        <w:br/>
      </w:r>
      <w:r>
        <w:rPr>
          <w:lang w:eastAsia="zh-CN"/>
        </w:rPr>
        <w:t>　　一、活动背景：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早春三月，草长鹰飞间，冬天的寒意还未褪尽，春天带着绿色的气息向我们走来，春风吹绿了枝头上的嫩芽，吹绿了地上的小草，也吹动了我们的热情。为了保护我国的林业资源，美化环境，保持生态平衡;1979年2月，中国五届人大常委会第六次会议决定，将每年的3月12日定为中国的植树节，为提高大家义务植树的意识，提高大家爱护花木，珍惜绿色的责任心，社联组织大家开展“种一棵小树，绿一方净土”的植树节爱树护树活动，做到人人参与，宣传与实际行动相结合，从而令大家在活动中体验成功的喜悦，增加对植物生长的了解，增强环保意识，生态意识，以达到为班级、学校、社会增添绿色，净化、美化环境的目的。</w:t>
      </w:r>
      <w:r>
        <w:rPr>
          <w:lang w:eastAsia="zh-CN"/>
        </w:rPr>
        <w:br/>
      </w:r>
      <w:r>
        <w:rPr>
          <w:lang w:eastAsia="zh-CN"/>
        </w:rPr>
        <w:t>　　二、活动目的：</w:t>
      </w:r>
      <w:r>
        <w:rPr>
          <w:lang w:eastAsia="zh-CN"/>
        </w:rPr>
        <w:br/>
      </w:r>
      <w:r>
        <w:rPr>
          <w:lang w:eastAsia="zh-CN"/>
        </w:rPr>
        <w:t>　　植树节是为激发人们爱木、造林的感情，促进国土绿化、保护人类赖以生存的生态环境，通过立法的节日。以三月份为植树节契机，借着与市林业局合办的机会，在全校学生和全市人民中开展形式多样的植树绿化护绿行动和植物种植实践体验活动，做到人人参与宣传与实践行动相结合。从而学生在活动中体验成功的喜悦，增加对植物生长的了解，增强环保意识，以达到为班级、学校、社会增添绿色、净化、美化环境的目的。</w:t>
      </w:r>
      <w:r>
        <w:rPr>
          <w:lang w:eastAsia="zh-CN"/>
        </w:rPr>
        <w:br/>
      </w:r>
      <w:r>
        <w:rPr>
          <w:lang w:eastAsia="zh-CN"/>
        </w:rPr>
        <w:t>　　三、活动主题：</w:t>
      </w:r>
      <w:r>
        <w:rPr>
          <w:lang w:eastAsia="zh-CN"/>
        </w:rPr>
        <w:br/>
      </w:r>
      <w:r>
        <w:rPr>
          <w:lang w:eastAsia="zh-CN"/>
        </w:rPr>
        <w:t>　　“保护环境，绿化地球”</w:t>
      </w:r>
      <w:r>
        <w:rPr>
          <w:lang w:eastAsia="zh-CN"/>
        </w:rPr>
        <w:br/>
      </w:r>
      <w:r>
        <w:rPr>
          <w:lang w:eastAsia="zh-CN"/>
        </w:rPr>
        <w:t>　　活动对象：</w:t>
      </w:r>
      <w:r>
        <w:rPr>
          <w:lang w:eastAsia="zh-CN"/>
        </w:rPr>
        <w:br/>
      </w:r>
      <w:r>
        <w:rPr>
          <w:lang w:eastAsia="zh-CN"/>
        </w:rPr>
        <w:t>　　东华理工大学艺术学院青志协全体成员</w:t>
      </w:r>
      <w:r>
        <w:rPr>
          <w:lang w:eastAsia="zh-CN"/>
        </w:rPr>
        <w:br/>
      </w:r>
      <w:r>
        <w:rPr>
          <w:lang w:eastAsia="zh-CN"/>
        </w:rPr>
        <w:t>　　四、活动地点：</w:t>
      </w:r>
      <w:r>
        <w:rPr>
          <w:lang w:eastAsia="zh-CN"/>
        </w:rPr>
        <w:br/>
      </w:r>
      <w:r>
        <w:rPr>
          <w:lang w:eastAsia="zh-CN"/>
        </w:rPr>
        <w:t>　　__人民公园</w:t>
      </w:r>
      <w:r>
        <w:rPr>
          <w:lang w:eastAsia="zh-CN"/>
        </w:rPr>
        <w:br/>
      </w:r>
    </w:p>
    <w:p w:rsidR="001B1F19" w14:textId="27C3F48A">
      <w:pPr>
        <w:rPr>
          <w:rFonts w:hint="eastAsia"/>
          <w:lang w:eastAsia="zh-CN"/>
        </w:rPr>
      </w:pPr>
      <w:r>
        <w:rPr>
          <w:lang w:eastAsia="zh-CN"/>
        </w:rPr>
        <w:t>　　五、活动准备阶段：</w:t>
      </w:r>
      <w:r>
        <w:rPr>
          <w:lang w:eastAsia="zh-CN"/>
        </w:rPr>
        <w:br/>
      </w:r>
      <w:r>
        <w:rPr>
          <w:lang w:eastAsia="zh-CN"/>
        </w:rPr>
        <w:t>　　1、到梦湖及人民公园联系场地，联系来去车辆，向学校物管部门借好水桶铁锹</w:t>
      </w:r>
      <w:r>
        <w:rPr>
          <w:lang w:eastAsia="zh-CN"/>
        </w:rPr>
        <w:br/>
      </w:r>
      <w:r>
        <w:rPr>
          <w:lang w:eastAsia="zh-CN"/>
        </w:rPr>
        <w:t>　　2、确定植树地点、订购树苗</w:t>
      </w:r>
      <w:r>
        <w:rPr>
          <w:lang w:eastAsia="zh-CN"/>
        </w:rPr>
        <w:br/>
      </w:r>
      <w:r>
        <w:rPr>
          <w:lang w:eastAsia="zh-CN"/>
        </w:rPr>
        <w:t>　　3、活动宣传，招募志愿者、筹备费用，统计参加人数和名单</w:t>
      </w:r>
      <w:r>
        <w:rPr>
          <w:lang w:eastAsia="zh-CN"/>
        </w:rPr>
        <w:br/>
      </w:r>
      <w:r>
        <w:rPr>
          <w:lang w:eastAsia="zh-CN"/>
        </w:rPr>
        <w:t>　　4、召开志愿者会议通知各事项并交代注意事项。水和必备药品自带。要求各志愿者自己准备写好愿望的卡片和绳子，植树时将卡片挂在树上。</w:t>
      </w:r>
      <w:r>
        <w:rPr>
          <w:lang w:eastAsia="zh-CN"/>
        </w:rPr>
        <w:br/>
      </w:r>
      <w:r>
        <w:rPr>
          <w:lang w:eastAsia="zh-CN"/>
        </w:rPr>
        <w:t>　　5、踩点。确定植树地点和路线等相关事项。</w:t>
      </w:r>
      <w:r>
        <w:rPr>
          <w:lang w:eastAsia="zh-CN"/>
        </w:rPr>
        <w:br/>
      </w:r>
      <w:r>
        <w:rPr>
          <w:lang w:eastAsia="zh-CN"/>
        </w:rPr>
        <w:t>　　6、横幅制作：由宣传部做好活动横幅“种一棵小树，绿一方净土”以及活动的主办单位以及赞助商名称。举行签字仪式。</w:t>
      </w:r>
      <w:r>
        <w:rPr>
          <w:lang w:eastAsia="zh-CN"/>
        </w:rPr>
        <w:br/>
      </w:r>
      <w:r>
        <w:rPr>
          <w:lang w:eastAsia="zh-CN"/>
        </w:rPr>
        <w:t>　　六、活动时间：</w:t>
      </w:r>
      <w:r>
        <w:rPr>
          <w:lang w:eastAsia="zh-CN"/>
        </w:rPr>
        <w:br/>
      </w:r>
      <w:r>
        <w:rPr>
          <w:lang w:eastAsia="zh-CN"/>
        </w:rPr>
        <w:t>　　20_年3月12日</w:t>
      </w:r>
      <w:r>
        <w:rPr>
          <w:lang w:eastAsia="zh-CN"/>
        </w:rPr>
        <w:br/>
      </w:r>
      <w:r>
        <w:rPr>
          <w:lang w:eastAsia="zh-CN"/>
        </w:rPr>
        <w:t>　　七、活动内容:</w:t>
      </w:r>
      <w:r>
        <w:rPr>
          <w:lang w:eastAsia="zh-CN"/>
        </w:rPr>
        <w:br/>
      </w:r>
      <w:r>
        <w:rPr>
          <w:lang w:eastAsia="zh-CN"/>
        </w:rPr>
        <w:t>　　1、绿地认养可在3月10日左右的时候，召集各部部长开会。会议内容是进行绿地的认养动员，并要求各部门对认养的绿地定期除草、浇水、开展捡垃圾、落叶、擦花坛、养护绿化等活动。</w:t>
      </w:r>
      <w:r>
        <w:rPr>
          <w:lang w:eastAsia="zh-CN"/>
        </w:rPr>
        <w:br/>
      </w:r>
      <w:r>
        <w:rPr>
          <w:lang w:eastAsia="zh-CN"/>
        </w:rPr>
        <w:t>　　2、植物书种挂牌——可成立生物兴趣小组，成员在10—15人内，并由老师带领各小组对我们学院的植物树种进行分类，制作精致的卡片给植物挂牌。</w:t>
      </w:r>
      <w:r>
        <w:rPr>
          <w:lang w:eastAsia="zh-CN"/>
        </w:rPr>
        <w:br/>
      </w:r>
      <w:r>
        <w:rPr>
          <w:lang w:eastAsia="zh-CN"/>
        </w:rPr>
        <w:t>　　3、开展植物生长知识交流会：由各部部长收集植物常识的资料，并要求对有关植物生长知识在班会上交流、宣传。</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https://d.book118.com/137060123133006036</w:t>
        </w:r>
      </w:hyperlink>
    </w:p>
    <w:p w:rsidR="001B1F19">
      <w:pPr>
        <w:rPr>
          <w:rFonts w:hint="eastAsia"/>
          <w:lang w:eastAsia="zh-CN"/>
        </w:rPr>
      </w:pPr>
    </w:p>
    <w:sectPr>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3706012313300603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