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2024客服部个人年度工作总结（34篇）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2024客服部个人年度工作总结（精选34篇）</w:t>
      </w:r>
      <w:r>
        <w:rPr>
          <w:lang w:eastAsia="zh-CN"/>
        </w:rPr>
        <w:br/>
      </w:r>
      <w:r>
        <w:rPr>
          <w:lang w:eastAsia="zh-CN"/>
        </w:rPr>
        <w:t xml:space="preserve">    2024客服部个人年度工作总结 篇1 </w:t>
      </w:r>
      <w:r>
        <w:rPr>
          <w:lang w:eastAsia="zh-CN"/>
        </w:rPr>
        <w:br/>
      </w:r>
      <w:r>
        <w:rPr>
          <w:lang w:eastAsia="zh-CN"/>
        </w:rPr>
        <w:t>　　转瞬间，20__年在我们忙碌的工作中已经过去。</w:t>
      </w:r>
      <w:r>
        <w:rPr>
          <w:lang w:eastAsia="zh-CN"/>
        </w:rPr>
        <w:br/>
      </w:r>
      <w:r>
        <w:rPr>
          <w:lang w:eastAsia="zh-CN"/>
        </w:rPr>
        <w:t>　　回首20__年物业公司客服部，可说是进一步发展的一年，不断改进完善各项管理机能的一年。</w:t>
      </w:r>
      <w:r>
        <w:rPr>
          <w:lang w:eastAsia="zh-CN"/>
        </w:rPr>
        <w:br/>
      </w:r>
      <w:r>
        <w:rPr>
          <w:lang w:eastAsia="zh-CN"/>
        </w:rPr>
        <w:t>　　在这当中，物业客服部得到了公司领导的关心和支持，同时也得到了其他各部门的大力协助，经过全体客服人员一年来的努力工作，客服部的工作较上一年有了很大的进步，各项工作制度不断得到完善和落实，＂业户至上＂的服务理念深深烙入每一位客服工作人员的脑海。</w:t>
      </w:r>
      <w:r>
        <w:rPr>
          <w:lang w:eastAsia="zh-CN"/>
        </w:rPr>
        <w:br/>
      </w:r>
      <w:r>
        <w:rPr>
          <w:lang w:eastAsia="zh-CN"/>
        </w:rPr>
        <w:t>　　回顾一年来的客服工作，有得有失。现将一年来的客服工作总结如下：</w:t>
      </w:r>
      <w:r>
        <w:rPr>
          <w:lang w:eastAsia="zh-CN"/>
        </w:rPr>
        <w:br/>
      </w:r>
      <w:r>
        <w:rPr>
          <w:lang w:eastAsia="zh-CN"/>
        </w:rPr>
        <w:t>　　一、深化落实公司各项规章制度和客服部各项制度</w:t>
      </w:r>
      <w:r>
        <w:rPr>
          <w:lang w:eastAsia="zh-CN"/>
        </w:rPr>
        <w:br/>
      </w:r>
      <w:r>
        <w:rPr>
          <w:lang w:eastAsia="zh-CN"/>
        </w:rPr>
        <w:t>　　在20__年初步完善的各项规章制度的基础上，20__年的重点是深化落实，为此，客服部根据公司的发展现状，加深其对物业管理的认识和理解。同时，随着物业管理行业一些法律、法规的出台和完善，客服部也及时调整客服工作的相关制度，以求更好的适应新的形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二、理论联系实际，积极开展客服人员的培训工作</w:t>
      </w:r>
      <w:r>
        <w:rPr>
          <w:lang w:eastAsia="zh-CN"/>
        </w:rPr>
        <w:br/>
      </w:r>
      <w:r>
        <w:rPr>
          <w:lang w:eastAsia="zh-CN"/>
        </w:rPr>
        <w:t>　　利用每周_的客服部例会时间，加强对本部门人员的培训工作。</w:t>
      </w:r>
      <w:r>
        <w:rPr>
          <w:lang w:eastAsia="zh-CN"/>
        </w:rPr>
        <w:br/>
      </w:r>
      <w:r>
        <w:rPr>
          <w:lang w:eastAsia="zh-CN"/>
        </w:rPr>
        <w:t>　　培训工作是根据一周来在工作当中遇到的实际问题展开的，这样就做到了理论与实际的结合，使每位客服人员对＂服务理念＂的认识更加的深刻。</w:t>
      </w:r>
      <w:r>
        <w:rPr>
          <w:lang w:eastAsia="zh-CN"/>
        </w:rPr>
        <w:br/>
      </w:r>
      <w:r>
        <w:rPr>
          <w:lang w:eastAsia="zh-CN"/>
        </w:rPr>
        <w:t>　　三、日常报修的处理</w:t>
      </w:r>
      <w:r>
        <w:rPr>
          <w:lang w:eastAsia="zh-CN"/>
        </w:rPr>
        <w:br/>
      </w:r>
      <w:r>
        <w:rPr>
          <w:lang w:eastAsia="zh-CN"/>
        </w:rPr>
        <w:t>　　据每周末的工作量统计，＂日接待＂各种形式的报修均达十余次。根据报修内容的不同积极进行派工，争取在最短的时间内将问题解决。同时，根据报修的完成情况及时地进行回访。</w:t>
      </w:r>
      <w:r>
        <w:rPr>
          <w:lang w:eastAsia="zh-CN"/>
        </w:rPr>
        <w:br/>
      </w:r>
      <w:r>
        <w:rPr>
          <w:lang w:eastAsia="zh-CN"/>
        </w:rPr>
        <w:t>　　四、__区物业费的收缴工作</w:t>
      </w:r>
      <w:r>
        <w:rPr>
          <w:lang w:eastAsia="zh-CN"/>
        </w:rPr>
        <w:br/>
      </w:r>
      <w:r>
        <w:rPr>
          <w:lang w:eastAsia="zh-CN"/>
        </w:rPr>
        <w:t>　　根据年初公司下达的收费指标，积极开展__区物业费的收缴工作。最终在物业经理、书记及其它各部门的支持下，完成了公司下达的收费指标。</w:t>
      </w:r>
      <w:r>
        <w:rPr>
          <w:lang w:eastAsia="zh-CN"/>
        </w:rPr>
        <w:br/>
      </w:r>
      <w:r>
        <w:rPr>
          <w:lang w:eastAsia="zh-CN"/>
        </w:rPr>
        <w:t>　　五、能源费的收缴工作</w:t>
      </w:r>
      <w:r>
        <w:rPr>
          <w:lang w:eastAsia="zh-CN"/>
        </w:rPr>
        <w:br/>
      </w:r>
      <w:r>
        <w:rPr>
          <w:lang w:eastAsia="zh-CN"/>
        </w:rPr>
        <w:t>　　如期完成__区每季度入户抄水表收费工作的同时，又完成了公司布置的新的任务——__区首次入户抄水表收费工作。</w:t>
      </w:r>
      <w:r>
        <w:rPr>
          <w:lang w:eastAsia="zh-CN"/>
        </w:rPr>
        <w:br/>
      </w:r>
      <w:r>
        <w:rPr>
          <w:lang w:eastAsia="zh-CN"/>
        </w:rPr>
        <w:t>　　六、__区底商的招租工作</w:t>
      </w:r>
      <w:r>
        <w:rPr>
          <w:lang w:eastAsia="zh-CN"/>
        </w:rPr>
        <w:br/>
      </w:r>
      <w:r>
        <w:rPr>
          <w:lang w:eastAsia="zh-CN"/>
        </w:rPr>
        <w:t>　　制定了底商的招租方案，并在下半年成功的引进了＂超市、药店＂项目。</w:t>
      </w:r>
      <w:r>
        <w:rPr>
          <w:lang w:eastAsia="zh-CN"/>
        </w:rPr>
        <w:br/>
      </w:r>
      <w:r>
        <w:rPr>
          <w:lang w:eastAsia="zh-CN"/>
        </w:rPr>
        <w:t>　　七、部分楼宇的收楼工作</w:t>
      </w:r>
      <w:r>
        <w:rPr>
          <w:lang w:eastAsia="zh-CN"/>
        </w:rPr>
        <w:br/>
      </w:r>
      <w:r>
        <w:rPr>
          <w:lang w:eastAsia="zh-CN"/>
        </w:rPr>
        <w:t>　　在_月份，完成了收楼工作；同时，又完成了部分__区回迁楼（单元）收楼工作）。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八、＂地震＂组织开展募捐活动</w:t>
      </w:r>
      <w:r>
        <w:rPr>
          <w:lang w:eastAsia="zh-CN"/>
        </w:rPr>
        <w:br/>
      </w:r>
      <w:r>
        <w:rPr>
          <w:lang w:eastAsia="zh-CN"/>
        </w:rPr>
        <w:t>　　在得知地震的消息后，物业公司领导立即决定在社区内进行一次以＂为灾区人民奉献一份爱心＂的募捐活动，这项任务由客服部来完成。</w:t>
      </w:r>
      <w:r>
        <w:rPr>
          <w:lang w:eastAsia="zh-CN"/>
        </w:rPr>
        <w:br/>
      </w:r>
      <w:r>
        <w:rPr>
          <w:lang w:eastAsia="zh-CN"/>
        </w:rPr>
        <w:t>　　接到指示后，客服部全体人员积极献计献策，最终圆满的完成了这次募捐活动。</w:t>
      </w:r>
      <w:r>
        <w:rPr>
          <w:lang w:eastAsia="zh-CN"/>
        </w:rPr>
        <w:br/>
      </w:r>
      <w:r>
        <w:rPr>
          <w:lang w:eastAsia="zh-CN"/>
        </w:rPr>
        <w:t>　　九、节日期间园区的装点布置工作</w:t>
      </w:r>
      <w:r>
        <w:rPr>
          <w:lang w:eastAsia="zh-CN"/>
        </w:rPr>
        <w:br/>
      </w:r>
      <w:r>
        <w:rPr>
          <w:lang w:eastAsia="zh-CN"/>
        </w:rPr>
        <w:t>　　积极完成各节日期间园区内的装点布置工作，今年公司加大了对圣诞节（倍受年轻人关注的节日）期间园区装点布置的力度，在小区门及__区各大堂内购置了圣诞树及其各种装饰品。</w:t>
      </w:r>
      <w:r>
        <w:rPr>
          <w:lang w:eastAsia="zh-CN"/>
        </w:rPr>
        <w:br/>
      </w:r>
      <w:r>
        <w:rPr>
          <w:lang w:eastAsia="zh-CN"/>
        </w:rPr>
        <w:t>　　十、业主座谈会</w:t>
      </w:r>
      <w:r>
        <w:rPr>
          <w:lang w:eastAsia="zh-CN"/>
        </w:rPr>
        <w:br/>
      </w:r>
      <w:r>
        <w:rPr>
          <w:lang w:eastAsia="zh-CN"/>
        </w:rPr>
        <w:t>　　在春节前夕，组织进行了一年一度的业主座谈会。邀请来的各位业主在会上积极发言，对物业公司的服务工作给了充分的肯定并提出了合理的建议。</w:t>
      </w:r>
      <w:r>
        <w:rPr>
          <w:lang w:eastAsia="zh-CN"/>
        </w:rPr>
        <w:br/>
      </w:r>
      <w:r>
        <w:rPr>
          <w:lang w:eastAsia="zh-CN"/>
        </w:rPr>
        <w:t>　　总之，在20__年的工作基础上，20__年我们满怀信心与希望，在新的一年里我们坚信，只要我们勤奋工作，努力工作，积极探索，勇于进取，我们一定能以＂的努力＂完成公司下达的各项工作指标。</w:t>
      </w:r>
      <w:r>
        <w:rPr>
          <w:lang w:eastAsia="zh-CN"/>
        </w:rPr>
        <w:br/>
      </w:r>
      <w:r>
        <w:rPr>
          <w:lang w:eastAsia="zh-CN"/>
        </w:rPr>
        <w:t xml:space="preserve">    2024客服部个人年度工作总结 篇2 </w:t>
      </w:r>
      <w:r>
        <w:rPr>
          <w:lang w:eastAsia="zh-CN"/>
        </w:rPr>
        <w:br/>
      </w:r>
      <w:r>
        <w:rPr>
          <w:lang w:eastAsia="zh-CN"/>
        </w:rPr>
        <w:t>　　回顾这一年来的工作，我在领导及各位同事的支持与帮助下，严格要求自己，按照的要求，较好地完成了自己的本职工作。通过半年来的学习与工作，工作模式上有了新的突破，工作方式有了较大的改变，现将一年来的工作情况总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一、客户服务部日常工作</w:t>
      </w:r>
      <w:r>
        <w:rPr>
          <w:lang w:eastAsia="zh-CN"/>
        </w:rPr>
        <w:br/>
      </w:r>
      <w:r>
        <w:rPr>
          <w:lang w:eastAsia="zh-CN"/>
        </w:rPr>
        <w:t>　　客户服务部对我来说是一个全新的工作领域。作为一个处理客户关系的工作者，自己清醒地认识到，客户服务部的工作在在整个中是承上启下、沟通内外、协调左右、联系四面八方的枢纽，推动各项工作朝着既定目标前进的中心。工作千头万绪，有文书处理、档案管理、文件批转、受理客户投诉、退换房屋、交房等。面对繁杂琐碎的大量事务性工作，自我强化工作意识，注意加快工作节奏，提高工作效率，冷静办理各项事务，力求周全、准确、适度，避免疏漏和差错，至今基本做到了事事有着落。</w:t>
      </w:r>
      <w:r>
        <w:rPr>
          <w:lang w:eastAsia="zh-CN"/>
        </w:rPr>
        <w:br/>
      </w:r>
      <w:r>
        <w:rPr>
          <w:lang w:eastAsia="zh-CN"/>
        </w:rPr>
        <w:t>　　1、及时了解准备交付的房屋情况，为领导决策提供依据。作为一个房地产开发业内知名企业，房屋交付是重中之重。成立房屋交付工作小组。我作为小组成员之一，利用一切有利资源，采取有效措施，到案场和施工现场积极与有关人员交流、沟通，及时将所了解的房屋信息、工作进度、问题反馈到领导及总经理室，使领导在最短时间内掌握了房屋交付工作的进展，并在此基础上进一步安排交付工作。</w:t>
      </w:r>
      <w:r>
        <w:rPr>
          <w:lang w:eastAsia="zh-CN"/>
        </w:rPr>
        <w:br/>
      </w:r>
      <w:r>
        <w:rPr>
          <w:lang w:eastAsia="zh-CN"/>
        </w:rPr>
        <w:t>　　2、理顺关系，创建部门工作流程。部门成立伊始，各项工作几乎都是从头开始，这半年的时间里，达到了部门熟、人际关系较融洽的目的，积极为日后协调充分发挥各部门能力解决工作难题而做出准备。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3、认真做好的文字工作，草拟文件和报告等文字工作。认真做好部门有关文件的收发、登记、分递工作；部门文件、审批表、协议书整理归档入册，做好资料归档工作，做好客户资料管理工作。</w:t>
      </w:r>
      <w:r>
        <w:rPr>
          <w:lang w:eastAsia="zh-CN"/>
        </w:rPr>
        <w:br/>
      </w:r>
      <w:r>
        <w:rPr>
          <w:lang w:eastAsia="zh-CN"/>
        </w:rPr>
        <w:t>　　4、受理客户投诉并及时协调相关部门妥善处理，积极响应集团员工五种精神的号召。充分发挥自身部门优势，在工作态度上一是高度的客户意识，把客户的事当自己的事，高度负责高度敏感。二是强大的资源整合能力，强大的推动能力，推动整个的资源倾斜于客户，来解决客户的问题。对业主行为和诉求进行预测，充分考虑成本和营销并进行适当的引导和控制。限度的降低其不合理的期望值，提高了客户满意度。</w:t>
      </w:r>
      <w:r>
        <w:rPr>
          <w:lang w:eastAsia="zh-CN"/>
        </w:rPr>
        <w:br/>
      </w:r>
      <w:r>
        <w:rPr>
          <w:lang w:eastAsia="zh-CN"/>
        </w:rPr>
        <w:t>　　二、加强自身学习，提高业务水平</w:t>
      </w:r>
      <w:r>
        <w:rPr>
          <w:lang w:eastAsia="zh-CN"/>
        </w:rPr>
        <w:br/>
      </w:r>
      <w:r>
        <w:rPr>
          <w:lang w:eastAsia="zh-CN"/>
        </w:rPr>
        <w:t>　　由于感到自己身上的担子很重，而自己的学识、能力和阅历与其任职都有一定的距离，所以总不敢掉以轻心，总在学习，向书本学习、向周围的领导学习，向同事学习，这样下来感觉自己半年来还是有了一定的进步。经过不断学习、不断积累，已具备了本部门工作经验，能够比较从容地处理日常工作中出现的各类问题，在组织管理能力、综合能力、协调办事能力和文字言语表达能力等方面，经过半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lang w:eastAsia="zh-CN"/>
        </w:rPr>
        <w:br/>
      </w:r>
      <w:r>
        <w:rPr>
          <w:lang w:eastAsia="zh-CN"/>
        </w:rPr>
        <w:t>　　三、存在的问题和今后努力方向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一年来，本人能敬业爱岗、创造性地开展工作，取得了一些成绩，但也存在一些问题和足，主要表现在：</w:t>
      </w:r>
      <w:r>
        <w:rPr>
          <w:lang w:eastAsia="zh-CN"/>
        </w:rPr>
        <w:br/>
      </w:r>
      <w:r>
        <w:rPr>
          <w:lang w:eastAsia="zh-CN"/>
        </w:rPr>
        <w:t>　　第一，许多工作我都是边干边摸索，以致工作起来不能游刃有余，工作效率有待进一步提高。</w:t>
      </w:r>
      <w:r>
        <w:rPr>
          <w:lang w:eastAsia="zh-CN"/>
        </w:rPr>
        <w:br/>
      </w:r>
      <w:r>
        <w:rPr>
          <w:lang w:eastAsia="zh-CN"/>
        </w:rPr>
        <w:t>　　第二，有些工作还不够过细，一些工作协调的不是十分到位。</w:t>
      </w:r>
      <w:r>
        <w:rPr>
          <w:lang w:eastAsia="zh-CN"/>
        </w:rPr>
        <w:br/>
      </w:r>
      <w:r>
        <w:rPr>
          <w:lang w:eastAsia="zh-CN"/>
        </w:rPr>
        <w:t>　　在下一年的工作中，自己决心认真提高业务、工作水平，为经济跨越式发展，贡献自己应该贡献的力量。我想我应努力做到：第一，加强学习，拓宽知识面。努力学习房产专业知识和相关法律常识。加强对房地产发展脉络、走向的了解，加强周围环境、同行业发展的了解、学习，要对的统筹规划、当前情况做到心中有数；第二，本着实事求是的原则，做到上情下达、下情上报；真正做好领导的助手；提高自身业务水平。遵守内部规章制度，维护利益，积极为创造更高价值，力争取得更大的工作成绩。</w:t>
      </w:r>
      <w:r>
        <w:rPr>
          <w:lang w:eastAsia="zh-CN"/>
        </w:rPr>
        <w:br/>
      </w:r>
      <w:r>
        <w:rPr>
          <w:lang w:eastAsia="zh-CN"/>
        </w:rPr>
        <w:t xml:space="preserve">    2024客服部个人年度工作总结 篇3 </w:t>
      </w:r>
      <w:r>
        <w:rPr>
          <w:lang w:eastAsia="zh-CN"/>
        </w:rPr>
        <w:br/>
      </w:r>
      <w:r>
        <w:rPr>
          <w:lang w:eastAsia="zh-CN"/>
        </w:rPr>
        <w:t>　　一、做好客户回访</w:t>
      </w:r>
      <w:r>
        <w:rPr>
          <w:lang w:eastAsia="zh-CN"/>
        </w:rPr>
        <w:br/>
      </w:r>
      <w:r>
        <w:rPr>
          <w:lang w:eastAsia="zh-CN"/>
        </w:rPr>
        <w:t>　　作为客服，我们会回访我们的的客户，从他们那里搜集数据，调查他们对我们公司的服务的满意度，通过访问客户发现我们公司存在的问题，找到问题所在并解决掉，做好调查，询问客户遇到的问题，需要我们解决与否，无论是否是工作中遇到了难题我们都应该好好护理不但进步，不断加强工作进程，在回访的过程中也会更具客户的要求做一定的调整，把我好我们工作的任务，让客户知道我们在做事，通过回访工作来提高客户的粘度，增加客户的信任度，保证客户能够相信我们的工作，信任我们公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二、提升服务质量</w:t>
      </w:r>
      <w:r>
        <w:rPr>
          <w:lang w:eastAsia="zh-CN"/>
        </w:rPr>
        <w:br/>
      </w:r>
      <w:r>
        <w:rPr>
          <w:lang w:eastAsia="zh-CN"/>
        </w:rPr>
        <w:t>　　作为客服我们是以服务为主，服务是我们的重点，在服务中我们需要提升我们的服务质量，让客户满意，让客户信服，不断深化服务，对服务也会做好各种安排，在与客户沟通的时候我们采取礼貌回应，友好交流，不会因为客户因为对一些事情不满而产生矛盾，做实事，讲实话，不会欺骗客户，用事实说话，用真诚交流，不做任何手段，尊重客户，会做好客户工作，会从客户的角度考虑问题，从客户的角度解决问题，在沟通中保证双方的信任，提高客户对我们公司的信任度，把服务具体用到每一位客户上面，会单对单服务，根据客户的需要制定服务方案，根据客户登记来提升服务质量。</w:t>
      </w:r>
      <w:r>
        <w:rPr>
          <w:lang w:eastAsia="zh-CN"/>
        </w:rPr>
        <w:br/>
      </w:r>
      <w:r>
        <w:rPr>
          <w:lang w:eastAsia="zh-CN"/>
        </w:rPr>
        <w:t>　　三、加强员工技能培训</w:t>
      </w:r>
      <w:r>
        <w:rPr>
          <w:lang w:eastAsia="zh-CN"/>
        </w:rPr>
        <w:br/>
      </w:r>
      <w:r>
        <w:rPr>
          <w:lang w:eastAsia="zh-CN"/>
        </w:rPr>
        <w:t>　　一个好的客服人员需要了解和掌握的知识非常多，需要花费时间学习，为了提升不能真题实力，我们客服部会针对员工的能力具体情况做培训，培养员工服务水平，沟通能力，提升员工的服务质量，给新来的员工整理有专门的话术语录让他，牢记熟悉话术，让他们掌握其中的知识，通过练习通过学习把话术变成自己的，能够根据具体情况说出集体的内容，保证员工能够正常工作，提升他们的能力有利于让他们做更多的工作，提升工作效率，做好工作任务，更上大部队的步伐，与所有人保持同一个不掉，让良莠不齐变成一起绽放。</w:t>
      </w:r>
      <w:r>
        <w:rPr>
          <w:lang w:eastAsia="zh-CN"/>
        </w:rPr>
        <w:br/>
      </w:r>
      <w:r>
        <w:rPr>
          <w:lang w:eastAsia="zh-CN"/>
        </w:rPr>
        <w:t>　　四、做好协调工作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们会与其他部门做好协调工作，把我们工作得到的结果反馈到相关的部门让他们工作做相应的调整，也会反馈出各部门在工作中出现的问题，我们客服处理他们在工作中与客户产生的矛盾，解决客户出现的问题，保证工作的顺利进行，同时提升工作的质量，让工作做的更好更快。</w:t>
      </w:r>
      <w:r>
        <w:rPr>
          <w:lang w:eastAsia="zh-CN"/>
        </w:rPr>
        <w:br/>
      </w:r>
      <w:r>
        <w:rPr>
          <w:lang w:eastAsia="zh-CN"/>
        </w:rPr>
        <w:t>　　充实的一年已经过去，我们的工作还没有结束，心得一年到来，新的工作也随之来临，我们部门会继续努力不断拼搏，在新的一年创造出新的成绩，做好工作任务。</w:t>
      </w:r>
      <w:r>
        <w:rPr>
          <w:lang w:eastAsia="zh-CN"/>
        </w:rPr>
        <w:br/>
      </w:r>
      <w:r>
        <w:rPr>
          <w:lang w:eastAsia="zh-CN"/>
        </w:rPr>
        <w:t xml:space="preserve">    2024客服部个人年度工作总结 篇4 </w:t>
      </w:r>
      <w:r>
        <w:rPr>
          <w:lang w:eastAsia="zh-CN"/>
        </w:rPr>
        <w:br/>
      </w:r>
      <w:r>
        <w:rPr>
          <w:lang w:eastAsia="zh-CN"/>
        </w:rPr>
        <w:t>　　忙碌的20__年即将过去。回首客务部一年来的工作，感慨颇深。这一年来客服部在公司各级领导的关心和支持下、在客服部全体人员的积极努力配合下、在发现、解决、总结中逐渐成熟，并且取得了一定的成绩。</w:t>
      </w:r>
      <w:r>
        <w:rPr>
          <w:lang w:eastAsia="zh-CN"/>
        </w:rPr>
        <w:br/>
      </w:r>
      <w:r>
        <w:rPr>
          <w:lang w:eastAsia="zh-CN"/>
        </w:rPr>
        <w:t>　　一、提高服务质量，规范前台服务。</w:t>
      </w:r>
      <w:r>
        <w:rPr>
          <w:lang w:eastAsia="zh-CN"/>
        </w:rPr>
        <w:br/>
      </w:r>
      <w:r>
        <w:rPr>
          <w:lang w:eastAsia="zh-CN"/>
        </w:rPr>
        <w:t>　　自__年我部门提出首问负责制的工作方针后，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w:t>
      </w:r>
      <w:r>
        <w:rPr>
          <w:lang w:eastAsia="zh-CN"/>
        </w:rPr>
        <w:br/>
      </w:r>
      <w:r>
        <w:rPr>
          <w:lang w:eastAsia="zh-CN"/>
        </w:rPr>
        <w:t>　　根据记录统计，今年前台的电话接听量达26000余次，接待报修10300余次，其中接待业主日常报修7000余次，公共报修3300余次；日平均电话接听量高达70余次，日平均接待来访30余次，回访平均每日20余次。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首问负责制方针落实的同时，我们在7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lang w:eastAsia="zh-CN"/>
        </w:rPr>
        <w:br/>
      </w:r>
      <w:r>
        <w:rPr>
          <w:lang w:eastAsia="zh-CN"/>
        </w:rPr>
        <w:t>　　二、规范服务流程，物业管理走向专业化。</w:t>
      </w:r>
      <w:r>
        <w:rPr>
          <w:lang w:eastAsia="zh-CN"/>
        </w:rPr>
        <w:br/>
      </w:r>
      <w:r>
        <w:rPr>
          <w:lang w:eastAsia="zh-CN"/>
        </w:rPr>
        <w:t>　　随着新《物业管理条例》的颁布和实施，以及其它相关法律、法规的日益健全，人们对物业公司的要求也越来越高。物业管理已不再满足于走在边缘的现状，而是朝着专业化、程序化和规范化的方向迈进。在对园区的日常管理中，我们严格控制、加强巡视，发现园区内违章的操作和装修，我们从管理服务角度出发，善意劝导，及时制止，并且同公司的法律顾问多沟通，制定了相应的整改措施，如私搭乱建小阁楼、安外置阳台罩的，一经发现我们马上下整改通知书，责令其立即整改。</w:t>
      </w:r>
      <w:r>
        <w:rPr>
          <w:lang w:eastAsia="zh-CN"/>
        </w:rPr>
        <w:br/>
      </w:r>
      <w:r>
        <w:rPr>
          <w:lang w:eastAsia="zh-CN"/>
        </w:rPr>
        <w:t>　　三、改变职能、建立提成制。</w:t>
      </w:r>
      <w:r>
        <w:rPr>
          <w:lang w:eastAsia="zh-CN"/>
        </w:rPr>
        <w:br/>
      </w:r>
      <w:r>
        <w:rPr>
          <w:lang w:eastAsia="zh-CN"/>
        </w:rPr>
        <w:t>　　以往客服部对收费工作不够重视，没设专职收费人员，由楼宇管理员兼 职收费，而且只在周六、日才收，造成楼宇管理员把巡视放在第一位，收费放在第二位，这样楼宇管理员没有压力，收多收少都一样，甚至收与不收一个样，严重影响了收费率。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所以，从本年度第二季度开始我们开始改革，取消楼宇管理员，设立专职收费员，将工资与收费率直接挂钩，建立激励机制，将不适应改革的楼宇管理员辞退。招聘专职收费员，通过改革证明是有效的。一期收费率从55%提高到58%；二期从60%提升到70%；三期从30%提升到40%。</w:t>
      </w:r>
      <w:r>
        <w:rPr>
          <w:lang w:eastAsia="zh-CN"/>
        </w:rPr>
        <w:br/>
      </w:r>
      <w:r>
        <w:rPr>
          <w:lang w:eastAsia="zh-CN"/>
        </w:rPr>
        <w:t>　　四、加强培训、提高业务水平工作总结</w:t>
      </w:r>
      <w:r>
        <w:rPr>
          <w:lang w:eastAsia="zh-CN"/>
        </w:rPr>
        <w:br/>
      </w:r>
      <w:r>
        <w:rPr>
          <w:lang w:eastAsia="zh-CN"/>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w:t>
      </w:r>
      <w:r>
        <w:rPr>
          <w:lang w:eastAsia="zh-CN"/>
        </w:rPr>
        <w:br/>
      </w:r>
      <w:r>
        <w:rPr>
          <w:lang w:eastAsia="zh-CN"/>
        </w:rPr>
        <w:t>　　客服部是与业主打交道最直接最频繁的部门，员工的素质高低代表着企业的形象，所以我们一直不断地搞好员工培训、提高我们的整体服务水平，我们培训的主要内容有：</w:t>
      </w:r>
      <w:r>
        <w:rPr>
          <w:lang w:eastAsia="zh-CN"/>
        </w:rPr>
        <w:br/>
      </w:r>
      <w:r>
        <w:rPr>
          <w:lang w:eastAsia="zh-CN"/>
        </w:rPr>
        <w:t>　　（一）搞好礼仪培训、规范仪容仪表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如前台接电话人员，必须在铃响三声之内接起电话，第一句话先报家门您好，天元物业号人为您服务。前台服务人员必须站立服务，无论是公司领导还是业主从前台经过时要说你好，这样，即提升了客务部的形象，在一定程度也提升了整个物业公司的形象，更突出了物业公司的服务性质。</w:t>
      </w:r>
      <w:r>
        <w:rPr>
          <w:lang w:eastAsia="zh-CN"/>
        </w:rPr>
        <w:br/>
      </w:r>
      <w:r>
        <w:rPr>
          <w:lang w:eastAsia="zh-CN"/>
        </w:rPr>
        <w:t>　　（二）搞好专业知识培训、提高专业技能</w:t>
      </w:r>
      <w:r>
        <w:rPr>
          <w:lang w:eastAsia="zh-CN"/>
        </w:rPr>
        <w:br/>
      </w:r>
      <w:r>
        <w:rPr>
          <w:lang w:eastAsia="zh-CN"/>
        </w:rPr>
        <w:t>　　除了礼仪培训以外，专业知识的培训是主要的。我们定期给员工做这方面的培训。主要是结合《物业管理条例》、《物业管理企业收费管理办法》等污染法规、学习相关法律知识，从法律上解决实际当中遇到的问题，我们还邀请工程部师傅给我们讲解有关工程维修方面的知识，如业主报修，我们应能分清报修位置、基本处理方法、师傅应带什么工具去、各部分工程质量保修期限是多少，是有清楚了这些问题，才能给业主宣传、讲。</w:t>
      </w:r>
      <w:r>
        <w:rPr>
          <w:lang w:eastAsia="zh-CN"/>
        </w:rPr>
        <w:br/>
      </w:r>
      <w:r>
        <w:rPr>
          <w:lang w:eastAsia="zh-CN"/>
        </w:rPr>
        <w:t>　　让业主清楚明白物业管理不是永远保修的，也不是交了物业管理费我们公司就什么都负责的，我们会拿一些经典案例，大家共同探讨、分析、学习，发生纠纷物业公司空间承担多大的责任等。都需要我们在工作中不断学习、不断积累经验。</w:t>
      </w:r>
      <w:r>
        <w:rPr>
          <w:lang w:eastAsia="zh-CN"/>
        </w:rPr>
        <w:br/>
      </w:r>
      <w:r>
        <w:rPr>
          <w:lang w:eastAsia="zh-CN"/>
        </w:rPr>
        <w:t xml:space="preserve">    2024客服部个人年度工作总结 篇5 </w:t>
      </w:r>
      <w:r>
        <w:rPr>
          <w:lang w:eastAsia="zh-CN"/>
        </w:rPr>
        <w:br/>
      </w:r>
      <w:r>
        <w:rPr>
          <w:lang w:eastAsia="zh-CN"/>
        </w:rPr>
        <w:t>　　在领导和同事的帮助下，本人对淘宝客服工作职责及内容有了较好了解和基本掌握，并已开始正式上岗。现就工作学习心得，工作的内容要点及工作中出现的问题作一个阶段性的总结，以为日子不断对自己工作进行完善做参考和准备。</w:t>
      </w:r>
      <w:r>
        <w:rPr>
          <w:lang w:eastAsia="zh-CN"/>
        </w:rPr>
        <w:br/>
      </w:r>
      <w:r>
        <w:rPr>
          <w:lang w:eastAsia="zh-CN"/>
        </w:rPr>
        <w:t>　　淘宝客服作为网店的一个重要组成部分。其重要性不可忽视。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首先它是店铺和顾客之间的纽带和桥梁，一名合格的客服首先要做到认真、负责、诚信、热情的去接待每一位顾客。其次是要有良好的语言沟通技巧，这样可以让客户接受你的产品，最终达成交易。</w:t>
      </w:r>
      <w:r>
        <w:rPr>
          <w:lang w:eastAsia="zh-CN"/>
        </w:rPr>
        <w:br/>
      </w:r>
      <w:r>
        <w:rPr>
          <w:lang w:eastAsia="zh-CN"/>
        </w:rPr>
        <w:t>　　再次，作为客服同时要对自己店内的商品有足够的了解和认识，这样才可以给客户提供更多的购物建议，更完善的解答客户的疑问。</w:t>
      </w:r>
      <w:r>
        <w:rPr>
          <w:lang w:eastAsia="zh-CN"/>
        </w:rPr>
        <w:br/>
      </w:r>
      <w:r>
        <w:rPr>
          <w:lang w:eastAsia="zh-CN"/>
        </w:rPr>
        <w:t>　　本人在这工作已经清楚的认识到自己工作的职责及其重要性，工作中也在不断学习如何提高自己工作的技能，虽然此前没有相关工作经验但希望能从零学起，争取早日成为一名合格的淘宝客服。</w:t>
      </w:r>
      <w:r>
        <w:rPr>
          <w:lang w:eastAsia="zh-CN"/>
        </w:rPr>
        <w:br/>
      </w:r>
      <w:r>
        <w:rPr>
          <w:lang w:eastAsia="zh-CN"/>
        </w:rPr>
        <w:t>　　下面就本人售前导购，售中客服，还有售后服务工作进行初步解析。首先是售前导购。售前导购的重要必不仅在于它可以为顾客答疑解惑，更在于它可以引导顾客购买，促成交易，提高客单价。</w:t>
      </w:r>
      <w:r>
        <w:rPr>
          <w:lang w:eastAsia="zh-CN"/>
        </w:rPr>
        <w:br/>
      </w:r>
      <w:r>
        <w:rPr>
          <w:lang w:eastAsia="zh-CN"/>
        </w:rPr>
        <w:t>　　在售前沟通中一般包括打招呼、询问、推荐、议价、道别等这几个方面。在打招呼方面，无论旺旺是在线或都其它状态，自动回复这项必不可少。</w:t>
      </w:r>
      <w:r>
        <w:rPr>
          <w:lang w:eastAsia="zh-CN"/>
        </w:rPr>
        <w:br/>
      </w:r>
      <w:r>
        <w:rPr>
          <w:lang w:eastAsia="zh-CN"/>
        </w:rPr>
        <w:t>　　自动回复可以让我们做到及时快速回复，让顾客第一时间感受到我们的热情，同时自动回复里附加有我们店名可以强化顾客的印象。</w:t>
      </w:r>
      <w:r>
        <w:rPr>
          <w:lang w:eastAsia="zh-CN"/>
        </w:rPr>
        <w:br/>
      </w:r>
      <w:r>
        <w:rPr>
          <w:lang w:eastAsia="zh-CN"/>
        </w:rPr>
        <w:t>　　除了自动回复，自己也要在第一时间回复询问顾客有什么需要帮助的。</w:t>
      </w:r>
      <w:r>
        <w:rPr>
          <w:lang w:eastAsia="zh-CN"/>
        </w:rPr>
        <w:br/>
      </w:r>
      <w:r>
        <w:rPr>
          <w:lang w:eastAsia="zh-CN"/>
        </w:rPr>
        <w:t>　　在询问答疑方面，无论是什么情况都铭记第一时间关注旺旺显示顾客在关注店里的哪款包包，打开相应的页面，时刻准备着回答亲们提出的任何咨询。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议价环节则非常考验一个人的沟通水平和谈判能力，何如才能做到巧妙的跟客人周旋，既能保住价格堡垒又能让客人感觉到我们的价格是最低实在不能再降，这个需要自己在工作中不断去学习提高自己沟通能力。</w:t>
      </w:r>
      <w:r>
        <w:rPr>
          <w:lang w:eastAsia="zh-CN"/>
        </w:rPr>
        <w:br/>
      </w:r>
      <w:r>
        <w:rPr>
          <w:lang w:eastAsia="zh-CN"/>
        </w:rPr>
        <w:t>　　道别步骤也必不可少，无论是成交或没有成交都要保持统一的热情态度去对待每一位客人。</w:t>
      </w:r>
      <w:r>
        <w:rPr>
          <w:lang w:eastAsia="zh-CN"/>
        </w:rPr>
        <w:br/>
      </w:r>
      <w:r>
        <w:rPr>
          <w:lang w:eastAsia="zh-CN"/>
        </w:rPr>
        <w:t>　　时光如梭，不知不觉中来服务中心工作已有一年了，在我看来，这是短暂而又漫长的一年。短暂的是我还来不及掌握的工作技巧与专业知识，时光已经流逝；漫长的是要成为一名优秀的客服人员，今后的路必定很漫长。</w:t>
      </w:r>
      <w:r>
        <w:rPr>
          <w:lang w:eastAsia="zh-CN"/>
        </w:rPr>
        <w:br/>
      </w:r>
      <w:r>
        <w:rPr>
          <w:lang w:eastAsia="zh-CN"/>
        </w:rPr>
        <w:t>　　回顾当初在招聘会上应聘公司客服岗位的事，就像发生在昨天一样；不过如今的我已从懵懂的学生，转变成了肩负工作职责的绿城员工，对客服工作也由陌生变成了熟悉。</w:t>
      </w:r>
      <w:r>
        <w:rPr>
          <w:lang w:eastAsia="zh-CN"/>
        </w:rPr>
        <w:br/>
      </w:r>
      <w:r>
        <w:rPr>
          <w:lang w:eastAsia="zh-CN"/>
        </w:rPr>
        <w:t>　　很多人不了解客服工作，认为它很简单、单调、甚至无聊，不过是接下电话、做下记录、没事时上上网罢了；其实不然，要做一名合格、称职的客服人员，需具备相关专业知识，掌握一定的工作技巧，并要有高度的自觉性和工作责任心，否则工作上就会出现失误、失职状况；当然，这一点我也并不是一开始就认识到了，而是在工作中经历了各种挑战与磨砺后，才深刻体会到。</w:t>
      </w:r>
      <w:r>
        <w:rPr>
          <w:lang w:eastAsia="zh-CN"/>
        </w:rPr>
        <w:br/>
      </w:r>
      <w:r>
        <w:rPr>
          <w:lang w:eastAsia="zh-CN"/>
        </w:rPr>
        <w:t>　　下面是我这一年来的`主要工作内容：</w:t>
      </w:r>
      <w:r>
        <w:rPr>
          <w:lang w:eastAsia="zh-CN"/>
        </w:rPr>
        <w:br/>
      </w:r>
      <w:r>
        <w:rPr>
          <w:lang w:eastAsia="zh-CN"/>
        </w:rPr>
        <w:t>　　1、业主收房、入住、装修等手续和证件的办理以及业主资料、档案、钥匙的归档。其中交付园区共__户，办理交房手续__户，办理装修手续__户，入住业主__户；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2、接受各方面信息，包括业主、装修单位、房产公司、施工单位等信息，在做好记录的同时通知相关部门和人员进行处理，并对此过程进行跟踪，完成后进行回访；</w:t>
      </w:r>
      <w:r>
        <w:rPr>
          <w:lang w:eastAsia="zh-CN"/>
        </w:rPr>
        <w:br/>
      </w:r>
      <w:r>
        <w:rPr>
          <w:lang w:eastAsia="zh-CN"/>
        </w:rPr>
        <w:t>　　3、函件、文件的制作、发送与归档，目前年度工作联系单发函份，整改通知单份、温馨提示份、部门会议纪要份、大件物品放行条__余份。</w:t>
      </w:r>
      <w:r>
        <w:rPr>
          <w:lang w:eastAsia="zh-CN"/>
        </w:rPr>
        <w:br/>
      </w:r>
      <w:r>
        <w:rPr>
          <w:lang w:eastAsia="zh-CN"/>
        </w:rPr>
        <w:t>　　在完成上述工作的过程中，我学到了很多，也成长了不少。</w:t>
      </w:r>
      <w:r>
        <w:rPr>
          <w:lang w:eastAsia="zh-CN"/>
        </w:rPr>
        <w:br/>
      </w:r>
      <w:r>
        <w:rPr>
          <w:lang w:eastAsia="zh-CN"/>
        </w:rPr>
        <w:t>　　1、工作中的磨砺塑造了我的性格，提升了自身的心理素质。对于我这个刚刚步入社会，工作经验不丰富的人而言，工作中不免遇到各种各样的阻碍和困难，但在各位领导和同事们的帮助下，尤其是在任主管的悉心教导下，让我遇到困难时勇于面对、敢于挑战，性格也进一步沉淀下来。</w:t>
      </w:r>
      <w:r>
        <w:rPr>
          <w:lang w:eastAsia="zh-CN"/>
        </w:rPr>
        <w:br/>
      </w:r>
      <w:r>
        <w:rPr>
          <w:lang w:eastAsia="zh-CN"/>
        </w:rPr>
        <w:t>　　记得揽秀苑与临风苑房屋交付的时候，因时间紧迫，人员较少，相关工作又较复杂；管家部全体人员连续加班一个多星期，力争在交房前把所有准备工作做充分做细致；尤其是在交付的前3日，大家每晚都加班至凌晨两三点。交房的第一天我是负责客服中心的协助工作，当我拖着疲惫的身体参与交房工作时，已有一种睁着眼睛睡觉的感觉。但当我看到从重庆远道而来的张羽在面对客户时从容甜美的笑容，娴熟的接待技巧时，内心竟荡起一波波涟漪；她也是加班加点的在工作，也会很累，为什么在客户面前却可以保持这么好的精神面貌和工作状态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通过公司领导对我们当天工作的总结，我才深刻体会到职业精神和微笑服务的真正含义。</w:t>
      </w:r>
      <w:r>
        <w:rPr>
          <w:lang w:eastAsia="zh-CN"/>
        </w:rPr>
        <w:br/>
      </w:r>
      <w:r>
        <w:rPr>
          <w:lang w:eastAsia="zh-CN"/>
        </w:rPr>
        <w:t>　　所谓职业精神就是当你在工作岗位时，无论你之前有多辛苦，都应把工作做到位，尽到自己的工作职责。</w:t>
      </w:r>
      <w:r>
        <w:rPr>
          <w:lang w:eastAsia="zh-CN"/>
        </w:rPr>
        <w:br/>
      </w:r>
      <w:r>
        <w:rPr>
          <w:lang w:eastAsia="zh-CN"/>
        </w:rPr>
        <w:t>　　所谓微笑服务就是当你面对客户时，无论你高兴与否，烦恼与否，都应以工作为重，以客户为重，始终保持微笑，因为你代表的不单是你个人的形象，更是公司的形象。</w:t>
      </w:r>
      <w:r>
        <w:rPr>
          <w:lang w:eastAsia="zh-CN"/>
        </w:rPr>
        <w:br/>
      </w:r>
      <w:r>
        <w:rPr>
          <w:lang w:eastAsia="zh-CN"/>
        </w:rPr>
        <w:t>　　在接下来第二天、第三天交付工作中，我由协助工作转换为正式接待工作，在加强了自身情绪掌控的同时，尽量保持着微笑服务，顺利为好几位业主办理完成了交房手续。听到上级领导的鼓励，看着业主满意的笑容，我也无比欣慰。</w:t>
      </w:r>
      <w:r>
        <w:rPr>
          <w:lang w:eastAsia="zh-CN"/>
        </w:rPr>
        <w:br/>
      </w:r>
      <w:r>
        <w:rPr>
          <w:lang w:eastAsia="zh-CN"/>
        </w:rPr>
        <w:t>　　经历了这次交房流程也对我日后的工作起到了莫大的作用，在面对领导与同事的批评与指正时能摆正心态，积极改正；在与少数难缠的工程人员沟通时，也逐步变得无所畏惧；接待礼仪、电话礼仪等礼仪工作也逐步完善。</w:t>
      </w:r>
      <w:r>
        <w:rPr>
          <w:lang w:eastAsia="zh-CN"/>
        </w:rPr>
        <w:br/>
      </w:r>
      <w:r>
        <w:rPr>
          <w:lang w:eastAsia="zh-CN"/>
        </w:rPr>
        <w:t>　　2、工作生活中体会到了细节的重要性。细节因其“小”，往往被人所轻视，甚至被忽视，也常常使人感到繁琐，无暇顾及。在绿城的工作生活中，我深刻体会到细节疏忽不得，马虎不得；不论是拟就公司文件时的每一行文字，每一个标点，还是领导强调的服务做细化，卫生无死角等，都使我深刻的认识到，只有深入细节，才能从中获得回报；细节产生效益，细节带来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工作学习中拓展了我的才能。当我把上级交付每一项工作都认真努力的完成时，换来的也是上级对我的支持与肯定。前两天刚制作完毕的圣诞、元旦园区内布置方案是我自己做的第一个方案，当方案通过主管的认可后，心中充满成功的喜悦与对工作的热情；至于接下来食堂宣传栏的布置，还有园区标识系统和春节园区内的布置方案，我都会认真负责的去对待，尽我所能的把他们一项一项做的更好。</w:t>
      </w:r>
      <w:r>
        <w:rPr>
          <w:lang w:eastAsia="zh-CN"/>
        </w:rPr>
        <w:br/>
      </w:r>
      <w:r>
        <w:rPr>
          <w:lang w:eastAsia="zh-CN"/>
        </w:rPr>
        <w:t>　　在20__年这全新的一年里，我要努力改正过去一年里工作中的缺点，不断提升，加强以下几个方面的工作：</w:t>
      </w:r>
      <w:r>
        <w:rPr>
          <w:lang w:eastAsia="zh-CN"/>
        </w:rPr>
        <w:br/>
      </w:r>
      <w:r>
        <w:rPr>
          <w:lang w:eastAsia="zh-CN"/>
        </w:rPr>
        <w:t>　　1、加强学习物业管理的基本知识，提高客户服务技巧与心理，完善客服接待流程及礼仪。</w:t>
      </w:r>
      <w:r>
        <w:rPr>
          <w:lang w:eastAsia="zh-CN"/>
        </w:rPr>
        <w:br/>
      </w:r>
      <w:r>
        <w:rPr>
          <w:lang w:eastAsia="zh-CN"/>
        </w:rPr>
        <w:t>　　2、加强文案、会务等制作能力；拓展各项工作技能，如学习软件的操作等。</w:t>
      </w:r>
      <w:r>
        <w:rPr>
          <w:lang w:eastAsia="zh-CN"/>
        </w:rPr>
        <w:br/>
      </w:r>
      <w:r>
        <w:rPr>
          <w:lang w:eastAsia="zh-CN"/>
        </w:rPr>
        <w:t>　　3、进一步改善自己的性格，提高对工作耐心度，更加注重细节，加强工作责任心和培养工作积极性。</w:t>
      </w:r>
      <w:r>
        <w:rPr>
          <w:lang w:eastAsia="zh-CN"/>
        </w:rPr>
        <w:br/>
      </w:r>
      <w:r>
        <w:rPr>
          <w:lang w:eastAsia="zh-CN"/>
        </w:rPr>
        <w:t>　　4、多与各位领导、同事们沟通学习，取长补短，提升自己各方面能力，跟上公司前进的步伐。</w:t>
      </w:r>
      <w:r>
        <w:rPr>
          <w:lang w:eastAsia="zh-CN"/>
        </w:rPr>
        <w:br/>
      </w:r>
      <w:r>
        <w:rPr>
          <w:lang w:eastAsia="zh-CN"/>
        </w:rPr>
        <w:t>　　很幸运刚从学校毕业就可以加入绿城青竹园这个可爱而优秀的团队，绿城的文化理念，管家部的工作氛围已不自觉地感染着我、推动着我；让我可以在工作中学习，在学习中成长；也确定了自己努力的方向。此时此刻，我的最大目标就是力争在新一年工作中挑战自我、超越自我，取得更大的进步！</w:t>
      </w:r>
      <w:r>
        <w:rPr>
          <w:lang w:eastAsia="zh-CN"/>
        </w:rPr>
        <w:br/>
      </w:r>
      <w:r>
        <w:rPr>
          <w:lang w:eastAsia="zh-CN"/>
        </w:rPr>
        <w:t>　　谢谢大家，我的工作总结完毕！</w:t>
      </w:r>
      <w:r>
        <w:rPr>
          <w:lang w:eastAsia="zh-CN"/>
        </w:rPr>
        <w:br/>
      </w:r>
      <w:r>
        <w:rPr>
          <w:lang w:eastAsia="zh-CN"/>
        </w:rPr>
        <w:t xml:space="preserve">    2024客服部个人年度工作总结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20__年，是公司的开展“五心管家、五心服务”的一年，一年以来，客服部经历人员流动频繁的困扰，积极应对各项困难，努力将部门工作按照公司、服务处要求做到尽善尽美，在公司、服务处领导的带领下；在部门全体员工共同的努力拼搏下，本部门的服务工作得到了升华，现对一年以来的工作重点汇报如下：</w:t>
      </w:r>
      <w:r>
        <w:rPr>
          <w:lang w:eastAsia="zh-CN"/>
        </w:rPr>
        <w:br/>
      </w:r>
      <w:r>
        <w:rPr>
          <w:lang w:eastAsia="zh-CN"/>
        </w:rPr>
        <w:t>　　一、对客户开展五心服务工作：</w:t>
      </w:r>
      <w:r>
        <w:rPr>
          <w:lang w:eastAsia="zh-CN"/>
        </w:rPr>
        <w:br/>
      </w:r>
      <w:r>
        <w:rPr>
          <w:lang w:eastAsia="zh-CN"/>
        </w:rPr>
        <w:t>　　在公司及服务处的统一布臵和协调下，客服部全员树立让客服感受五心服务理念，努力按服务处的五心服务计划要求的内容，将每项五心服务落实到实处，20__年主要完成以下的五心服务内容：</w:t>
      </w:r>
      <w:r>
        <w:rPr>
          <w:lang w:eastAsia="zh-CN"/>
        </w:rPr>
        <w:br/>
      </w:r>
      <w:r>
        <w:rPr>
          <w:lang w:eastAsia="zh-CN"/>
        </w:rPr>
        <w:t>　　1、建立小区宠物档案，每月发放宠物相关提示及通知，半年度根据居委会通知协助养宠人员进行疫苗防治。</w:t>
      </w:r>
      <w:r>
        <w:rPr>
          <w:lang w:eastAsia="zh-CN"/>
        </w:rPr>
        <w:br/>
      </w:r>
      <w:r>
        <w:rPr>
          <w:lang w:eastAsia="zh-CN"/>
        </w:rPr>
        <w:t>　　2、每季对清洁员工培训（尽可能采用图文并茂方式）、每月会议、每半年沟通交流；每周一次随机清查人数、首问责任制和三大纪律八项注意等相关制度的监督执行，加强与清洁供方的沟通与联系，共同提升小区清洁服务水平。</w:t>
      </w:r>
      <w:r>
        <w:rPr>
          <w:lang w:eastAsia="zh-CN"/>
        </w:rPr>
        <w:br/>
      </w:r>
      <w:r>
        <w:rPr>
          <w:lang w:eastAsia="zh-CN"/>
        </w:rPr>
        <w:t>　　3、在每年集中雨季来临前安排清洁工对二、三楼露台地漏排水口进行全面清洁，保持排水畅通。</w:t>
      </w:r>
      <w:r>
        <w:rPr>
          <w:lang w:eastAsia="zh-CN"/>
        </w:rPr>
        <w:br/>
      </w:r>
      <w:r>
        <w:rPr>
          <w:lang w:eastAsia="zh-CN"/>
        </w:rPr>
        <w:t>　　4、细化服务处面向业户的温馨提示、通知等文字资料，固定统一的标准和版式，服务处各部门按照统一格式使用，验证只检查已发放各类文字资料。</w:t>
      </w:r>
      <w:r>
        <w:rPr>
          <w:lang w:eastAsia="zh-CN"/>
        </w:rPr>
        <w:br/>
      </w:r>
      <w:r>
        <w:rPr>
          <w:lang w:eastAsia="zh-CN"/>
        </w:rPr>
        <w:t>　　5、增设单机型大堂显示屏、增设灭蚊灯箱4处。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6、绿化作业的防护告知的坚持（含施肥、消杀、栅栏维护、绿化补种提示）；</w:t>
      </w:r>
      <w:r>
        <w:rPr>
          <w:lang w:eastAsia="zh-CN"/>
        </w:rPr>
        <w:br/>
      </w:r>
      <w:r>
        <w:rPr>
          <w:lang w:eastAsia="zh-CN"/>
        </w:rPr>
        <w:t>　　7、增加中午、晚上保洁人员共计4名，2、3、4栋楼一名保洁员；4、5、6、7一名保洁员；8、9、10一名保洁员；各自负责所属楼栋区域及电梯卫生，外围商铺一名清洁工负责外围路面的保洁；</w:t>
      </w:r>
      <w:r>
        <w:rPr>
          <w:lang w:eastAsia="zh-CN"/>
        </w:rPr>
        <w:br/>
      </w:r>
      <w:r>
        <w:rPr>
          <w:lang w:eastAsia="zh-CN"/>
        </w:rPr>
        <w:t>　　8、制定卫生盲点清理计划及道路清洗计划（重点为人行道），关注死角、平台等交界处；</w:t>
      </w:r>
      <w:r>
        <w:rPr>
          <w:lang w:eastAsia="zh-CN"/>
        </w:rPr>
        <w:br/>
      </w:r>
      <w:r>
        <w:rPr>
          <w:lang w:eastAsia="zh-CN"/>
        </w:rPr>
        <w:t>　　9、每季一次“我爱我家”感动行动：服务处各部门员工在小区内开展清扫行动，带动业户爱护环境；</w:t>
      </w:r>
      <w:r>
        <w:rPr>
          <w:lang w:eastAsia="zh-CN"/>
        </w:rPr>
        <w:br/>
      </w:r>
      <w:r>
        <w:rPr>
          <w:lang w:eastAsia="zh-CN"/>
        </w:rPr>
        <w:t>　　10、服务处每周进行清洁消杀，每月发通知倡议小区业户进行联动消杀活动，提高消杀效果。</w:t>
      </w:r>
      <w:r>
        <w:rPr>
          <w:lang w:eastAsia="zh-CN"/>
        </w:rPr>
        <w:br/>
      </w:r>
      <w:r>
        <w:rPr>
          <w:lang w:eastAsia="zh-CN"/>
        </w:rPr>
        <w:t>　　11、提倡全员管理，要求清洁现场主管配备对讲机，保持与服务处工作人员的联系，方便及时处理现场存在问题。</w:t>
      </w:r>
      <w:r>
        <w:rPr>
          <w:lang w:eastAsia="zh-CN"/>
        </w:rPr>
        <w:br/>
      </w:r>
      <w:r>
        <w:rPr>
          <w:lang w:eastAsia="zh-CN"/>
        </w:rPr>
        <w:t>　　12、在前台公示栏公示服务处的增值服务如代收代办服务内容：为有需要的业户提供上门收取管理费、车位使用费或为其办理其它事务性手续、代收邮件服务等；</w:t>
      </w:r>
      <w:r>
        <w:rPr>
          <w:lang w:eastAsia="zh-CN"/>
        </w:rPr>
        <w:br/>
      </w:r>
      <w:r>
        <w:rPr>
          <w:lang w:eastAsia="zh-CN"/>
        </w:rPr>
        <w:t>　　13、对于在外业户的快递受理，在征得业户同意下为业户授理快递手续，并与业户进行预约，每天主动联系取件，减少业户往来奔波之苦。</w:t>
      </w:r>
      <w:r>
        <w:rPr>
          <w:lang w:eastAsia="zh-CN"/>
        </w:rPr>
        <w:br/>
      </w:r>
      <w:r>
        <w:rPr>
          <w:lang w:eastAsia="zh-CN"/>
        </w:rPr>
        <w:t>　　14、与业户相关重要信息短信提示（如社区活动、校巴缴费招生报名、户口办理及政府部门与业户密切相关信息，为那些长期在外工作而常在小区居住的业户送上及时、最新的相关信息，以免错失相关机会。含每月业户月租车辆续卡的短信提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二、积极开展社区文化活动，丰富业户的业余文化生活：</w:t>
      </w:r>
      <w:r>
        <w:rPr>
          <w:lang w:eastAsia="zh-CN"/>
        </w:rPr>
        <w:br/>
      </w:r>
      <w:r>
        <w:rPr>
          <w:lang w:eastAsia="zh-CN"/>
        </w:rPr>
        <w:t>　　1、20__年_月策划中信新天地小区春节装饰布臵；</w:t>
      </w:r>
      <w:r>
        <w:rPr>
          <w:lang w:eastAsia="zh-CN"/>
        </w:rPr>
        <w:br/>
      </w:r>
      <w:r>
        <w:rPr>
          <w:lang w:eastAsia="zh-CN"/>
        </w:rPr>
        <w:t>　　2、20__年_月组织中信新天地“三〃一五”便民服务活动</w:t>
      </w:r>
      <w:r>
        <w:rPr>
          <w:lang w:eastAsia="zh-CN"/>
        </w:rPr>
        <w:br/>
      </w:r>
      <w:r>
        <w:rPr>
          <w:lang w:eastAsia="zh-CN"/>
        </w:rPr>
        <w:t>　　3、20__年_月开始组织小区业主积极参加中信社区第五届社区体育节。</w:t>
      </w:r>
      <w:r>
        <w:rPr>
          <w:lang w:eastAsia="zh-CN"/>
        </w:rPr>
        <w:br/>
      </w:r>
      <w:r>
        <w:rPr>
          <w:lang w:eastAsia="zh-CN"/>
        </w:rPr>
        <w:t>　　4、20__年_月组织六一亲子活动。</w:t>
      </w:r>
      <w:r>
        <w:rPr>
          <w:lang w:eastAsia="zh-CN"/>
        </w:rPr>
        <w:br/>
      </w:r>
      <w:r>
        <w:rPr>
          <w:lang w:eastAsia="zh-CN"/>
        </w:rPr>
        <w:t>　　5、20__年_月组织小区游泳比赛。</w:t>
      </w:r>
      <w:r>
        <w:rPr>
          <w:lang w:eastAsia="zh-CN"/>
        </w:rPr>
        <w:br/>
      </w:r>
      <w:r>
        <w:rPr>
          <w:lang w:eastAsia="zh-CN"/>
        </w:rPr>
        <w:t>　　6、20__年_月组织中秋游园活动。</w:t>
      </w:r>
      <w:r>
        <w:rPr>
          <w:lang w:eastAsia="zh-CN"/>
        </w:rPr>
        <w:br/>
      </w:r>
      <w:r>
        <w:rPr>
          <w:lang w:eastAsia="zh-CN"/>
        </w:rPr>
        <w:t>　　7、20__年_月组织老年大学学员参见公司组织的重阳节登山</w:t>
      </w:r>
      <w:r>
        <w:rPr>
          <w:lang w:eastAsia="zh-CN"/>
        </w:rPr>
        <w:br/>
      </w:r>
      <w:r>
        <w:rPr>
          <w:lang w:eastAsia="zh-CN"/>
        </w:rPr>
        <w:t>　　8、20__年_月组织社区男子三人篮球争霸赛。</w:t>
      </w:r>
      <w:r>
        <w:rPr>
          <w:lang w:eastAsia="zh-CN"/>
        </w:rPr>
        <w:br/>
      </w:r>
      <w:r>
        <w:rPr>
          <w:lang w:eastAsia="zh-CN"/>
        </w:rPr>
        <w:t>　　9、20__年_月组织圣诞、元旦双节文艺晚会。（计划中）</w:t>
      </w:r>
      <w:r>
        <w:rPr>
          <w:lang w:eastAsia="zh-CN"/>
        </w:rPr>
        <w:br/>
      </w:r>
      <w:r>
        <w:rPr>
          <w:lang w:eastAsia="zh-CN"/>
        </w:rPr>
        <w:t>　　以上活动的开展，极大的丰富了小区业户的业余文化生活，同时也给服务处与业户之间的沟通和交流搭建一个很好的平台，这种方式普遍的受到客户的欢迎和赞赏。</w:t>
      </w:r>
      <w:r>
        <w:rPr>
          <w:lang w:eastAsia="zh-CN"/>
        </w:rPr>
        <w:br/>
      </w:r>
      <w:r>
        <w:rPr>
          <w:lang w:eastAsia="zh-CN"/>
        </w:rPr>
        <w:t>　　三、积极开展新天地老年大学分校课程，圆满完成20__年老年大学新天地分校的各项工作任务：</w:t>
      </w:r>
      <w:r>
        <w:rPr>
          <w:lang w:eastAsia="zh-CN"/>
        </w:rPr>
        <w:br/>
      </w:r>
      <w:r>
        <w:rPr>
          <w:lang w:eastAsia="zh-CN"/>
        </w:rPr>
        <w:t>　　中信社区老年大学新天地分校完成的课目分别是：音乐24节、舞蹈基础8节、太极养生6节、健康养生讲座3节、健康义诊2次、户外活动2次、消防知识讲座1节。</w:t>
      </w:r>
      <w:r>
        <w:rPr>
          <w:lang w:eastAsia="zh-CN"/>
        </w:rPr>
        <w:br/>
      </w:r>
      <w:r>
        <w:rPr>
          <w:lang w:eastAsia="zh-CN"/>
        </w:rPr>
        <w:t>　　四、部门人员齐心协力，全力以赴的保证收费率的完成：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20__年至20__年_月每月收费率分别是：20__年_月是104、83%；12月份是98、86%；20__年_月份是72、97%；2月份是98、86%；3月份是99、22%；4月份是96、2%；5月份是102、94%；6月份是94%；7月份是104、91%；8月份是101、24%；9月份是85、64%。其中未达标的三个月1月过春节导致未达标，6月是服务费走访阻力的时期，部分业主以拒交费抵制涨费，9月是因为国庆长假财务提前结账导致未达标。</w:t>
      </w:r>
      <w:r>
        <w:rPr>
          <w:lang w:eastAsia="zh-CN"/>
        </w:rPr>
        <w:br/>
      </w:r>
      <w:r>
        <w:rPr>
          <w:lang w:eastAsia="zh-CN"/>
        </w:rPr>
        <w:t>　　五、积极配合公司安排：</w:t>
      </w:r>
      <w:r>
        <w:rPr>
          <w:lang w:eastAsia="zh-CN"/>
        </w:rPr>
        <w:br/>
      </w:r>
      <w:r>
        <w:rPr>
          <w:lang w:eastAsia="zh-CN"/>
        </w:rPr>
        <w:t>　　1、遵照公司的部署及安排服务处20__年_月开始走访小区物业服务费调整的调查工作，面对新天地小区的特殊环境：费用涨幅高、客户收入偏低、小区租户占业主的一半以上的复杂环境，客服部全员面对困难没有退缩，在服务处领导英明的领导下，在各部门的大力支持下，经过半年的努力，客服重重困难，最终按公司要求完成了物业服务费调整“双过半”的基本要求。</w:t>
      </w:r>
      <w:r>
        <w:rPr>
          <w:lang w:eastAsia="zh-CN"/>
        </w:rPr>
        <w:br/>
      </w:r>
      <w:r>
        <w:rPr>
          <w:lang w:eastAsia="zh-CN"/>
        </w:rPr>
        <w:t>　　2、积极配合筹备组组建第三届业主委员会（仍在持续中）。</w:t>
      </w:r>
      <w:r>
        <w:rPr>
          <w:lang w:eastAsia="zh-CN"/>
        </w:rPr>
        <w:br/>
      </w:r>
      <w:r>
        <w:rPr>
          <w:lang w:eastAsia="zh-CN"/>
        </w:rPr>
        <w:t>　　六、服务技能全面提高：</w:t>
      </w:r>
      <w:r>
        <w:rPr>
          <w:lang w:eastAsia="zh-CN"/>
        </w:rPr>
        <w:br/>
      </w:r>
      <w:r>
        <w:rPr>
          <w:lang w:eastAsia="zh-CN"/>
        </w:rPr>
        <w:t>　　通过一年来的努力，部门员工团结进取积极处理各种客户投诉和需求，提升客户对服务处的满意度，全年共完成客户投诉157宗和需求9448宗事项项内容，同时所开展的“五心服务”得到了业主的广泛关注和肯定。</w:t>
      </w:r>
      <w:r>
        <w:rPr>
          <w:lang w:eastAsia="zh-CN"/>
        </w:rPr>
        <w:br/>
      </w:r>
      <w:r>
        <w:rPr>
          <w:lang w:eastAsia="zh-CN"/>
        </w:rPr>
        <w:t>　　七、配合地产车位促销：</w:t>
      </w:r>
      <w:r>
        <w:rPr>
          <w:lang w:eastAsia="zh-CN"/>
        </w:rPr>
        <w:br/>
      </w:r>
      <w:r>
        <w:rPr>
          <w:lang w:eastAsia="zh-CN"/>
        </w:rPr>
        <w:t>　　1、专人统计、整理已售、月租、临停车位等信息内容；</w:t>
      </w:r>
      <w:r>
        <w:rPr>
          <w:lang w:eastAsia="zh-CN"/>
        </w:rPr>
        <w:br/>
      </w:r>
      <w:r>
        <w:rPr>
          <w:lang w:eastAsia="zh-CN"/>
        </w:rPr>
        <w:t>　　2、车位促销、短信发放、租赁限期等，积极配合并做到严格落实责任到人；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3、加强骨干及相关岗位的业务技能培训，熟悉操作流程及沟通技巧，能够独立、及时、妥善处理车场各类问题；</w:t>
      </w:r>
      <w:r>
        <w:rPr>
          <w:lang w:eastAsia="zh-CN"/>
        </w:rPr>
        <w:br/>
      </w:r>
      <w:r>
        <w:rPr>
          <w:lang w:eastAsia="zh-CN"/>
        </w:rPr>
        <w:t>　　4、做好宣传工作，让更多的业主能够及时了解车库车位动态，让车主明白迟早要购买车位的必然性、和紧迫性，从而促销车位；</w:t>
      </w:r>
      <w:r>
        <w:rPr>
          <w:lang w:eastAsia="zh-CN"/>
        </w:rPr>
        <w:br/>
      </w:r>
      <w:r>
        <w:rPr>
          <w:lang w:eastAsia="zh-CN"/>
        </w:rPr>
        <w:t>　　通过以上几点的努力及与各部门的分工协作，截止到20__年_月_日，成功配合地产销售车位约61个</w:t>
      </w:r>
      <w:r>
        <w:rPr>
          <w:lang w:eastAsia="zh-CN"/>
        </w:rPr>
        <w:br/>
      </w:r>
      <w:r>
        <w:rPr>
          <w:lang w:eastAsia="zh-CN"/>
        </w:rPr>
        <w:t>　　八、配合鸿福社区居委会开展社区工作：</w:t>
      </w:r>
      <w:r>
        <w:rPr>
          <w:lang w:eastAsia="zh-CN"/>
        </w:rPr>
        <w:br/>
      </w:r>
      <w:r>
        <w:rPr>
          <w:lang w:eastAsia="zh-CN"/>
        </w:rPr>
        <w:t>　　1、协助居委会创建“全国文明城市”国检工作；</w:t>
      </w:r>
      <w:r>
        <w:rPr>
          <w:lang w:eastAsia="zh-CN"/>
        </w:rPr>
        <w:br/>
      </w:r>
      <w:r>
        <w:rPr>
          <w:lang w:eastAsia="zh-CN"/>
        </w:rPr>
        <w:t>　　2、协助居委会、工商局办理小区商户营业执照年检工作</w:t>
      </w:r>
      <w:r>
        <w:rPr>
          <w:lang w:eastAsia="zh-CN"/>
        </w:rPr>
        <w:br/>
      </w:r>
      <w:r>
        <w:rPr>
          <w:lang w:eastAsia="zh-CN"/>
        </w:rPr>
        <w:t>　　3、协助居委会派发东莞市民文明生活读本及环保袋工作；</w:t>
      </w:r>
      <w:r>
        <w:rPr>
          <w:lang w:eastAsia="zh-CN"/>
        </w:rPr>
        <w:br/>
      </w:r>
      <w:r>
        <w:rPr>
          <w:lang w:eastAsia="zh-CN"/>
        </w:rPr>
        <w:t>　　4、协助居委会联系流动人口的计划生育调查工作；</w:t>
      </w:r>
      <w:r>
        <w:rPr>
          <w:lang w:eastAsia="zh-CN"/>
        </w:rPr>
        <w:br/>
      </w:r>
      <w:r>
        <w:rPr>
          <w:lang w:eastAsia="zh-CN"/>
        </w:rPr>
        <w:t>　　5、协助居委会张贴计划生育宣传知识海报工作；</w:t>
      </w:r>
      <w:r>
        <w:rPr>
          <w:lang w:eastAsia="zh-CN"/>
        </w:rPr>
        <w:br/>
      </w:r>
      <w:r>
        <w:rPr>
          <w:lang w:eastAsia="zh-CN"/>
        </w:rPr>
        <w:t>　　6、协助居委会通知相关业主参加宠物育苗普及工作；</w:t>
      </w:r>
      <w:r>
        <w:rPr>
          <w:lang w:eastAsia="zh-CN"/>
        </w:rPr>
        <w:br/>
      </w:r>
      <w:r>
        <w:rPr>
          <w:lang w:eastAsia="zh-CN"/>
        </w:rPr>
        <w:t>　　在这一年里，我们痛苦过、奋斗过、辛苦过、流过泪、流过汗，也曾因为工作疏忽犯过错，但我们就是没有气馁过、放弃过，在公司、服务处领导、各部门负责人及全体员工的支持下和配合下，本部门20__年的工作计划、工作任务均能够有条不絮地开展，在此对所有帮助、关心、支持客服部门工作的领导、同事、员工们道一声真诚的谢谢！好人一生平安！</w:t>
      </w:r>
      <w:r>
        <w:rPr>
          <w:lang w:eastAsia="zh-CN"/>
        </w:rPr>
        <w:br/>
      </w:r>
      <w:r>
        <w:rPr>
          <w:lang w:eastAsia="zh-CN"/>
        </w:rPr>
        <w:t>　　展望20__年我们信心百倍，我们将从以下几个方面开展工作：</w:t>
      </w:r>
      <w:r>
        <w:rPr>
          <w:lang w:eastAsia="zh-CN"/>
        </w:rPr>
        <w:br/>
      </w:r>
      <w:r>
        <w:rPr>
          <w:lang w:eastAsia="zh-CN"/>
        </w:rPr>
        <w:t>　　1、继续做好基础性服务，提升客户满意度；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2、注重对员工的关怀及培养，不断提升岗位员工的职业素养和专业知识；</w:t>
      </w:r>
      <w:r>
        <w:rPr>
          <w:lang w:eastAsia="zh-CN"/>
        </w:rPr>
        <w:br/>
      </w:r>
      <w:r>
        <w:rPr>
          <w:lang w:eastAsia="zh-CN"/>
        </w:rPr>
        <w:t>　　3、积极开展好“以公园生活守护健康人生“的各项社区文化活动，搭建服务处与业户们朋友们沟通交流的平台；</w:t>
      </w:r>
      <w:r>
        <w:rPr>
          <w:lang w:eastAsia="zh-CN"/>
        </w:rPr>
        <w:br/>
      </w:r>
      <w:r>
        <w:rPr>
          <w:lang w:eastAsia="zh-CN"/>
        </w:rPr>
        <w:t>　　4、认真落实好“五心服务”的各项措施，让业户真实的感受到中信物业所带来的超值感受；</w:t>
      </w:r>
      <w:r>
        <w:rPr>
          <w:lang w:eastAsia="zh-CN"/>
        </w:rPr>
        <w:br/>
      </w:r>
      <w:r>
        <w:rPr>
          <w:lang w:eastAsia="zh-CN"/>
        </w:rPr>
        <w:t>　　5、努力完成小区服务费用提升的各项准备工作。</w:t>
      </w:r>
      <w:r>
        <w:rPr>
          <w:lang w:eastAsia="zh-CN"/>
        </w:rPr>
        <w:br/>
      </w:r>
      <w:r>
        <w:rPr>
          <w:lang w:eastAsia="zh-CN"/>
        </w:rPr>
        <w:t>　　以上是本部门对20__年的工作总结及20__年的工作展望，相信在公司、服务处领导的英明带领下，客服部20__年将服务做到更加温馨，更加周到，更加的便捷。</w:t>
      </w:r>
      <w:r>
        <w:rPr>
          <w:lang w:eastAsia="zh-CN"/>
        </w:rPr>
        <w:br/>
      </w:r>
      <w:r>
        <w:rPr>
          <w:lang w:eastAsia="zh-CN"/>
        </w:rPr>
        <w:t xml:space="preserve">    2024客服部个人年度工作总结 篇7 </w:t>
      </w:r>
      <w:r>
        <w:rPr>
          <w:lang w:eastAsia="zh-CN"/>
        </w:rPr>
        <w:br/>
      </w:r>
      <w:r>
        <w:rPr>
          <w:lang w:eastAsia="zh-CN"/>
        </w:rPr>
        <w:t>　　瞬间，__年即将过去。在这一年里，似乎值得自己去回顾的事情并不是很多，生活和工作依旧是沿途没有什么风景，就在我以为大路朝前，日子就这样平静下去的时候。__年11月，我经过应聘和选拔来到了usfine，我非常高兴。</w:t>
      </w:r>
      <w:r>
        <w:rPr>
          <w:lang w:eastAsia="zh-CN"/>
        </w:rPr>
        <w:br/>
      </w:r>
      <w:r>
        <w:rPr>
          <w:lang w:eastAsia="zh-CN"/>
        </w:rPr>
        <w:t>　　加入usfine已两个多月，但对于我来说，我成长了很多。从头开始学习我不完全熟悉的一种工作方式、工作内容、以及工作程序，让我更加全面的、系统的了解整个英文客服的工作流程和内容。两个月的工作，并非尽如人意，这些还都有待于我进一步用心去学习，然后要熟练运用在工作中的每一个细节里。这段时间里我有过反省和思考，在这里既对自己前段时间工作批评，也做一些总结，如何做好自己争取在日后的工作中能有好的表现，和大家一起服务于公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一、__年总结</w:t>
      </w:r>
      <w:r>
        <w:rPr>
          <w:lang w:eastAsia="zh-CN"/>
        </w:rPr>
        <w:br/>
      </w:r>
      <w:r>
        <w:rPr>
          <w:lang w:eastAsia="zh-CN"/>
        </w:rPr>
        <w:t>　　(一)工作总结</w:t>
      </w:r>
      <w:r>
        <w:rPr>
          <w:lang w:eastAsia="zh-CN"/>
        </w:rPr>
        <w:br/>
      </w:r>
      <w:r>
        <w:rPr>
          <w:lang w:eastAsia="zh-CN"/>
        </w:rPr>
        <w:t>　　__年11月23日，我开始加入到 usfine，跟着老员工学习，第一次参与订单登记和后台管理;第一次参与英文客服订单验证工作;第一次参与问题单、完成订单回信;第一次接触到 chargeback、投诉处理。在这里，我看到了希望，因为我可以学到的工作内容。由于之前我从事过相关工作，所以我上手很快。感谢领导和各位同事的指导帮助，感谢公司给了我学习的机会。在这里，我看到了一批拼命、卖力、踏实的人工作，我看到了一个好的团队，而且我没有了工作压力感。但遗憾的是，我一直没有自信独立完成整个流程规范化的操作和控制，这将是在未来的一年中，我要面临和改变的首要问题，也是最重要的问题。</w:t>
      </w:r>
      <w:r>
        <w:rPr>
          <w:lang w:eastAsia="zh-CN"/>
        </w:rPr>
        <w:br/>
      </w:r>
      <w:r>
        <w:rPr>
          <w:lang w:eastAsia="zh-CN"/>
        </w:rPr>
        <w:t>　　(二)工作中的不足</w:t>
      </w:r>
      <w:r>
        <w:rPr>
          <w:lang w:eastAsia="zh-CN"/>
        </w:rPr>
        <w:br/>
      </w:r>
      <w:r>
        <w:rPr>
          <w:lang w:eastAsia="zh-CN"/>
        </w:rPr>
        <w:t>　　在工作中，我欠缺主动性，与领导和大家沟通较少，考虑问题不够全面和细致，失误较多，尤其是在订单验证和追单方面，我需要多花时间和精力去学习。因为这距离工作中公司领导对我的期望和要求还有很大的距离。同时，英语理论知识水平、工作压力承受能力、以及对具体工作的实施与计划等问题上还有待进一步提高。一系列的问题需要我在以后的工作中努力克服和解决，使自己更好地做好本职工作。并且自己应该而且能够做的事情，要勇于承担，不依赖他人，不退缩、不逃避，勇敢地迈出每一步，今后在工作中才能做到更加自信和大胆仔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二、__年计划</w:t>
      </w:r>
      <w:r>
        <w:rPr>
          <w:lang w:eastAsia="zh-CN"/>
        </w:rPr>
        <w:br/>
      </w:r>
      <w:r>
        <w:rPr>
          <w:lang w:eastAsia="zh-CN"/>
        </w:rPr>
        <w:t>　　新的一年即将到来，充满了挑战和机遇，我必须更加的努力。看似容易，做起来却是需要用心、用力、用态度的，需要有自信，有更强的耐力。我坚信有公司领导的正确决策，有各位同事的协助，加上我个人的不懈努力，__年会是我在usfine实现.蜕变的一年。</w:t>
      </w:r>
      <w:r>
        <w:rPr>
          <w:lang w:eastAsia="zh-CN"/>
        </w:rPr>
        <w:br/>
      </w:r>
      <w:r>
        <w:rPr>
          <w:lang w:eastAsia="zh-CN"/>
        </w:rPr>
        <w:t>　　(一)增强责任感，服从领导安排，积极与领导沟通，提高工作效率。</w:t>
      </w:r>
      <w:r>
        <w:rPr>
          <w:lang w:eastAsia="zh-CN"/>
        </w:rPr>
        <w:br/>
      </w:r>
      <w:r>
        <w:rPr>
          <w:lang w:eastAsia="zh-CN"/>
        </w:rPr>
        <w:t>　　要积极主动地把工作做到点上，落到实处，减少工作失误。时刻坚持不懂就问，不明白就多学的态度，与同事多合作，与领导多汇报工作情况和建议，做为一个新人要将自己放的低一点，懂得团队的力量和重要性。</w:t>
      </w:r>
      <w:r>
        <w:rPr>
          <w:lang w:eastAsia="zh-CN"/>
        </w:rPr>
        <w:br/>
      </w:r>
      <w:r>
        <w:rPr>
          <w:lang w:eastAsia="zh-CN"/>
        </w:rPr>
        <w:t>　　(二)勤学习，提高专业服务能力。</w:t>
      </w:r>
      <w:r>
        <w:rPr>
          <w:lang w:eastAsia="zh-CN"/>
        </w:rPr>
        <w:br/>
      </w:r>
      <w:r>
        <w:rPr>
          <w:lang w:eastAsia="zh-CN"/>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lang w:eastAsia="zh-CN"/>
        </w:rPr>
        <w:br/>
      </w:r>
      <w:r>
        <w:rPr>
          <w:lang w:eastAsia="zh-CN"/>
        </w:rPr>
        <w:t>　　(三)多行动，坚守工作职责。</w:t>
      </w:r>
      <w:r>
        <w:rPr>
          <w:lang w:eastAsia="zh-CN"/>
        </w:rPr>
        <w:br/>
      </w:r>
      <w:r>
        <w:rPr>
          <w:lang w:eastAsia="zh-CN"/>
        </w:rPr>
        <w:t>　　英文客服岗位，工作时间长，任务繁重，压力大，有夜班，肩负着公司的形象。所以，需要的是有责任心、不怕吃苦、能耐劳、乐于奉献的人。我们也要学会不断调节自己的情绪，给自己解压。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工作无大小，只是分工不同，贡献无多少，要看用心没有，没有必要斤斤计较。我刚走出校门，社会经验和工作经验少，因此我们也被很多人用眼高手低来形容。然而，我个人认为自己的上进心很强，最大的特点就是学习能力强，待人真诚。工作中，要勤于动手做好本职工作，谦虚敬慎，不骄不躁，不做言语的巨人。不论是办公室的日常事务，还是工作上的任务，我都要用心做到更好。学会及时专业的勤总结、勤分析、勤汇总，并最终完成自己我的提升和成长。学会磨练自己，拓宽自自己，凭借公司的良好环境提升自己。</w:t>
      </w:r>
      <w:r>
        <w:rPr>
          <w:lang w:eastAsia="zh-CN"/>
        </w:rPr>
        <w:br/>
      </w:r>
      <w:r>
        <w:rPr>
          <w:lang w:eastAsia="zh-CN"/>
        </w:rPr>
        <w:t>　　(四)善于思考，理论联系实际。</w:t>
      </w:r>
      <w:r>
        <w:rPr>
          <w:lang w:eastAsia="zh-CN"/>
        </w:rPr>
        <w:br/>
      </w:r>
      <w:r>
        <w:rPr>
          <w:lang w:eastAsia="zh-CN"/>
        </w:rPr>
        <w:t>　　在工作中做一个留心人。在公司领导的指导关心下，我逐渐熟悉了工作情况，通过自身细心观察和留意，反思和总结，吸取精华，提取糟粕，在工作中不断总结经验。</w:t>
      </w:r>
      <w:r>
        <w:rPr>
          <w:lang w:eastAsia="zh-CN"/>
        </w:rPr>
        <w:br/>
      </w:r>
      <w:r>
        <w:rPr>
          <w:lang w:eastAsia="zh-CN"/>
        </w:rPr>
        <w:t xml:space="preserve">    2024客服部个人年度工作总结 篇8 </w:t>
      </w:r>
      <w:r>
        <w:rPr>
          <w:lang w:eastAsia="zh-CN"/>
        </w:rPr>
        <w:br/>
      </w:r>
      <w:r>
        <w:rPr>
          <w:lang w:eastAsia="zh-CN"/>
        </w:rPr>
        <w:t>　　最近发表了名为《银行客服部门工作总结范文》的范文，感觉很有用处，希望大家能有所收获。</w:t>
      </w:r>
      <w:r>
        <w:rPr>
          <w:lang w:eastAsia="zh-CN"/>
        </w:rPr>
        <w:br/>
      </w:r>
      <w:r>
        <w:rPr>
          <w:lang w:eastAsia="zh-CN"/>
        </w:rPr>
        <w:t>　　一、立足本职，爱岗敬业</w:t>
      </w:r>
      <w:r>
        <w:rPr>
          <w:lang w:eastAsia="zh-CN"/>
        </w:rPr>
        <w:br/>
      </w:r>
      <w:r>
        <w:rPr>
          <w:lang w:eastAsia="zh-CN"/>
        </w:rPr>
        <w:t>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w:t>
      </w:r>
      <w:r>
        <w:rPr>
          <w:lang w:eastAsia="zh-CN"/>
        </w:rPr>
        <w:br/>
      </w:r>
      <w:r>
        <w:rPr>
          <w:lang w:eastAsia="zh-CN"/>
        </w:rPr>
        <w:t>　　二、勤奋学习，与时俱进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记得主任给我们新员工上过的一堂课的上有讲过这样一句话：“选择了_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w:t>
      </w:r>
      <w:r>
        <w:rPr>
          <w:lang w:eastAsia="zh-CN"/>
        </w:rPr>
        <w:br/>
      </w:r>
      <w:r>
        <w:rPr>
          <w:lang w:eastAsia="zh-CN"/>
        </w:rPr>
        <w:t>　　1、注重理论联系实际。在工作中用理论来指导解决实践，学习目的在于应用，以理论的指导，不断提高了分析问题和解决问题的能力，增强了工作中的原则性、系统性、手机版预见性和创造性；</w:t>
      </w:r>
      <w:r>
        <w:rPr>
          <w:lang w:eastAsia="zh-CN"/>
        </w:rPr>
        <w:br/>
      </w:r>
      <w:r>
        <w:rPr>
          <w:lang w:eastAsia="zh-CN"/>
        </w:rPr>
        <w:t>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w:t>
      </w:r>
      <w:r>
        <w:rPr>
          <w:lang w:eastAsia="zh-CN"/>
        </w:rPr>
        <w:br/>
      </w:r>
      <w:r>
        <w:rPr>
          <w:lang w:eastAsia="zh-CN"/>
        </w:rPr>
        <w:t>　　在今后的工作中，我会努力的继续工作，在工作中保持好和客户之间的关系，用的服务来解决客户的困难，让我用的服务来化解客户的难题。</w:t>
      </w:r>
      <w:r>
        <w:rPr>
          <w:lang w:eastAsia="zh-CN"/>
        </w:rPr>
        <w:br/>
      </w:r>
      <w:r>
        <w:rPr>
          <w:lang w:eastAsia="zh-CN"/>
        </w:rPr>
        <w:t>　　以上是《银行客服部门工作总结范文》的酷猫写作范文详细内容，主要描述学习、工作、业务，知识、理论，坚持、客户，努力，觉得好就请（ctrl+d）收藏下。</w:t>
      </w:r>
      <w:r>
        <w:rPr>
          <w:lang w:eastAsia="zh-CN"/>
        </w:rPr>
        <w:br/>
      </w:r>
      <w:r>
        <w:rPr>
          <w:lang w:eastAsia="zh-CN"/>
        </w:rPr>
        <w:t xml:space="preserve">    2024客服部个人年度工作总结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20__年8月底我来到捷乐自动门，经过了几天的培训，我对这份工作有了必须的了解和认识，此刻我将感想以及工作的认识总结如下:</w:t>
      </w:r>
      <w:r>
        <w:rPr>
          <w:lang w:eastAsia="zh-CN"/>
        </w:rPr>
        <w:br/>
      </w:r>
      <w:r>
        <w:rPr>
          <w:lang w:eastAsia="zh-CN"/>
        </w:rPr>
        <w:t>　　1。客服人员所需的基本技能及素质要求:客服人员所需的基本技能需要有良好的服务精神，具有良好的沟通潜力，工作认真细致，需要有良好的团队精神和工作协作意识，纪律意识及良好的心态。</w:t>
      </w:r>
      <w:r>
        <w:rPr>
          <w:lang w:eastAsia="zh-CN"/>
        </w:rPr>
        <w:br/>
      </w:r>
      <w:r>
        <w:rPr>
          <w:lang w:eastAsia="zh-CN"/>
        </w:rPr>
        <w:t>　　2。作为客服人员，需要必须的技能技巧;学会忍耐和宽容，忍耐与宽容是应对无理客户的法宝，是一种美德，需要包容和理解客户，</w:t>
      </w:r>
      <w:r>
        <w:rPr>
          <w:lang w:eastAsia="zh-CN"/>
        </w:rPr>
        <w:br/>
      </w:r>
      <w:r>
        <w:rPr>
          <w:lang w:eastAsia="zh-CN"/>
        </w:rPr>
        <w:t>　　3。对于公司经营的产品必须要了解、熟悉其功能</w:t>
      </w:r>
      <w:r>
        <w:rPr>
          <w:lang w:eastAsia="zh-CN"/>
        </w:rPr>
        <w:br/>
      </w:r>
      <w:r>
        <w:rPr>
          <w:lang w:eastAsia="zh-CN"/>
        </w:rPr>
        <w:t>　　以下是我的一些感想:</w:t>
      </w:r>
      <w:r>
        <w:rPr>
          <w:lang w:eastAsia="zh-CN"/>
        </w:rPr>
        <w:br/>
      </w:r>
      <w:r>
        <w:rPr>
          <w:lang w:eastAsia="zh-CN"/>
        </w:rPr>
        <w:t>　　算算，我来到公司已经将近两个多月了。回想一下，在这段时光里面我虽然感觉到了前所未有的压力，但是，我也一向在努力适应着这种压力，虽然以前有放下过，但是我深思过后，既然已经来了，就要做到，受一点委屈算什么，如果这一点委屈都受不了，那根本就不用出家门，直接呆在家里天天靠父母好了，虽然此刻还会犯错误，但是只要我每一天都努力了，每一天都有进步了。那就是收获。</w:t>
      </w:r>
      <w:r>
        <w:rPr>
          <w:lang w:eastAsia="zh-CN"/>
        </w:rPr>
        <w:br/>
      </w:r>
      <w:r>
        <w:rPr>
          <w:lang w:eastAsia="zh-CN"/>
        </w:rPr>
        <w:t>　　其实，可能还是我不太熟悉和了解吧，所以出现错误的机率就会比较多一些，而且以前一向没有接触过这个东西，但我始终相信只要我有用心去学去接触，真正的融入这行，总会有收获的。</w:t>
      </w:r>
      <w:r>
        <w:rPr>
          <w:lang w:eastAsia="zh-CN"/>
        </w:rPr>
        <w:br/>
      </w:r>
      <w:r>
        <w:rPr>
          <w:lang w:eastAsia="zh-CN"/>
        </w:rPr>
        <w:t>　　客服，其实是一个复杂而又简单的工作，简单的说，就是为客户服务，一切为客户着想，当然这得确保在不损公司利益的状况下，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如果想做好一个客服，第一，就是要有良好的心态，就像前段时光，我一向以为我可能要被开除了。我这么差，还老是犯错误，没有一点信心，结果后面出错的机率越来越多，连最基本的服务都没有做好，导致技术员到工地无法施工，就是因我事先没有和客户沟通好。但是，俗话说:人非圣贤谁能无过其实最主要的还是心态没有放好，吃一堑长一智。错误出现一次就尽量不要出现第二次，反省一下为什么出错，错在哪里，为什么错了，下一回就会不会出现这样的错误了。自接手派工岗位以来，自我不知犯了多少个错误，每一次犯错后都挨了不少骂，以前想过让自我放下，因觉得这样太受气太委屈了，慢慢的觉得压力好大，想想之前的同事的话，此刻真的应了他们的话了，这个工作真的不好做。但也有同事赞过我说没有人带我都能做到此刻，真的不错的，可惜我还是会犯下不少的错。我不知接下的，将会发生怎样样的变化，既然我还在公司做，我就会很努务尽量让自动做到来。因为已经吸取教训了，就像谢丽说的，犯第一错没有关系，第二次错如果还犯的话那就是自身的问题了，而且犯了错误就要及时提出来，不要私立自解决，之前就是因出现问题时自我没有及时反馈上去才导致发生那么的事。</w:t>
      </w:r>
      <w:r>
        <w:rPr>
          <w:lang w:eastAsia="zh-CN"/>
        </w:rPr>
        <w:br/>
      </w:r>
      <w:r>
        <w:rPr>
          <w:lang w:eastAsia="zh-CN"/>
        </w:rPr>
        <w:t>　　此刻，以后我会努力奋斗，努力学习，尽量做到不犯错误，认真对待每一个客户，努力做到每个客户都能满意，以及领导和同事的满意。</w:t>
      </w:r>
      <w:r>
        <w:rPr>
          <w:lang w:eastAsia="zh-CN"/>
        </w:rPr>
        <w:br/>
      </w:r>
      <w:r>
        <w:rPr>
          <w:lang w:eastAsia="zh-CN"/>
        </w:rPr>
        <w:t xml:space="preserve">    2024客服部个人年度工作总结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客服部以二个效益为中心，以三个满意为基础，上下齐心，咨询成功率与预约成功率都有了提高。现结合__年工作实际，将__年年的工作总结如下：</w:t>
      </w:r>
      <w:r>
        <w:rPr>
          <w:lang w:eastAsia="zh-CN"/>
        </w:rPr>
        <w:br/>
      </w:r>
      <w:r>
        <w:rPr>
          <w:lang w:eastAsia="zh-CN"/>
        </w:rPr>
        <w:t>　　一、规范咨询工作：</w:t>
      </w:r>
      <w:r>
        <w:rPr>
          <w:lang w:eastAsia="zh-CN"/>
        </w:rPr>
        <w:br/>
      </w:r>
      <w:r>
        <w:rPr>
          <w:lang w:eastAsia="zh-CN"/>
        </w:rPr>
        <w:t>　　（一）拟定咨询科室各种规章制度</w:t>
      </w:r>
      <w:r>
        <w:rPr>
          <w:lang w:eastAsia="zh-CN"/>
        </w:rPr>
        <w:br/>
      </w:r>
      <w:r>
        <w:rPr>
          <w:lang w:eastAsia="zh-CN"/>
        </w:rPr>
        <w:t>　　包括咨询服务标准，咨询部考核细则，电话回访服务标准，咨询部工作范畴，咨询部工作要求等，细化各个具体工作的服务标准，咨询部的基本工作规范等。</w:t>
      </w:r>
      <w:r>
        <w:rPr>
          <w:lang w:eastAsia="zh-CN"/>
        </w:rPr>
        <w:br/>
      </w:r>
      <w:r>
        <w:rPr>
          <w:lang w:eastAsia="zh-CN"/>
        </w:rPr>
        <w:t>　　（二）规范咨询业务技巧，增加咨询成功率：</w:t>
      </w:r>
      <w:r>
        <w:rPr>
          <w:lang w:eastAsia="zh-CN"/>
        </w:rPr>
        <w:br/>
      </w:r>
      <w:r>
        <w:rPr>
          <w:lang w:eastAsia="zh-CN"/>
        </w:rPr>
        <w:t>　　十月第一周咨询成功率在18%左右，预约成功率在43%；咨询成功率约50%，预约成功率达60%以上，咨询及预约成功率均有了较大幅度的上升，前期的业务技巧培训及咨询服务的规范效果是非常显著的。</w:t>
      </w:r>
      <w:r>
        <w:rPr>
          <w:lang w:eastAsia="zh-CN"/>
        </w:rPr>
        <w:br/>
      </w:r>
      <w:r>
        <w:rPr>
          <w:lang w:eastAsia="zh-CN"/>
        </w:rPr>
        <w:t>　　1、专业知识的学习：</w:t>
      </w:r>
      <w:r>
        <w:rPr>
          <w:lang w:eastAsia="zh-CN"/>
        </w:rPr>
        <w:br/>
      </w:r>
      <w:r>
        <w:rPr>
          <w:lang w:eastAsia="zh-CN"/>
        </w:rPr>
        <w:t>　　a、每周一次由咨询医生进行讲课，培养咨询医生的学习积极性和自主性，讲课医生能最大限度地掌握该项专业知识</w:t>
      </w:r>
      <w:r>
        <w:rPr>
          <w:lang w:eastAsia="zh-CN"/>
        </w:rPr>
        <w:br/>
      </w:r>
      <w:r>
        <w:rPr>
          <w:lang w:eastAsia="zh-CN"/>
        </w:rPr>
        <w:t>　　b、每结束一期培训进行一次专业知识考核，考核成绩由科室各位曾讲课的医生进行评定</w:t>
      </w:r>
      <w:r>
        <w:rPr>
          <w:lang w:eastAsia="zh-CN"/>
        </w:rPr>
        <w:br/>
      </w:r>
      <w:r>
        <w:rPr>
          <w:lang w:eastAsia="zh-CN"/>
        </w:rPr>
        <w:t>　　c、每月拨打其他医院的电话进行总结，从他们的咨询中揣摩、了解、学习其它医院的咨询技巧，在学习的基础上进行比较，找出自己的优势，更好地发挥</w:t>
      </w:r>
      <w:r>
        <w:rPr>
          <w:lang w:eastAsia="zh-CN"/>
        </w:rPr>
        <w:br/>
      </w:r>
      <w:r>
        <w:rPr>
          <w:lang w:eastAsia="zh-CN"/>
        </w:rPr>
        <w:t>　　2、定期召开咨询记录讲评会议</w:t>
      </w:r>
      <w:r>
        <w:rPr>
          <w:lang w:eastAsia="zh-CN"/>
        </w:rPr>
        <w:br/>
      </w:r>
      <w:r>
        <w:rPr>
          <w:lang w:eastAsia="zh-CN"/>
        </w:rPr>
        <w:t>　　a、定期抽查每个咨询人员的咨询记录，重点在于讲评总结，及时指出咨询中存在的问题，提高咨询质量。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b、咨询医生的技巧和营销的交流，各个咨询医生对其它人咨询的评价。</w:t>
      </w:r>
      <w:r>
        <w:rPr>
          <w:lang w:eastAsia="zh-CN"/>
        </w:rPr>
        <w:br/>
      </w:r>
      <w:r>
        <w:rPr>
          <w:lang w:eastAsia="zh-CN"/>
        </w:rPr>
        <w:t>　　c、个人对自己的咨询记录进行分析。</w:t>
      </w:r>
      <w:r>
        <w:rPr>
          <w:lang w:eastAsia="zh-CN"/>
        </w:rPr>
        <w:br/>
      </w:r>
      <w:r>
        <w:rPr>
          <w:lang w:eastAsia="zh-CN"/>
        </w:rPr>
        <w:t>　　d、每周一次进行咨询成功率及预约成功率的统计，及时分析曲线变化原因，找出重点，分析各个细小环节的问题。</w:t>
      </w:r>
      <w:r>
        <w:rPr>
          <w:lang w:eastAsia="zh-CN"/>
        </w:rPr>
        <w:br/>
      </w:r>
      <w:r>
        <w:rPr>
          <w:lang w:eastAsia="zh-CN"/>
        </w:rPr>
        <w:t>　　3、完善咨询病人回访机制：回访机制主要应用于预约病人及就诊后病人，应用后从当初的43%的预约成功率提高至74%，有了大幅度的上升。</w:t>
      </w:r>
      <w:r>
        <w:rPr>
          <w:lang w:eastAsia="zh-CN"/>
        </w:rPr>
        <w:br/>
      </w:r>
      <w:r>
        <w:rPr>
          <w:lang w:eastAsia="zh-CN"/>
        </w:rPr>
        <w:t>　　a、对于当时预约病人，发送预约号；未就诊的病人，发送咨询的电话号码。</w:t>
      </w:r>
      <w:r>
        <w:rPr>
          <w:lang w:eastAsia="zh-CN"/>
        </w:rPr>
        <w:br/>
      </w:r>
      <w:r>
        <w:rPr>
          <w:lang w:eastAsia="zh-CN"/>
        </w:rPr>
        <w:t>　　b、第二天对于第一天预约病人就诊情况进行分析，对于未就诊的病人，进行电话回访，了解其未就诊原因及就诊动态，及时进行再次营销。</w:t>
      </w:r>
      <w:r>
        <w:rPr>
          <w:lang w:eastAsia="zh-CN"/>
        </w:rPr>
        <w:br/>
      </w:r>
      <w:r>
        <w:rPr>
          <w:lang w:eastAsia="zh-CN"/>
        </w:rPr>
        <w:t>　　c、如因电话忙碌而掉线，第二天发送致歉信息，再次开发追踪。</w:t>
      </w:r>
      <w:r>
        <w:rPr>
          <w:lang w:eastAsia="zh-CN"/>
        </w:rPr>
        <w:br/>
      </w:r>
      <w:r>
        <w:rPr>
          <w:lang w:eastAsia="zh-CN"/>
        </w:rPr>
        <w:t>　　d、每天二次（早九点前，晚四点）发送提醒就诊的信息。</w:t>
      </w:r>
      <w:r>
        <w:rPr>
          <w:lang w:eastAsia="zh-CN"/>
        </w:rPr>
        <w:br/>
      </w:r>
      <w:r>
        <w:rPr>
          <w:lang w:eastAsia="zh-CN"/>
        </w:rPr>
        <w:t>　　（三）根据个人特点及工作要求进行岗位调整</w:t>
      </w:r>
      <w:r>
        <w:rPr>
          <w:lang w:eastAsia="zh-CN"/>
        </w:rPr>
        <w:br/>
      </w:r>
      <w:r>
        <w:rPr>
          <w:lang w:eastAsia="zh-CN"/>
        </w:rPr>
        <w:t>　　网络咨询及电话咨询有不同的特点，根据网络咨询和电话咨询量的比例，适时进行岗位调整。</w:t>
      </w:r>
      <w:r>
        <w:rPr>
          <w:lang w:eastAsia="zh-CN"/>
        </w:rPr>
        <w:br/>
      </w:r>
      <w:r>
        <w:rPr>
          <w:lang w:eastAsia="zh-CN"/>
        </w:rPr>
        <w:t>　　二、做好各类信息收集，及时进行分析反馈</w:t>
      </w:r>
      <w:r>
        <w:rPr>
          <w:lang w:eastAsia="zh-CN"/>
        </w:rPr>
        <w:br/>
      </w:r>
      <w:r>
        <w:rPr>
          <w:lang w:eastAsia="zh-CN"/>
        </w:rPr>
        <w:t>　　自十月份起拟定了各种报表，包括广告信息统计，本部门的各类数据统计，导诊各类数据统计，初诊信息来源码统计，外院营销信息收集。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1、按医院要求做好各类信息的收集工作：</w:t>
      </w:r>
      <w:r>
        <w:rPr>
          <w:lang w:eastAsia="zh-CN"/>
        </w:rPr>
        <w:br/>
      </w:r>
      <w:r>
        <w:rPr>
          <w:lang w:eastAsia="zh-CN"/>
        </w:rPr>
        <w:t>　　a、本院广告信息收集、广告监播；</w:t>
      </w:r>
      <w:r>
        <w:rPr>
          <w:lang w:eastAsia="zh-CN"/>
        </w:rPr>
        <w:br/>
      </w:r>
      <w:r>
        <w:rPr>
          <w:lang w:eastAsia="zh-CN"/>
        </w:rPr>
        <w:t>　　b、外院的营销手段收集；</w:t>
      </w:r>
      <w:r>
        <w:rPr>
          <w:lang w:eastAsia="zh-CN"/>
        </w:rPr>
        <w:br/>
      </w:r>
      <w:r>
        <w:rPr>
          <w:lang w:eastAsia="zh-CN"/>
        </w:rPr>
        <w:t>　　c、信息收集</w:t>
      </w:r>
      <w:r>
        <w:rPr>
          <w:lang w:eastAsia="zh-CN"/>
        </w:rPr>
        <w:br/>
      </w:r>
      <w:r>
        <w:rPr>
          <w:lang w:eastAsia="zh-CN"/>
        </w:rPr>
        <w:t>　　d、初诊信息收集</w:t>
      </w:r>
      <w:r>
        <w:rPr>
          <w:lang w:eastAsia="zh-CN"/>
        </w:rPr>
        <w:br/>
      </w:r>
      <w:r>
        <w:rPr>
          <w:lang w:eastAsia="zh-CN"/>
        </w:rPr>
        <w:t>　　e、专档管理，保密原则</w:t>
      </w:r>
      <w:r>
        <w:rPr>
          <w:lang w:eastAsia="zh-CN"/>
        </w:rPr>
        <w:br/>
      </w:r>
      <w:r>
        <w:rPr>
          <w:lang w:eastAsia="zh-CN"/>
        </w:rPr>
        <w:t>　　2、对所收集到的信息要及时准确进行统计，及时向医院各部门提供有价值的各类并确保数据的准确；</w:t>
      </w:r>
      <w:r>
        <w:rPr>
          <w:lang w:eastAsia="zh-CN"/>
        </w:rPr>
        <w:br/>
      </w:r>
      <w:r>
        <w:rPr>
          <w:lang w:eastAsia="zh-CN"/>
        </w:rPr>
        <w:t>　　3、根据医院经营工作要求对各媒体所投放的广告进行效果分析并提出建议；</w:t>
      </w:r>
      <w:r>
        <w:rPr>
          <w:lang w:eastAsia="zh-CN"/>
        </w:rPr>
        <w:br/>
      </w:r>
      <w:r>
        <w:rPr>
          <w:lang w:eastAsia="zh-CN"/>
        </w:rPr>
        <w:t>　　三、建立客户服务档案：</w:t>
      </w:r>
      <w:r>
        <w:rPr>
          <w:lang w:eastAsia="zh-CN"/>
        </w:rPr>
        <w:br/>
      </w:r>
      <w:r>
        <w:rPr>
          <w:lang w:eastAsia="zh-CN"/>
        </w:rPr>
        <w:t>　　将病人进行分类管理，分为预约病人，初诊病人建档</w:t>
      </w:r>
      <w:r>
        <w:rPr>
          <w:lang w:eastAsia="zh-CN"/>
        </w:rPr>
        <w:br/>
      </w:r>
      <w:r>
        <w:rPr>
          <w:lang w:eastAsia="zh-CN"/>
        </w:rPr>
        <w:t>　　1、录入制度：</w:t>
      </w:r>
      <w:r>
        <w:rPr>
          <w:lang w:eastAsia="zh-CN"/>
        </w:rPr>
        <w:br/>
      </w:r>
      <w:r>
        <w:rPr>
          <w:lang w:eastAsia="zh-CN"/>
        </w:rPr>
        <w:t>　　a、每天收集一次，确保数据及时录入；</w:t>
      </w:r>
      <w:r>
        <w:rPr>
          <w:lang w:eastAsia="zh-CN"/>
        </w:rPr>
        <w:br/>
      </w:r>
      <w:r>
        <w:rPr>
          <w:lang w:eastAsia="zh-CN"/>
        </w:rPr>
        <w:t>　　b、就诊后病人资料——患者姓名、性别、年龄、职业、联系方式、就诊疾病。</w:t>
      </w:r>
      <w:r>
        <w:rPr>
          <w:lang w:eastAsia="zh-CN"/>
        </w:rPr>
        <w:br/>
      </w:r>
      <w:r>
        <w:rPr>
          <w:lang w:eastAsia="zh-CN"/>
        </w:rPr>
        <w:t>　　2、建立回访制度：</w:t>
      </w:r>
      <w:r>
        <w:rPr>
          <w:lang w:eastAsia="zh-CN"/>
        </w:rPr>
        <w:br/>
      </w:r>
      <w:r>
        <w:rPr>
          <w:lang w:eastAsia="zh-CN"/>
        </w:rPr>
        <w:t>　　回访方式包括短信问候及电话回访二方面</w:t>
      </w:r>
      <w:r>
        <w:rPr>
          <w:lang w:eastAsia="zh-CN"/>
        </w:rPr>
        <w:br/>
      </w:r>
      <w:r>
        <w:rPr>
          <w:lang w:eastAsia="zh-CN"/>
        </w:rPr>
        <w:t>　　a、制定回访标准，统一回访的内容，对回访医生要进行专业和技巧培训，确保回访的工作质量；</w:t>
      </w:r>
      <w:r>
        <w:rPr>
          <w:lang w:eastAsia="zh-CN"/>
        </w:rPr>
        <w:br/>
      </w:r>
      <w:r>
        <w:rPr>
          <w:lang w:eastAsia="zh-CN"/>
        </w:rPr>
        <w:t>　　b、有计划分步骤：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配合企划部经营部做好病人满意度调查，每天五人，主要以预约病人为主</w:t>
      </w:r>
      <w:r>
        <w:rPr>
          <w:lang w:eastAsia="zh-CN"/>
        </w:rPr>
        <w:br/>
      </w:r>
      <w:r>
        <w:rPr>
          <w:lang w:eastAsia="zh-CN"/>
        </w:rPr>
        <w:t>　　对回访结果及时反馈分析总结，上报相关领导，特殊病例当时应反馈</w:t>
      </w:r>
      <w:r>
        <w:rPr>
          <w:lang w:eastAsia="zh-CN"/>
        </w:rPr>
        <w:br/>
      </w:r>
      <w:r>
        <w:rPr>
          <w:lang w:eastAsia="zh-CN"/>
        </w:rPr>
        <w:t>　　四、网络咨询工作</w:t>
      </w:r>
      <w:r>
        <w:rPr>
          <w:lang w:eastAsia="zh-CN"/>
        </w:rPr>
        <w:br/>
      </w:r>
      <w:r>
        <w:rPr>
          <w:lang w:eastAsia="zh-CN"/>
        </w:rPr>
        <w:t>　　1、qq咨询资料库及商务通资料库的建立，使回答更具专业性，且可以直接复制，节省时间。</w:t>
      </w:r>
      <w:r>
        <w:rPr>
          <w:lang w:eastAsia="zh-CN"/>
        </w:rPr>
        <w:br/>
      </w:r>
      <w:r>
        <w:rPr>
          <w:lang w:eastAsia="zh-CN"/>
        </w:rPr>
        <w:t>　　2、预约回访问题</w:t>
      </w:r>
      <w:r>
        <w:rPr>
          <w:lang w:eastAsia="zh-CN"/>
        </w:rPr>
        <w:br/>
      </w:r>
      <w:r>
        <w:rPr>
          <w:lang w:eastAsia="zh-CN"/>
        </w:rPr>
        <w:t>　　1）通过各种途径获取电话号码，并进行详细分类登记，预约后即通过短信发送预约号，对于个人预约后未就诊病人，与电话咨询一起参与回访，了解未就诊原因，进行再次营销。</w:t>
      </w:r>
      <w:r>
        <w:rPr>
          <w:lang w:eastAsia="zh-CN"/>
        </w:rPr>
        <w:br/>
      </w:r>
      <w:r>
        <w:rPr>
          <w:lang w:eastAsia="zh-CN"/>
        </w:rPr>
        <w:t>　　2）将qq进行分类管理，及时公布及发送活动信息。</w:t>
      </w:r>
      <w:r>
        <w:rPr>
          <w:lang w:eastAsia="zh-CN"/>
        </w:rPr>
        <w:br/>
      </w:r>
      <w:r>
        <w:rPr>
          <w:lang w:eastAsia="zh-CN"/>
        </w:rPr>
        <w:t>　　3、咨询人员的专业性及积极性的问题：</w:t>
      </w:r>
      <w:r>
        <w:rPr>
          <w:lang w:eastAsia="zh-CN"/>
        </w:rPr>
        <w:br/>
      </w:r>
      <w:r>
        <w:rPr>
          <w:lang w:eastAsia="zh-CN"/>
        </w:rPr>
        <w:t>　　由专人回答商务通及qq咨询，一月更换一次，有利于新鲜感及积极性的建立。</w:t>
      </w:r>
      <w:r>
        <w:rPr>
          <w:lang w:eastAsia="zh-CN"/>
        </w:rPr>
        <w:br/>
      </w:r>
      <w:r>
        <w:rPr>
          <w:lang w:eastAsia="zh-CN"/>
        </w:rPr>
        <w:t>　　在林院长的大力支持和正确领导下，在其它各部门的积极配合下（如导诊，检验，b超，_光及临床各科室），客服部的工作得以顺利开展。在今后的工作中，我们将会以求实敬业的工作态度，不断学习，不断提高，为医院发展贡献自己的力量。</w:t>
      </w:r>
      <w:r>
        <w:rPr>
          <w:lang w:eastAsia="zh-CN"/>
        </w:rPr>
        <w:br/>
      </w:r>
      <w:r>
        <w:rPr>
          <w:lang w:eastAsia="zh-CN"/>
        </w:rPr>
        <w:t xml:space="preserve">    2024客服部个人年度工作总结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暮雨朝云年暗换，长沟流月去无声，流光如白驹过隙，不觉间来到花园物业客服部已两年多了。20__年对于物业客服部来说，可以说是继续发展争创优质服务的一年，我们客服在不断改进完善各项客服工作的同时，迎来了全新的力量加入我们客服的团队，打造坚实果敢的团队精神是我们客服不懈的追求。</w:t>
      </w:r>
      <w:r>
        <w:rPr>
          <w:lang w:eastAsia="zh-CN"/>
        </w:rPr>
        <w:br/>
      </w:r>
      <w:r>
        <w:rPr>
          <w:lang w:eastAsia="zh-CN"/>
        </w:rPr>
        <w:t>　　在这之中，客服部的客服工作得到了公司领导的关怀和大力支持，各项客服工作制度不断得到完善和落实，“客户至上，诚信为人，用心做事”的理念在经理的倡导下已经深入人心，融入每一个客服客服工作人员平常的客服工作生活之中。新年将至，回顾这一年来的客服工作，有得有失。现将一年来的个人客服工作总结如下：</w:t>
      </w:r>
      <w:r>
        <w:rPr>
          <w:lang w:eastAsia="zh-CN"/>
        </w:rPr>
        <w:br/>
      </w:r>
      <w:r>
        <w:rPr>
          <w:lang w:eastAsia="zh-CN"/>
        </w:rPr>
        <w:t>　　一、深化落实认识公司各项规章制度和客服助理的岗位职责制度。</w:t>
      </w:r>
      <w:r>
        <w:rPr>
          <w:lang w:eastAsia="zh-CN"/>
        </w:rPr>
        <w:br/>
      </w:r>
      <w:r>
        <w:rPr>
          <w:lang w:eastAsia="zh-CN"/>
        </w:rPr>
        <w:t>　　在20__年初步完善的各项规章制度的基础上，20__年根据领导提出“一年打基础，二年上层次，三年创优秀”的指示精神，不断学习和掌握物业管理相关法规、服务收费标准，熟悉小区业主及设施、设备的基本情况。20__年致力于全心全意提高团队配合协作意识，在公司领导的带领下朝着服务创优的目标不断进发，并取得了广大业主的广泛支持理解和积极地肯定赞扬。</w:t>
      </w:r>
      <w:r>
        <w:rPr>
          <w:lang w:eastAsia="zh-CN"/>
        </w:rPr>
        <w:br/>
      </w:r>
      <w:r>
        <w:rPr>
          <w:lang w:eastAsia="zh-CN"/>
        </w:rPr>
        <w:t>　　二、深刻了解掌握园区整体工程基本情况，理论联系实际，积极参与学习与培训。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自20__年7月开始交房以来，园区整体一期工程已完工23栋，共计1158户住宅，共60单元。二期工程已完工栋，共计__户住宅，共单元。总体上已收楼栋，办理入住__户，其中具备办理入住条件共__户，未办理入住手续为__户。闲置房屋共计__户，其中空置房__户，样板间10户，工程抵款5户，施工单位办公借用2户，具备办理入住条件未办理入住__户。</w:t>
      </w:r>
      <w:r>
        <w:rPr>
          <w:lang w:eastAsia="zh-CN"/>
        </w:rPr>
        <w:br/>
      </w:r>
      <w:r>
        <w:rPr>
          <w:lang w:eastAsia="zh-CN"/>
        </w:rPr>
        <w:t>　　自觉接受品质部的培训与考核，掌握客服部基本作业程序，在学习与客服工作中培养高度的责任感和敬业精神，力争客服工作认真细致，对业主家维修事项积极与施工单位联系，同时及时反馈回访业主。</w:t>
      </w:r>
      <w:r>
        <w:rPr>
          <w:lang w:eastAsia="zh-CN"/>
        </w:rPr>
        <w:br/>
      </w:r>
      <w:r>
        <w:rPr>
          <w:lang w:eastAsia="zh-CN"/>
        </w:rPr>
        <w:t>　　三、落实客服助理岗位职责，及时完成对客户的服务及领导交给的其他客服工作任务。</w:t>
      </w:r>
      <w:r>
        <w:rPr>
          <w:lang w:eastAsia="zh-CN"/>
        </w:rPr>
        <w:br/>
      </w:r>
      <w:r>
        <w:rPr>
          <w:lang w:eastAsia="zh-CN"/>
        </w:rPr>
        <w:t>　　1、每月完成一次对空置房的巡检与记录客服工作，发现设备设施及处理隐患154起，纠正违规、违反装修管理规定，在日检责任区内情况时下发整改通知58份，其中包括，装修垃圾堆放、责任区域内卫生、业主占用公共区域、业主私自改动设备设施、空调机位杂物堆放和悬挂广告条幅等情况。</w:t>
      </w:r>
      <w:r>
        <w:rPr>
          <w:lang w:eastAsia="zh-CN"/>
        </w:rPr>
        <w:br/>
      </w:r>
      <w:r>
        <w:rPr>
          <w:lang w:eastAsia="zh-CN"/>
        </w:rPr>
        <w:t>　　2、负责跟进园区防水报修维修处理客服工作，现场漏水情况查看并作整理记录，通知施工单位维修处理各类渗水、漏水共计83户，其中维修产生损失并要求恢复及赔偿客户已上报部门经理逐级上报妥善处理解决。</w:t>
      </w:r>
      <w:r>
        <w:rPr>
          <w:lang w:eastAsia="zh-CN"/>
        </w:rPr>
        <w:br/>
      </w:r>
      <w:r>
        <w:rPr>
          <w:lang w:eastAsia="zh-CN"/>
        </w:rPr>
        <w:t>　　3、责任区域内土建水暖报修联系处理客服工作随时与施工单位沟通，处理率达到98%以上，其余为业主在装修过程中自留隐患造成，已做好业主沟通解释处理客服工作。</w:t>
      </w:r>
      <w:r>
        <w:rPr>
          <w:lang w:eastAsia="zh-CN"/>
        </w:rPr>
        <w:br/>
      </w:r>
      <w:r>
        <w:rPr>
          <w:lang w:eastAsia="zh-CN"/>
        </w:rPr>
        <w:t>　　4、负责园区护栏及护栏玻璃问题处理维修结果跟进客服工作，已多次联系施工方维修未果，至今仍有__户业主家相关问题未得到妥善处理。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5、为提高创新优质服务给广大业主带来更舒适温馨的居住生活环境，积极开展20__—20__年B区物业服务费用收取客服工作（延期违约交楼产生违约抵扣物业费正处于理赔期，不计算在内），B5已到期__户，现已催缴收取__户，B2已到期__户，现已缴纳__户。其中未缴纳业主除居住外地未装修空置现住房需继续做催缴解释客服工作，还有部分业主对前期工程维修遗留问题有异议，现阶段客服工作重点需多倾向于专门跟进维修处理施工遗留问题，达到业主满意确保物业服务费用的顺利收取。</w:t>
      </w:r>
      <w:r>
        <w:rPr>
          <w:lang w:eastAsia="zh-CN"/>
        </w:rPr>
        <w:br/>
      </w:r>
      <w:r>
        <w:rPr>
          <w:lang w:eastAsia="zh-CN"/>
        </w:rPr>
        <w:t>　　四、推陈出新不断提升自身素养，提高服务品质。</w:t>
      </w:r>
      <w:r>
        <w:rPr>
          <w:lang w:eastAsia="zh-CN"/>
        </w:rPr>
        <w:br/>
      </w:r>
      <w:r>
        <w:rPr>
          <w:lang w:eastAsia="zh-CN"/>
        </w:rPr>
        <w:t>　　业主的满意就是物业服务的终极目标，在客服工作中磨砺塑造自我性格，提升自身心理素质。对于社会客服工作经验不丰富的我而言，客服工作中不免遇到各种各样的阻碍和困难，但在领导和同事的帮助和关怀和包容下，尤其是丁经理的悉心教导下，敢于挑战，性格也进一步沉淀下来很多。</w:t>
      </w:r>
      <w:r>
        <w:rPr>
          <w:lang w:eastAsia="zh-CN"/>
        </w:rPr>
        <w:br/>
      </w:r>
      <w:r>
        <w:rPr>
          <w:lang w:eastAsia="zh-CN"/>
        </w:rPr>
        <w:t>　　客服工作生活中体会到了细节的重要性。细节因“小”而常被忽视，常使人感到繁琐，无暇以顾。所以更要时刻牢记领导强调的“服务细化，从细节中产生回报与效益”。</w:t>
      </w:r>
      <w:r>
        <w:rPr>
          <w:lang w:eastAsia="zh-CN"/>
        </w:rPr>
        <w:br/>
      </w:r>
      <w:r>
        <w:rPr>
          <w:lang w:eastAsia="zh-CN"/>
        </w:rPr>
        <w:t>　　20__年是我不断探索，也是自我追寻的一年，在未来20__年全新的一年里，我要努力改正过去一年客服工作中的缺点，不断提升、加强以下几方面：</w:t>
      </w:r>
      <w:r>
        <w:rPr>
          <w:lang w:eastAsia="zh-CN"/>
        </w:rPr>
        <w:br/>
      </w:r>
      <w:r>
        <w:rPr>
          <w:lang w:eastAsia="zh-CN"/>
        </w:rPr>
        <w:t>　　1、继续加强学习物业管理的基本条例，了解掌握相关法律法规。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2、加强文案、表格数据等基本客服工作技能，熟悉了解相关物业管理案例解析。</w:t>
      </w:r>
      <w:r>
        <w:rPr>
          <w:lang w:eastAsia="zh-CN"/>
        </w:rPr>
        <w:br/>
      </w:r>
      <w:r>
        <w:rPr>
          <w:lang w:eastAsia="zh-CN"/>
        </w:rPr>
        <w:t>　　3、进一步改善自我性格，提高客服工作耐心度，更加注重细节，加强客服工作责任心和培养客服工作积极性。</w:t>
      </w:r>
      <w:r>
        <w:rPr>
          <w:lang w:eastAsia="zh-CN"/>
        </w:rPr>
        <w:br/>
      </w:r>
      <w:r>
        <w:rPr>
          <w:lang w:eastAsia="zh-CN"/>
        </w:rPr>
        <w:t>　　4、多与领导、同事沟通学习，取长补短，提升能力，跟上公司前进步伐。</w:t>
      </w:r>
      <w:r>
        <w:rPr>
          <w:lang w:eastAsia="zh-CN"/>
        </w:rPr>
        <w:br/>
      </w:r>
      <w:r>
        <w:rPr>
          <w:lang w:eastAsia="zh-CN"/>
        </w:rPr>
        <w:t>　　不去想是否能够成功，既然选择了远方便只顾风雨兼程。不管身后会不会袭来寒风冷雨，既然目标是地平线留给世界的只能是背影。启程，才会到达理想和目的地，拼搏，才会获得辉煌的成功，播种，才会有收获。追求，才会品味堂堂正正的人生。振奋自我，在公司领导的带领下，披荆斩棘在新的一年里创造更辉煌的成绩。</w:t>
      </w:r>
      <w:r>
        <w:rPr>
          <w:lang w:eastAsia="zh-CN"/>
        </w:rPr>
        <w:br/>
      </w:r>
      <w:r>
        <w:rPr>
          <w:lang w:eastAsia="zh-CN"/>
        </w:rPr>
        <w:t xml:space="preserve">    2024客服部个人年度工作总结 篇12 </w:t>
      </w:r>
      <w:r>
        <w:rPr>
          <w:lang w:eastAsia="zh-CN"/>
        </w:rPr>
        <w:br/>
      </w:r>
      <w:r>
        <w:rPr>
          <w:lang w:eastAsia="zh-CN"/>
        </w:rPr>
        <w:t>　　一、20__年总结</w:t>
      </w:r>
      <w:r>
        <w:rPr>
          <w:lang w:eastAsia="zh-CN"/>
        </w:rPr>
        <w:br/>
      </w:r>
      <w:r>
        <w:rPr>
          <w:lang w:eastAsia="zh-CN"/>
        </w:rPr>
        <w:t>　　（一）工作总结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20__年11月23日，我开始加入到Usfine，跟着老员工学习，第一次参与订单登记和后台管理；第一次参与英文客服订单验证工作；第一次参与问题单、完成订单回信；第一次接触到ChargeBack、投诉处理。在这里，我看到了希望，因为我可以学到更多的工作内容。由于之前我从事过相关工作，所以我上手很快。感谢领导和各位同事的指导帮助，感谢公司给了我学习的机会。在这里，我看到了一批拼命、卖力、踏实的人工作，我看到了一个好的团队，而且我没有了工作压力感。但遗憾的是，我一直没有自信独立完成整个流程规范化的操作和控制，这将是在未来的一年中，我要面临和改变的首要，也是最重要的问题。</w:t>
      </w:r>
      <w:r>
        <w:rPr>
          <w:lang w:eastAsia="zh-CN"/>
        </w:rPr>
        <w:br/>
      </w:r>
      <w:r>
        <w:rPr>
          <w:lang w:eastAsia="zh-CN"/>
        </w:rPr>
        <w:t>　　（二）工作中的不足</w:t>
      </w:r>
      <w:r>
        <w:rPr>
          <w:lang w:eastAsia="zh-CN"/>
        </w:rPr>
        <w:br/>
      </w:r>
      <w:r>
        <w:rPr>
          <w:lang w:eastAsia="zh-CN"/>
        </w:rPr>
        <w:t>　　在工作中，我欠缺主动性，与领导和大家沟通较少，考虑问题不够全面和细致，失误较多，尤其是在订单验证和追单方面，我需要多花时间和精力去学习。因为这距离工作中公司领导对我的期望和要求还有很大的距离。同时，英语理论知识水平、工作压力承受能力、以及对具体工作的实施与计划等问题上还有待进一步提高。一系列的问题需要我在以后的工作中努力克服和解决，使自己更好地做好本职工作。并且自己应该而且能够做的事情，要勇于承担，不依赖他人，不退缩、不逃避，勇敢地迈出每一步，今后在工作中才能做到更加自信和大胆仔细。</w:t>
      </w:r>
      <w:r>
        <w:rPr>
          <w:lang w:eastAsia="zh-CN"/>
        </w:rPr>
        <w:br/>
      </w:r>
      <w:r>
        <w:rPr>
          <w:lang w:eastAsia="zh-CN"/>
        </w:rPr>
        <w:t>　　二、20__年计划</w:t>
      </w:r>
      <w:r>
        <w:rPr>
          <w:lang w:eastAsia="zh-CN"/>
        </w:rPr>
        <w:br/>
      </w:r>
      <w:r>
        <w:rPr>
          <w:lang w:eastAsia="zh-CN"/>
        </w:rPr>
        <w:t>　　新的一年即将到来，充满了挑战和机遇，我必须更加的努力。看似容易，做起来却是需要用心、用力、用态度的，需要有自信，有更强的耐力。我坚信有公司领导的正确决策，有各位同事的协助，加上我个人的不懈努力。</w:t>
      </w:r>
      <w:r>
        <w:rPr>
          <w:lang w:eastAsia="zh-CN"/>
        </w:rPr>
        <w:br/>
      </w:r>
      <w:r>
        <w:rPr>
          <w:lang w:eastAsia="zh-CN"/>
        </w:rPr>
        <w:t>　　（一）增强责任感，服从领导安排，积极与领导沟通</w:t>
      </w:r>
      <w:r>
        <w:rPr>
          <w:lang w:eastAsia="zh-CN"/>
        </w:rPr>
        <w:br/>
      </w:r>
      <w:r>
        <w:rPr>
          <w:lang w:eastAsia="zh-CN"/>
        </w:rPr>
        <w:t>　　要积极主动地把工作做到点上，落到实处，减少工作失误。时刻坚持不懂就问，不明白就多学的态度，与同事多合作，与领导多汇报工作情况和建议，做为一个新人要将自己放的低一点，懂得团队的力量和重要性。</w:t>
      </w:r>
      <w:r>
        <w:rPr>
          <w:lang w:eastAsia="zh-CN"/>
        </w:rPr>
        <w:br/>
      </w:r>
      <w:r>
        <w:rPr>
          <w:lang w:eastAsia="zh-CN"/>
        </w:rPr>
        <w:t>　　（二）勤学习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lang w:eastAsia="zh-CN"/>
        </w:rPr>
        <w:br/>
      </w:r>
      <w:r>
        <w:rPr>
          <w:lang w:eastAsia="zh-CN"/>
        </w:rPr>
        <w:t>　　（三）多行动，坚守工作职责。</w:t>
      </w:r>
      <w:r>
        <w:rPr>
          <w:lang w:eastAsia="zh-CN"/>
        </w:rPr>
        <w:br/>
      </w:r>
      <w:r>
        <w:rPr>
          <w:lang w:eastAsia="zh-CN"/>
        </w:rPr>
        <w:t>　　英文客服岗位，工作时间长，任务繁重，压力大，有夜班，肩负着公司的形象。所以，需要的是有责任心、不怕吃苦、能耐劳、乐于奉献的人。我们也要学会不断调节自己的情绪，给自己解压。</w:t>
      </w:r>
      <w:r>
        <w:rPr>
          <w:lang w:eastAsia="zh-CN"/>
        </w:rPr>
        <w:br/>
      </w:r>
      <w:r>
        <w:rPr>
          <w:lang w:eastAsia="zh-CN"/>
        </w:rPr>
        <w:t>　　工作无大小，只是分工不同，贡献无多少，要看用心没有，没有必要斤斤计较。我刚走出校门，社会经验和工作经验少，因此我们也被很多人用眼高手低来形容。然而，我个人认为自己的上进心很强，最大的特点就是学习能力，待人真诚。工作中，要勤于动手做好本职工作，谦虚敬慎，不骄不躁，不做言语的巨人。不论是办公室的日常事务，还是工作上的任务，我都要用心做到更好。学会及时专业的勤总结、勤分析、勤汇总，并最终完成自己我的提升和成长。学会磨练自己，拓宽自己，凭借公司的良好环境提升自己。</w:t>
      </w:r>
      <w:r>
        <w:rPr>
          <w:lang w:eastAsia="zh-CN"/>
        </w:rPr>
        <w:br/>
      </w:r>
      <w:r>
        <w:rPr>
          <w:lang w:eastAsia="zh-CN"/>
        </w:rPr>
        <w:t>　　（四）善善于思考，理论联系实际。</w:t>
      </w:r>
      <w:r>
        <w:rPr>
          <w:lang w:eastAsia="zh-CN"/>
        </w:rPr>
        <w:br/>
      </w:r>
      <w:r>
        <w:rPr>
          <w:lang w:eastAsia="zh-CN"/>
        </w:rPr>
        <w:t>　　在工作中做一个留心人。在公司领导的指导关心下，我逐渐熟悉了工作情况，通过自身细心观察和留意，反思和总结，吸取精华，提取糟粕，在工作中不断总结经验。捕捉和发现大家工作中的亮点。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2024客服部个人年度工作总结 篇13 </w:t>
      </w:r>
      <w:r>
        <w:rPr>
          <w:lang w:eastAsia="zh-CN"/>
        </w:rPr>
        <w:br/>
      </w:r>
      <w:r>
        <w:rPr>
          <w:lang w:eastAsia="zh-CN"/>
        </w:rPr>
        <w:t>　　时光如梭，不知不觉中来到_物业工作已有一年了。在我看来，这是短暂而又漫长的一年。短暂的是我还来不及掌握的工作技巧与专业知识，时光已经流逝;漫长的是要成为一名优秀的客服人员今后的路必定很漫长。以下是我今年的工作总结。</w:t>
      </w:r>
      <w:r>
        <w:rPr>
          <w:lang w:eastAsia="zh-CN"/>
        </w:rPr>
        <w:br/>
      </w:r>
      <w:r>
        <w:rPr>
          <w:lang w:eastAsia="zh-CN"/>
        </w:rPr>
        <w:t>　　一、日常工作</w:t>
      </w:r>
      <w:r>
        <w:rPr>
          <w:lang w:eastAsia="zh-CN"/>
        </w:rPr>
        <w:br/>
      </w:r>
      <w:r>
        <w:rPr>
          <w:lang w:eastAsia="zh-CN"/>
        </w:rPr>
        <w:t>　　客户收铺、装修等手续和证件的办理以及商户资料、档案、钥匙的归档，熟悉各方面信息，包括业主、装修单位、施工单位等信息，在做好记录的同时通知相关部门和人员进行处理，并对此过程进行跟踪，完成后进行回访。</w:t>
      </w:r>
      <w:r>
        <w:rPr>
          <w:lang w:eastAsia="zh-CN"/>
        </w:rPr>
        <w:br/>
      </w:r>
      <w:r>
        <w:rPr>
          <w:lang w:eastAsia="zh-CN"/>
        </w:rPr>
        <w:t>　　二、磨砺性格，提升素质</w:t>
      </w:r>
      <w:r>
        <w:rPr>
          <w:lang w:eastAsia="zh-CN"/>
        </w:rPr>
        <w:br/>
      </w:r>
      <w:r>
        <w:rPr>
          <w:lang w:eastAsia="zh-CN"/>
        </w:rPr>
        <w:t>　　对于刚接触物业管理经验不丰富的人而言，工作中难免会遇到各种各样的阻碍和困难，在各位领导和同事们的帮助下，我遇到困难时勇于面对，敢于挑战，性格也进一步沉淀下来。我觉得在客户面前要保持好的.精神面貌和工作状态，作为一名客服员要把职业精神和微笑服务放在第一。所谓职业精神就是当你在工作岗位时，无论你之前有多辛苦，都应把工作做到位，尽到自己的工作职责。</w:t>
      </w:r>
      <w:r>
        <w:rPr>
          <w:lang w:eastAsia="zh-CN"/>
        </w:rPr>
        <w:br/>
      </w:r>
      <w:r>
        <w:rPr>
          <w:lang w:eastAsia="zh-CN"/>
        </w:rPr>
        <w:t>　　所谓微笑服务就是当你面对客户时，无论你高兴与否，烦恼与否，都要以工作为重，始终保持微笑，因为你代表的不单是你个人的形象，更是公司的形象。尽量保持着微笑服务，在与少数难缠的客户沟通时也逐步变得无所畏惧，在接待礼仪、电话礼仪等礼仪工作也逐步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三、重视细节</w:t>
      </w:r>
      <w:r>
        <w:rPr>
          <w:lang w:eastAsia="zh-CN"/>
        </w:rPr>
        <w:br/>
      </w:r>
      <w:r>
        <w:rPr>
          <w:lang w:eastAsia="zh-CN"/>
        </w:rPr>
        <w:t>　　细节因其“小”，往往被人所轻视，甚至被忽视，也常常使人感到繁琐，无暇顾及。在_物业这里我深刻体会到细节疏忽不得，马虎不得。不论是批阅公文时的每一行文字，每一个标点，还是领导强调的服务做细化，卫生无死角等，都使我深刻的认识到，只有深入细节，才能从中获得回报。细节产生效益，细节带来成功。</w:t>
      </w:r>
      <w:r>
        <w:rPr>
          <w:lang w:eastAsia="zh-CN"/>
        </w:rPr>
        <w:br/>
      </w:r>
      <w:r>
        <w:rPr>
          <w:lang w:eastAsia="zh-CN"/>
        </w:rPr>
        <w:t>　　四、拓展才能</w:t>
      </w:r>
      <w:r>
        <w:rPr>
          <w:lang w:eastAsia="zh-CN"/>
        </w:rPr>
        <w:br/>
      </w:r>
      <w:r>
        <w:rPr>
          <w:lang w:eastAsia="zh-CN"/>
        </w:rPr>
        <w:t>　　为了把工作做好，我们客服部﹑工程部﹑保安部都在加班，把自己的分内事做好。虽然很累，但都是体现我们客服中心的团结精神。这体现大家对工作都充满了激情，每份工作我都会认真负责的去对待，尽我所能的把所有工作一项一项地做得更好。</w:t>
      </w:r>
      <w:r>
        <w:rPr>
          <w:lang w:eastAsia="zh-CN"/>
        </w:rPr>
        <w:br/>
      </w:r>
      <w:r>
        <w:rPr>
          <w:lang w:eastAsia="zh-CN"/>
        </w:rPr>
        <w:t>　　五、提升方向</w:t>
      </w:r>
      <w:r>
        <w:rPr>
          <w:lang w:eastAsia="zh-CN"/>
        </w:rPr>
        <w:br/>
      </w:r>
      <w:r>
        <w:rPr>
          <w:lang w:eastAsia="zh-CN"/>
        </w:rPr>
        <w:t>　　加强学习物业管理的基本知识，提高客户服务技巧与心理，完善客服接待流程及礼仪。加强文档的制作能力，拓展各项工作技能，如学习电脑一些新软件的操作，遇到客户的难题怎么去解答。进一步改善自己的性格，提高对工作耐心度，更加注重细节，加强工作责任心和培养工作积极性。多与各位领导、同事们沟通学习，取长补短，提升自己各方面能力，跟上公司前进的步伐。</w:t>
      </w:r>
      <w:r>
        <w:rPr>
          <w:lang w:eastAsia="zh-CN"/>
        </w:rPr>
        <w:br/>
      </w:r>
      <w:r>
        <w:rPr>
          <w:lang w:eastAsia="zh-CN"/>
        </w:rPr>
        <w:t>　　很高兴来到_物业这个大家庭，物业管理公司的文化理念与工作氛围都不自觉地感染着我、推动着我。让我可以在工作中学习，在学习中成长，也确定了自己努力的方向。此时此刻，我的最大目标就是在新一年工作中挑战自我、超越自我，取得更大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xml:space="preserve">    2024客服部个人年度工作总结 篇14 </w:t>
      </w:r>
      <w:r>
        <w:rPr>
          <w:lang w:eastAsia="zh-CN"/>
        </w:rPr>
        <w:br/>
      </w:r>
      <w:r>
        <w:rPr>
          <w:lang w:eastAsia="zh-CN"/>
        </w:rPr>
        <w:t>　　一、强化服务意识，靠优质高效的服务稳定客户</w:t>
      </w:r>
      <w:r>
        <w:rPr>
          <w:lang w:eastAsia="zh-CN"/>
        </w:rPr>
        <w:br/>
      </w:r>
      <w:r>
        <w:rPr>
          <w:lang w:eastAsia="zh-CN"/>
        </w:rPr>
        <w:t>　　做为一名前台柜员，窗口是一个极其重要的，前台服务的好坏直接关系到整个行在客户中的印象。在日常办理业务过程中，我注重对服务意识的培养，将人性化服务、亲情化服务融入到服务工作的点点滴滴中，扎实有效地践行我行“以客户为中心”的理念，想客户所想，急客户所急，帮客户理财，提供多方位的、超值的服务，确保通过高效率、高水平的服务来稳定客户。</w:t>
      </w:r>
      <w:r>
        <w:rPr>
          <w:lang w:eastAsia="zh-CN"/>
        </w:rPr>
        <w:br/>
      </w:r>
      <w:r>
        <w:rPr>
          <w:lang w:eastAsia="zh-CN"/>
        </w:rPr>
        <w:t>　　二、加强内控制度建设，防范和化解金融风险</w:t>
      </w:r>
      <w:r>
        <w:rPr>
          <w:lang w:eastAsia="zh-CN"/>
        </w:rPr>
        <w:br/>
      </w:r>
      <w:r>
        <w:rPr>
          <w:lang w:eastAsia="zh-CN"/>
        </w:rPr>
        <w:t>　　行里组织员工对内控制度指引等内容有针对性地进行了学习，重点学习了总行《_银行员工从业禁止性若干规定》和内控管理制度等内容。抓执行、抓落实督促员工不折不扣严格执行，从防范操作风险入手狠抓制度落实，逐步使管理工作向规范化方向迈进，提高服务水平和营业环境档次，以真诚的服务和细微的关注来打动客户，赢得客户的支持。同时，我把思想教育和实际工作相结合，对照工作找差距、找问题，真正防范风险工作落到实处。</w:t>
      </w:r>
      <w:r>
        <w:rPr>
          <w:lang w:eastAsia="zh-CN"/>
        </w:rPr>
        <w:br/>
      </w:r>
      <w:r>
        <w:rPr>
          <w:lang w:eastAsia="zh-CN"/>
        </w:rPr>
        <w:t>　　三、努力提高自身服务和业务素质，积极为客户服务</w:t>
      </w:r>
      <w:r>
        <w:rPr>
          <w:lang w:eastAsia="zh-CN"/>
        </w:rPr>
        <w:br/>
      </w:r>
    </w:p>
    <w:p w:rsidR="001B1F19" w14:textId="27C3F48A">
      <w:pPr>
        <w:rPr>
          <w:rFonts w:hint="eastAsia"/>
          <w:lang w:eastAsia="zh-CN"/>
        </w:rPr>
      </w:pPr>
      <w:r>
        <w:rPr>
          <w:lang w:eastAsia="zh-CN"/>
        </w:rPr>
        <w:t>　　是对公业务转型的一年，培育核心客户的关键是增强客户忠诚度。要增强客户忠诚度，就必须把客户关系摆上重要位置，在提升客户满意度和忠诚度的基础上，获取应有的回报。所以，这就要求我们在推出每项产品、每项服务时，在制定每项制度、流程时，要从以内部工作要求为标准，转变为以客户需求为标准，特别是要针对不同层次的客户，制定差异化的服务规范，为高端客户制定并落实整体服务方案;要树立“服务无小事”的观念。不断改进服务;要坚持拓展与维护并重，深度挖掘客户价值。要通过强化客户关系管理，积极促进营销服务从单向服务向互动服务转变，由粗略化服务向精细化服务转变，由普遍性服务向个性化服务转变，真正与客户形成利益均沾、双赢互利、唇齿相依的关系。</w:t>
      </w:r>
      <w:r>
        <w:rPr>
          <w:lang w:eastAsia="zh-CN"/>
        </w:rPr>
        <w:br/>
      </w:r>
      <w:r>
        <w:rPr>
          <w:lang w:eastAsia="zh-CN"/>
        </w:rPr>
        <w:t>　　四、工作中存在的不足及今后的打算</w:t>
      </w:r>
      <w:r>
        <w:rPr>
          <w:lang w:eastAsia="zh-CN"/>
        </w:rPr>
        <w:br/>
      </w:r>
      <w:r>
        <w:rPr>
          <w:lang w:eastAsia="zh-CN"/>
        </w:rPr>
        <w:t>　　一是学习不够。时代在变、环境在变，银行的工作也时时变化着，每都有新的东西出现、新的情况发生，面对这种严峻的挑战，还缺乏一点学习的紧迫感和自觉性。学习新的知识，掌握新的理论基础、专业知识、工作方法以之适应周围环境的变化，这都需要我跟着形势而改变，提高自己的履岗能力，把自己培养成为一个业务全面的_员工，是我所努力的目标。二是对一些业务还不够精通。在今后的工作中，我将发扬成绩，克服不足，朝着以下几个方面努力：</w:t>
      </w:r>
      <w:r>
        <w:rPr>
          <w:lang w:eastAsia="zh-CN"/>
        </w:rPr>
        <w:br/>
      </w:r>
      <w:r>
        <w:rPr>
          <w:lang w:eastAsia="zh-CN"/>
        </w:rPr>
        <w:t>　　1、加强学习，我将坚持不懈的努力学习行里的新业务知识，并用于实践，以更好的适应_发展的需要。</w:t>
      </w:r>
      <w:r>
        <w:rPr>
          <w:lang w:eastAsia="zh-CN"/>
        </w:rPr>
        <w:br/>
      </w:r>
      <w:r>
        <w:rPr>
          <w:lang w:eastAsia="zh-CN"/>
        </w:rPr>
        <w:t>　　2、努力提高工作效率和质量，积极配合行领导和同事们把工作做得更好。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https://d.book118.com/137101065061006052</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710106506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