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计划书示范幼儿园感恩节活动策划书之五</w:t>
      </w:r>
    </w:p>
    <w:p>
      <w:pPr>
        <w:spacing w:before="100" w:after="200" w:line="360" w:lineRule="auto"/>
        <w:ind w:firstLine="576"/>
        <w:jc w:val="left"/>
      </w:pPr>
      <w:r>
        <w:rPr>
          <w:rFonts w:ascii="宋体" w:eastAsia="宋体" w:hAnsi="宋体"/>
          <w:sz w:val="28"/>
        </w:rPr>
        <w:t>幼儿园感恩节活动方案。</w:t>
      </w:r>
    </w:p>
    <w:p>
      <w:pPr>
        <w:spacing w:before="100" w:after="200" w:line="360" w:lineRule="auto"/>
        <w:ind w:firstLine="576"/>
        <w:jc w:val="left"/>
      </w:pPr>
      <w:r>
        <w:rPr>
          <w:rFonts w:ascii="宋体" w:eastAsia="宋体" w:hAnsi="宋体"/>
          <w:sz w:val="28"/>
        </w:rPr>
        <w:t>感恩一直是一个被人传颂的话题，因为感恩的传递，世界会变得更加和谐，生活会变得更加美好，人与人之间会变得更加融洽。近年来，很多孩子都是独生子女，家人的溺爱觉得理所当然，面对别人的帮助连声谢谢都不说，幼儿园借西方感恩节的日子，对幼儿开展感恩活动。让孩子知道感恩父母，感恩帮助和关心自己的每一个人，从小用感恩的心去面对未来的生活。感恩的力量是如此的伟大，今天我们三个小班的老师和孩子一起去“中友嘉园”小区借助这感恩之日把感恩深情地传递，承继时代感恩风气。</w:t>
      </w:r>
    </w:p>
    <w:p>
      <w:pPr>
        <w:spacing w:before="100" w:after="200" w:line="360" w:lineRule="auto"/>
        <w:ind w:firstLine="576"/>
        <w:jc w:val="left"/>
      </w:pPr>
      <w:r>
        <w:rPr>
          <w:rFonts w:ascii="宋体" w:eastAsia="宋体" w:hAnsi="宋体"/>
          <w:sz w:val="28"/>
        </w:rPr>
        <w:t>活动时间和地点：xxxxxxxx</w:t>
      </w:r>
    </w:p>
    <w:p>
      <w:pPr>
        <w:spacing w:before="100" w:after="200" w:line="360" w:lineRule="auto"/>
        <w:ind w:firstLine="576"/>
        <w:jc w:val="left"/>
      </w:pPr>
      <w:r>
        <w:rPr>
          <w:rFonts w:ascii="宋体" w:eastAsia="宋体" w:hAnsi="宋体"/>
          <w:sz w:val="28"/>
        </w:rPr>
        <w:t>活动意义：吸收感恩节积极成分，融入传统美德中，并赋予新的涵义。</w:t>
      </w:r>
    </w:p>
    <w:p>
      <w:pPr>
        <w:spacing w:before="100" w:after="200" w:line="360" w:lineRule="auto"/>
        <w:ind w:firstLine="576"/>
        <w:jc w:val="left"/>
      </w:pPr>
      <w:r>
        <w:rPr>
          <w:rFonts w:ascii="宋体" w:eastAsia="宋体" w:hAnsi="宋体"/>
          <w:sz w:val="28"/>
        </w:rPr>
        <w:t>让孩子了解感恩节的由来，及其习俗，理解其意义，懂得感谢、尊重他人。</w:t>
      </w:r>
    </w:p>
    <w:p>
      <w:pPr>
        <w:spacing w:before="100" w:after="200" w:line="360" w:lineRule="auto"/>
        <w:ind w:firstLine="576"/>
        <w:jc w:val="left"/>
      </w:pPr>
      <w:r>
        <w:rPr>
          <w:rFonts w:ascii="宋体" w:eastAsia="宋体" w:hAnsi="宋体"/>
          <w:sz w:val="28"/>
        </w:rPr>
        <w:t>培养孩子具有爱人、感谢人、包容人的品德及习惯。</w:t>
      </w:r>
    </w:p>
    <w:p>
      <w:pPr>
        <w:spacing w:before="100" w:after="200" w:line="360" w:lineRule="auto"/>
        <w:ind w:firstLine="576"/>
        <w:jc w:val="left"/>
      </w:pPr>
      <w:r>
        <w:rPr>
          <w:rFonts w:ascii="宋体" w:eastAsia="宋体" w:hAnsi="宋体"/>
          <w:sz w:val="28"/>
        </w:rPr>
        <w:t>让家长：感悟生活，感谢赐予，互相体谅，人际关系更和谐</w:t>
      </w:r>
    </w:p>
    <w:p>
      <w:pPr>
        <w:spacing w:before="100" w:after="200" w:line="360" w:lineRule="auto"/>
        <w:ind w:firstLine="576"/>
        <w:jc w:val="left"/>
      </w:pPr>
      <w:r>
        <w:rPr>
          <w:rFonts w:ascii="宋体" w:eastAsia="宋体" w:hAnsi="宋体"/>
          <w:sz w:val="28"/>
        </w:rPr>
        <w:t>教育目的：教会我们的孩子懂得感恩。培养孩子感恩的心：感念亲恩，感谢友谊，感悟生活赋予的一切美好的东西。</w:t>
      </w:r>
    </w:p>
    <w:p>
      <w:pPr>
        <w:spacing w:before="100" w:after="200" w:line="360" w:lineRule="auto"/>
        <w:ind w:firstLine="576"/>
        <w:jc w:val="left"/>
      </w:pPr>
      <w:r>
        <w:rPr>
          <w:rFonts w:ascii="宋体" w:eastAsia="宋体" w:hAnsi="宋体"/>
          <w:sz w:val="28"/>
        </w:rPr>
        <w:t>活动人数：全体小班组幼儿</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活动准备：自带糖果和水果以及幼儿自制的小贺卡</w:t>
      </w:r>
    </w:p>
    <w:p>
      <w:pPr>
        <w:spacing w:before="100" w:after="200" w:line="360" w:lineRule="auto"/>
        <w:jc w:val="left"/>
      </w:pPr>
      <w:r>
        <w:rPr>
          <w:rFonts w:ascii="宋体 (中文正文)" w:eastAsia="宋体" w:hAnsi="宋体 (中文正文)"/>
          <w:sz w:val="28"/>
        </w:rPr>
        <w:t>活动过程：</w:t>
      </w:r>
    </w:p>
    <w:p>
      <w:pPr>
        <w:spacing w:before="100" w:after="200" w:line="360" w:lineRule="auto"/>
        <w:ind w:firstLine="576"/>
        <w:jc w:val="left"/>
      </w:pPr>
      <w:r>
        <w:rPr>
          <w:rFonts w:ascii="宋体" w:eastAsia="宋体" w:hAnsi="宋体"/>
          <w:sz w:val="28"/>
        </w:rPr>
        <w:t>（1）每班由老师带领幼儿排队在小区开展感恩活动。见到小区的爷爷奶奶和叔叔阿姨、以及小朋友主动送出自己准备的礼物，再说一句感恩的话。</w:t>
      </w:r>
    </w:p>
    <w:p>
      <w:pPr>
        <w:spacing w:before="100" w:after="200" w:line="360" w:lineRule="auto"/>
        <w:ind w:firstLine="576"/>
        <w:jc w:val="left"/>
      </w:pPr>
      <w:r>
        <w:rPr>
          <w:rFonts w:ascii="宋体" w:eastAsia="宋体" w:hAnsi="宋体"/>
          <w:sz w:val="28"/>
        </w:rPr>
        <w:t>（2）到小区的居委会去感恩每一位辛苦工作的人。</w:t>
      </w:r>
    </w:p>
    <w:p>
      <w:pPr>
        <w:spacing w:before="100" w:after="200" w:line="360" w:lineRule="auto"/>
        <w:ind w:firstLine="576"/>
        <w:jc w:val="left"/>
      </w:pPr>
      <w:r>
        <w:rPr>
          <w:rFonts w:ascii="宋体" w:eastAsia="宋体" w:hAnsi="宋体"/>
          <w:sz w:val="28"/>
        </w:rPr>
        <w:t>（3）回到幼儿园感恩每一位工作的老师、门卫、以及食堂的师傅们！</w:t>
      </w:r>
    </w:p>
    <w:p>
      <w:pPr>
        <w:spacing w:before="100" w:after="200" w:line="360" w:lineRule="auto"/>
        <w:ind w:firstLine="576"/>
        <w:jc w:val="left"/>
      </w:pPr>
      <w:r>
        <w:rPr>
          <w:rFonts w:ascii="宋体" w:eastAsia="宋体" w:hAnsi="宋体"/>
          <w:sz w:val="28"/>
        </w:rPr>
        <w:t>（4）感恩保安叔叔的辛苦工作！</w:t>
      </w:r>
    </w:p>
    <w:p>
      <w:pPr>
        <w:spacing w:before="100" w:after="200" w:line="360" w:lineRule="auto"/>
        <w:jc w:val="left"/>
      </w:pPr>
      <w:r>
        <w:rPr>
          <w:rFonts w:ascii="宋体 (中文正文)" w:eastAsia="宋体" w:hAnsi="宋体 (中文正文)"/>
          <w:sz w:val="28"/>
        </w:rPr>
        <w:t>活动延伸：</w:t>
      </w:r>
    </w:p>
    <w:p>
      <w:pPr>
        <w:spacing w:before="100" w:after="200" w:line="360" w:lineRule="auto"/>
        <w:ind w:firstLine="576"/>
        <w:jc w:val="left"/>
      </w:pPr>
      <w:r>
        <w:rPr>
          <w:rFonts w:ascii="宋体" w:eastAsia="宋体" w:hAnsi="宋体"/>
          <w:sz w:val="28"/>
        </w:rPr>
        <w:t>（1）让幼儿讲述感恩活动的感受，相互讨论，感恩节的快乐！</w:t>
      </w:r>
    </w:p>
    <w:p>
      <w:pPr>
        <w:spacing w:before="100" w:after="200" w:line="360" w:lineRule="auto"/>
        <w:ind w:firstLine="576"/>
        <w:jc w:val="left"/>
      </w:pPr>
      <w:r>
        <w:rPr>
          <w:rFonts w:ascii="宋体" w:eastAsia="宋体" w:hAnsi="宋体"/>
          <w:sz w:val="28"/>
        </w:rPr>
        <w:t>（3）教师总结：你用真诚感恩的心去感谢身边所有的人，会给自己和他人带来感动，大家要会用心去感悟和感谢生活。</w:t>
      </w:r>
    </w:p>
    <w:p>
      <w:pPr>
        <w:spacing w:before="100" w:after="200" w:line="360" w:lineRule="auto"/>
        <w:ind w:firstLine="576"/>
        <w:jc w:val="left"/>
      </w:pPr>
      <w:r>
        <w:rPr>
          <w:rFonts w:ascii="宋体" w:eastAsia="宋体" w:hAnsi="宋体"/>
          <w:sz w:val="28"/>
        </w:rPr>
        <w:t>“感恩的心，感谢有你，伴我一生，让我有勇气做我自己；感恩的心，感谢命运，花开花落，我一样会珍惜”当这熟悉的旋律回响在耳旁，你是否可以感受到心灵深处的其中一种触动？、、</w:t>
      </w:r>
    </w:p>
    <w:p>
      <w:pPr>
        <w:spacing w:before="100" w:after="200" w:line="360" w:lineRule="auto"/>
        <w:ind w:firstLine="576"/>
        <w:jc w:val="left"/>
      </w:pPr>
      <w:r>
        <w:rPr>
          <w:rFonts w:ascii="宋体" w:eastAsia="宋体" w:hAnsi="宋体"/>
          <w:sz w:val="28"/>
        </w:rPr>
        <w:t>月度计划书精选感恩节活动谋划之五</w:t>
      </w:r>
    </w:p>
    <w:p>
      <w:pPr>
        <w:spacing w:before="100" w:after="200" w:line="360" w:lineRule="auto"/>
        <w:jc w:val="left"/>
      </w:pPr>
      <w:r>
        <w:rPr>
          <w:rFonts w:ascii="宋体 (中文正文)" w:eastAsia="宋体" w:hAnsi="宋体 (中文正文)"/>
          <w:sz w:val="28"/>
        </w:rPr>
        <w:t>一、活动主题：</w:t>
      </w:r>
    </w:p>
    <w:p>
      <w:pPr>
        <w:spacing w:before="100" w:after="200" w:line="360" w:lineRule="auto"/>
        <w:ind w:firstLine="576"/>
        <w:jc w:val="left"/>
      </w:pPr>
      <w:r>
        <w:rPr>
          <w:rFonts w:ascii="宋体" w:eastAsia="宋体" w:hAnsi="宋体"/>
          <w:sz w:val="28"/>
        </w:rPr>
        <w:t>感恩从小开始，让爱温暖彼此</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二、活动目的</w:t>
      </w:r>
    </w:p>
    <w:p>
      <w:pPr>
        <w:spacing w:before="100" w:after="200" w:line="360" w:lineRule="auto"/>
        <w:ind w:firstLine="576"/>
        <w:jc w:val="left"/>
      </w:pPr>
      <w:r>
        <w:rPr>
          <w:rFonts w:ascii="宋体" w:eastAsia="宋体" w:hAnsi="宋体"/>
          <w:sz w:val="28"/>
        </w:rPr>
        <w:t>1、让全体学生懂得“感恩”是一种生活态度，是一种美德，是做人的起码修养和道德准则，“谁言寸草心，报得三春晖”。“滴水之恩，当涌泉相报”。</w:t>
      </w:r>
    </w:p>
    <w:p>
      <w:pPr>
        <w:spacing w:before="100" w:after="200" w:line="360" w:lineRule="auto"/>
        <w:ind w:firstLine="576"/>
        <w:jc w:val="left"/>
      </w:pPr>
      <w:r>
        <w:rPr>
          <w:rFonts w:ascii="宋体" w:eastAsia="宋体" w:hAnsi="宋体"/>
          <w:sz w:val="28"/>
        </w:rPr>
        <w:t>2、让学生懂得“感恩”不仅仅是一种美德，更是一种职责，只要我们人人都有一颗感恩的心，我们的学校，我们的社会也将会更加和谐。</w:t>
      </w:r>
    </w:p>
    <w:p>
      <w:pPr>
        <w:spacing w:before="100" w:after="200" w:line="360" w:lineRule="auto"/>
        <w:ind w:firstLine="576"/>
        <w:jc w:val="left"/>
      </w:pPr>
      <w:r>
        <w:rPr>
          <w:rFonts w:ascii="宋体" w:eastAsia="宋体" w:hAnsi="宋体"/>
          <w:sz w:val="28"/>
        </w:rPr>
        <w:t>3、让学生学会感激、珍惜和感恩。</w:t>
      </w:r>
    </w:p>
    <w:p>
      <w:pPr>
        <w:spacing w:before="100" w:after="200" w:line="360" w:lineRule="auto"/>
        <w:jc w:val="left"/>
      </w:pPr>
      <w:r>
        <w:rPr>
          <w:rFonts w:ascii="宋体 (中文正文)" w:eastAsia="宋体" w:hAnsi="宋体 (中文正文)"/>
          <w:sz w:val="28"/>
        </w:rPr>
        <w:t>三、活动时间：</w:t>
      </w:r>
    </w:p>
    <w:p>
      <w:pPr>
        <w:spacing w:before="100" w:after="200" w:line="360" w:lineRule="auto"/>
        <w:ind w:firstLine="576"/>
        <w:jc w:val="left"/>
      </w:pPr>
      <w:r>
        <w:rPr>
          <w:rFonts w:ascii="宋体" w:eastAsia="宋体" w:hAnsi="宋体"/>
          <w:sz w:val="28"/>
        </w:rPr>
        <w:t>11月27日</w:t>
      </w:r>
    </w:p>
    <w:p>
      <w:pPr>
        <w:spacing w:before="100" w:after="200" w:line="360" w:lineRule="auto"/>
        <w:jc w:val="left"/>
      </w:pPr>
      <w:r>
        <w:rPr>
          <w:rFonts w:ascii="宋体 (中文正文)" w:eastAsia="宋体" w:hAnsi="宋体 (中文正文)"/>
          <w:b/>
          <w:sz w:val="28"/>
        </w:rPr>
        <w:t>四、活动过程</w:t>
      </w:r>
    </w:p>
    <w:p>
      <w:pPr>
        <w:spacing w:before="100" w:after="200" w:line="360" w:lineRule="auto"/>
        <w:ind w:firstLine="576"/>
        <w:jc w:val="left"/>
      </w:pPr>
      <w:r>
        <w:rPr>
          <w:rFonts w:ascii="宋体" w:eastAsia="宋体" w:hAnsi="宋体"/>
          <w:sz w:val="28"/>
        </w:rPr>
        <w:t>第一阶段：宣传发动，渲染气氛</w:t>
      </w:r>
    </w:p>
    <w:p>
      <w:pPr>
        <w:spacing w:before="100" w:after="200" w:line="360" w:lineRule="auto"/>
        <w:ind w:firstLine="576"/>
        <w:jc w:val="left"/>
      </w:pPr>
      <w:r>
        <w:rPr>
          <w:rFonts w:ascii="宋体" w:eastAsia="宋体" w:hAnsi="宋体"/>
          <w:sz w:val="28"/>
        </w:rPr>
        <w:t>经过国旗下演讲，宣读《感恩教育倡议书》全员发动，以“感恩”为主题，班级出一期感恩教育专题黑板报，创设学校感恩氛围。</w:t>
      </w:r>
    </w:p>
    <w:p>
      <w:pPr>
        <w:spacing w:before="100" w:after="200" w:line="360" w:lineRule="auto"/>
        <w:ind w:firstLine="576"/>
        <w:jc w:val="left"/>
      </w:pPr>
      <w:r>
        <w:rPr>
          <w:rFonts w:ascii="宋体" w:eastAsia="宋体" w:hAnsi="宋体"/>
          <w:sz w:val="28"/>
        </w:rPr>
        <w:t>第二阶段：活动推进阶段</w:t>
      </w:r>
    </w:p>
    <w:p>
      <w:pPr>
        <w:spacing w:before="100" w:after="200" w:line="360" w:lineRule="auto"/>
        <w:ind w:firstLine="576"/>
        <w:jc w:val="left"/>
      </w:pPr>
      <w:r>
        <w:rPr>
          <w:rFonts w:ascii="宋体" w:eastAsia="宋体" w:hAnsi="宋体"/>
          <w:sz w:val="28"/>
        </w:rPr>
        <w:t>（一）以班级为主体，召开《感恩从心开始，让爱温暖彼此》的主题班会。</w:t>
      </w:r>
    </w:p>
    <w:p>
      <w:pPr>
        <w:spacing w:before="100" w:after="200" w:line="360" w:lineRule="auto"/>
        <w:ind w:firstLine="576"/>
        <w:jc w:val="left"/>
      </w:pPr>
      <w:r>
        <w:rPr>
          <w:rFonts w:ascii="宋体" w:eastAsia="宋体" w:hAnsi="宋体"/>
          <w:sz w:val="28"/>
        </w:rPr>
        <w:t>（二）三个感激系列活动。</w:t>
      </w:r>
    </w:p>
    <w:p>
      <w:pPr>
        <w:spacing w:before="100" w:after="200" w:line="360" w:lineRule="auto"/>
        <w:ind w:firstLine="576"/>
        <w:jc w:val="left"/>
      </w:pPr>
      <w:r>
        <w:rPr>
          <w:rFonts w:ascii="宋体" w:eastAsia="宋体" w:hAnsi="宋体"/>
          <w:sz w:val="28"/>
        </w:rPr>
        <w:t>1、感激父母养育我</w:t>
      </w:r>
    </w:p>
    <w:p>
      <w:pPr>
        <w:spacing w:before="100" w:after="200" w:line="360" w:lineRule="auto"/>
        <w:ind w:firstLine="576"/>
        <w:jc w:val="left"/>
      </w:pPr>
      <w:r>
        <w:rPr>
          <w:rFonts w:ascii="宋体" w:eastAsia="宋体" w:hAnsi="宋体"/>
          <w:sz w:val="28"/>
        </w:rPr>
        <w:t>（1）每一天为家里做至少一件家务，如：打扫卫生、叠被、洗碗、洗衣服、整理房间等。</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2）“感恩信”汇亲情。组织孩子们给父母写一封信。让所有的孩子都参与热情高涨的氛围中，将自我的心里话用书信向父母尽情表达。让父母也明白，孩子们长大了，懂事了。让父母与孩子的心更加贴近了。让孩子们学会珍惜，学会将心中的爱表达出来。</w:t>
      </w:r>
    </w:p>
    <w:p>
      <w:pPr>
        <w:spacing w:before="100" w:after="200" w:line="360" w:lineRule="auto"/>
        <w:ind w:firstLine="576"/>
        <w:jc w:val="left"/>
      </w:pPr>
      <w:r>
        <w:rPr>
          <w:rFonts w:ascii="宋体" w:eastAsia="宋体" w:hAnsi="宋体"/>
          <w:sz w:val="28"/>
        </w:rPr>
        <w:t>2、感激教师教育我</w:t>
      </w:r>
    </w:p>
    <w:p>
      <w:pPr>
        <w:spacing w:before="100" w:after="200" w:line="360" w:lineRule="auto"/>
        <w:ind w:firstLine="576"/>
        <w:jc w:val="left"/>
      </w:pPr>
      <w:r>
        <w:rPr>
          <w:rFonts w:ascii="宋体" w:eastAsia="宋体" w:hAnsi="宋体"/>
          <w:sz w:val="28"/>
        </w:rPr>
        <w:t>（1）在全校开展“尊师重教”活动，要求所有学生讲十字礼貌用语，遇到教师自觉向教师点头问好，标准语言是“教师早”、“教师好”，声音宏亮。遇到年长者，自觉点头问好，标准语言是“您早”、“您好”。</w:t>
      </w:r>
    </w:p>
    <w:p>
      <w:pPr>
        <w:spacing w:before="100" w:after="200" w:line="360" w:lineRule="auto"/>
        <w:ind w:firstLine="576"/>
        <w:jc w:val="left"/>
      </w:pPr>
      <w:r>
        <w:rPr>
          <w:rFonts w:ascii="宋体" w:eastAsia="宋体" w:hAnsi="宋体"/>
          <w:sz w:val="28"/>
        </w:rPr>
        <w:t>（2）开展学生向教师献真情活动，自选“五个一”（谈一次心、做一张爱心小卡片、提一个提议、表一个决心、送一句话等）来表达对教师的感激之情，并把学生的心意卡片贴在班级文化建设墙上。</w:t>
      </w:r>
    </w:p>
    <w:p>
      <w:pPr>
        <w:spacing w:before="100" w:after="200" w:line="360" w:lineRule="auto"/>
        <w:ind w:firstLine="576"/>
        <w:jc w:val="left"/>
      </w:pPr>
      <w:r>
        <w:rPr>
          <w:rFonts w:ascii="宋体" w:eastAsia="宋体" w:hAnsi="宋体"/>
          <w:sz w:val="28"/>
        </w:rPr>
        <w:t>3、感激社会关爱我</w:t>
      </w:r>
    </w:p>
    <w:p>
      <w:pPr>
        <w:spacing w:before="100" w:after="200" w:line="360" w:lineRule="auto"/>
        <w:ind w:firstLine="576"/>
        <w:jc w:val="left"/>
      </w:pPr>
      <w:r>
        <w:rPr>
          <w:rFonts w:ascii="宋体" w:eastAsia="宋体" w:hAnsi="宋体"/>
          <w:sz w:val="28"/>
        </w:rPr>
        <w:t>开展社会实践活动，为社区进行义务清扫活动，红领巾爱心服务小分队到五保户老奶奶家进行爱心服务。引导学生感受今日的幸福生活来之不易，树立正确的世界观、人生观和价值观。</w:t>
      </w:r>
    </w:p>
    <w:p>
      <w:pPr>
        <w:spacing w:before="100" w:after="200" w:line="360" w:lineRule="auto"/>
        <w:ind w:firstLine="576"/>
        <w:jc w:val="left"/>
      </w:pPr>
      <w:r>
        <w:rPr>
          <w:rFonts w:ascii="宋体" w:eastAsia="宋体" w:hAnsi="宋体"/>
          <w:sz w:val="28"/>
        </w:rPr>
        <w:t>第三阶段：活动总结阶段</w:t>
      </w:r>
    </w:p>
    <w:p>
      <w:pPr>
        <w:spacing w:before="100" w:after="200" w:line="360" w:lineRule="auto"/>
        <w:ind w:firstLine="576"/>
        <w:jc w:val="left"/>
      </w:pPr>
      <w:r>
        <w:rPr>
          <w:rFonts w:ascii="宋体" w:eastAsia="宋体" w:hAnsi="宋体"/>
          <w:sz w:val="28"/>
        </w:rPr>
        <w:t>组织学生开展看两部感恩影片，传唱两首感恩歌曲的活动。</w:t>
      </w:r>
    </w:p>
    <w:p>
      <w:pPr>
        <w:spacing w:before="100" w:after="200" w:line="360" w:lineRule="auto"/>
        <w:ind w:firstLine="576"/>
        <w:jc w:val="left"/>
      </w:pPr>
      <w:r>
        <w:rPr>
          <w:rFonts w:ascii="宋体" w:eastAsia="宋体" w:hAnsi="宋体"/>
          <w:sz w:val="28"/>
        </w:rPr>
        <w:t>1、各班组织学生观看《千手观音》、《春暖》、《华罗庚》、《国庆阅兵式》、《背着爸爸上学去》、《闪电行动》、《和你在一齐》、《妈妈再爱我一次》、《漂亮妈妈》、《小鞋》、《美丽人生》、《外婆的家》等影片（各班从中选出两部影片）。</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2、各班利用音乐课、班会时间教会学生传唱两首“感恩歌曲”，即《世上仅有妈妈好》、《白发亲娘》、《母亲》、《说句心里话》、《为了谁》、《烛光里的妈妈》、《五星红旗》、《童年的小摇车》、《懂你》、《丹顶鹤的故事》等（各班从中选出两首歌曲）。</w:t>
      </w:r>
    </w:p>
    <w:p>
      <w:pPr>
        <w:spacing w:before="100" w:after="200" w:line="360" w:lineRule="auto"/>
        <w:jc w:val="left"/>
      </w:pPr>
      <w:r>
        <w:rPr>
          <w:rFonts w:ascii="宋体 (中文正文)" w:eastAsia="宋体" w:hAnsi="宋体 (中文正文)"/>
          <w:sz w:val="28"/>
        </w:rPr>
        <w:t>一、活动背景：</w:t>
      </w:r>
    </w:p>
    <w:p>
      <w:pPr>
        <w:spacing w:before="100" w:after="200" w:line="360" w:lineRule="auto"/>
        <w:ind w:firstLine="576"/>
        <w:jc w:val="left"/>
      </w:pPr>
      <w:r>
        <w:rPr>
          <w:rFonts w:ascii="宋体" w:eastAsia="宋体" w:hAnsi="宋体"/>
          <w:sz w:val="28"/>
        </w:rPr>
        <w:t>当社会在轰轰烈烈热议着即将到来的11月11日，“光棍节”时，我们更要欢庆11月10日，男生节，这个属于花季男生的节日。让寒风萧瑟时，即便寒意，也不会波及男同学们的心尖。</w:t>
      </w:r>
    </w:p>
    <w:p>
      <w:pPr>
        <w:spacing w:before="100" w:after="200" w:line="360" w:lineRule="auto"/>
        <w:jc w:val="left"/>
      </w:pPr>
      <w:r>
        <w:rPr>
          <w:rFonts w:ascii="宋体 (中文正文)" w:eastAsia="宋体" w:hAnsi="宋体 (中文正文)"/>
          <w:sz w:val="28"/>
        </w:rPr>
        <w:t>二、活动目的：</w:t>
      </w:r>
    </w:p>
    <w:p>
      <w:pPr>
        <w:spacing w:before="100" w:after="200" w:line="360" w:lineRule="auto"/>
        <w:ind w:firstLine="576"/>
        <w:jc w:val="left"/>
      </w:pPr>
      <w:r>
        <w:rPr>
          <w:rFonts w:ascii="宋体" w:eastAsia="宋体" w:hAnsi="宋体"/>
          <w:sz w:val="28"/>
        </w:rPr>
        <w:t>男女生们通过游戏，相互主动认识和交流，由陌生到相识。也可以通过活动让他们绽放青春，神采飞扬，从而活跃气氛提升电子系男生文化内涵，彰显90后男生的自信风采。同时烘托节日气氛，为同学们之间的合作交流建立平台，丰富校园文化。</w:t>
      </w:r>
    </w:p>
    <w:p>
      <w:pPr>
        <w:spacing w:before="100" w:after="200" w:line="360" w:lineRule="auto"/>
        <w:jc w:val="left"/>
      </w:pPr>
      <w:r>
        <w:rPr>
          <w:rFonts w:ascii="宋体 (中文正文)" w:eastAsia="宋体" w:hAnsi="宋体 (中文正文)"/>
          <w:b/>
          <w:sz w:val="28"/>
        </w:rPr>
        <w:t>三、活动时间：11月10日</w:t>
      </w:r>
    </w:p>
    <w:p>
      <w:pPr>
        <w:spacing w:before="100" w:after="200" w:line="360" w:lineRule="auto"/>
        <w:jc w:val="left"/>
      </w:pPr>
      <w:r>
        <w:rPr>
          <w:rFonts w:ascii="宋体 (中文正文)" w:eastAsia="宋体" w:hAnsi="宋体 (中文正文)"/>
          <w:b/>
          <w:sz w:val="28"/>
        </w:rPr>
        <w:t>四、活动地点：教学楼</w:t>
      </w:r>
    </w:p>
    <w:p>
      <w:pPr>
        <w:spacing w:before="100" w:after="200" w:line="360" w:lineRule="auto"/>
        <w:jc w:val="left"/>
      </w:pPr>
      <w:r>
        <w:rPr>
          <w:rFonts w:ascii="宋体 (中文正文)" w:eastAsia="宋体" w:hAnsi="宋体 (中文正文)"/>
          <w:b/>
          <w:sz w:val="28"/>
        </w:rPr>
        <w:t>五、活动对象：电子系11级，每班级，3男+3女，总共30人。</w:t>
      </w:r>
    </w:p>
    <w:p>
      <w:pPr>
        <w:spacing w:before="100" w:after="200" w:line="360" w:lineRule="auto"/>
        <w:jc w:val="left"/>
      </w:pPr>
      <w:r>
        <w:rPr>
          <w:rFonts w:ascii="宋体 (中文正文)" w:eastAsia="宋体" w:hAnsi="宋体 (中文正文)"/>
          <w:sz w:val="28"/>
        </w:rPr>
        <w:t>六、活动内容：</w:t>
      </w:r>
    </w:p>
    <w:p>
      <w:pPr>
        <w:spacing w:before="100" w:after="200" w:line="360" w:lineRule="auto"/>
        <w:jc w:val="left"/>
      </w:pPr>
      <w:r>
        <w:rPr>
          <w:rFonts w:ascii="宋体 (中文正文)" w:eastAsia="宋体" w:hAnsi="宋体 (中文正文)"/>
          <w:sz w:val="28"/>
        </w:rPr>
        <w:t>1、准备环节：</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将男生女生分别带到两个不同教室，并戴上各自事先做好的面具→让他们将各自的信息（代码，性格、爱好、理想、想说的话等）写在纸条上→然后将男女生的纸条分别收集起来，并将男女带到活动教室→由男生抽取女生的纸条（每个男生只能抽一次纸条）→若对信息内容满意，则坐在该女生的后排（男生喊出纸条上的代码，女生示意她所在位置）→当然也可暂时弃权本→轮过后，没有找到合适搭档的，可根据意愿自由组合。</w:t>
      </w:r>
    </w:p>
    <w:p>
      <w:pPr>
        <w:spacing w:before="100" w:after="200" w:line="360" w:lineRule="auto"/>
        <w:ind w:firstLine="576"/>
        <w:jc w:val="left"/>
      </w:pPr>
      <w:r>
        <w:rPr>
          <w:rFonts w:ascii="宋体" w:eastAsia="宋体" w:hAnsi="宋体"/>
          <w:sz w:val="28"/>
        </w:rPr>
        <w:t>注意：同班同学不能组成搭档</w:t>
      </w:r>
    </w:p>
    <w:p>
      <w:pPr>
        <w:spacing w:before="100" w:after="200" w:line="360" w:lineRule="auto"/>
        <w:jc w:val="left"/>
      </w:pPr>
      <w:r>
        <w:rPr>
          <w:rFonts w:ascii="宋体 (中文正文)" w:eastAsia="宋体" w:hAnsi="宋体 (中文正文)"/>
          <w:sz w:val="28"/>
        </w:rPr>
        <w:t>2、游戏环节：</w:t>
      </w:r>
    </w:p>
    <w:p>
      <w:pPr>
        <w:spacing w:before="100" w:after="200" w:line="360" w:lineRule="auto"/>
        <w:ind w:firstLine="576"/>
        <w:jc w:val="left"/>
      </w:pPr>
      <w:r>
        <w:rPr>
          <w:rFonts w:ascii="宋体" w:eastAsia="宋体" w:hAnsi="宋体"/>
          <w:sz w:val="28"/>
        </w:rPr>
        <w:t>游戏（1）：抢踩好运</w:t>
      </w:r>
    </w:p>
    <w:p>
      <w:pPr>
        <w:spacing w:before="100" w:after="200" w:line="360" w:lineRule="auto"/>
        <w:ind w:firstLine="576"/>
        <w:jc w:val="left"/>
      </w:pPr>
      <w:r>
        <w:rPr>
          <w:rFonts w:ascii="宋体" w:eastAsia="宋体" w:hAnsi="宋体"/>
          <w:sz w:val="28"/>
        </w:rPr>
        <w:t>游戏道具：玻璃绳，气球若干</w:t>
      </w:r>
    </w:p>
    <w:p>
      <w:pPr>
        <w:spacing w:before="100" w:after="200" w:line="360" w:lineRule="auto"/>
        <w:jc w:val="left"/>
      </w:pPr>
      <w:r>
        <w:rPr>
          <w:rFonts w:ascii="宋体 (中文正文)" w:eastAsia="宋体" w:hAnsi="宋体 (中文正文)"/>
          <w:sz w:val="28"/>
        </w:rPr>
        <w:t>游戏规则：</w:t>
      </w:r>
    </w:p>
    <w:p>
      <w:pPr>
        <w:spacing w:before="100" w:after="200" w:line="360" w:lineRule="auto"/>
        <w:ind w:firstLine="576"/>
        <w:jc w:val="left"/>
      </w:pPr>
      <w:r>
        <w:rPr>
          <w:rFonts w:ascii="宋体" w:eastAsia="宋体" w:hAnsi="宋体"/>
          <w:sz w:val="28"/>
        </w:rPr>
        <w:t>①将所有人分成三大组，每组5对。将配对的男女生的脚互绑，再在每只脚上绑上2只气球（即一对组合，有8只气球）注意：游戏过程中，小组成员不得分开，否则淘汰。所以要求，配对组合必须绑紧双脚。</w:t>
      </w:r>
    </w:p>
    <w:p>
      <w:pPr>
        <w:spacing w:before="100" w:after="200" w:line="360" w:lineRule="auto"/>
        <w:ind w:firstLine="576"/>
        <w:jc w:val="left"/>
      </w:pPr>
      <w:r>
        <w:rPr>
          <w:rFonts w:ascii="宋体" w:eastAsia="宋体" w:hAnsi="宋体"/>
          <w:sz w:val="28"/>
        </w:rPr>
        <w:t>②游戏进行时，每一轮的5支队伍对抗，各队伍之间互踩气球，男女生要协调配合，同时要努力避免自己的气球被他人踩破，游戏进行一分钟。</w:t>
      </w:r>
    </w:p>
    <w:p>
      <w:pPr>
        <w:spacing w:before="100" w:after="200" w:line="360" w:lineRule="auto"/>
        <w:ind w:firstLine="576"/>
        <w:jc w:val="left"/>
      </w:pPr>
      <w:r>
        <w:rPr>
          <w:rFonts w:ascii="宋体" w:eastAsia="宋体" w:hAnsi="宋体"/>
          <w:sz w:val="28"/>
        </w:rPr>
        <w:t>③要求：不能用手弄破气球，否则算犯规；小组若两人脚上都没有气球了，就下场，不能在踩别人气球。</w:t>
      </w:r>
    </w:p>
    <w:p>
      <w:pPr>
        <w:spacing w:before="100" w:after="200" w:line="360" w:lineRule="auto"/>
        <w:ind w:firstLine="576"/>
        <w:jc w:val="left"/>
      </w:pPr>
      <w:r>
        <w:rPr>
          <w:rFonts w:ascii="宋体" w:eastAsia="宋体" w:hAnsi="宋体"/>
          <w:sz w:val="28"/>
        </w:rPr>
        <w:t>④每一轮游戏结束后脚上气球最多组获胜。同时对于每一轮里最先气球全被踩破的那一组要接受惩罚，抽取纸条，并接受纸条上相应的惩罚。</w:t>
      </w:r>
    </w:p>
    <w:p>
      <w:pPr>
        <w:spacing w:before="100" w:after="200" w:line="360" w:lineRule="auto"/>
        <w:ind w:firstLine="576"/>
        <w:jc w:val="left"/>
      </w:pPr>
      <w:r>
        <w:rPr>
          <w:rFonts w:ascii="宋体" w:eastAsia="宋体" w:hAnsi="宋体"/>
          <w:sz w:val="28"/>
        </w:rPr>
        <w:t>游戏（2）：纸杯传水</w:t>
      </w:r>
    </w:p>
    <w:p>
      <w:pPr>
        <w:spacing w:before="100" w:after="200" w:line="360" w:lineRule="auto"/>
        <w:ind w:firstLine="576"/>
        <w:jc w:val="left"/>
      </w:pPr>
      <w:r>
        <w:rPr>
          <w:rFonts w:ascii="宋体" w:eastAsia="宋体" w:hAnsi="宋体"/>
          <w:sz w:val="28"/>
        </w:rPr>
        <w:t>游戏道具：一次性水杯若干，水桶一个，空矿水瓶2个</w:t>
      </w:r>
    </w:p>
    <w:p>
      <w:pPr>
        <w:spacing w:before="100" w:after="200" w:line="360" w:lineRule="auto"/>
        <w:jc w:val="left"/>
      </w:pPr>
      <w:r>
        <w:rPr>
          <w:rFonts w:ascii="宋体 (中文正文)" w:eastAsia="宋体" w:hAnsi="宋体 (中文正文)"/>
          <w:sz w:val="28"/>
        </w:rPr>
        <w:t>游戏规则：</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①游戏分两轮进行，一轮里有2组，两组同时进行比赛。4对搭档为一组，男女交替配合。</w:t>
      </w:r>
    </w:p>
    <w:p>
      <w:pPr>
        <w:spacing w:before="100" w:after="200" w:line="360" w:lineRule="auto"/>
        <w:ind w:firstLine="576"/>
        <w:jc w:val="left"/>
      </w:pPr>
      <w:r>
        <w:rPr>
          <w:rFonts w:ascii="宋体" w:eastAsia="宋体" w:hAnsi="宋体"/>
          <w:sz w:val="28"/>
        </w:rPr>
        <w:t>②游戏开始，每人衔一个纸杯。第一个人将水倒入纸杯内，再一个个传递至下一个人的纸杯里，最后一人将水倒入一个水桶中，时间限定为5分钟。</w:t>
      </w:r>
    </w:p>
    <w:p>
      <w:pPr>
        <w:spacing w:before="100" w:after="200" w:line="360" w:lineRule="auto"/>
        <w:ind w:firstLine="576"/>
        <w:jc w:val="left"/>
      </w:pPr>
      <w:r>
        <w:rPr>
          <w:rFonts w:ascii="宋体" w:eastAsia="宋体" w:hAnsi="宋体"/>
          <w:sz w:val="28"/>
        </w:rPr>
        <w:t>③游戏中，只能口衔纸杯，若用手扶杯，则算放规，放规则重新倒水，重新开始。</w:t>
      </w:r>
    </w:p>
    <w:p>
      <w:pPr>
        <w:spacing w:before="100" w:after="200" w:line="360" w:lineRule="auto"/>
        <w:ind w:firstLine="576"/>
        <w:jc w:val="left"/>
      </w:pPr>
      <w:r>
        <w:rPr>
          <w:rFonts w:ascii="宋体" w:eastAsia="宋体" w:hAnsi="宋体"/>
          <w:sz w:val="28"/>
        </w:rPr>
        <w:t>④游戏结束后，将水桶里的水倒入空矿水瓶，看哪支队伍的水最多，谁就获胜。失败的小组，选代表表演节目。</w:t>
      </w:r>
    </w:p>
    <w:p>
      <w:pPr>
        <w:spacing w:before="100" w:after="200" w:line="360" w:lineRule="auto"/>
        <w:ind w:firstLine="576"/>
        <w:jc w:val="left"/>
      </w:pPr>
      <w:r>
        <w:rPr>
          <w:rFonts w:ascii="宋体" w:eastAsia="宋体" w:hAnsi="宋体"/>
          <w:sz w:val="28"/>
        </w:rPr>
        <w:t>注：此游戏需要一对心理辅导站的成员参与</w:t>
      </w:r>
    </w:p>
    <w:p>
      <w:pPr>
        <w:spacing w:before="100" w:after="200" w:line="360" w:lineRule="auto"/>
        <w:ind w:firstLine="576"/>
        <w:jc w:val="left"/>
      </w:pPr>
      <w:r>
        <w:rPr>
          <w:rFonts w:ascii="宋体" w:eastAsia="宋体" w:hAnsi="宋体"/>
          <w:sz w:val="28"/>
        </w:rPr>
        <w:t>中场环节：请现场男女生才艺表演，可自由组合上台。</w:t>
      </w:r>
    </w:p>
    <w:p>
      <w:pPr>
        <w:spacing w:before="100" w:after="200" w:line="360" w:lineRule="auto"/>
        <w:ind w:firstLine="576"/>
        <w:jc w:val="left"/>
      </w:pPr>
      <w:r>
        <w:rPr>
          <w:rFonts w:ascii="宋体" w:eastAsia="宋体" w:hAnsi="宋体"/>
          <w:sz w:val="28"/>
        </w:rPr>
        <w:t>游戏（三）：蔬菜蹲游戏</w:t>
      </w:r>
    </w:p>
    <w:p>
      <w:pPr>
        <w:spacing w:before="100" w:after="200" w:line="360" w:lineRule="auto"/>
        <w:jc w:val="left"/>
      </w:pPr>
      <w:r>
        <w:rPr>
          <w:rFonts w:ascii="宋体 (中文正文)" w:eastAsia="宋体" w:hAnsi="宋体 (中文正文)"/>
          <w:sz w:val="28"/>
        </w:rPr>
        <w:t>游戏规则：</w:t>
      </w:r>
    </w:p>
    <w:p>
      <w:pPr>
        <w:spacing w:before="100" w:after="200" w:line="360" w:lineRule="auto"/>
        <w:ind w:firstLine="576"/>
        <w:jc w:val="left"/>
      </w:pPr>
      <w:r>
        <w:rPr>
          <w:rFonts w:ascii="宋体" w:eastAsia="宋体" w:hAnsi="宋体"/>
          <w:sz w:val="28"/>
        </w:rPr>
        <w:t>①按照游戏2的分组，将男女生分为4组，每组里的人手牵手围成一圈。每组都被分配到一个外号（及同组队员共享一个相同的外号）。同组队员共享一个相同外号，外号分别为“红白黄紫萝卜”。外号的分配必须是随机的。</w:t>
      </w:r>
    </w:p>
    <w:p>
      <w:pPr>
        <w:spacing w:before="100" w:after="200" w:line="360" w:lineRule="auto"/>
        <w:ind w:firstLine="576"/>
        <w:jc w:val="left"/>
      </w:pPr>
      <w:r>
        <w:rPr>
          <w:rFonts w:ascii="宋体" w:eastAsia="宋体" w:hAnsi="宋体"/>
          <w:sz w:val="28"/>
        </w:rPr>
        <w:t>②任意一组开始蹲，如“白萝卜组”先开始。一边蹲一边说：“白萝卜蹲，白萝卜蹲，白萝卜蹲完x萝卜蹲”。念完后所有白萝卜手指一致指向x萝卜。</w:t>
      </w:r>
    </w:p>
    <w:p>
      <w:pPr>
        <w:spacing w:before="100" w:after="200" w:line="360" w:lineRule="auto"/>
        <w:ind w:firstLine="576"/>
        <w:jc w:val="left"/>
      </w:pPr>
      <w:r>
        <w:rPr>
          <w:rFonts w:ascii="宋体" w:eastAsia="宋体" w:hAnsi="宋体"/>
          <w:sz w:val="28"/>
        </w:rPr>
        <w:t>③然后x萝卜马上就开始蹲，且口中一样念念有词。之后他们指定下一组萝卜，但不能是白萝卜（即被点名者，不能点名其点名者）。</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④一直重复。如在蹲的过程中有人蹲错或反应慢，则被退场，最后剩余的一组人为获胜者，将获得一份精美小礼品。</w:t>
      </w:r>
    </w:p>
    <w:p>
      <w:pPr>
        <w:spacing w:before="100" w:after="200" w:line="360" w:lineRule="auto"/>
        <w:ind w:firstLine="576"/>
        <w:jc w:val="left"/>
      </w:pPr>
      <w:r>
        <w:rPr>
          <w:rFonts w:ascii="宋体" w:eastAsia="宋体" w:hAnsi="宋体"/>
          <w:sz w:val="28"/>
        </w:rPr>
        <w:t>注：可边玩边加速，增加趣味性。</w:t>
      </w:r>
    </w:p>
    <w:p>
      <w:pPr>
        <w:spacing w:before="100" w:after="200" w:line="360" w:lineRule="auto"/>
        <w:jc w:val="left"/>
      </w:pPr>
      <w:r>
        <w:rPr>
          <w:rFonts w:ascii="宋体 (中文正文)" w:eastAsia="宋体" w:hAnsi="宋体 (中文正文)"/>
          <w:sz w:val="28"/>
        </w:rPr>
        <w:t>3、最终环节：</w:t>
      </w:r>
    </w:p>
    <w:p>
      <w:pPr>
        <w:spacing w:before="100" w:after="200" w:line="360" w:lineRule="auto"/>
        <w:ind w:firstLine="576"/>
        <w:jc w:val="left"/>
      </w:pPr>
      <w:r>
        <w:rPr>
          <w:rFonts w:ascii="宋体" w:eastAsia="宋体" w:hAnsi="宋体"/>
          <w:sz w:val="28"/>
        </w:rPr>
        <w:t>（1）选出三组搭档，分别授予“最佳蓝颜潜质将”，“最佳演艺潜质奖”和“最佳情侣潜质奖”，并颁发奖状。</w:t>
      </w:r>
    </w:p>
    <w:p>
      <w:pPr>
        <w:spacing w:before="100" w:after="200" w:line="360" w:lineRule="auto"/>
        <w:jc w:val="left"/>
      </w:pPr>
      <w:r>
        <w:rPr>
          <w:rFonts w:ascii="宋体 (中文正文)" w:eastAsia="宋体" w:hAnsi="宋体 (中文正文)"/>
          <w:sz w:val="28"/>
        </w:rPr>
        <w:t>七、活动安排：</w:t>
      </w:r>
    </w:p>
    <w:p>
      <w:pPr>
        <w:spacing w:before="100" w:after="200" w:line="360" w:lineRule="auto"/>
        <w:ind w:firstLine="576"/>
        <w:jc w:val="left"/>
      </w:pPr>
      <w:r>
        <w:rPr>
          <w:rFonts w:ascii="宋体" w:eastAsia="宋体" w:hAnsi="宋体"/>
          <w:sz w:val="28"/>
        </w:rPr>
        <w:t>1、申请教室，以及当天教室的布置等</w:t>
      </w:r>
    </w:p>
    <w:p>
      <w:pPr>
        <w:spacing w:before="100" w:after="200" w:line="360" w:lineRule="auto"/>
        <w:ind w:firstLine="576"/>
        <w:jc w:val="left"/>
      </w:pPr>
      <w:r>
        <w:rPr>
          <w:rFonts w:ascii="宋体" w:eastAsia="宋体" w:hAnsi="宋体"/>
          <w:sz w:val="28"/>
        </w:rPr>
        <w:t>2、3个游戏所需要的物品准备，以及第一个游戏，惩罚纸条的制作。</w:t>
      </w:r>
    </w:p>
    <w:p>
      <w:pPr>
        <w:spacing w:before="100" w:after="200" w:line="360" w:lineRule="auto"/>
        <w:ind w:firstLine="576"/>
        <w:jc w:val="left"/>
      </w:pPr>
      <w:r>
        <w:rPr>
          <w:rFonts w:ascii="宋体" w:eastAsia="宋体" w:hAnsi="宋体"/>
          <w:sz w:val="28"/>
        </w:rPr>
        <w:t>3、活动主持人的.选择</w:t>
      </w:r>
    </w:p>
    <w:p>
      <w:pPr>
        <w:spacing w:before="100" w:after="200" w:line="360" w:lineRule="auto"/>
        <w:ind w:firstLine="576"/>
        <w:jc w:val="left"/>
      </w:pPr>
      <w:r>
        <w:rPr>
          <w:rFonts w:ascii="宋体" w:eastAsia="宋体" w:hAnsi="宋体"/>
          <w:sz w:val="28"/>
        </w:rPr>
        <w:t>4、活动过程中的照片视频拍摄</w:t>
      </w:r>
    </w:p>
    <w:p>
      <w:pPr>
        <w:spacing w:before="100" w:after="200" w:line="360" w:lineRule="auto"/>
        <w:ind w:firstLine="576"/>
        <w:jc w:val="left"/>
      </w:pPr>
      <w:r>
        <w:rPr>
          <w:rFonts w:ascii="宋体" w:eastAsia="宋体" w:hAnsi="宋体"/>
          <w:sz w:val="28"/>
        </w:rPr>
        <w:t>5、游戏过程中的奖励奖品的购买</w:t>
      </w:r>
    </w:p>
    <w:p>
      <w:pPr>
        <w:spacing w:before="100" w:after="200" w:line="360" w:lineRule="auto"/>
        <w:ind w:firstLine="576"/>
        <w:jc w:val="left"/>
      </w:pPr>
      <w:r>
        <w:rPr>
          <w:rFonts w:ascii="宋体" w:eastAsia="宋体" w:hAnsi="宋体"/>
          <w:sz w:val="28"/>
        </w:rPr>
        <w:t>6、备用制作几个面具，以防不便</w:t>
      </w:r>
    </w:p>
    <w:p>
      <w:pPr>
        <w:spacing w:before="100" w:after="200" w:line="360" w:lineRule="auto"/>
        <w:ind w:firstLine="576"/>
        <w:jc w:val="left"/>
      </w:pPr>
      <w:r>
        <w:rPr>
          <w:rFonts w:ascii="宋体" w:eastAsia="宋体" w:hAnsi="宋体"/>
          <w:sz w:val="28"/>
        </w:rPr>
        <w:t>主办方：电子系心理辅导站</w:t>
      </w:r>
    </w:p>
    <w:p>
      <w:pPr>
        <w:spacing w:before="100" w:after="200" w:line="360" w:lineRule="auto"/>
        <w:ind w:firstLine="576"/>
        <w:jc w:val="left"/>
      </w:pPr>
      <w:r>
        <w:rPr>
          <w:rFonts w:ascii="宋体" w:eastAsia="宋体" w:hAnsi="宋体"/>
          <w:sz w:val="28"/>
        </w:rPr>
        <w:t>承办方：物本</w:t>
      </w:r>
    </w:p>
    <w:p>
      <w:pPr>
        <w:spacing w:before="100" w:after="200" w:line="360" w:lineRule="auto"/>
        <w:jc w:val="left"/>
      </w:pPr>
      <w:r>
        <w:rPr>
          <w:rFonts w:ascii="宋体 (中文正文)" w:eastAsia="宋体" w:hAnsi="宋体 (中文正文)"/>
          <w:sz w:val="28"/>
        </w:rPr>
        <w:t>附加：</w:t>
      </w:r>
    </w:p>
    <w:p>
      <w:pPr>
        <w:spacing w:before="100" w:after="200" w:line="360" w:lineRule="auto"/>
        <w:ind w:firstLine="576"/>
        <w:jc w:val="left"/>
      </w:pPr>
      <w:r>
        <w:rPr>
          <w:rFonts w:ascii="宋体" w:eastAsia="宋体" w:hAnsi="宋体"/>
          <w:sz w:val="28"/>
        </w:rPr>
        <w:t>“凝望男生节的狂欢”报名表：</w:t>
      </w:r>
    </w:p>
    <w:p>
      <w:pPr>
        <w:spacing w:before="100" w:after="200" w:line="360" w:lineRule="auto"/>
        <w:ind w:firstLine="576"/>
        <w:jc w:val="left"/>
      </w:pPr>
      <w:r>
        <w:rPr>
          <w:rFonts w:ascii="宋体" w:eastAsia="宋体" w:hAnsi="宋体"/>
          <w:sz w:val="28"/>
        </w:rPr>
        <w:t>班级</w:t>
      </w:r>
    </w:p>
    <w:p>
      <w:pPr>
        <w:spacing w:before="100" w:after="200" w:line="360" w:lineRule="auto"/>
        <w:ind w:firstLine="576"/>
        <w:jc w:val="left"/>
      </w:pPr>
      <w:r>
        <w:rPr>
          <w:rFonts w:ascii="宋体" w:eastAsia="宋体" w:hAnsi="宋体"/>
          <w:sz w:val="28"/>
        </w:rPr>
        <w:t>姓名</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性别</w:t>
      </w:r>
    </w:p>
    <w:p>
      <w:pPr>
        <w:spacing w:before="100" w:after="200" w:line="360" w:lineRule="auto"/>
        <w:ind w:firstLine="576"/>
        <w:jc w:val="left"/>
      </w:pPr>
      <w:r>
        <w:rPr>
          <w:rFonts w:ascii="宋体" w:eastAsia="宋体" w:hAnsi="宋体"/>
          <w:sz w:val="28"/>
        </w:rPr>
        <w:t>月度计划书精选 幼儿园感恩节活动谋划word版</w:t>
      </w:r>
    </w:p>
    <w:p>
      <w:pPr>
        <w:spacing w:before="100" w:after="200" w:line="360" w:lineRule="auto"/>
        <w:ind w:firstLine="576"/>
        <w:jc w:val="left"/>
      </w:pPr>
      <w:r>
        <w:rPr>
          <w:rFonts w:ascii="宋体" w:eastAsia="宋体" w:hAnsi="宋体"/>
          <w:sz w:val="28"/>
        </w:rPr>
        <w:t>“感恩的心，感谢有你，伴我一生，让我有勇气做我自己；感恩的心，感谢命运，花开花落，我一样会珍惜”。当这熟悉的旋律回响在耳旁，您是否可以感受到心灵深处的其中一种触动？</w:t>
      </w:r>
    </w:p>
    <w:p>
      <w:pPr>
        <w:spacing w:before="100" w:after="200" w:line="360" w:lineRule="auto"/>
        <w:jc w:val="left"/>
      </w:pPr>
      <w:r>
        <w:rPr>
          <w:rFonts w:ascii="宋体 (中文正文)" w:eastAsia="宋体" w:hAnsi="宋体 (中文正文)"/>
          <w:b/>
          <w:sz w:val="28"/>
        </w:rPr>
        <w:t>一、活动缘起</w:t>
      </w:r>
    </w:p>
    <w:p>
      <w:pPr>
        <w:spacing w:before="100" w:after="200" w:line="360" w:lineRule="auto"/>
        <w:ind w:firstLine="576"/>
        <w:jc w:val="left"/>
      </w:pPr>
      <w:r>
        <w:rPr>
          <w:rFonts w:ascii="宋体" w:eastAsia="宋体" w:hAnsi="宋体"/>
          <w:sz w:val="28"/>
        </w:rPr>
        <w:t>如今的孩子，个个都是独生子女，都是在父母亲百般呵护，悉心照料下，无忧无虑的成长。他们接受了太多的爱，渐渐的，连他们自己也把这一切视为理所当然。他们习惯了索取，习惯了“说一不二”，即使父母亲再苦再累也必须满足他们自己的要求，而他们却从不懂得去为父母亲做些什么，分担些什么，稍有些不如意，便大发脾气，甚至以死相逼。面对这并不是“个别现象”的现实，我们这些为人师者不得不开始思考：今天的孩子怎么了？我们的条件日新月异，我们的物质生活日益丰富，为什么我们的孩子却越来越不懂事？面对一点点挫折，就那么轻易那么草率的结束自己如花的生命？这究竟是为什么？</w:t>
      </w:r>
    </w:p>
    <w:p>
      <w:pPr>
        <w:spacing w:before="100" w:after="200" w:line="360" w:lineRule="auto"/>
        <w:jc w:val="left"/>
      </w:pPr>
      <w:r>
        <w:rPr>
          <w:rFonts w:ascii="宋体 (中文正文)" w:eastAsia="宋体" w:hAnsi="宋体 (中文正文)"/>
          <w:b/>
          <w:sz w:val="28"/>
        </w:rPr>
        <w:t>二、活动目的</w:t>
      </w:r>
    </w:p>
    <w:p>
      <w:pPr>
        <w:spacing w:before="100" w:after="200" w:line="360" w:lineRule="auto"/>
        <w:ind w:firstLine="576"/>
        <w:jc w:val="left"/>
      </w:pPr>
      <w:r>
        <w:rPr>
          <w:rFonts w:ascii="宋体" w:eastAsia="宋体" w:hAnsi="宋体"/>
          <w:sz w:val="28"/>
        </w:rPr>
        <w:t>1、了解感恩节的来历，知道感恩节是表达谢意的日子。</w:t>
      </w:r>
    </w:p>
    <w:p>
      <w:pPr>
        <w:spacing w:before="100" w:after="200" w:line="360" w:lineRule="auto"/>
        <w:ind w:firstLine="576"/>
        <w:jc w:val="left"/>
      </w:pPr>
      <w:r>
        <w:rPr>
          <w:rFonts w:ascii="宋体" w:eastAsia="宋体" w:hAnsi="宋体"/>
          <w:sz w:val="28"/>
        </w:rPr>
        <w:t>2、通过为他人做事、说感谢的话、送感恩卡等感恩行动体验感恩的美好。</w:t>
      </w:r>
    </w:p>
    <w:p>
      <w:pPr>
        <w:spacing w:before="100" w:after="200" w:line="360" w:lineRule="auto"/>
        <w:jc w:val="left"/>
      </w:pPr>
      <w:r>
        <w:rPr>
          <w:rFonts w:ascii="宋体 (中文正文)" w:eastAsia="宋体" w:hAnsi="宋体 (中文正文)"/>
          <w:sz w:val="28"/>
        </w:rPr>
        <w:t>三、活动时间：</w:t>
      </w:r>
    </w:p>
    <w:p>
      <w:pPr>
        <w:spacing w:before="100" w:after="200" w:line="360" w:lineRule="auto"/>
        <w:ind w:firstLine="576"/>
        <w:jc w:val="left"/>
      </w:pPr>
      <w:r>
        <w:rPr>
          <w:rFonts w:ascii="宋体" w:eastAsia="宋体" w:hAnsi="宋体"/>
          <w:sz w:val="28"/>
        </w:rPr>
        <w:t>11月的第四个星期四（感恩节）下午4点。</w:t>
      </w:r>
    </w:p>
    <w:p>
      <w:pPr>
        <w:spacing w:before="100" w:after="200" w:line="360" w:lineRule="auto"/>
        <w:jc w:val="left"/>
      </w:pPr>
      <w:r>
        <w:rPr>
          <w:rFonts w:ascii="宋体 (中文正文)" w:eastAsia="宋体" w:hAnsi="宋体 (中文正文)"/>
          <w:sz w:val="28"/>
        </w:rPr>
        <w:t>四、活动地点：</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花卉幼儿园大厅。</w:t>
      </w:r>
    </w:p>
    <w:p>
      <w:pPr>
        <w:spacing w:before="100" w:after="200" w:line="360" w:lineRule="auto"/>
        <w:jc w:val="left"/>
      </w:pPr>
      <w:r>
        <w:rPr>
          <w:rFonts w:ascii="宋体 (中文正文)" w:eastAsia="宋体" w:hAnsi="宋体 (中文正文)"/>
          <w:b/>
          <w:sz w:val="28"/>
        </w:rPr>
        <w:t>五、活动前期准备</w:t>
      </w:r>
    </w:p>
    <w:p>
      <w:pPr>
        <w:spacing w:before="100" w:after="200" w:line="360" w:lineRule="auto"/>
        <w:ind w:firstLine="576"/>
        <w:jc w:val="left"/>
      </w:pPr>
      <w:r>
        <w:rPr>
          <w:rFonts w:ascii="宋体" w:eastAsia="宋体" w:hAnsi="宋体"/>
          <w:sz w:val="28"/>
        </w:rPr>
        <w:t>1、利用网络和图书馆收集有关感恩节的背景知识，相关故事，歌曲征集等。</w:t>
      </w:r>
    </w:p>
    <w:p>
      <w:pPr>
        <w:spacing w:before="100" w:after="200" w:line="360" w:lineRule="auto"/>
        <w:ind w:firstLine="576"/>
        <w:jc w:val="left"/>
      </w:pPr>
      <w:r>
        <w:rPr>
          <w:rFonts w:ascii="宋体" w:eastAsia="宋体" w:hAnsi="宋体"/>
          <w:sz w:val="28"/>
        </w:rPr>
        <w:t>2、各班征集“感恩箴言”。</w:t>
      </w:r>
    </w:p>
    <w:p>
      <w:pPr>
        <w:spacing w:before="100" w:after="200" w:line="360" w:lineRule="auto"/>
        <w:ind w:firstLine="576"/>
        <w:jc w:val="left"/>
      </w:pPr>
      <w:r>
        <w:rPr>
          <w:rFonts w:ascii="宋体" w:eastAsia="宋体" w:hAnsi="宋体"/>
          <w:sz w:val="28"/>
        </w:rPr>
        <w:t>3、整理写给家长的“感谢信”。</w:t>
      </w:r>
    </w:p>
    <w:p>
      <w:pPr>
        <w:spacing w:before="100" w:after="200" w:line="360" w:lineRule="auto"/>
        <w:ind w:firstLine="576"/>
        <w:jc w:val="left"/>
      </w:pPr>
      <w:r>
        <w:rPr>
          <w:rFonts w:ascii="宋体" w:eastAsia="宋体" w:hAnsi="宋体"/>
          <w:sz w:val="28"/>
        </w:rPr>
        <w:t>4、园所环境布置：黑板、海报等。</w:t>
      </w:r>
    </w:p>
    <w:p>
      <w:pPr>
        <w:spacing w:before="100" w:after="200" w:line="360" w:lineRule="auto"/>
        <w:ind w:firstLine="576"/>
        <w:jc w:val="left"/>
      </w:pPr>
      <w:r>
        <w:rPr>
          <w:rFonts w:ascii="宋体" w:eastAsia="宋体" w:hAnsi="宋体"/>
          <w:sz w:val="28"/>
        </w:rPr>
        <w:t>5、制定好活动计划，时间、地点、负责人落实到位。</w:t>
      </w:r>
    </w:p>
    <w:p>
      <w:pPr>
        <w:spacing w:before="100" w:after="200" w:line="360" w:lineRule="auto"/>
        <w:ind w:firstLine="576"/>
        <w:jc w:val="left"/>
      </w:pPr>
      <w:r>
        <w:rPr>
          <w:rFonts w:ascii="宋体" w:eastAsia="宋体" w:hAnsi="宋体"/>
          <w:sz w:val="28"/>
        </w:rPr>
        <w:t>6、表演《感恩的心》手语学习。</w:t>
      </w:r>
    </w:p>
    <w:p>
      <w:pPr>
        <w:spacing w:before="100" w:after="200" w:line="360" w:lineRule="auto"/>
        <w:ind w:firstLine="576"/>
        <w:jc w:val="left"/>
      </w:pPr>
      <w:r>
        <w:rPr>
          <w:rFonts w:ascii="宋体" w:eastAsia="宋体" w:hAnsi="宋体"/>
          <w:sz w:val="28"/>
        </w:rPr>
        <w:t>7、布置感恩互动墙。</w:t>
      </w:r>
    </w:p>
    <w:p>
      <w:pPr>
        <w:spacing w:before="100" w:after="200" w:line="360" w:lineRule="auto"/>
        <w:jc w:val="left"/>
      </w:pPr>
      <w:r>
        <w:rPr>
          <w:rFonts w:ascii="宋体 (中文正文)" w:eastAsia="宋体" w:hAnsi="宋体 (中文正文)"/>
          <w:sz w:val="28"/>
        </w:rPr>
        <w:t>六、活动大致内容：</w:t>
      </w:r>
    </w:p>
    <w:p>
      <w:pPr>
        <w:spacing w:before="100" w:after="200" w:line="360" w:lineRule="auto"/>
        <w:ind w:firstLine="576"/>
        <w:jc w:val="left"/>
      </w:pPr>
      <w:r>
        <w:rPr>
          <w:rFonts w:ascii="宋体" w:eastAsia="宋体" w:hAnsi="宋体"/>
          <w:sz w:val="28"/>
        </w:rPr>
        <w:t>一封感恩的信，致全园家长的感谢信</w:t>
      </w:r>
    </w:p>
    <w:p>
      <w:pPr>
        <w:spacing w:before="100" w:after="200" w:line="360" w:lineRule="auto"/>
        <w:ind w:firstLine="576"/>
        <w:jc w:val="left"/>
      </w:pPr>
      <w:r>
        <w:rPr>
          <w:rFonts w:ascii="宋体" w:eastAsia="宋体" w:hAnsi="宋体"/>
          <w:sz w:val="28"/>
        </w:rPr>
        <w:t>一首感恩的歌曲，班级学唱《感恩的心》一个词汇引伸出的学习“感恩”“感激”“感动”</w:t>
      </w:r>
    </w:p>
    <w:p>
      <w:pPr>
        <w:spacing w:before="100" w:after="200" w:line="360" w:lineRule="auto"/>
        <w:ind w:firstLine="576"/>
        <w:jc w:val="left"/>
      </w:pPr>
      <w:r>
        <w:rPr>
          <w:rFonts w:ascii="宋体" w:eastAsia="宋体" w:hAnsi="宋体"/>
          <w:sz w:val="28"/>
        </w:rPr>
        <w:t>一次感恩的表演，集体表演《感恩的心》</w:t>
      </w:r>
    </w:p>
    <w:p>
      <w:pPr>
        <w:spacing w:before="100" w:after="200" w:line="360" w:lineRule="auto"/>
        <w:ind w:firstLine="576"/>
        <w:jc w:val="left"/>
      </w:pPr>
      <w:r>
        <w:rPr>
          <w:rFonts w:ascii="宋体" w:eastAsia="宋体" w:hAnsi="宋体"/>
          <w:sz w:val="28"/>
        </w:rPr>
        <w:t>一句感恩的话语—收集整理每个幼儿感谢或祝福的话</w:t>
      </w:r>
    </w:p>
    <w:p>
      <w:pPr>
        <w:spacing w:before="100" w:after="200" w:line="360" w:lineRule="auto"/>
        <w:ind w:firstLine="576"/>
        <w:jc w:val="left"/>
      </w:pPr>
      <w:r>
        <w:rPr>
          <w:rFonts w:ascii="宋体" w:eastAsia="宋体" w:hAnsi="宋体"/>
          <w:sz w:val="28"/>
        </w:rPr>
        <w:t>一个感恩的故事，老师讲述一个故事</w:t>
      </w:r>
    </w:p>
    <w:p>
      <w:pPr>
        <w:spacing w:before="100" w:after="200" w:line="360" w:lineRule="auto"/>
        <w:ind w:firstLine="576"/>
        <w:jc w:val="left"/>
      </w:pPr>
      <w:r>
        <w:rPr>
          <w:rFonts w:ascii="宋体" w:eastAsia="宋体" w:hAnsi="宋体"/>
          <w:sz w:val="28"/>
        </w:rPr>
        <w:t>一面感恩墙，家长、幼儿互动的感恩墙</w:t>
      </w:r>
    </w:p>
    <w:p>
      <w:pPr>
        <w:spacing w:before="100" w:after="200" w:line="360" w:lineRule="auto"/>
        <w:ind w:firstLine="576"/>
        <w:jc w:val="left"/>
      </w:pPr>
      <w:r>
        <w:rPr>
          <w:rFonts w:ascii="宋体" w:eastAsia="宋体" w:hAnsi="宋体"/>
          <w:sz w:val="28"/>
        </w:rPr>
        <w:t>一段DV录像，幼儿在家中的表现（给父母爷爷奶奶的一个拥抱）</w:t>
      </w:r>
    </w:p>
    <w:p>
      <w:pPr>
        <w:spacing w:before="100" w:after="200" w:line="360" w:lineRule="auto"/>
        <w:jc w:val="left"/>
        <w:sectPr w:rsidSect="00034616">
          <w:type w:val="nextPage"/>
          <w:pgSz w:w="11906" w:h="16838"/>
          <w:pgMar w:top="1440" w:right="1440" w:bottom="1440" w:left="1440" w:header="720" w:footer="720" w:gutter="0"/>
          <w:pgNumType w:start="10"/>
          <w:cols w:space="720"/>
          <w:titlePg w:val="0"/>
          <w:docGrid w:linePitch="360"/>
        </w:sectPr>
      </w:pPr>
      <w:r>
        <w:rPr>
          <w:rFonts w:ascii="宋体 (中文正文)" w:eastAsia="宋体" w:hAnsi="宋体 (中文正文)"/>
          <w:sz w:val="28"/>
        </w:rPr>
        <w:t>七、活动过程：</w:t>
      </w:r>
    </w:p>
    <w:p>
      <w:pPr>
        <w:spacing w:before="100" w:after="200" w:line="360" w:lineRule="auto"/>
        <w:ind w:firstLine="576"/>
        <w:jc w:val="left"/>
      </w:pPr>
      <w:r>
        <w:rPr>
          <w:rFonts w:ascii="宋体" w:eastAsia="宋体" w:hAnsi="宋体"/>
          <w:sz w:val="28"/>
        </w:rPr>
        <w:t>1、每个班级提前介绍感恩节的来历和相关内容。</w:t>
      </w:r>
    </w:p>
    <w:p>
      <w:pPr>
        <w:spacing w:before="100" w:after="200" w:line="360" w:lineRule="auto"/>
        <w:ind w:firstLine="576"/>
        <w:jc w:val="left"/>
      </w:pPr>
      <w:r>
        <w:rPr>
          <w:rFonts w:ascii="宋体" w:eastAsia="宋体" w:hAnsi="宋体"/>
          <w:sz w:val="28"/>
        </w:rPr>
        <w:t>2、各班可根据幼儿年龄，开展符合的活动。如：中班护蛋活动：每人从家中带一只生鸡蛋，可以给鸡蛋取名字，扮演鸡蛋的爸爸妈妈，一天保护好鸡蛋，不让鸡蛋破碎掉，体验爸妈养育宝宝的辛苦，学会感恩。还可以制作并互赠爱心卡。</w:t>
      </w:r>
    </w:p>
    <w:p>
      <w:pPr>
        <w:spacing w:before="100" w:after="200" w:line="360" w:lineRule="auto"/>
        <w:ind w:firstLine="576"/>
        <w:jc w:val="left"/>
      </w:pPr>
      <w:r>
        <w:rPr>
          <w:rFonts w:ascii="宋体" w:eastAsia="宋体" w:hAnsi="宋体"/>
          <w:sz w:val="28"/>
        </w:rPr>
        <w:t>3、4点开大门后，发放员工给家长的感谢信。</w:t>
      </w:r>
    </w:p>
    <w:p>
      <w:pPr>
        <w:spacing w:before="100" w:after="200" w:line="360" w:lineRule="auto"/>
        <w:ind w:firstLine="576"/>
        <w:jc w:val="left"/>
      </w:pPr>
      <w:r>
        <w:rPr>
          <w:rFonts w:ascii="宋体" w:eastAsia="宋体" w:hAnsi="宋体"/>
          <w:sz w:val="28"/>
        </w:rPr>
        <w:t>4、请家长欣赏幼儿的表演（可看录像）大厅电视。</w:t>
      </w:r>
    </w:p>
    <w:p>
      <w:pPr>
        <w:spacing w:before="100" w:after="200" w:line="360" w:lineRule="auto"/>
        <w:ind w:firstLine="576"/>
        <w:jc w:val="left"/>
      </w:pPr>
      <w:r>
        <w:rPr>
          <w:rFonts w:ascii="宋体" w:eastAsia="宋体" w:hAnsi="宋体"/>
          <w:sz w:val="28"/>
        </w:rPr>
        <w:t>5、家长在互动墙上写下自己感恩或祝福的话语。</w:t>
      </w:r>
    </w:p>
    <w:p>
      <w:pPr>
        <w:spacing w:before="100" w:after="200" w:line="360" w:lineRule="auto"/>
        <w:ind w:firstLine="576"/>
        <w:jc w:val="left"/>
      </w:pPr>
      <w:r>
        <w:rPr>
          <w:rFonts w:ascii="宋体" w:eastAsia="宋体" w:hAnsi="宋体"/>
          <w:sz w:val="28"/>
        </w:rPr>
        <w:t>6、带领孩子来欣赏感恩墙。</w:t>
      </w:r>
    </w:p>
    <w:p>
      <w:pPr>
        <w:spacing w:before="100" w:after="200" w:line="360" w:lineRule="auto"/>
        <w:ind w:firstLine="576"/>
        <w:jc w:val="left"/>
      </w:pPr>
      <w:r>
        <w:rPr>
          <w:rFonts w:ascii="宋体" w:eastAsia="宋体" w:hAnsi="宋体"/>
          <w:sz w:val="28"/>
        </w:rPr>
        <w:t>[方案范本]幼儿园感恩节活动策划计划之四</w:t>
      </w:r>
    </w:p>
    <w:p>
      <w:pPr>
        <w:spacing w:before="100" w:after="200" w:line="360" w:lineRule="auto"/>
        <w:ind w:firstLine="576"/>
        <w:jc w:val="left"/>
      </w:pPr>
      <w:r>
        <w:rPr>
          <w:rFonts w:ascii="宋体" w:eastAsia="宋体" w:hAnsi="宋体"/>
          <w:sz w:val="28"/>
        </w:rPr>
        <w:t>1、利用网络和图书馆收集有关感恩节的背景知识，相关故事，歌曲征集等。</w:t>
      </w:r>
    </w:p>
    <w:p>
      <w:pPr>
        <w:spacing w:before="100" w:after="200" w:line="360" w:lineRule="auto"/>
        <w:ind w:firstLine="576"/>
        <w:jc w:val="left"/>
      </w:pPr>
      <w:r>
        <w:rPr>
          <w:rFonts w:ascii="宋体" w:eastAsia="宋体" w:hAnsi="宋体"/>
          <w:sz w:val="28"/>
        </w:rPr>
        <w:t>2、各班征集“感恩箴言”。</w:t>
      </w:r>
    </w:p>
    <w:p>
      <w:pPr>
        <w:spacing w:before="100" w:after="200" w:line="360" w:lineRule="auto"/>
        <w:ind w:firstLine="576"/>
        <w:jc w:val="left"/>
      </w:pPr>
      <w:r>
        <w:rPr>
          <w:rFonts w:ascii="宋体" w:eastAsia="宋体" w:hAnsi="宋体"/>
          <w:sz w:val="28"/>
        </w:rPr>
        <w:t>3、整理写给家长的“感谢信”。</w:t>
      </w:r>
    </w:p>
    <w:p>
      <w:pPr>
        <w:spacing w:before="100" w:after="200" w:line="360" w:lineRule="auto"/>
        <w:ind w:firstLine="576"/>
        <w:jc w:val="left"/>
      </w:pPr>
      <w:r>
        <w:rPr>
          <w:rFonts w:ascii="宋体" w:eastAsia="宋体" w:hAnsi="宋体"/>
          <w:sz w:val="28"/>
        </w:rPr>
        <w:t>4、园所环境布置：黑板、海报等。</w:t>
      </w:r>
    </w:p>
    <w:p>
      <w:pPr>
        <w:spacing w:before="100" w:after="200" w:line="360" w:lineRule="auto"/>
        <w:ind w:firstLine="576"/>
        <w:jc w:val="left"/>
      </w:pPr>
      <w:r>
        <w:rPr>
          <w:rFonts w:ascii="宋体" w:eastAsia="宋体" w:hAnsi="宋体"/>
          <w:sz w:val="28"/>
        </w:rPr>
        <w:t>5、制定好活动计划，时间、地点、负责人落实到位。</w:t>
      </w:r>
    </w:p>
    <w:p>
      <w:pPr>
        <w:spacing w:before="100" w:after="200" w:line="360" w:lineRule="auto"/>
        <w:ind w:firstLine="576"/>
        <w:jc w:val="left"/>
      </w:pPr>
      <w:r>
        <w:rPr>
          <w:rFonts w:ascii="宋体" w:eastAsia="宋体" w:hAnsi="宋体"/>
          <w:sz w:val="28"/>
        </w:rPr>
        <w:t>6、表演《感恩的心》手语学习。</w:t>
      </w:r>
    </w:p>
    <w:p>
      <w:pPr>
        <w:spacing w:before="100" w:after="200" w:line="360" w:lineRule="auto"/>
        <w:ind w:firstLine="576"/>
        <w:jc w:val="left"/>
      </w:pPr>
      <w:r>
        <w:rPr>
          <w:rFonts w:ascii="宋体" w:eastAsia="宋体" w:hAnsi="宋体"/>
          <w:sz w:val="28"/>
        </w:rPr>
        <w:t>7、布置感恩互动墙。</w:t>
      </w:r>
    </w:p>
    <w:p>
      <w:pPr>
        <w:spacing w:before="100" w:after="200" w:line="360" w:lineRule="auto"/>
        <w:ind w:firstLine="576"/>
        <w:jc w:val="left"/>
      </w:pPr>
      <w:r>
        <w:rPr>
          <w:rFonts w:ascii="宋体" w:eastAsia="宋体" w:hAnsi="宋体"/>
          <w:sz w:val="28"/>
        </w:rPr>
        <w:t>最新计划书:业感恩节活动策划书范文八篇</w:t>
      </w:r>
    </w:p>
    <w:p>
      <w:pPr>
        <w:sectPr w:rsidSect="00034616">
          <w:type w:val="nextPage"/>
          <w:pgSz w:w="11906" w:h="16838"/>
          <w:pgMar w:top="1440" w:right="1440" w:bottom="1440" w:left="1440" w:header="720" w:footer="720" w:gutter="0"/>
          <w:pgNumType w:start="11"/>
          <w:cols w:space="720"/>
          <w:titlePg w:val="0"/>
          <w:docGrid w:linePitch="360"/>
        </w:sectPr>
      </w:pPr>
      <w:r>
        <w:rPr>
          <w:rFonts w:ascii="黑体" w:eastAsia="黑体" w:hAnsi="黑体"/>
          <w:b/>
          <w:color w:val="FA0000"/>
          <w:sz w:val="28"/>
        </w:rPr>
        <w:t>业感恩节活动策划书【篇一】</w:t>
      </w:r>
    </w:p>
    <w:p>
      <w:pPr>
        <w:spacing w:before="100" w:after="200" w:line="360" w:lineRule="auto"/>
        <w:ind w:firstLine="576"/>
        <w:jc w:val="left"/>
      </w:pPr>
      <w:r>
        <w:rPr>
          <w:rFonts w:ascii="宋体" w:eastAsia="宋体" w:hAnsi="宋体"/>
          <w:sz w:val="28"/>
        </w:rPr>
        <w:t>活动背景</w:t>
      </w:r>
    </w:p>
    <w:p>
      <w:pPr>
        <w:spacing w:before="100" w:after="200" w:line="360" w:lineRule="auto"/>
        <w:ind w:firstLine="576"/>
        <w:jc w:val="left"/>
      </w:pPr>
      <w:r>
        <w:rPr>
          <w:rFonts w:ascii="宋体" w:eastAsia="宋体" w:hAnsi="宋体"/>
          <w:sz w:val="28"/>
        </w:rPr>
        <w:t>如今的孩子，大多都是独生子女，都是在父母亲百般呵护，悉心照料下，无忧无虑的成长。我们接受了太多的爱，渐渐的，连我们自己也把这一切视为理所当然。我们习惯了索取，习惯了“说一不二”，即使父母亲再苦再累也必须满足我们自己的要求，而我们却从不懂得去为父母亲做些什么，分担些什么，稍有些不如意，便大发脾气，甚至以死相逼。面对这并不是“个别现象”的现实，作为大学生的我们不得不开始思考：这是为什么？我们该怎么样做？</w:t>
      </w:r>
    </w:p>
    <w:p>
      <w:pPr>
        <w:spacing w:before="100" w:after="200" w:line="360" w:lineRule="auto"/>
        <w:ind w:firstLine="576"/>
        <w:jc w:val="left"/>
      </w:pPr>
      <w:r>
        <w:rPr>
          <w:rFonts w:ascii="宋体" w:eastAsia="宋体" w:hAnsi="宋体"/>
          <w:sz w:val="28"/>
        </w:rPr>
        <w:t>我想原因很多，但有两个字却不得不提：感恩。现在的许多大学生没有一颗感恩的心，面对他人的帮助，甚至连一声“谢谢”也不会说，这不能不说是社会文明的一种悲哀。</w:t>
      </w:r>
    </w:p>
    <w:p>
      <w:pPr>
        <w:spacing w:before="100" w:after="200" w:line="360" w:lineRule="auto"/>
        <w:ind w:firstLine="576"/>
        <w:jc w:val="left"/>
      </w:pPr>
      <w:r>
        <w:rPr>
          <w:rFonts w:ascii="宋体" w:eastAsia="宋体" w:hAnsi="宋体"/>
          <w:sz w:val="28"/>
        </w:rPr>
        <w:t>为了唤起那已被一层层习惯与世故压在灵魂最深处的善良本性与感恩之心，我们团学组织生活部借西方“感恩节”的机会，在校园内开展“心存感恩，永不言弃”的感恩节系列活动。</w:t>
      </w:r>
    </w:p>
    <w:p>
      <w:pPr>
        <w:spacing w:before="100" w:after="200" w:line="360" w:lineRule="auto"/>
        <w:ind w:firstLine="576"/>
        <w:jc w:val="left"/>
      </w:pPr>
      <w:r>
        <w:rPr>
          <w:rFonts w:ascii="宋体" w:eastAsia="宋体" w:hAnsi="宋体"/>
          <w:sz w:val="28"/>
        </w:rPr>
        <w:t>活动目的</w:t>
      </w:r>
    </w:p>
    <w:p>
      <w:pPr>
        <w:spacing w:before="100" w:after="200" w:line="360" w:lineRule="auto"/>
        <w:ind w:firstLine="576"/>
        <w:jc w:val="left"/>
      </w:pPr>
      <w:r>
        <w:rPr>
          <w:rFonts w:ascii="宋体" w:eastAsia="宋体" w:hAnsi="宋体"/>
          <w:sz w:val="28"/>
        </w:rPr>
        <w:t>十一月的第四个星期四是西方传统节日感恩节。虽然是外国节日，但拥有一个感恩的心却是每个人都应该的。</w:t>
      </w:r>
    </w:p>
    <w:p>
      <w:pPr>
        <w:spacing w:before="100" w:after="200" w:line="360" w:lineRule="auto"/>
        <w:ind w:firstLine="576"/>
        <w:jc w:val="left"/>
      </w:pPr>
      <w:r>
        <w:rPr>
          <w:rFonts w:ascii="宋体" w:eastAsia="宋体" w:hAnsi="宋体"/>
          <w:sz w:val="28"/>
        </w:rPr>
        <w:t>眼睛去看，用耳朵去听，用心灵去感受</w:t>
      </w:r>
    </w:p>
    <w:p>
      <w:pPr>
        <w:spacing w:before="100" w:after="200" w:line="360" w:lineRule="auto"/>
        <w:ind w:firstLine="576"/>
        <w:jc w:val="left"/>
      </w:pPr>
      <w:r>
        <w:rPr>
          <w:rFonts w:ascii="宋体" w:eastAsia="宋体" w:hAnsi="宋体"/>
          <w:sz w:val="28"/>
        </w:rPr>
        <w:t>1明白，生活是一面镜子，你哭她也哭；你笑她也笑。</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通过这一系列活动，让同学们用眼睛去看，用耳朵去听，用心灵去感受，从而在自己的心中培植一种感恩的情感，无论对待父母或者老师，朋友或者对手，快乐或者悲伤，都能以一颗感恩的心去面对。那么，他们就会明白，生活是一面镜子，你哭她也哭；你笑她也笑。</w:t>
      </w:r>
    </w:p>
    <w:p>
      <w:pPr>
        <w:spacing w:before="100" w:after="200" w:line="360" w:lineRule="auto"/>
        <w:ind w:firstLine="576"/>
        <w:jc w:val="left"/>
      </w:pPr>
      <w:r>
        <w:rPr>
          <w:rFonts w:ascii="宋体" w:eastAsia="宋体" w:hAnsi="宋体"/>
          <w:sz w:val="28"/>
        </w:rPr>
        <w:t>2当你心存感恩，生活也将赐予你灿烂的阳光</w:t>
      </w:r>
    </w:p>
    <w:p>
      <w:pPr>
        <w:spacing w:before="100" w:after="200" w:line="360" w:lineRule="auto"/>
        <w:ind w:firstLine="576"/>
        <w:jc w:val="left"/>
      </w:pPr>
      <w:r>
        <w:rPr>
          <w:rFonts w:ascii="宋体" w:eastAsia="宋体" w:hAnsi="宋体"/>
          <w:sz w:val="28"/>
        </w:rPr>
        <w:t>当你心存感恩，生活也将赐予你灿烂的阳光。尤其是当代的大学生多半是独生子女，凡事都先想着自己对父母都很少关心，对一些曾经帮助过自己的人难以言表谢意，所以开展此活动唤起人们的感恩之心，让同学们将自己的真实感情表达出来。</w:t>
      </w:r>
    </w:p>
    <w:p>
      <w:pPr>
        <w:spacing w:before="100" w:after="200" w:line="360" w:lineRule="auto"/>
        <w:ind w:firstLine="576"/>
        <w:jc w:val="left"/>
      </w:pPr>
      <w:r>
        <w:rPr>
          <w:rFonts w:ascii="宋体" w:eastAsia="宋体" w:hAnsi="宋体"/>
          <w:sz w:val="28"/>
        </w:rPr>
        <w:t>3感恩是一种处世哲学，是生活中的大智慧。</w:t>
      </w:r>
    </w:p>
    <w:p>
      <w:pPr>
        <w:spacing w:before="100" w:after="200" w:line="360" w:lineRule="auto"/>
        <w:ind w:firstLine="576"/>
        <w:jc w:val="left"/>
      </w:pPr>
      <w:r>
        <w:rPr>
          <w:rFonts w:ascii="宋体" w:eastAsia="宋体" w:hAnsi="宋体"/>
          <w:sz w:val="28"/>
        </w:rPr>
        <w:t>人生在世，不可能一帆风顺，种种失败与挫折都需要我们勇敢地去面对，豁达地去处理，不是埋怨、消沉、萎靡不振，而是以感恩的心态面对生活，面对自己的一生。</w:t>
      </w:r>
    </w:p>
    <w:p>
      <w:pPr>
        <w:spacing w:before="100" w:after="200" w:line="360" w:lineRule="auto"/>
        <w:ind w:firstLine="576"/>
        <w:jc w:val="left"/>
      </w:pPr>
      <w:r>
        <w:rPr>
          <w:rFonts w:ascii="宋体" w:eastAsia="宋体" w:hAnsi="宋体"/>
          <w:sz w:val="28"/>
        </w:rPr>
        <w:t>活动名称</w:t>
      </w:r>
    </w:p>
    <w:p>
      <w:pPr>
        <w:spacing w:before="100" w:after="200" w:line="360" w:lineRule="auto"/>
        <w:ind w:firstLine="576"/>
        <w:jc w:val="left"/>
      </w:pPr>
      <w:r>
        <w:rPr>
          <w:rFonts w:ascii="宋体" w:eastAsia="宋体" w:hAnsi="宋体"/>
          <w:sz w:val="28"/>
        </w:rPr>
        <w:t>心存感恩，永不言弃</w:t>
      </w:r>
    </w:p>
    <w:p>
      <w:pPr>
        <w:spacing w:before="100" w:after="200" w:line="360" w:lineRule="auto"/>
        <w:ind w:firstLine="576"/>
        <w:jc w:val="left"/>
      </w:pPr>
      <w:r>
        <w:rPr>
          <w:rFonts w:ascii="宋体" w:eastAsia="宋体" w:hAnsi="宋体"/>
          <w:sz w:val="28"/>
        </w:rPr>
        <w:t>活动对象</w:t>
      </w:r>
    </w:p>
    <w:p>
      <w:pPr>
        <w:spacing w:before="100" w:after="200" w:line="360" w:lineRule="auto"/>
        <w:ind w:firstLine="576"/>
        <w:jc w:val="left"/>
      </w:pPr>
      <w:r>
        <w:rPr>
          <w:rFonts w:ascii="宋体" w:eastAsia="宋体" w:hAnsi="宋体"/>
          <w:sz w:val="28"/>
        </w:rPr>
        <w:t>A信息工程学院李院长、汤书记、占院长、郑院长、窦院长、徐主任、毕主任</w:t>
      </w:r>
    </w:p>
    <w:p>
      <w:pPr>
        <w:spacing w:before="100" w:after="200" w:line="360" w:lineRule="auto"/>
        <w:ind w:firstLine="576"/>
        <w:jc w:val="left"/>
      </w:pPr>
      <w:r>
        <w:rPr>
          <w:rFonts w:ascii="宋体" w:eastAsia="宋体" w:hAnsi="宋体"/>
          <w:sz w:val="28"/>
        </w:rPr>
        <w:t>Bxx级联想班班主任及授课教师、16级联想班主任及授课老师</w:t>
      </w:r>
    </w:p>
    <w:p>
      <w:pPr>
        <w:spacing w:before="100" w:after="200" w:line="360" w:lineRule="auto"/>
        <w:ind w:firstLine="576"/>
        <w:jc w:val="left"/>
      </w:pPr>
      <w:r>
        <w:rPr>
          <w:rFonts w:ascii="宋体" w:eastAsia="宋体" w:hAnsi="宋体"/>
          <w:sz w:val="28"/>
        </w:rPr>
        <w:t>Cxx级联想班学生家长</w:t>
      </w:r>
    </w:p>
    <w:p>
      <w:pPr>
        <w:spacing w:before="100" w:after="200" w:line="360" w:lineRule="auto"/>
        <w:ind w:firstLine="576"/>
        <w:jc w:val="left"/>
      </w:pPr>
      <w:r>
        <w:rPr>
          <w:rFonts w:ascii="宋体" w:eastAsia="宋体" w:hAnsi="宋体"/>
          <w:sz w:val="28"/>
        </w:rPr>
        <w:t>活动时间</w:t>
      </w:r>
    </w:p>
    <w:p>
      <w:pPr>
        <w:spacing w:before="100" w:after="200" w:line="360" w:lineRule="auto"/>
        <w:ind w:firstLine="576"/>
        <w:jc w:val="left"/>
      </w:pPr>
      <w:r>
        <w:rPr>
          <w:rFonts w:ascii="宋体" w:eastAsia="宋体" w:hAnsi="宋体"/>
          <w:sz w:val="28"/>
        </w:rPr>
        <w:t>20xx-11-24星期四</w:t>
      </w:r>
    </w:p>
    <w:p>
      <w:pPr>
        <w:spacing w:before="100" w:after="200" w:line="360" w:lineRule="auto"/>
        <w:ind w:firstLine="576"/>
        <w:jc w:val="left"/>
      </w:pPr>
      <w:r>
        <w:rPr>
          <w:rFonts w:ascii="宋体" w:eastAsia="宋体" w:hAnsi="宋体"/>
          <w:sz w:val="28"/>
        </w:rPr>
        <w:t>活动地点</w:t>
      </w:r>
    </w:p>
    <w:p>
      <w:pPr>
        <w:spacing w:before="100" w:after="200" w:line="360" w:lineRule="auto"/>
        <w:ind w:firstLine="576"/>
        <w:jc w:val="left"/>
      </w:pPr>
      <w:r>
        <w:rPr>
          <w:rFonts w:ascii="宋体" w:eastAsia="宋体" w:hAnsi="宋体"/>
          <w:sz w:val="28"/>
        </w:rPr>
        <w:t>九江职业技术学院十里校区+濂溪校区</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https://d.book118.com/137115110131006053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37115110131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