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《绅士们》</w:t>
        <w:br/>
        <w:t>（盖·里奇制&amp;hearts;作&amp;hearts;）</w:t>
        <w:br/>
        <w:t>喂</w:t>
      </w:r>
      <w:r>
        <w:t xml:space="preserve"> 小子</w:t>
        <w:br/>
        <w:t>Oi,</w:t>
      </w:r>
      <w:r>
        <w:t xml:space="preserve"> soft</w:t>
      </w:r>
      <w:r>
        <w:t xml:space="preserve"> lad!</w:t>
        <w:br/>
        <w:t>他可以在那张桌子上数吗</w:t>
        <w:br/>
        <w:t>Do</w:t>
      </w:r>
      <w:r>
        <w:t xml:space="preserve"> you</w:t>
      </w:r>
      <w:r>
        <w:t xml:space="preserve"> mind</w:t>
      </w:r>
      <w:r>
        <w:t xml:space="preserve"> if</w:t>
      </w:r>
      <w:r>
        <w:t xml:space="preserve"> he</w:t>
      </w:r>
      <w:r>
        <w:t xml:space="preserve"> sets</w:t>
      </w:r>
      <w:r>
        <w:t xml:space="preserve"> up</w:t>
      </w:r>
      <w:r>
        <w:t xml:space="preserve"> on</w:t>
      </w:r>
      <w:r>
        <w:t xml:space="preserve"> the</w:t>
      </w:r>
      <w:r>
        <w:t xml:space="preserve"> desk?</w:t>
        <w:br/>
        <w:t>好</w:t>
      </w:r>
      <w:r>
        <w:t xml:space="preserve"> 当然可以</w:t>
      </w:r>
      <w:r>
        <w:t xml:space="preserve"> 坐吧</w:t>
        <w:br/>
        <w:t>Yeah,</w:t>
      </w:r>
      <w:r>
        <w:t xml:space="preserve"> of</w:t>
      </w:r>
      <w:r>
        <w:t xml:space="preserve"> course.</w:t>
      </w:r>
      <w:r>
        <w:t xml:space="preserve"> Take</w:t>
      </w:r>
      <w:r>
        <w:t xml:space="preserve"> a</w:t>
      </w:r>
      <w:r>
        <w:t xml:space="preserve"> seat.</w:t>
        <w:br/>
        <w:t>你知道情况有多糟糕吗</w:t>
      </w:r>
      <w:r>
        <w:t xml:space="preserve"> </w:t>
        <w:br/>
        <w:t>Do</w:t>
      </w:r>
      <w:r>
        <w:t xml:space="preserve"> you</w:t>
      </w:r>
      <w:r>
        <w:t xml:space="preserve"> have</w:t>
      </w:r>
      <w:r>
        <w:t xml:space="preserve"> any</w:t>
      </w:r>
      <w:r>
        <w:t xml:space="preserve"> idea</w:t>
      </w:r>
      <w:r>
        <w:t xml:space="preserve"> how</w:t>
      </w:r>
      <w:r>
        <w:t xml:space="preserve"> bad</w:t>
      </w:r>
      <w:r>
        <w:t xml:space="preserve"> this</w:t>
      </w:r>
      <w:r>
        <w:t xml:space="preserve"> is?</w:t>
        <w:br/>
        <w:t>我感觉自己还是知道的</w:t>
        <w:br/>
        <w:t>I</w:t>
      </w:r>
      <w:r>
        <w:t xml:space="preserve"> think</w:t>
      </w:r>
      <w:r>
        <w:t xml:space="preserve"> I</w:t>
      </w:r>
      <w:r>
        <w:t xml:space="preserve"> have</w:t>
      </w:r>
      <w:r>
        <w:t xml:space="preserve"> some</w:t>
      </w:r>
      <w:r>
        <w:t xml:space="preserve"> idea,</w:t>
      </w:r>
      <w:r>
        <w:t xml:space="preserve"> yeah.</w:t>
        <w:br/>
        <w:t>我可以帮忙处理掉尸体</w:t>
        <w:br/>
        <w:t>I</w:t>
      </w:r>
      <w:r>
        <w:t xml:space="preserve"> can</w:t>
      </w:r>
      <w:r>
        <w:t xml:space="preserve"> help</w:t>
      </w:r>
      <w:r>
        <w:t xml:space="preserve"> get</w:t>
      </w:r>
      <w:r>
        <w:t xml:space="preserve"> rid</w:t>
      </w:r>
      <w:r>
        <w:t xml:space="preserve"> of</w:t>
      </w:r>
      <w:r>
        <w:t xml:space="preserve"> the</w:t>
      </w:r>
      <w:r>
        <w:t xml:space="preserve"> body.</w:t>
        <w:br/>
        <w:t>如果你愿意让我处理的话</w:t>
        <w:br/>
        <w:t>If</w:t>
      </w:r>
      <w:r>
        <w:t xml:space="preserve"> that's</w:t>
      </w:r>
      <w:r>
        <w:t xml:space="preserve"> something</w:t>
      </w:r>
      <w:r>
        <w:t xml:space="preserve"> you</w:t>
      </w:r>
      <w:r>
        <w:t xml:space="preserve"> wanted</w:t>
      </w:r>
      <w:r>
        <w:t xml:space="preserve"> me</w:t>
      </w:r>
      <w:r>
        <w:t xml:space="preserve"> to</w:t>
      </w:r>
      <w:r>
        <w:t xml:space="preserve"> do.</w:t>
        <w:br/>
        <w:t>那他呢</w:t>
        <w:br/>
        <w:t>What</w:t>
      </w:r>
      <w:r>
        <w:t xml:space="preserve"> about</w:t>
      </w:r>
      <w:r>
        <w:t xml:space="preserve"> him?</w:t>
      </w:r>
      <w:r>
        <w:t xml:space="preserve"> </w:t>
        <w:br/>
        <w:t>谁</w:t>
      </w:r>
      <w:r>
        <w:t xml:space="preserve"> </w:t>
        <w:br/>
        <w:t>Who?</w:t>
        <w:br/>
        <w:t>正在数钱的强迫症先生</w:t>
        <w:br/>
        <w:t>Mr.</w:t>
      </w:r>
      <w:r>
        <w:t xml:space="preserve"> OCD</w:t>
      </w:r>
      <w:r>
        <w:t xml:space="preserve"> counting</w:t>
      </w:r>
      <w:r>
        <w:t xml:space="preserve"> the</w:t>
      </w:r>
      <w:r>
        <w:t xml:space="preserve"> money.</w:t>
        <w:br/>
        <w:t>我也可以帮你处理掉他</w:t>
        <w:br/>
        <w:t>I</w:t>
      </w:r>
      <w:r>
        <w:t xml:space="preserve"> can</w:t>
      </w:r>
      <w:r>
        <w:t xml:space="preserve"> help</w:t>
      </w:r>
      <w:r>
        <w:t xml:space="preserve"> you</w:t>
      </w:r>
      <w:r>
        <w:t xml:space="preserve"> deal</w:t>
      </w:r>
      <w:r>
        <w:t xml:space="preserve"> with</w:t>
      </w:r>
      <w:r>
        <w:t xml:space="preserve"> him</w:t>
      </w:r>
      <w:r>
        <w:t xml:space="preserve"> too.</w:t>
        <w:br/>
        <w:t>我们不能杀了他</w:t>
        <w:br/>
        <w:t>We're</w:t>
      </w:r>
      <w:r>
        <w:t xml:space="preserve"> not</w:t>
      </w:r>
      <w:r>
        <w:t xml:space="preserve"> gonna</w:t>
      </w:r>
      <w:r>
        <w:t xml:space="preserve"> kill</w:t>
      </w:r>
      <w:r>
        <w:t xml:space="preserve"> him.</w:t>
        <w:br/>
        <w:t>你有更好的办法吗</w:t>
      </w:r>
      <w:r>
        <w:t xml:space="preserve"> </w:t>
        <w:br/>
        <w:t>You</w:t>
      </w:r>
      <w:r>
        <w:t xml:space="preserve"> got</w:t>
      </w:r>
      <w:r>
        <w:t xml:space="preserve"> any</w:t>
      </w:r>
      <w:r>
        <w:t xml:space="preserve"> better</w:t>
      </w:r>
      <w:r>
        <w:t xml:space="preserve"> ideas?</w:t>
        <w:br/>
        <w:t>整整四百万</w:t>
      </w:r>
      <w:r>
        <w:t xml:space="preserve"> </w:t>
        <w:br/>
        <w:t>Four</w:t>
      </w:r>
      <w:r>
        <w:t xml:space="preserve"> million</w:t>
      </w:r>
      <w:r>
        <w:t xml:space="preserve"> to</w:t>
      </w:r>
      <w:r>
        <w:t xml:space="preserve"> the</w:t>
      </w:r>
      <w:r>
        <w:t xml:space="preserve"> dollar!</w:t>
        <w:br/>
        <w:t>保密</w:t>
        <w:br/>
        <w:t>Zippo.</w:t>
        <w:br/>
        <w:t>什么都不会说</w:t>
        <w:br/>
        <w:t>Say</w:t>
      </w:r>
      <w:r>
        <w:t xml:space="preserve"> nothing.</w:t>
        <w:br/>
        <w:t>是他自找的</w:t>
        <w:br/>
        <w:t>He</w:t>
      </w:r>
      <w:r>
        <w:t xml:space="preserve"> had</w:t>
      </w:r>
      <w:r>
        <w:t xml:space="preserve"> it</w:t>
      </w:r>
      <w:r>
        <w:t xml:space="preserve"> coming.</w:t>
        <w:br/>
        <w:t>过来</w:t>
      </w:r>
      <w:r>
        <w:t xml:space="preserve"> </w:t>
        <w:br/>
        <w:t>Come</w:t>
      </w:r>
      <w:r>
        <w:t xml:space="preserve"> here!</w:t>
        <w:br/>
        <w:t>第二集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剧名：《对付汤米呜呜》</w:t>
        <w:br/>
        <w:t>杰斯罗</w:t>
        <w:br/>
        <w:t>Jethro!</w:t>
        <w:br/>
        <w:t>别他妈跑了</w:t>
        <w:br/>
        <w:t>Stop</w:t>
      </w:r>
      <w:r>
        <w:t xml:space="preserve"> fucking</w:t>
      </w:r>
      <w:r>
        <w:t xml:space="preserve"> running!</w:t>
        <w:br/>
        <w:t>（呼叫埃罗</w:t>
      </w:r>
      <w:r>
        <w:t xml:space="preserve"> 呼叫失败）</w:t>
        <w:br/>
        <w:t>妈的</w:t>
        <w:br/>
        <w:t>Fuck,</w:t>
      </w:r>
      <w:r>
        <w:t xml:space="preserve"> fuck,</w:t>
      </w:r>
      <w:r>
        <w:t xml:space="preserve"> fuck.</w:t>
        <w:br/>
        <w:t>你好吗</w:t>
      </w:r>
      <w:r>
        <w:t xml:space="preserve"> 杰弗</w:t>
        <w:br/>
        <w:t>You</w:t>
      </w:r>
      <w:r>
        <w:t xml:space="preserve"> all</w:t>
      </w:r>
      <w:r>
        <w:t xml:space="preserve"> right,</w:t>
      </w:r>
      <w:r>
        <w:t xml:space="preserve"> Geoff?</w:t>
        <w:br/>
        <w:t>在追猎什么呢</w:t>
      </w:r>
      <w:r>
        <w:t xml:space="preserve"> 阁下</w:t>
        <w:br/>
        <w:t>What</w:t>
      </w:r>
      <w:r>
        <w:t xml:space="preserve"> are</w:t>
      </w:r>
      <w:r>
        <w:t xml:space="preserve"> we</w:t>
      </w:r>
      <w:r>
        <w:t xml:space="preserve"> hunting,</w:t>
      </w:r>
      <w:r>
        <w:t xml:space="preserve"> Your</w:t>
      </w:r>
      <w:r>
        <w:t xml:space="preserve"> Grace?</w:t>
        <w:br/>
        <w:t>蓝色运动服</w:t>
        <w:br/>
        <w:t>Blue</w:t>
      </w:r>
      <w:r>
        <w:t xml:space="preserve"> tracksuit.</w:t>
        <w:br/>
        <w:t>弗雷迪</w:t>
      </w:r>
      <w:r>
        <w:t xml:space="preserve"> 去走北边那条路</w:t>
        <w:br/>
        <w:t>Freddy,</w:t>
      </w:r>
      <w:r>
        <w:t xml:space="preserve"> take</w:t>
      </w:r>
      <w:r>
        <w:t xml:space="preserve"> the</w:t>
      </w:r>
      <w:r>
        <w:t xml:space="preserve"> north</w:t>
      </w:r>
      <w:r>
        <w:t xml:space="preserve"> route.</w:t>
        <w:br/>
        <w:t>我要往东走</w:t>
        <w:br/>
        <w:t>I'm</w:t>
      </w:r>
      <w:r>
        <w:t xml:space="preserve"> gonna</w:t>
      </w:r>
      <w:r>
        <w:t xml:space="preserve"> go</w:t>
      </w:r>
      <w:r>
        <w:t xml:space="preserve"> east.</w:t>
        <w:br/>
        <w:t>你知道该去哪里吗</w:t>
      </w:r>
      <w:r>
        <w:t xml:space="preserve"> </w:t>
        <w:br/>
        <w:t>You</w:t>
      </w:r>
      <w:r>
        <w:t xml:space="preserve"> know</w:t>
      </w:r>
      <w:r>
        <w:t xml:space="preserve"> where</w:t>
      </w:r>
      <w:r>
        <w:t xml:space="preserve"> you're</w:t>
      </w:r>
      <w:r>
        <w:t xml:space="preserve"> going?</w:t>
        <w:br/>
        <w:t>我知道该去哪里</w:t>
        <w:br/>
        <w:t>I</w:t>
      </w:r>
      <w:r>
        <w:t xml:space="preserve"> know</w:t>
      </w:r>
      <w:r>
        <w:t xml:space="preserve"> where</w:t>
      </w:r>
      <w:r>
        <w:t xml:space="preserve"> I'm</w:t>
      </w:r>
      <w:r>
        <w:t xml:space="preserve"> going.</w:t>
        <w:br/>
        <w:t>没有他妈的信&amp;hearts;号&amp;hearts;&amp;hearts;</w:t>
        <w:br/>
        <w:t>There's</w:t>
      </w:r>
      <w:r>
        <w:t xml:space="preserve"> no</w:t>
      </w:r>
      <w:r>
        <w:t xml:space="preserve"> fucking</w:t>
      </w:r>
      <w:r>
        <w:t xml:space="preserve"> signal!</w:t>
        <w:br/>
        <w:t>妈的</w:t>
        <w:br/>
        <w:t>Fuck.</w:t>
        <w:br/>
        <w:t>别他妈跑了</w:t>
      </w:r>
      <w:r>
        <w:t xml:space="preserve"> 杰斯罗</w:t>
        <w:br/>
        <w:t>Stop</w:t>
      </w:r>
      <w:r>
        <w:t xml:space="preserve"> fucking</w:t>
      </w:r>
      <w:r>
        <w:t xml:space="preserve"> running,</w:t>
      </w:r>
      <w:r>
        <w:t xml:space="preserve"> Jethro!</w:t>
        <w:br/>
        <w:t>喘口气</w:t>
      </w:r>
      <w:r>
        <w:t xml:space="preserve"> 孩子</w:t>
        <w:br/>
        <w:t>Take</w:t>
      </w:r>
      <w:r>
        <w:t xml:space="preserve"> a</w:t>
      </w:r>
      <w:r>
        <w:t xml:space="preserve"> breather,</w:t>
      </w:r>
      <w:r>
        <w:t xml:space="preserve"> son.</w:t>
        <w:br/>
        <w:t>够了</w:t>
      </w:r>
      <w:r>
        <w:t xml:space="preserve"> -</w:t>
      </w:r>
      <w:r>
        <w:t xml:space="preserve"> 我什么都不说</w:t>
      </w:r>
      <w:r>
        <w:t xml:space="preserve"> 好吗</w:t>
      </w:r>
      <w:r>
        <w:t xml:space="preserve"> </w:t>
        <w:br/>
        <w:t>Enough.</w:t>
      </w:r>
      <w:r>
        <w:t xml:space="preserve"> -</w:t>
      </w:r>
      <w:r>
        <w:t xml:space="preserve"> I</w:t>
      </w:r>
      <w:r>
        <w:t xml:space="preserve"> won't</w:t>
      </w:r>
      <w:r>
        <w:t xml:space="preserve"> say</w:t>
      </w:r>
      <w:r>
        <w:t xml:space="preserve"> nothing,</w:t>
      </w:r>
      <w:r>
        <w:t xml:space="preserve"> all</w:t>
      </w:r>
      <w:r>
        <w:t xml:space="preserve"> right?</w:t>
        <w:br/>
        <w:t>我什么都没看到</w:t>
      </w:r>
      <w:r>
        <w:t xml:space="preserve"> 好吗</w:t>
      </w:r>
      <w:r>
        <w:t xml:space="preserve"> </w:t>
        <w:br/>
        <w:t>I</w:t>
      </w:r>
      <w:r>
        <w:t xml:space="preserve"> didn't</w:t>
      </w:r>
      <w:r>
        <w:t xml:space="preserve"> see</w:t>
      </w:r>
      <w:r>
        <w:t xml:space="preserve"> anything.</w:t>
      </w:r>
      <w:r>
        <w:t xml:space="preserve"> Okay?</w:t>
        <w:br/>
        <w:t>请不要伤害我</w:t>
        <w:br/>
        <w:t>Please</w:t>
      </w:r>
      <w:r>
        <w:t xml:space="preserve"> don't</w:t>
      </w:r>
      <w:r>
        <w:t xml:space="preserve"> hurt</w:t>
      </w:r>
      <w:r>
        <w:t xml:space="preserve"> me.</w:t>
      </w:r>
      <w:r>
        <w:t xml:space="preserve"> </w:t>
        <w:br/>
        <w:t>我们不会伤害你</w:t>
      </w:r>
      <w:r>
        <w:t xml:space="preserve"> 杰斯罗</w:t>
        <w:br/>
        <w:t>We're</w:t>
      </w:r>
      <w:r>
        <w:t xml:space="preserve"> not</w:t>
      </w:r>
      <w:r>
        <w:t xml:space="preserve"> gonna</w:t>
      </w:r>
      <w:r>
        <w:t xml:space="preserve"> hurt</w:t>
      </w:r>
      <w:r>
        <w:t xml:space="preserve"> you.</w:t>
        <w:br/>
        <w:t>好吗</w:t>
      </w:r>
      <w:r>
        <w:t xml:space="preserve"> 我们能解决这个问题的</w:t>
        <w:br/>
        <w:t>All</w:t>
      </w:r>
      <w:r>
        <w:t xml:space="preserve"> right.</w:t>
      </w:r>
      <w:r>
        <w:t xml:space="preserve"> We</w:t>
      </w:r>
      <w:r>
        <w:t xml:space="preserve"> are</w:t>
      </w:r>
      <w:r>
        <w:t xml:space="preserve"> gonna</w:t>
      </w:r>
      <w:r>
        <w:t xml:space="preserve"> sort</w:t>
      </w:r>
      <w:r>
        <w:t xml:space="preserve"> this</w:t>
      </w:r>
      <w:r>
        <w:t xml:space="preserve"> out.</w:t>
        <w:br/>
        <w:t>解决</w:t>
      </w:r>
      <w:r>
        <w:t xml:space="preserve"> 兄弟</w:t>
      </w:r>
      <w:r>
        <w:t xml:space="preserve"> 你&amp;hearts;他&amp;hearts;妈&amp;hearts;杀了汤米</w:t>
      </w:r>
      <w:r>
        <w:t xml:space="preserve"> </w:t>
        <w:br/>
        <w:t>Sort</w:t>
      </w:r>
      <w:r>
        <w:t xml:space="preserve"> it</w:t>
      </w:r>
      <w:r>
        <w:t xml:space="preserve"> out,</w:t>
      </w:r>
      <w:r>
        <w:t xml:space="preserve"> lad?</w:t>
      </w:r>
      <w:r>
        <w:t xml:space="preserve"> You</w:t>
      </w:r>
      <w:r>
        <w:t xml:space="preserve"> just</w:t>
      </w:r>
      <w:r>
        <w:t xml:space="preserve"> fucking</w:t>
      </w:r>
      <w:r>
        <w:t xml:space="preserve"> killed</w:t>
      </w:r>
      <w:r>
        <w:t xml:space="preserve"> Tommy!</w:t>
        <w:br/>
        <w:t>我向你保证</w:t>
      </w:r>
      <w:r>
        <w:t xml:space="preserve"> 我们不会伤害你</w:t>
        <w:br/>
        <w:t>I</w:t>
      </w:r>
      <w:r>
        <w:t xml:space="preserve"> promise</w:t>
      </w:r>
      <w:r>
        <w:t xml:space="preserve"> you,</w:t>
      </w:r>
      <w:r>
        <w:t xml:space="preserve"> we</w:t>
      </w:r>
      <w:r>
        <w:t xml:space="preserve"> will</w:t>
      </w:r>
      <w:r>
        <w:t xml:space="preserve"> not</w:t>
      </w:r>
      <w:r>
        <w:t xml:space="preserve"> hurt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you.</w:t>
        <w:br/>
        <w:t>好了</w:t>
        <w:br/>
        <w:t>Right.</w:t>
        <w:br/>
        <w:t>搞定这件事吧</w:t>
        <w:br/>
        <w:t>Let's</w:t>
      </w:r>
      <w:r>
        <w:t xml:space="preserve"> finish</w:t>
      </w:r>
      <w:r>
        <w:t xml:space="preserve"> this.</w:t>
        <w:br/>
        <w:t>把枪放下</w:t>
      </w:r>
      <w:r>
        <w:t xml:space="preserve"> 弗雷迪</w:t>
        <w:br/>
        <w:t>Put</w:t>
      </w:r>
      <w:r>
        <w:t xml:space="preserve"> the</w:t>
      </w:r>
      <w:r>
        <w:t xml:space="preserve"> gun</w:t>
      </w:r>
      <w:r>
        <w:t xml:space="preserve"> down.</w:t>
        <w:br/>
        <w:t>不能留目击者</w:t>
      </w:r>
      <w:r>
        <w:t xml:space="preserve"> 老弟</w:t>
        <w:br/>
        <w:t>No</w:t>
      </w:r>
      <w:r>
        <w:t xml:space="preserve"> witnesses,</w:t>
      </w:r>
      <w:r>
        <w:t xml:space="preserve"> brother.</w:t>
        <w:br/>
        <w:t>你&amp;hearts;他&amp;hearts;妈&amp;hearts;到底怎么回事</w:t>
      </w:r>
      <w:r>
        <w:t xml:space="preserve"> 给我</w:t>
        <w:br/>
        <w:t>What</w:t>
      </w:r>
      <w:r>
        <w:t xml:space="preserve"> the</w:t>
      </w:r>
      <w:r>
        <w:t xml:space="preserve"> fuck</w:t>
      </w:r>
      <w:r>
        <w:t xml:space="preserve"> is</w:t>
      </w:r>
      <w:r>
        <w:t xml:space="preserve"> wrong</w:t>
      </w:r>
      <w:r>
        <w:t xml:space="preserve"> with</w:t>
      </w:r>
      <w:r>
        <w:t xml:space="preserve"> you?</w:t>
      </w:r>
      <w:r>
        <w:t xml:space="preserve"> Give</w:t>
      </w:r>
      <w:r>
        <w:t xml:space="preserve"> me</w:t>
      </w:r>
      <w:r>
        <w:t xml:space="preserve"> that.</w:t>
        <w:br/>
        <w:t>把电&amp;hearts;话&amp;hearts;放下</w:t>
        <w:br/>
        <w:t>Put</w:t>
      </w:r>
      <w:r>
        <w:t xml:space="preserve"> the</w:t>
      </w:r>
      <w:r>
        <w:t xml:space="preserve"> phone</w:t>
      </w:r>
      <w:r>
        <w:t xml:space="preserve"> down.</w:t>
        <w:br/>
        <w:t>我叫你把电&amp;hearts;话&amp;hearts;放下</w:t>
      </w:r>
      <w:r>
        <w:t xml:space="preserve"> 杰斯罗</w:t>
        <w:br/>
        <w:t>I</w:t>
      </w:r>
      <w:r>
        <w:t xml:space="preserve"> said</w:t>
      </w:r>
      <w:r>
        <w:t xml:space="preserve"> put</w:t>
      </w:r>
      <w:r>
        <w:t xml:space="preserve"> the</w:t>
      </w:r>
      <w:r>
        <w:t xml:space="preserve"> phone</w:t>
      </w:r>
      <w:r>
        <w:t xml:space="preserve"> down,</w:t>
      </w:r>
      <w:r>
        <w:t xml:space="preserve"> Jethro.</w:t>
        <w:br/>
        <w:t>弗雷迪</w:t>
      </w:r>
      <w:r>
        <w:t xml:space="preserve"> 别...</w:t>
        <w:br/>
        <w:t>Freddy,</w:t>
      </w:r>
      <w:r>
        <w:t xml:space="preserve"> don't...</w:t>
        <w:br/>
        <w:t>通讯结束</w:t>
        <w:br/>
        <w:t>Comms</w:t>
      </w:r>
      <w:r>
        <w:t xml:space="preserve"> nixed.</w:t>
        <w:br/>
        <w:t>干得好</w:t>
        <w:br/>
        <w:t>Well</w:t>
      </w:r>
      <w:r>
        <w:t xml:space="preserve"> done.</w:t>
        <w:br/>
        <w:t>现在麻烦你告诉我</w:t>
        <w:br/>
        <w:t>Now</w:t>
      </w:r>
      <w:r>
        <w:t xml:space="preserve"> you</w:t>
      </w:r>
      <w:r>
        <w:t xml:space="preserve"> can</w:t>
      </w:r>
      <w:r>
        <w:t xml:space="preserve"> tell</w:t>
      </w:r>
      <w:r>
        <w:t xml:space="preserve"> me</w:t>
        <w:br/>
        <w:t>他刚才在联&amp;hearts;系&amp;hearts;谁</w:t>
        <w:br/>
        <w:t>who</w:t>
      </w:r>
      <w:r>
        <w:t xml:space="preserve"> he</w:t>
      </w:r>
      <w:r>
        <w:t xml:space="preserve"> was</w:t>
      </w:r>
      <w:r>
        <w:t xml:space="preserve"> just</w:t>
      </w:r>
      <w:r>
        <w:t xml:space="preserve"> contacting.</w:t>
        <w:br/>
        <w:t>让他们来吧</w:t>
      </w:r>
      <w:r>
        <w:t xml:space="preserve"> 爱迪</w:t>
        <w:br/>
        <w:t>Let</w:t>
      </w:r>
      <w:r>
        <w:t xml:space="preserve"> 'em</w:t>
      </w:r>
      <w:r>
        <w:t xml:space="preserve"> come,</w:t>
      </w:r>
      <w:r>
        <w:t xml:space="preserve"> Eddie.</w:t>
        <w:br/>
        <w:t>让他们他妈尽管来吧</w:t>
        <w:br/>
        <w:t>Let</w:t>
      </w:r>
      <w:r>
        <w:t xml:space="preserve"> 'em</w:t>
      </w:r>
      <w:r>
        <w:t xml:space="preserve"> fucking</w:t>
      </w:r>
      <w:r>
        <w:t xml:space="preserve"> come.</w:t>
        <w:br/>
        <w:t>过来</w:t>
        <w:br/>
        <w:t>Come</w:t>
      </w:r>
      <w:r>
        <w:t xml:space="preserve"> here.</w:t>
        <w:br/>
        <w:t>这他妈是什么意思</w:t>
      </w:r>
      <w:r>
        <w:t xml:space="preserve"> </w:t>
        <w:br/>
        <w:t>What</w:t>
      </w:r>
      <w:r>
        <w:t xml:space="preserve"> the</w:t>
      </w:r>
      <w:r>
        <w:t xml:space="preserve"> fuck</w:t>
      </w:r>
      <w:r>
        <w:t xml:space="preserve"> does</w:t>
      </w:r>
      <w:r>
        <w:t xml:space="preserve"> that</w:t>
      </w:r>
      <w:r>
        <w:t xml:space="preserve"> mean?</w:t>
        <w:br/>
        <w:t>我们都能感受到你的痛苦</w:t>
      </w:r>
      <w:r>
        <w:t xml:space="preserve"> 强尼</w:t>
        <w:br/>
        <w:t>We</w:t>
      </w:r>
      <w:r>
        <w:t xml:space="preserve"> can</w:t>
      </w:r>
      <w:r>
        <w:t xml:space="preserve"> all</w:t>
      </w:r>
      <w:r>
        <w:t xml:space="preserve"> feel</w:t>
      </w:r>
      <w:r>
        <w:t xml:space="preserve"> your</w:t>
      </w:r>
      <w:r>
        <w:t xml:space="preserve"> pain,</w:t>
      </w:r>
      <w:r>
        <w:t xml:space="preserve"> Johnny.</w:t>
        <w:br/>
        <w:t>我们知道你来这里的目的</w:t>
        <w:br/>
        <w:t>We</w:t>
      </w:r>
      <w:r>
        <w:t xml:space="preserve"> know</w:t>
      </w:r>
      <w:r>
        <w:t xml:space="preserve"> why</w:t>
      </w:r>
      <w:r>
        <w:t xml:space="preserve"> you're</w:t>
      </w:r>
      <w:r>
        <w:t xml:space="preserve"> here.</w:t>
        <w:br/>
        <w:t>你任凭自己沉溺在生理感受的荒原中</w:t>
        <w:br/>
        <w:t>You've</w:t>
      </w:r>
      <w:r>
        <w:t xml:space="preserve"> abandoned</w:t>
      </w:r>
      <w:r>
        <w:t xml:space="preserve"> yourself</w:t>
      </w:r>
      <w:r>
        <w:t xml:space="preserve"> to</w:t>
      </w:r>
      <w:r>
        <w:t xml:space="preserve"> the...</w:t>
      </w:r>
      <w:r>
        <w:t xml:space="preserve"> wilderness</w:t>
      </w:r>
      <w:r>
        <w:t xml:space="preserve"> of</w:t>
      </w:r>
      <w:r>
        <w:t xml:space="preserve"> physical</w:t>
      </w:r>
      <w:r>
        <w:t xml:space="preserve"> sensation.</w:t>
        <w:br/>
        <w:t>车不是重点</w:t>
        <w:br/>
        <w:t>It's</w:t>
      </w:r>
      <w:r>
        <w:t xml:space="preserve"> not</w:t>
      </w:r>
      <w:r>
        <w:t xml:space="preserve"> about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car.</w:t>
        <w:br/>
        <w:t>你手腕上的表不是重点</w:t>
        <w:br/>
        <w:t>It's</w:t>
      </w:r>
      <w:r>
        <w:t xml:space="preserve"> not</w:t>
      </w:r>
      <w:r>
        <w:t xml:space="preserve"> about</w:t>
      </w:r>
      <w:r>
        <w:t xml:space="preserve"> the</w:t>
      </w:r>
      <w:r>
        <w:t xml:space="preserve"> kettle</w:t>
      </w:r>
      <w:r>
        <w:t xml:space="preserve"> on</w:t>
      </w:r>
      <w:r>
        <w:t xml:space="preserve"> your</w:t>
      </w:r>
      <w:r>
        <w:t xml:space="preserve"> wrist.</w:t>
        <w:br/>
        <w:t>不管是五克可&amp;hearts;卡&amp;hearts;因&amp;hearts;</w:t>
        <w:br/>
        <w:t>It's</w:t>
      </w:r>
      <w:r>
        <w:t xml:space="preserve"> not</w:t>
      </w:r>
      <w:r>
        <w:t xml:space="preserve"> about</w:t>
      </w:r>
      <w:r>
        <w:t xml:space="preserve"> the</w:t>
      </w:r>
      <w:r>
        <w:t xml:space="preserve"> five</w:t>
      </w:r>
      <w:r>
        <w:t xml:space="preserve"> grams</w:t>
      </w:r>
      <w:r>
        <w:t xml:space="preserve"> of</w:t>
      </w:r>
      <w:r>
        <w:t xml:space="preserve"> chop</w:t>
        <w:br/>
        <w:t>还是他在周五晚上做的其他事</w:t>
      </w:r>
      <w:r>
        <w:t xml:space="preserve"> 都不是重点</w:t>
        <w:br/>
        <w:t>or</w:t>
      </w:r>
      <w:r>
        <w:t xml:space="preserve"> whatever</w:t>
      </w:r>
      <w:r>
        <w:t xml:space="preserve"> it</w:t>
      </w:r>
      <w:r>
        <w:t xml:space="preserve"> is</w:t>
      </w:r>
      <w:r>
        <w:t xml:space="preserve"> he</w:t>
      </w:r>
      <w:r>
        <w:t xml:space="preserve"> gets</w:t>
      </w:r>
      <w:r>
        <w:t xml:space="preserve"> up</w:t>
      </w:r>
      <w:r>
        <w:t xml:space="preserve"> to</w:t>
      </w:r>
      <w:r>
        <w:t xml:space="preserve"> on</w:t>
      </w:r>
      <w:r>
        <w:t xml:space="preserve"> a</w:t>
      </w:r>
      <w:r>
        <w:t xml:space="preserve"> Friday</w:t>
      </w:r>
      <w:r>
        <w:t xml:space="preserve"> night.</w:t>
        <w:br/>
        <w:t>你知道那片土地很贫瘠</w:t>
        <w:br/>
        <w:t>You</w:t>
      </w:r>
      <w:r>
        <w:t xml:space="preserve"> know</w:t>
      </w:r>
      <w:r>
        <w:t xml:space="preserve"> that</w:t>
      </w:r>
      <w:r>
        <w:t xml:space="preserve"> land</w:t>
      </w:r>
      <w:r>
        <w:t xml:space="preserve"> is</w:t>
      </w:r>
      <w:r>
        <w:t xml:space="preserve"> barren.</w:t>
        <w:br/>
        <w:t>所以你才会来这里</w:t>
        <w:br/>
        <w:t>That's</w:t>
      </w:r>
      <w:r>
        <w:t xml:space="preserve"> why</w:t>
      </w:r>
      <w:r>
        <w:t xml:space="preserve"> you're</w:t>
      </w:r>
      <w:r>
        <w:t xml:space="preserve"> here.</w:t>
        <w:br/>
        <w:t>所以我们才会来这里</w:t>
        <w:br/>
        <w:t>That's</w:t>
      </w:r>
      <w:r>
        <w:t xml:space="preserve"> why</w:t>
      </w:r>
      <w:r>
        <w:t xml:space="preserve"> we're</w:t>
      </w:r>
      <w:r>
        <w:t xml:space="preserve"> all</w:t>
      </w:r>
      <w:r>
        <w:t xml:space="preserve"> here.</w:t>
        <w:br/>
        <w:t>我们可以给你</w:t>
        <w:br/>
        <w:t>We</w:t>
      </w:r>
      <w:r>
        <w:t xml:space="preserve"> can</w:t>
      </w:r>
      <w:r>
        <w:t xml:space="preserve"> offer</w:t>
      </w:r>
      <w:r>
        <w:t xml:space="preserve"> you...</w:t>
        <w:br/>
        <w:t>爱</w:t>
        <w:br/>
        <w:t>love...</w:t>
        <w:br/>
        <w:t>兄弟情</w:t>
        <w:br/>
        <w:t>and</w:t>
      </w:r>
      <w:r>
        <w:t xml:space="preserve"> fraternity.</w:t>
        <w:br/>
        <w:t>而外面的世界</w:t>
        <w:br/>
        <w:t>Whereas</w:t>
      </w:r>
      <w:r>
        <w:t xml:space="preserve"> the</w:t>
      </w:r>
      <w:r>
        <w:t xml:space="preserve"> world</w:t>
      </w:r>
      <w:r>
        <w:t xml:space="preserve"> out</w:t>
      </w:r>
      <w:r>
        <w:t xml:space="preserve"> there</w:t>
        <w:br/>
        <w:t>只能给你</w:t>
        <w:br/>
        <w:t>can</w:t>
      </w:r>
      <w:r>
        <w:t xml:space="preserve"> offer</w:t>
      </w:r>
      <w:r>
        <w:t xml:space="preserve"> you</w:t>
      </w:r>
      <w:r>
        <w:t xml:space="preserve"> nothing</w:t>
        <w:br/>
        <w:t>一副满是空心骨头的棺材</w:t>
        <w:br/>
        <w:t>except</w:t>
      </w:r>
      <w:r>
        <w:t xml:space="preserve"> a</w:t>
      </w:r>
      <w:r>
        <w:t xml:space="preserve"> coffin</w:t>
      </w:r>
      <w:r>
        <w:t xml:space="preserve"> full</w:t>
      </w:r>
      <w:r>
        <w:t xml:space="preserve"> of</w:t>
      </w:r>
      <w:r>
        <w:t xml:space="preserve"> hollow</w:t>
      </w:r>
      <w:r>
        <w:t xml:space="preserve"> bones.</w:t>
        <w:br/>
        <w:t>所以闭上双眼</w:t>
        <w:br/>
        <w:t>So</w:t>
      </w:r>
      <w:r>
        <w:t xml:space="preserve"> close</w:t>
      </w:r>
      <w:r>
        <w:t xml:space="preserve"> your</w:t>
      </w:r>
      <w:r>
        <w:t xml:space="preserve"> eyes</w:t>
        <w:br/>
        <w:t>敞开心扉</w:t>
        <w:br/>
        <w:t>and</w:t>
      </w:r>
      <w:r>
        <w:t xml:space="preserve"> open</w:t>
      </w:r>
      <w:r>
        <w:t xml:space="preserve"> your</w:t>
      </w:r>
      <w:r>
        <w:t xml:space="preserve"> heart</w:t>
        <w:br/>
        <w:t>接受上帝</w:t>
        <w:br/>
        <w:t>to</w:t>
      </w:r>
      <w:r>
        <w:t xml:space="preserve"> God.</w:t>
        <w:br/>
        <w:t>好了</w:t>
      </w:r>
      <w:r>
        <w:t xml:space="preserve"> 我们都花点时间深思一下</w:t>
        <w:br/>
        <w:t>Okay,</w:t>
      </w:r>
      <w:r>
        <w:t xml:space="preserve"> let's</w:t>
      </w:r>
      <w:r>
        <w:t xml:space="preserve"> all</w:t>
      </w:r>
      <w:r>
        <w:t xml:space="preserve"> take</w:t>
      </w:r>
      <w:r>
        <w:t xml:space="preserve"> a</w:t>
      </w:r>
      <w:r>
        <w:t xml:space="preserve"> moment</w:t>
      </w:r>
      <w:r>
        <w:t xml:space="preserve"> to</w:t>
      </w:r>
      <w:r>
        <w:t xml:space="preserve"> cogitate.</w:t>
        <w:br/>
        <w:t>马克西</w:t>
        <w:br/>
        <w:t>Maxie.</w:t>
        <w:br/>
        <w:t>交给你了</w:t>
        <w:br/>
        <w:t>Take</w:t>
      </w:r>
      <w:r>
        <w:t xml:space="preserve"> over.</w:t>
        <w:br/>
        <w:t>抱歉</w:t>
      </w:r>
      <w:r>
        <w:t xml:space="preserve"> 约翰</w:t>
      </w:r>
      <w:r>
        <w:t xml:space="preserve"> 但我们联&amp;hearts;系&amp;hearts;不到汤米了</w:t>
        <w:br/>
        <w:t>Sorry,</w:t>
      </w:r>
      <w:r>
        <w:t xml:space="preserve"> John,</w:t>
      </w:r>
      <w:r>
        <w:t xml:space="preserve"> but</w:t>
      </w:r>
      <w:r>
        <w:t xml:space="preserve"> we</w:t>
      </w:r>
      <w:r>
        <w:t xml:space="preserve"> can't</w:t>
      </w:r>
      <w:r>
        <w:t xml:space="preserve"> get</w:t>
      </w:r>
      <w:r>
        <w:t xml:space="preserve"> hold</w:t>
      </w:r>
      <w:r>
        <w:t xml:space="preserve"> of</w:t>
      </w:r>
      <w:r>
        <w:t xml:space="preserve"> our</w:t>
      </w:r>
      <w:r>
        <w:t xml:space="preserve"> Tommy.</w:t>
        <w:br/>
        <w:t>他不接电&amp;hearts;话&amp;hearts;</w:t>
      </w:r>
      <w:r>
        <w:t xml:space="preserve"> -</w:t>
      </w:r>
      <w:r>
        <w:t xml:space="preserve"> 那又怎样</w:t>
      </w:r>
      <w:r>
        <w:t xml:space="preserve"> </w:t>
        <w:br/>
        <w:t>He's</w:t>
      </w:r>
      <w:r>
        <w:t xml:space="preserve"> not</w:t>
      </w:r>
      <w:r>
        <w:t xml:space="preserve"> answering</w:t>
      </w:r>
      <w:r>
        <w:t xml:space="preserve"> his</w:t>
      </w:r>
      <w:r>
        <w:t xml:space="preserve"> phone.</w:t>
      </w:r>
      <w:r>
        <w:t xml:space="preserve"> -</w:t>
      </w:r>
      <w:r>
        <w:t xml:space="preserve"> So?</w:t>
        <w:br/>
        <w:t>他本该去拿那笔钱</w:t>
      </w:r>
      <w:r>
        <w:t xml:space="preserve"> 但现在不见了</w:t>
        <w:br/>
        <w:t>He</w:t>
      </w:r>
      <w:r>
        <w:t xml:space="preserve"> was</w:t>
      </w:r>
      <w:r>
        <w:t xml:space="preserve"> supposed</w:t>
      </w:r>
      <w:r>
        <w:t xml:space="preserve"> to</w:t>
      </w:r>
      <w:r>
        <w:t xml:space="preserve"> be</w:t>
      </w:r>
      <w:r>
        <w:t xml:space="preserve"> picking</w:t>
      </w:r>
      <w:r>
        <w:t xml:space="preserve"> up</w:t>
      </w:r>
      <w:r>
        <w:t xml:space="preserve"> that</w:t>
      </w:r>
      <w:r>
        <w:t xml:space="preserve"> money.</w:t>
      </w:r>
      <w:r>
        <w:t xml:space="preserve"> He's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disappeared.</w:t>
        <w:br/>
        <w:t>可能是去哪里寻欢作乐了</w:t>
        <w:br/>
        <w:t>Probably</w:t>
      </w:r>
      <w:r>
        <w:t xml:space="preserve"> up</w:t>
      </w:r>
      <w:r>
        <w:t xml:space="preserve"> to</w:t>
      </w:r>
      <w:r>
        <w:t xml:space="preserve"> no</w:t>
      </w:r>
      <w:r>
        <w:t xml:space="preserve"> good</w:t>
      </w:r>
      <w:r>
        <w:t xml:space="preserve"> somewhere.</w:t>
        <w:br/>
        <w:t>通常我是不会担心的</w:t>
        <w:br/>
        <w:t>Normally</w:t>
      </w:r>
      <w:r>
        <w:t xml:space="preserve"> I</w:t>
      </w:r>
      <w:r>
        <w:t xml:space="preserve"> wouldn't</w:t>
      </w:r>
      <w:r>
        <w:t xml:space="preserve"> worry,</w:t>
        <w:br/>
        <w:t>但我刚收到杰斯罗的短&amp;hearts;信&amp;hearts;</w:t>
      </w:r>
      <w:r>
        <w:t xml:space="preserve"> 他和汤米一起去的</w:t>
        <w:br/>
        <w:t>but</w:t>
      </w:r>
      <w:r>
        <w:t xml:space="preserve"> I've</w:t>
      </w:r>
      <w:r>
        <w:t xml:space="preserve"> just</w:t>
      </w:r>
      <w:r>
        <w:t xml:space="preserve"> got</w:t>
      </w:r>
      <w:r>
        <w:t xml:space="preserve"> a</w:t>
      </w:r>
      <w:r>
        <w:t xml:space="preserve"> text</w:t>
      </w:r>
      <w:r>
        <w:t xml:space="preserve"> off</w:t>
      </w:r>
      <w:r>
        <w:t xml:space="preserve"> Jethro,</w:t>
      </w:r>
      <w:r>
        <w:t xml:space="preserve"> who</w:t>
      </w:r>
      <w:r>
        <w:t xml:space="preserve"> he</w:t>
      </w:r>
      <w:r>
        <w:t xml:space="preserve"> was</w:t>
      </w:r>
      <w:r>
        <w:t xml:space="preserve"> with.</w:t>
        <w:br/>
        <w:t>说了什么</w:t>
      </w:r>
      <w:r>
        <w:t xml:space="preserve"> </w:t>
        <w:br/>
        <w:t>What</w:t>
      </w:r>
      <w:r>
        <w:t xml:space="preserve"> did</w:t>
      </w:r>
      <w:r>
        <w:t xml:space="preserve"> it</w:t>
      </w:r>
      <w:r>
        <w:t xml:space="preserve"> say?</w:t>
        <w:br/>
        <w:t>有点模棱两可</w:t>
        <w:br/>
        <w:t>It</w:t>
      </w:r>
      <w:r>
        <w:t xml:space="preserve"> was...</w:t>
      </w:r>
      <w:r>
        <w:t xml:space="preserve"> ambiguous.</w:t>
        <w:br/>
        <w:t>什么叫“模棱两可”</w:t>
      </w:r>
      <w:r>
        <w:t xml:space="preserve"> </w:t>
        <w:br/>
        <w:t>What</w:t>
      </w:r>
      <w:r>
        <w:t xml:space="preserve"> do</w:t>
      </w:r>
      <w:r>
        <w:t xml:space="preserve"> you</w:t>
      </w:r>
      <w:r>
        <w:t xml:space="preserve"> mean,</w:t>
      </w:r>
      <w:r>
        <w:t xml:space="preserve"> "It</w:t>
      </w:r>
      <w:r>
        <w:t xml:space="preserve"> was</w:t>
      </w:r>
      <w:r>
        <w:t xml:space="preserve"> ambiguous"?</w:t>
        <w:br/>
        <w:t>信息不明确</w:t>
      </w:r>
      <w:r>
        <w:t xml:space="preserve"> 看你怎么理解了</w:t>
        <w:br/>
        <w:t>Not</w:t>
      </w:r>
      <w:r>
        <w:t xml:space="preserve"> clear.</w:t>
      </w:r>
      <w:r>
        <w:t xml:space="preserve"> Open</w:t>
      </w:r>
      <w:r>
        <w:t xml:space="preserve"> to</w:t>
      </w:r>
      <w:r>
        <w:t xml:space="preserve"> interpretation.</w:t>
        <w:br/>
        <w:t>我知道模棱两可的意思</w:t>
      </w:r>
      <w:r>
        <w:t xml:space="preserve"> 埃罗</w:t>
      </w:r>
      <w:r>
        <w:t xml:space="preserve"> 短&amp;hearts;信&amp;hearts;是怎么说的</w:t>
      </w:r>
      <w:r>
        <w:t xml:space="preserve"> </w:t>
        <w:br/>
        <w:t>I</w:t>
      </w:r>
      <w:r>
        <w:t xml:space="preserve"> know</w:t>
      </w:r>
      <w:r>
        <w:t xml:space="preserve"> what</w:t>
      </w:r>
      <w:r>
        <w:t xml:space="preserve"> ambiguous</w:t>
      </w:r>
      <w:r>
        <w:t xml:space="preserve"> means,</w:t>
      </w:r>
      <w:r>
        <w:t xml:space="preserve"> Errol.</w:t>
      </w:r>
      <w:r>
        <w:t xml:space="preserve"> What</w:t>
      </w:r>
      <w:r>
        <w:t xml:space="preserve"> did</w:t>
      </w:r>
      <w:r>
        <w:t xml:space="preserve"> the</w:t>
      </w:r>
      <w:r>
        <w:t xml:space="preserve"> text</w:t>
      </w:r>
      <w:r>
        <w:t xml:space="preserve"> say?</w:t>
        <w:br/>
        <w:t>好了</w:t>
      </w:r>
      <w:r>
        <w:t xml:space="preserve"> 把他塞进后面</w:t>
        <w:br/>
        <w:t>All</w:t>
      </w:r>
      <w:r>
        <w:t xml:space="preserve"> right.</w:t>
      </w:r>
      <w:r>
        <w:t xml:space="preserve"> Shove</w:t>
      </w:r>
      <w:r>
        <w:t xml:space="preserve"> him</w:t>
      </w:r>
      <w:r>
        <w:t xml:space="preserve"> in</w:t>
      </w:r>
      <w:r>
        <w:t xml:space="preserve"> the</w:t>
      </w:r>
      <w:r>
        <w:t xml:space="preserve"> back.</w:t>
        <w:br/>
        <w:t>事情解决之前</w:t>
      </w:r>
      <w:r>
        <w:t xml:space="preserve"> 先把他安置在安全的地方</w:t>
        <w:br/>
        <w:t>We'll</w:t>
      </w:r>
      <w:r>
        <w:t xml:space="preserve"> put</w:t>
      </w:r>
      <w:r>
        <w:t xml:space="preserve"> him</w:t>
      </w:r>
      <w:r>
        <w:t xml:space="preserve"> somewhere</w:t>
      </w:r>
      <w:r>
        <w:t xml:space="preserve"> safe</w:t>
      </w:r>
      <w:r>
        <w:t xml:space="preserve"> till</w:t>
      </w:r>
      <w:r>
        <w:t xml:space="preserve"> we</w:t>
      </w:r>
      <w:r>
        <w:t xml:space="preserve"> get</w:t>
      </w:r>
      <w:r>
        <w:t xml:space="preserve"> things</w:t>
      </w:r>
      <w:r>
        <w:t xml:space="preserve"> straightened</w:t>
      </w:r>
      <w:r>
        <w:t xml:space="preserve"> out.</w:t>
        <w:br/>
        <w:t>你的冰柜有多大</w:t>
        <w:br/>
        <w:t>How</w:t>
      </w:r>
      <w:r>
        <w:t xml:space="preserve"> big's</w:t>
      </w:r>
      <w:r>
        <w:t xml:space="preserve"> your</w:t>
      </w:r>
      <w:r>
        <w:t xml:space="preserve"> freezer?</w:t>
        <w:br/>
        <w:t>不够大</w:t>
        <w:br/>
        <w:t>Not</w:t>
      </w:r>
      <w:r>
        <w:t xml:space="preserve"> big</w:t>
      </w:r>
      <w:r>
        <w:t xml:space="preserve"> enough.</w:t>
        <w:br/>
        <w:t>书房&amp;hearts;的门有锁吗</w:t>
      </w:r>
      <w:r>
        <w:t xml:space="preserve"> </w:t>
        <w:br/>
        <w:t>Is</w:t>
      </w:r>
      <w:r>
        <w:t xml:space="preserve"> there</w:t>
      </w:r>
      <w:r>
        <w:t xml:space="preserve"> a</w:t>
      </w:r>
      <w:r>
        <w:t xml:space="preserve"> lock</w:t>
      </w:r>
      <w:r>
        <w:t xml:space="preserve"> on</w:t>
      </w:r>
      <w:r>
        <w:t xml:space="preserve"> the</w:t>
      </w:r>
      <w:r>
        <w:t xml:space="preserve"> study?</w:t>
        <w:br/>
        <w:t>有的</w:t>
        <w:br/>
        <w:t>Yeah.</w:t>
        <w:br/>
        <w:t>拉上百叶窗</w:t>
      </w:r>
      <w:r>
        <w:t xml:space="preserve"> 锁上门</w:t>
      </w:r>
      <w:r>
        <w:t xml:space="preserve"> 不要让任何人进出</w:t>
        <w:br/>
        <w:t>Draw</w:t>
      </w:r>
      <w:r>
        <w:t xml:space="preserve"> the</w:t>
      </w:r>
      <w:r>
        <w:t xml:space="preserve"> shutters,</w:t>
      </w:r>
      <w:r>
        <w:t xml:space="preserve"> lock</w:t>
      </w:r>
      <w:r>
        <w:t xml:space="preserve"> the</w:t>
      </w:r>
      <w:r>
        <w:t xml:space="preserve"> doors,</w:t>
      </w:r>
      <w:r>
        <w:t xml:space="preserve"> don't</w:t>
      </w:r>
      <w:r>
        <w:t xml:space="preserve"> let</w:t>
      </w:r>
      <w:r>
        <w:t xml:space="preserve"> anyone</w:t>
      </w:r>
      <w:r>
        <w:t xml:space="preserve"> in</w:t>
      </w:r>
      <w:r>
        <w:t xml:space="preserve"> or</w:t>
      </w:r>
      <w:r>
        <w:t xml:space="preserve"> out.</w:t>
        <w:br/>
        <w:t>房&amp;hearts;子里有多少人</w:t>
      </w:r>
      <w:r>
        <w:t xml:space="preserve"> </w:t>
        <w:br/>
        <w:t>How</w:t>
      </w:r>
      <w:r>
        <w:t xml:space="preserve"> many</w:t>
      </w:r>
      <w:r>
        <w:t xml:space="preserve"> people</w:t>
      </w:r>
      <w:r>
        <w:t xml:space="preserve"> are</w:t>
      </w:r>
      <w:r>
        <w:t xml:space="preserve"> in</w:t>
      </w:r>
      <w:r>
        <w:t xml:space="preserve"> the</w:t>
      </w:r>
      <w:r>
        <w:t xml:space="preserve"> house?</w:t>
      </w:r>
      <w:r>
        <w:t xml:space="preserve"> </w:t>
        <w:br/>
        <w:t>只有我妈妈和大约二十名员工</w:t>
        <w:br/>
        <w:t>Just</w:t>
      </w:r>
      <w:r>
        <w:t xml:space="preserve"> my</w:t>
      </w:r>
      <w:r>
        <w:t xml:space="preserve"> mum</w:t>
      </w:r>
      <w:r>
        <w:t xml:space="preserve"> and</w:t>
      </w:r>
      <w:r>
        <w:t xml:space="preserve"> about</w:t>
      </w:r>
      <w:r>
        <w:t xml:space="preserve"> 20</w:t>
      </w:r>
      <w:r>
        <w:t xml:space="preserve"> staff.</w:t>
        <w:br/>
        <w:t>你去跟员工说</w:t>
      </w:r>
      <w:r>
        <w:t xml:space="preserve"> 今天的工作结束了</w:t>
        <w:br/>
        <w:t>You,</w:t>
      </w:r>
      <w:r>
        <w:t xml:space="preserve"> tell</w:t>
      </w:r>
      <w:r>
        <w:t xml:space="preserve"> the</w:t>
      </w:r>
      <w:r>
        <w:t xml:space="preserve"> staff</w:t>
      </w:r>
      <w:r>
        <w:t xml:space="preserve"> they've</w:t>
      </w:r>
      <w:r>
        <w:t xml:space="preserve"> got</w:t>
      </w:r>
      <w:r>
        <w:t xml:space="preserve"> the</w:t>
      </w:r>
      <w:r>
        <w:t xml:space="preserve"> rest</w:t>
      </w:r>
      <w:r>
        <w:t xml:space="preserve"> of</w:t>
      </w:r>
      <w:r>
        <w:t xml:space="preserve"> the</w:t>
      </w:r>
      <w:r>
        <w:t xml:space="preserve"> day</w:t>
      </w:r>
      <w:r>
        <w:t xml:space="preserve"> off,</w:t>
        <w:br/>
        <w:t>然后耐心等待</w:t>
      </w:r>
      <w:r>
        <w:t xml:space="preserve"> 什么都别做</w:t>
        <w:br/>
        <w:t>then</w:t>
      </w:r>
      <w:r>
        <w:t xml:space="preserve"> sit</w:t>
      </w:r>
      <w:r>
        <w:t xml:space="preserve"> tight</w:t>
      </w:r>
      <w:r>
        <w:t xml:space="preserve"> and</w:t>
      </w:r>
      <w:r>
        <w:t xml:space="preserve"> do</w:t>
      </w:r>
      <w:r>
        <w:t xml:space="preserve"> nothing.</w:t>
        <w:br/>
        <w:t>好</w:t>
      </w:r>
      <w:r>
        <w:t xml:space="preserve"> 二十名员工</w:t>
      </w:r>
      <w:r>
        <w:t xml:space="preserve"> 让他们下班</w:t>
      </w:r>
      <w:r>
        <w:t xml:space="preserve"> 我明白</w:t>
      </w:r>
      <w:r>
        <w:t xml:space="preserve"> 记下来了</w:t>
        <w:br/>
        <w:t>Twenty</w:t>
      </w:r>
      <w:r>
        <w:t xml:space="preserve"> staff,</w:t>
      </w:r>
      <w:r>
        <w:t xml:space="preserve"> rest</w:t>
      </w:r>
      <w:r>
        <w:t xml:space="preserve"> of</w:t>
      </w:r>
      <w:r>
        <w:t xml:space="preserve"> the</w:t>
      </w:r>
      <w:r>
        <w:t xml:space="preserve"> day</w:t>
      </w:r>
      <w:r>
        <w:t xml:space="preserve"> off,</w:t>
      </w:r>
      <w:r>
        <w:t xml:space="preserve"> I</w:t>
      </w:r>
      <w:r>
        <w:t xml:space="preserve"> got</w:t>
      </w:r>
      <w:r>
        <w:t xml:space="preserve"> that.</w:t>
      </w:r>
      <w:r>
        <w:t xml:space="preserve"> Logged.</w:t>
        <w:br/>
        <w:t>爱德华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你负责他</w:t>
        <w:br/>
        <w:t>Edward,</w:t>
      </w:r>
      <w:r>
        <w:t xml:space="preserve"> you</w:t>
      </w:r>
      <w:r>
        <w:t xml:space="preserve"> control</w:t>
      </w:r>
      <w:r>
        <w:t xml:space="preserve"> him.</w:t>
        <w:br/>
        <w:t>好</w:t>
      </w:r>
      <w:r>
        <w:t xml:space="preserve"> 交给我吧</w:t>
        <w:br/>
        <w:t>Yeah.</w:t>
      </w:r>
      <w:r>
        <w:t xml:space="preserve"> Leave</w:t>
      </w:r>
      <w:r>
        <w:t xml:space="preserve"> it</w:t>
      </w:r>
      <w:r>
        <w:t xml:space="preserve"> with</w:t>
      </w:r>
      <w:r>
        <w:t xml:space="preserve"> me.</w:t>
        <w:br/>
        <w:t>那就来吧</w:t>
        <w:br/>
        <w:t>Come</w:t>
      </w:r>
      <w:r>
        <w:t xml:space="preserve"> on,</w:t>
      </w:r>
      <w:r>
        <w:t xml:space="preserve"> then.</w:t>
        <w:br/>
        <w:t>你</w:t>
      </w:r>
      <w:r>
        <w:t xml:space="preserve"> 上车</w:t>
      </w:r>
      <w:r>
        <w:t xml:space="preserve"> 赶紧</w:t>
        <w:br/>
        <w:t>You.</w:t>
      </w:r>
      <w:r>
        <w:t xml:space="preserve"> Car.</w:t>
      </w:r>
      <w:r>
        <w:t xml:space="preserve"> Now.</w:t>
        <w:br/>
        <w:t>好了</w:t>
      </w:r>
      <w:r>
        <w:t xml:space="preserve"> 来吧</w:t>
      </w:r>
      <w:r>
        <w:t xml:space="preserve"> 坐下</w:t>
        <w:br/>
        <w:t>All</w:t>
      </w:r>
      <w:r>
        <w:t xml:space="preserve"> right,</w:t>
      </w:r>
      <w:r>
        <w:t xml:space="preserve"> come</w:t>
      </w:r>
      <w:r>
        <w:t xml:space="preserve"> on,</w:t>
      </w:r>
      <w:r>
        <w:t xml:space="preserve"> sit</w:t>
      </w:r>
      <w:r>
        <w:t xml:space="preserve"> down.</w:t>
        <w:br/>
        <w:t>去找工作人员</w:t>
      </w:r>
      <w:r>
        <w:t xml:space="preserve"> 别跟其他人说话</w:t>
        <w:br/>
        <w:t>Speak</w:t>
      </w:r>
      <w:r>
        <w:t xml:space="preserve"> to</w:t>
      </w:r>
      <w:r>
        <w:t xml:space="preserve"> the</w:t>
      </w:r>
      <w:r>
        <w:t xml:space="preserve"> staff.</w:t>
      </w:r>
      <w:r>
        <w:t xml:space="preserve"> Don't</w:t>
      </w:r>
      <w:r>
        <w:t xml:space="preserve"> talk</w:t>
      </w:r>
      <w:r>
        <w:t xml:space="preserve"> to</w:t>
      </w:r>
      <w:r>
        <w:t xml:space="preserve"> anyone</w:t>
      </w:r>
      <w:r>
        <w:t xml:space="preserve"> else.</w:t>
        <w:br/>
        <w:t>是啊</w:t>
      </w:r>
      <w:r>
        <w:t xml:space="preserve"> 我他妈明白</w:t>
      </w:r>
      <w:r>
        <w:t xml:space="preserve"> 没问题</w:t>
        <w:br/>
        <w:t>Yeah.</w:t>
      </w:r>
      <w:r>
        <w:t xml:space="preserve"> No,</w:t>
      </w:r>
      <w:r>
        <w:t xml:space="preserve"> I'm</w:t>
      </w:r>
      <w:r>
        <w:t xml:space="preserve"> fucking</w:t>
      </w:r>
      <w:r>
        <w:t xml:space="preserve"> golden.</w:t>
      </w:r>
      <w:r>
        <w:t xml:space="preserve"> It's</w:t>
      </w:r>
      <w:r>
        <w:t xml:space="preserve"> all</w:t>
      </w:r>
      <w:r>
        <w:t xml:space="preserve"> good.</w:t>
        <w:br/>
        <w:t>就是信息量有点多</w:t>
      </w:r>
      <w:r>
        <w:t xml:space="preserve"> 是吧</w:t>
      </w:r>
      <w:r>
        <w:t xml:space="preserve"> </w:t>
        <w:br/>
        <w:t>It's</w:t>
      </w:r>
      <w:r>
        <w:t xml:space="preserve"> just,</w:t>
      </w:r>
      <w:r>
        <w:t xml:space="preserve"> uh...It's</w:t>
      </w:r>
      <w:r>
        <w:t xml:space="preserve"> a</w:t>
      </w:r>
      <w:r>
        <w:t xml:space="preserve"> lot</w:t>
      </w:r>
      <w:r>
        <w:t xml:space="preserve"> to</w:t>
      </w:r>
      <w:r>
        <w:t xml:space="preserve"> take</w:t>
      </w:r>
      <w:r>
        <w:t xml:space="preserve"> in,</w:t>
      </w:r>
      <w:r>
        <w:t xml:space="preserve"> isn't</w:t>
      </w:r>
      <w:r>
        <w:t xml:space="preserve"> it?</w:t>
        <w:br/>
        <w:t>我感觉一切突然变得现实了</w:t>
        <w:br/>
        <w:t>I</w:t>
      </w:r>
      <w:r>
        <w:t xml:space="preserve"> just</w:t>
      </w:r>
      <w:r>
        <w:t xml:space="preserve"> feel</w:t>
      </w:r>
      <w:r>
        <w:t xml:space="preserve"> like</w:t>
      </w:r>
      <w:r>
        <w:t xml:space="preserve"> everything's</w:t>
      </w:r>
      <w:r>
        <w:t xml:space="preserve"> suddenly</w:t>
      </w:r>
      <w:r>
        <w:t xml:space="preserve"> in</w:t>
      </w:r>
      <w:r>
        <w:t xml:space="preserve"> 3D.</w:t>
        <w:br/>
        <w:t>一切本来就是现实</w:t>
        <w:br/>
        <w:t>Everything</w:t>
      </w:r>
      <w:r>
        <w:t xml:space="preserve"> is</w:t>
      </w:r>
      <w:r>
        <w:t xml:space="preserve"> in</w:t>
      </w:r>
      <w:r>
        <w:t xml:space="preserve"> 3D.</w:t>
        <w:br/>
        <w:t>我只是说</w:t>
      </w:r>
      <w:r>
        <w:t xml:space="preserve"> 不知为什么</w:t>
      </w:r>
      <w:r>
        <w:t xml:space="preserve"> 现在感觉不一样了</w:t>
        <w:br/>
        <w:t>I</w:t>
      </w:r>
      <w:r>
        <w:t xml:space="preserve"> just</w:t>
      </w:r>
      <w:r>
        <w:t xml:space="preserve"> mean</w:t>
      </w:r>
      <w:r>
        <w:t xml:space="preserve"> it</w:t>
      </w:r>
      <w:r>
        <w:t xml:space="preserve"> feels</w:t>
      </w:r>
      <w:r>
        <w:t xml:space="preserve"> different</w:t>
      </w:r>
      <w:r>
        <w:t xml:space="preserve"> now</w:t>
      </w:r>
      <w:r>
        <w:t xml:space="preserve"> for</w:t>
      </w:r>
      <w:r>
        <w:t xml:space="preserve"> some</w:t>
      </w:r>
      <w:r>
        <w:t xml:space="preserve"> reason.</w:t>
        <w:br/>
        <w:t>是啊</w:t>
      </w:r>
      <w:r>
        <w:t xml:space="preserve"> 弗雷迪</w:t>
      </w:r>
      <w:r>
        <w:t xml:space="preserve"> 确实不一样了</w:t>
        <w:br/>
        <w:t>Yeah,</w:t>
      </w:r>
      <w:r>
        <w:t xml:space="preserve"> Freddy,</w:t>
      </w:r>
      <w:r>
        <w:t xml:space="preserve"> it</w:t>
      </w:r>
      <w:r>
        <w:t xml:space="preserve"> is</w:t>
      </w:r>
      <w:r>
        <w:t xml:space="preserve"> different.</w:t>
        <w:br/>
        <w:t>因为你现在是杀人犯了</w:t>
        <w:br/>
        <w:t>Because</w:t>
      </w:r>
      <w:r>
        <w:t xml:space="preserve"> now</w:t>
      </w:r>
      <w:r>
        <w:t xml:space="preserve"> you're</w:t>
      </w:r>
      <w:r>
        <w:t xml:space="preserve"> a</w:t>
      </w:r>
      <w:r>
        <w:t xml:space="preserve"> murderer.</w:t>
        <w:br/>
        <w:t>你真的要我就站在这里看着他吗</w:t>
      </w:r>
      <w:r>
        <w:t xml:space="preserve"> </w:t>
        <w:br/>
        <w:t>Do</w:t>
      </w:r>
      <w:r>
        <w:t xml:space="preserve"> you</w:t>
      </w:r>
      <w:r>
        <w:t xml:space="preserve"> literally</w:t>
      </w:r>
      <w:r>
        <w:t xml:space="preserve"> want</w:t>
      </w:r>
      <w:r>
        <w:t xml:space="preserve"> me</w:t>
      </w:r>
      <w:r>
        <w:t xml:space="preserve"> just</w:t>
      </w:r>
      <w:r>
        <w:t xml:space="preserve"> to</w:t>
      </w:r>
      <w:r>
        <w:t xml:space="preserve"> stand</w:t>
      </w:r>
      <w:r>
        <w:t xml:space="preserve"> here</w:t>
      </w:r>
      <w:r>
        <w:t xml:space="preserve"> and</w:t>
      </w:r>
      <w:r>
        <w:t xml:space="preserve"> look</w:t>
      </w:r>
      <w:r>
        <w:t xml:space="preserve"> at</w:t>
      </w:r>
      <w:r>
        <w:t xml:space="preserve"> him?</w:t>
        <w:br/>
        <w:t>我能工作吗</w:t>
      </w:r>
      <w:r>
        <w:t xml:space="preserve"> 可以上厕所吗</w:t>
      </w:r>
      <w:r>
        <w:t xml:space="preserve"> </w:t>
        <w:br/>
        <w:t>Can</w:t>
      </w:r>
      <w:r>
        <w:t xml:space="preserve"> I</w:t>
      </w:r>
      <w:r>
        <w:t xml:space="preserve"> do</w:t>
      </w:r>
      <w:r>
        <w:t xml:space="preserve"> my</w:t>
      </w:r>
      <w:r>
        <w:t xml:space="preserve"> job</w:t>
      </w:r>
      <w:r>
        <w:t xml:space="preserve"> and</w:t>
      </w:r>
      <w:r>
        <w:t xml:space="preserve"> that?</w:t>
      </w:r>
      <w:r>
        <w:t xml:space="preserve"> Can</w:t>
      </w:r>
      <w:r>
        <w:t xml:space="preserve"> I</w:t>
      </w:r>
      <w:r>
        <w:t xml:space="preserve"> go</w:t>
      </w:r>
      <w:r>
        <w:t xml:space="preserve"> toilet?</w:t>
        <w:br/>
        <w:t>我要你动动脑子</w:t>
      </w:r>
      <w:r>
        <w:t xml:space="preserve"> 吉米</w:t>
        <w:br/>
        <w:t>I</w:t>
      </w:r>
      <w:r>
        <w:t xml:space="preserve"> want</w:t>
      </w:r>
      <w:r>
        <w:t xml:space="preserve"> you</w:t>
      </w:r>
      <w:r>
        <w:t xml:space="preserve"> to</w:t>
      </w:r>
      <w:r>
        <w:t xml:space="preserve"> engage</w:t>
      </w:r>
      <w:r>
        <w:t xml:space="preserve"> your</w:t>
      </w:r>
      <w:r>
        <w:t xml:space="preserve"> brain,</w:t>
      </w:r>
      <w:r>
        <w:t xml:space="preserve"> Jimmy.</w:t>
        <w:br/>
        <w:t>他妈的</w:t>
        <w:br/>
        <w:t>Fucking</w:t>
      </w:r>
      <w:r>
        <w:t xml:space="preserve"> hell.</w:t>
        <w:br/>
        <w:t>我不知道自己能不能做到</w:t>
      </w:r>
      <w:r>
        <w:t xml:space="preserve"> 老大</w:t>
      </w:r>
      <w:r>
        <w:t xml:space="preserve"> 我需要明确</w:t>
      </w:r>
      <w:r>
        <w:t xml:space="preserve"> 具体的指示</w:t>
        <w:br/>
        <w:t>I</w:t>
      </w:r>
      <w:r>
        <w:t xml:space="preserve"> don't</w:t>
      </w:r>
      <w:r>
        <w:t xml:space="preserve"> know</w:t>
      </w:r>
      <w:r>
        <w:t xml:space="preserve"> if</w:t>
      </w:r>
      <w:r>
        <w:t xml:space="preserve"> I</w:t>
      </w:r>
      <w:r>
        <w:t xml:space="preserve"> can</w:t>
      </w:r>
      <w:r>
        <w:t xml:space="preserve"> do</w:t>
      </w:r>
      <w:r>
        <w:t xml:space="preserve"> that,</w:t>
      </w:r>
      <w:r>
        <w:t xml:space="preserve"> boss.</w:t>
      </w:r>
      <w:r>
        <w:t xml:space="preserve"> I</w:t>
      </w:r>
      <w:r>
        <w:t xml:space="preserve"> need</w:t>
      </w:r>
      <w:r>
        <w:t xml:space="preserve"> clear,</w:t>
      </w:r>
      <w:r>
        <w:t xml:space="preserve"> specific</w:t>
      </w:r>
      <w:r>
        <w:t xml:space="preserve"> instructions.</w:t>
        <w:br/>
        <w:t>不会有事的</w:t>
      </w:r>
      <w:r>
        <w:t xml:space="preserve"> 亲爱的</w:t>
      </w:r>
      <w:r>
        <w:t xml:space="preserve"> 只需要你看管他两个小时</w:t>
        <w:br/>
        <w:t>You'll</w:t>
      </w:r>
      <w:r>
        <w:t xml:space="preserve"> be</w:t>
      </w:r>
      <w:r>
        <w:t xml:space="preserve"> all</w:t>
      </w:r>
      <w:r>
        <w:t xml:space="preserve"> right,</w:t>
      </w:r>
      <w:r>
        <w:t xml:space="preserve"> love.</w:t>
      </w:r>
      <w:r>
        <w:t xml:space="preserve"> It's</w:t>
      </w:r>
      <w:r>
        <w:t xml:space="preserve"> only</w:t>
      </w:r>
      <w:r>
        <w:t xml:space="preserve"> for</w:t>
      </w:r>
      <w:r>
        <w:t xml:space="preserve"> a</w:t>
      </w:r>
      <w:r>
        <w:t xml:space="preserve"> couple</w:t>
      </w:r>
      <w:r>
        <w:t xml:space="preserve"> of</w:t>
      </w:r>
      <w:r>
        <w:t xml:space="preserve"> hours.</w:t>
        <w:br/>
        <w:t>别让他用手&amp;hearts;机&amp;hearts;就好</w:t>
        <w:br/>
        <w:t>Just</w:t>
      </w:r>
      <w:r>
        <w:t xml:space="preserve"> don't</w:t>
      </w:r>
      <w:r>
        <w:t xml:space="preserve"> let</w:t>
      </w:r>
      <w:r>
        <w:t xml:space="preserve"> him</w:t>
      </w:r>
      <w:r>
        <w:t xml:space="preserve"> use</w:t>
      </w:r>
      <w:r>
        <w:t xml:space="preserve"> the</w:t>
      </w:r>
      <w:r>
        <w:t xml:space="preserve"> phone.</w:t>
        <w:br/>
        <w:t>记住他是我们的囚犯</w:t>
      </w:r>
      <w:r>
        <w:t xml:space="preserve"> 他有麻烦了</w:t>
        <w:br/>
        <w:t>He's</w:t>
      </w:r>
      <w:r>
        <w:t xml:space="preserve"> our</w:t>
      </w:r>
      <w:r>
        <w:t xml:space="preserve"> prisoner,</w:t>
      </w:r>
      <w:r>
        <w:t xml:space="preserve"> and</w:t>
      </w:r>
      <w:r>
        <w:t xml:space="preserve"> he's</w:t>
      </w:r>
      <w:r>
        <w:t xml:space="preserve"> 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trouble.</w:t>
        <w:br/>
        <w:t>别听信他的花言巧语</w:t>
        <w:br/>
        <w:t>Don't</w:t>
      </w:r>
      <w:r>
        <w:t xml:space="preserve"> let</w:t>
      </w:r>
      <w:r>
        <w:t xml:space="preserve"> him</w:t>
      </w:r>
      <w:r>
        <w:t xml:space="preserve"> talk</w:t>
      </w:r>
      <w:r>
        <w:t xml:space="preserve"> his</w:t>
      </w:r>
      <w:r>
        <w:t xml:space="preserve"> way</w:t>
      </w:r>
      <w:r>
        <w:t xml:space="preserve"> out</w:t>
      </w:r>
      <w:r>
        <w:t xml:space="preserve"> of</w:t>
      </w:r>
      <w:r>
        <w:t xml:space="preserve"> it.</w:t>
        <w:br/>
        <w:t>好的</w:t>
      </w:r>
      <w:r>
        <w:t xml:space="preserve"> 老大</w:t>
        <w:br/>
        <w:t>All</w:t>
      </w:r>
      <w:r>
        <w:t xml:space="preserve"> right,</w:t>
      </w:r>
      <w:r>
        <w:t xml:space="preserve"> cool,</w:t>
      </w:r>
      <w:r>
        <w:t xml:space="preserve"> boss.</w:t>
        <w:br/>
        <w:t>没问题</w:t>
        <w:br/>
        <w:t>No</w:t>
      </w:r>
      <w:r>
        <w:t xml:space="preserve"> problem.</w:t>
        <w:br/>
        <w:t>你抽大&amp;hearts;麻&amp;hearts;吗</w:t>
      </w:r>
      <w:r>
        <w:t xml:space="preserve"> </w:t>
        <w:br/>
        <w:t>Do</w:t>
      </w:r>
      <w:r>
        <w:t xml:space="preserve"> you</w:t>
      </w:r>
      <w:r>
        <w:t xml:space="preserve"> smoke</w:t>
      </w:r>
      <w:r>
        <w:t xml:space="preserve"> bud?</w:t>
        <w:br/>
        <w:t>怎么</w:t>
      </w:r>
      <w:r>
        <w:t xml:space="preserve"> 你有吗</w:t>
      </w:r>
      <w:r>
        <w:t xml:space="preserve"> </w:t>
        <w:br/>
        <w:t>Why?</w:t>
      </w:r>
      <w:r>
        <w:t xml:space="preserve"> Have</w:t>
      </w:r>
      <w:r>
        <w:t xml:space="preserve"> you</w:t>
      </w:r>
      <w:r>
        <w:t xml:space="preserve"> got</w:t>
      </w:r>
      <w:r>
        <w:t xml:space="preserve"> any?</w:t>
        <w:br/>
        <w:t>我们得想想</w:t>
      </w:r>
      <w:r>
        <w:t xml:space="preserve"> 怎么在不再杀人的前提下解决这件事</w:t>
        <w:br/>
        <w:t>We</w:t>
      </w:r>
      <w:r>
        <w:t xml:space="preserve"> need</w:t>
      </w:r>
      <w:r>
        <w:t xml:space="preserve"> to</w:t>
      </w:r>
      <w:r>
        <w:t xml:space="preserve"> figure</w:t>
      </w:r>
      <w:r>
        <w:t xml:space="preserve"> out</w:t>
      </w:r>
      <w:r>
        <w:t xml:space="preserve"> a</w:t>
      </w:r>
      <w:r>
        <w:t xml:space="preserve"> way</w:t>
      </w:r>
      <w:r>
        <w:t xml:space="preserve"> through</w:t>
      </w:r>
      <w:r>
        <w:t xml:space="preserve"> this</w:t>
      </w:r>
      <w:r>
        <w:t xml:space="preserve"> without</w:t>
      </w:r>
      <w:r>
        <w:t xml:space="preserve"> someone</w:t>
      </w:r>
      <w:r>
        <w:t xml:space="preserve"> else</w:t>
      </w:r>
      <w:r>
        <w:t xml:space="preserve"> getting</w:t>
      </w:r>
      <w:r>
        <w:t xml:space="preserve"> murdered.</w:t>
        <w:br/>
        <w:t>听着</w:t>
      </w:r>
      <w:r>
        <w:t xml:space="preserve"> 我们最不想看到的</w:t>
      </w:r>
      <w:r>
        <w:t xml:space="preserve"> 就是再出现一具尸体</w:t>
        <w:br/>
        <w:t>Look,</w:t>
      </w:r>
      <w:r>
        <w:t xml:space="preserve"> the</w:t>
      </w:r>
      <w:r>
        <w:t xml:space="preserve"> last</w:t>
      </w:r>
      <w:r>
        <w:t xml:space="preserve"> thing</w:t>
      </w:r>
      <w:r>
        <w:t xml:space="preserve"> any</w:t>
      </w:r>
      <w:r>
        <w:t xml:space="preserve"> of</w:t>
      </w:r>
      <w:r>
        <w:t xml:space="preserve"> us</w:t>
      </w:r>
      <w:r>
        <w:t xml:space="preserve"> want</w:t>
      </w:r>
      <w:r>
        <w:t xml:space="preserve"> is</w:t>
      </w:r>
      <w:r>
        <w:t xml:space="preserve"> another</w:t>
      </w:r>
      <w:r>
        <w:t xml:space="preserve"> dead</w:t>
      </w:r>
      <w:r>
        <w:t xml:space="preserve"> body.</w:t>
        <w:br/>
        <w:br/>
        <w:t>杀人很麻烦</w:t>
      </w:r>
      <w:r>
        <w:t xml:space="preserve"> 对生意也没好处</w:t>
        <w:br/>
        <w:t>Killing's</w:t>
      </w:r>
      <w:r>
        <w:t xml:space="preserve"> messy.</w:t>
      </w:r>
      <w:r>
        <w:t xml:space="preserve"> It's</w:t>
      </w:r>
      <w:r>
        <w:t xml:space="preserve"> bad</w:t>
      </w:r>
      <w:r>
        <w:t xml:space="preserve"> for</w:t>
      </w:r>
      <w:r>
        <w:t xml:space="preserve"> business.</w:t>
        <w:br/>
        <w:t>但你得明白我们面对的处境</w:t>
        <w:br/>
        <w:t>But</w:t>
      </w:r>
      <w:r>
        <w:t xml:space="preserve"> you</w:t>
      </w:r>
      <w:r>
        <w:t xml:space="preserve"> need</w:t>
      </w:r>
      <w:r>
        <w:t xml:space="preserve"> to</w:t>
      </w:r>
      <w:r>
        <w:t xml:space="preserve"> understand</w:t>
      </w:r>
      <w:r>
        <w:t xml:space="preserve"> what</w:t>
      </w:r>
      <w:r>
        <w:t xml:space="preserve"> we're</w:t>
      </w:r>
      <w:r>
        <w:t xml:space="preserve"> dealing</w:t>
      </w:r>
      <w:r>
        <w:t xml:space="preserve"> with</w:t>
      </w:r>
      <w:r>
        <w:t xml:space="preserve"> here.</w:t>
        <w:br/>
        <w:t>汤米·迪克森不算是太厉害的人物</w:t>
        <w:br/>
        <w:t>Tommy</w:t>
      </w:r>
      <w:r>
        <w:t xml:space="preserve"> Dixon</w:t>
      </w:r>
      <w:r>
        <w:t xml:space="preserve"> was</w:t>
      </w:r>
      <w:r>
        <w:t xml:space="preserve"> fairly</w:t>
      </w:r>
      <w:r>
        <w:t xml:space="preserve"> low</w:t>
      </w:r>
      <w:r>
        <w:t xml:space="preserve"> down</w:t>
      </w:r>
      <w:r>
        <w:t xml:space="preserve"> on</w:t>
      </w:r>
      <w:r>
        <w:t xml:space="preserve"> the</w:t>
      </w:r>
      <w:r>
        <w:t xml:space="preserve"> food</w:t>
      </w:r>
      <w:r>
        <w:t xml:space="preserve"> chain.</w:t>
        <w:br/>
        <w:t>但他的哥哥福音就没那么简单了</w:t>
        <w:br/>
        <w:t>But</w:t>
      </w:r>
      <w:r>
        <w:t xml:space="preserve"> his</w:t>
      </w:r>
      <w:r>
        <w:t xml:space="preserve"> brother,</w:t>
      </w:r>
      <w:r>
        <w:t xml:space="preserve"> the</w:t>
      </w:r>
      <w:r>
        <w:t xml:space="preserve"> Gospel,</w:t>
      </w:r>
      <w:r>
        <w:t xml:space="preserve"> however,</w:t>
      </w:r>
      <w:r>
        <w:t xml:space="preserve"> he's</w:t>
      </w:r>
      <w:r>
        <w:t xml:space="preserve"> a</w:t>
      </w:r>
      <w:r>
        <w:t xml:space="preserve"> bit</w:t>
      </w:r>
      <w:r>
        <w:t xml:space="preserve"> juicier.</w:t>
        <w:br/>
        <w:t>而且是个他妈的大疯子</w:t>
        <w:br/>
        <w:t>And</w:t>
      </w:r>
      <w:r>
        <w:t xml:space="preserve"> a</w:t>
      </w:r>
      <w:r>
        <w:t xml:space="preserve"> fuckload</w:t>
      </w:r>
      <w:r>
        <w:t xml:space="preserve"> madder.</w:t>
        <w:br/>
        <w:t>他是危险人物</w:t>
        <w:br/>
        <w:t>Now,</w:t>
      </w:r>
      <w:r>
        <w:t xml:space="preserve"> he</w:t>
      </w:r>
      <w:r>
        <w:t xml:space="preserve"> is</w:t>
      </w:r>
      <w:r>
        <w:t xml:space="preserve"> dangerous.</w:t>
        <w:br/>
        <w:t>他认识一些非常有权势的人</w:t>
        <w:br/>
        <w:t>And</w:t>
      </w:r>
      <w:r>
        <w:t xml:space="preserve"> he</w:t>
      </w:r>
      <w:r>
        <w:t xml:space="preserve"> knows</w:t>
      </w:r>
      <w:r>
        <w:t xml:space="preserve"> some</w:t>
      </w:r>
      <w:r>
        <w:t xml:space="preserve"> very</w:t>
      </w:r>
      <w:r>
        <w:t xml:space="preserve"> powerful</w:t>
      </w:r>
      <w:r>
        <w:t xml:space="preserve"> people.</w:t>
        <w:br/>
        <w:t>比如谁</w:t>
      </w:r>
      <w:r>
        <w:t xml:space="preserve"> </w:t>
        <w:br/>
        <w:t>Like</w:t>
      </w:r>
      <w:r>
        <w:t xml:space="preserve"> who?</w:t>
        <w:br/>
        <w:t>耶稣</w:t>
      </w:r>
      <w:r>
        <w:t xml:space="preserve"> 还有他爸爸</w:t>
        <w:br/>
        <w:t>Jesus.</w:t>
      </w:r>
      <w:r>
        <w:t xml:space="preserve"> And</w:t>
      </w:r>
      <w:r>
        <w:t xml:space="preserve"> his</w:t>
      </w:r>
      <w:r>
        <w:t xml:space="preserve"> dad.</w:t>
        <w:br/>
        <w:t>是他爸爸帮助他</w:t>
        <w:br/>
        <w:t>Who</w:t>
      </w:r>
      <w:r>
        <w:t xml:space="preserve"> have</w:t>
      </w:r>
      <w:r>
        <w:t xml:space="preserve"> helped</w:t>
      </w:r>
      <w:r>
        <w:t xml:space="preserve"> make</w:t>
      </w:r>
      <w:r>
        <w:t xml:space="preserve"> him</w:t>
        <w:br/>
        <w:t>成为西北地区最大的可&amp;hearts;卡&amp;hearts;因&amp;hearts;毒贩之一</w:t>
        <w:br/>
        <w:t>one</w:t>
      </w:r>
      <w:r>
        <w:t xml:space="preserve"> of</w:t>
      </w:r>
      <w:r>
        <w:t xml:space="preserve"> the</w:t>
      </w:r>
      <w:r>
        <w:t xml:space="preserve"> biggest</w:t>
      </w:r>
      <w:r>
        <w:t xml:space="preserve"> cocaine</w:t>
      </w:r>
      <w:r>
        <w:t xml:space="preserve"> dealers</w:t>
      </w:r>
      <w:r>
        <w:t xml:space="preserve"> in</w:t>
      </w:r>
      <w:r>
        <w:t xml:space="preserve"> the</w:t>
      </w:r>
      <w:r>
        <w:t xml:space="preserve"> North</w:t>
      </w:r>
      <w:r>
        <w:t xml:space="preserve"> West.</w:t>
        <w:br/>
        <w:t>耶稣和他爸爸</w:t>
        <w:br/>
        <w:t>Jesus</w:t>
      </w:r>
      <w:r>
        <w:t xml:space="preserve"> and</w:t>
      </w:r>
      <w:r>
        <w:t xml:space="preserve"> his</w:t>
      </w:r>
      <w:r>
        <w:t xml:space="preserve"> dad.</w:t>
        <w:br/>
        <w:t>真是危险的组合</w:t>
        <w:br/>
        <w:t>Naughty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combo.</w:t>
        <w:br/>
        <w:t>“不要倚靠权贵</w:t>
        <w:br/>
        <w:t>"Put</w:t>
      </w:r>
      <w:r>
        <w:t xml:space="preserve"> not</w:t>
      </w:r>
      <w:r>
        <w:t xml:space="preserve"> your</w:t>
      </w:r>
      <w:r>
        <w:t xml:space="preserve"> trust</w:t>
      </w:r>
      <w:r>
        <w:t xml:space="preserve"> in</w:t>
      </w:r>
      <w:r>
        <w:t xml:space="preserve"> princes,</w:t>
        <w:br/>
        <w:t>不要倚靠世人</w:t>
      </w:r>
      <w:r>
        <w:t xml:space="preserve"> 他一点也不能救助</w:t>
        <w:br/>
        <w:t>or</w:t>
      </w:r>
      <w:r>
        <w:t xml:space="preserve"> in</w:t>
      </w:r>
      <w:r>
        <w:t xml:space="preserve"> the</w:t>
      </w:r>
      <w:r>
        <w:t xml:space="preserve"> children</w:t>
      </w:r>
      <w:r>
        <w:t xml:space="preserve"> of</w:t>
      </w:r>
      <w:r>
        <w:t xml:space="preserve"> men,</w:t>
      </w:r>
      <w:r>
        <w:t xml:space="preserve"> in</w:t>
      </w:r>
      <w:r>
        <w:t xml:space="preserve"> whom</w:t>
      </w:r>
      <w:r>
        <w:t xml:space="preserve"> there</w:t>
      </w:r>
      <w:r>
        <w:t xml:space="preserve"> is</w:t>
      </w:r>
      <w:r>
        <w:t xml:space="preserve"> no</w:t>
      </w:r>
      <w:r>
        <w:t xml:space="preserve"> salvation."</w:t>
        <w:br/>
        <w:t>他的气一断</w:t>
      </w:r>
      <w:r>
        <w:t xml:space="preserve"> 就归回尘土</w:t>
        <w:br/>
        <w:t>"His</w:t>
      </w:r>
      <w:r>
        <w:t xml:space="preserve"> spirit</w:t>
      </w:r>
      <w:r>
        <w:t xml:space="preserve"> shall</w:t>
      </w:r>
      <w:r>
        <w:t xml:space="preserve"> go</w:t>
      </w:r>
      <w:r>
        <w:t xml:space="preserve"> forth</w:t>
      </w:r>
      <w:r>
        <w:t xml:space="preserve"> and</w:t>
      </w:r>
      <w:r>
        <w:t xml:space="preserve"> he</w:t>
      </w:r>
      <w:r>
        <w:t xml:space="preserve"> shall</w:t>
      </w:r>
      <w:r>
        <w:t xml:space="preserve"> return</w:t>
      </w:r>
      <w:r>
        <w:t xml:space="preserve"> into</w:t>
      </w:r>
      <w:r>
        <w:t xml:space="preserve"> his</w:t>
      </w:r>
      <w:r>
        <w:t xml:space="preserve"> earth."</w:t>
        <w:br/>
        <w:t>他们所谋划的</w:t>
      </w:r>
      <w:r>
        <w:t xml:space="preserve"> 当天就消亡了</w:t>
      </w:r>
      <w:r>
        <w:t xml:space="preserve"> ”</w:t>
        <w:br/>
        <w:t>"In</w:t>
      </w:r>
      <w:r>
        <w:t xml:space="preserve"> that</w:t>
      </w:r>
      <w:r>
        <w:t xml:space="preserve"> day,</w:t>
      </w:r>
      <w:r>
        <w:t xml:space="preserve"> all</w:t>
      </w:r>
      <w:r>
        <w:t xml:space="preserve"> their</w:t>
      </w:r>
      <w:r>
        <w:t xml:space="preserve"> thoughts</w:t>
      </w:r>
      <w:r>
        <w:t xml:space="preserve"> shall</w:t>
      </w:r>
      <w:r>
        <w:t xml:space="preserve"> perish!"</w:t>
        <w:br/>
        <w:t>“我就是道路</w:t>
      </w:r>
      <w:r>
        <w:t xml:space="preserve"> 真理</w:t>
      </w:r>
      <w:r>
        <w:t xml:space="preserve"> 生命</w:t>
        <w:br/>
        <w:t>"I</w:t>
      </w:r>
      <w:r>
        <w:t xml:space="preserve"> am</w:t>
      </w:r>
      <w:r>
        <w:t xml:space="preserve"> the</w:t>
      </w:r>
      <w:r>
        <w:t xml:space="preserve"> way,</w:t>
      </w:r>
      <w:r>
        <w:t xml:space="preserve"> the</w:t>
      </w:r>
      <w:r>
        <w:t xml:space="preserve"> truth</w:t>
      </w:r>
      <w:r>
        <w:t xml:space="preserve"> and</w:t>
      </w:r>
      <w:r>
        <w:t xml:space="preserve"> the</w:t>
      </w:r>
      <w:r>
        <w:t xml:space="preserve"> life,</w:t>
        <w:br/>
        <w:t>若不借着我</w:t>
        <w:br/>
        <w:t>and</w:t>
      </w:r>
      <w:r>
        <w:t xml:space="preserve"> no</w:t>
      </w:r>
      <w:r>
        <w:t xml:space="preserve"> one</w:t>
      </w:r>
      <w:r>
        <w:t xml:space="preserve"> comes</w:t>
      </w:r>
      <w:r>
        <w:t xml:space="preserve"> to</w:t>
      </w:r>
      <w:r>
        <w:t xml:space="preserve"> the</w:t>
      </w:r>
      <w:r>
        <w:t xml:space="preserve"> father</w:t>
        <w:br/>
        <w:t>没有人能到父那里去</w:t>
      </w:r>
      <w:r>
        <w:t xml:space="preserve"> ”</w:t>
        <w:br/>
        <w:t>except</w:t>
      </w:r>
      <w:r>
        <w:t xml:space="preserve"> through</w:t>
      </w:r>
      <w:r>
        <w:t xml:space="preserve"> me!"</w:t>
        <w:br/>
        <w:t>现世报</w:t>
      </w:r>
      <w:r>
        <w:t xml:space="preserve"> </w:t>
        <w:br/>
        <w:t>Retribution</w:t>
      </w:r>
      <w:r>
        <w:t xml:space="preserve"> in</w:t>
      </w:r>
      <w:r>
        <w:t xml:space="preserve"> manifest.</w:t>
      </w:r>
      <w:r>
        <w:t xml:space="preserve"> Retribution</w:t>
      </w:r>
      <w:r>
        <w:t xml:space="preserve"> in</w:t>
      </w:r>
      <w:r>
        <w:t xml:space="preserve"> manifest.</w:t>
        <w:br/>
        <w:t>现世报</w:t>
      </w:r>
      <w:r>
        <w:t xml:space="preserve"> </w:t>
        <w:br/>
        <w:t>Retribution</w:t>
      </w:r>
      <w:r>
        <w:t xml:space="preserve"> in</w:t>
      </w:r>
      <w:r>
        <w:t xml:space="preserve"> manifest.</w:t>
        <w:br/>
        <w:t>换作我的话</w:t>
      </w:r>
      <w:r>
        <w:t xml:space="preserve"> 我会坐视不管</w:t>
      </w:r>
      <w:r>
        <w:t xml:space="preserve"> 交给专业人士来处理</w:t>
        <w:br/>
        <w:t>I'd</w:t>
      </w:r>
      <w:r>
        <w:t xml:space="preserve"> sit</w:t>
      </w:r>
      <w:r>
        <w:t xml:space="preserve"> this</w:t>
      </w:r>
      <w:r>
        <w:t xml:space="preserve"> one</w:t>
      </w:r>
      <w:r>
        <w:t xml:space="preserve"> out</w:t>
      </w:r>
      <w:r>
        <w:t xml:space="preserve"> if</w:t>
      </w:r>
      <w:r>
        <w:t xml:space="preserve"> I</w:t>
      </w:r>
      <w:r>
        <w:t xml:space="preserve"> was</w:t>
      </w:r>
      <w:r>
        <w:t xml:space="preserve"> you.</w:t>
      </w:r>
      <w:r>
        <w:t xml:space="preserve"> Leave</w:t>
      </w:r>
      <w:r>
        <w:t xml:space="preserve"> it</w:t>
      </w:r>
      <w:r>
        <w:t xml:space="preserve"> to</w:t>
      </w:r>
      <w:r>
        <w:t xml:space="preserve"> the</w:t>
      </w:r>
      <w:r>
        <w:t xml:space="preserve"> professionals.</w:t>
        <w:br/>
        <w:t>早啊</w:t>
        <w:br/>
        <w:t>Morning.</w:t>
        <w:br/>
        <w:t>你好</w:t>
        <w:br/>
        <w:t>Bonjour.</w:t>
        <w:br/>
        <w:t>菲利克斯</w:t>
      </w:r>
      <w:r>
        <w:t xml:space="preserve"> 你没事吧</w:t>
      </w:r>
      <w:r>
        <w:t xml:space="preserve"> </w:t>
        <w:br/>
        <w:t>Felix,</w:t>
      </w:r>
      <w:r>
        <w:t xml:space="preserve"> are</w:t>
      </w:r>
      <w:r>
        <w:t xml:space="preserve"> you</w:t>
      </w:r>
      <w:r>
        <w:t xml:space="preserve"> all</w:t>
      </w:r>
      <w:r>
        <w:t xml:space="preserve"> right?</w:t>
        <w:br/>
        <w:t>我很好</w:t>
      </w:r>
      <w:r>
        <w:t xml:space="preserve"> 谢谢关心</w:t>
        <w:br/>
        <w:t>Oh,</w:t>
      </w:r>
      <w:r>
        <w:t xml:space="preserve"> I'm</w:t>
      </w:r>
      <w:r>
        <w:t xml:space="preserve"> very</w:t>
      </w:r>
      <w:r>
        <w:t xml:space="preserve"> well,</w:t>
      </w:r>
      <w:r>
        <w:t xml:space="preserve"> thank</w:t>
      </w:r>
      <w:r>
        <w:t xml:space="preserve"> you.</w:t>
        <w:br/>
        <w:t>我其实...</w:t>
        <w:br/>
        <w:t>I</w:t>
      </w:r>
      <w:r>
        <w:t xml:space="preserve"> was</w:t>
      </w:r>
      <w:r>
        <w:t xml:space="preserve"> just...</w:t>
        <w:br/>
        <w:t>才刚起床</w:t>
        <w:br/>
        <w:t>...getting,</w:t>
      </w:r>
      <w:r>
        <w:t xml:space="preserve"> uh,</w:t>
      </w:r>
      <w:r>
        <w:t xml:space="preserve"> out</w:t>
      </w:r>
      <w:r>
        <w:t xml:space="preserve"> of</w:t>
      </w:r>
      <w:r>
        <w:t xml:space="preserve"> bed,</w:t>
      </w:r>
      <w:r>
        <w:t xml:space="preserve"> actually.</w:t>
        <w:br/>
        <w:t>听着</w:t>
      </w:r>
      <w:r>
        <w:t xml:space="preserve"> 我有工作要交给你</w:t>
      </w:r>
      <w:r>
        <w:t xml:space="preserve"> 你今天有空吗</w:t>
      </w:r>
      <w:r>
        <w:t xml:space="preserve"> </w:t>
        <w:br/>
        <w:t>Uh,</w:t>
      </w:r>
      <w:r>
        <w:t xml:space="preserve"> listen,</w:t>
      </w:r>
      <w:r>
        <w:t xml:space="preserve"> I've</w:t>
      </w:r>
      <w:r>
        <w:t xml:space="preserve"> got</w:t>
      </w:r>
      <w:r>
        <w:t xml:space="preserve"> a</w:t>
      </w:r>
      <w:r>
        <w:t xml:space="preserve"> bit</w:t>
      </w:r>
      <w:r>
        <w:t xml:space="preserve"> of</w:t>
      </w:r>
      <w:r>
        <w:t xml:space="preserve"> work</w:t>
      </w:r>
      <w:r>
        <w:t xml:space="preserve"> for</w:t>
      </w:r>
      <w:r>
        <w:t xml:space="preserve"> you.</w:t>
      </w:r>
      <w:r>
        <w:t xml:space="preserve"> Are</w:t>
      </w:r>
      <w:r>
        <w:t xml:space="preserve"> you</w:t>
      </w:r>
      <w:r>
        <w:t xml:space="preserve"> free</w:t>
      </w:r>
      <w:r>
        <w:t xml:space="preserve"> today?</w:t>
        <w:br/>
        <w:t>今天</w:t>
      </w:r>
      <w:r>
        <w:t xml:space="preserve"> </w:t>
        <w:br/>
        <w:t>Today?</w:t>
        <w:br/>
        <w:t>我看一下我的行程</w:t>
        <w:br/>
        <w:t>Just</w:t>
      </w:r>
      <w:r>
        <w:t xml:space="preserve"> let</w:t>
      </w:r>
      <w:r>
        <w:t xml:space="preserve"> me</w:t>
      </w:r>
      <w:r>
        <w:t xml:space="preserve"> check</w:t>
      </w:r>
      <w:r>
        <w:t xml:space="preserve"> my</w:t>
      </w:r>
      <w:r>
        <w:t xml:space="preserve"> schedule.</w:t>
        <w:br/>
        <w:t>算你今天走运</w:t>
        <w:br/>
        <w:t>It's</w:t>
      </w:r>
      <w:r>
        <w:t xml:space="preserve"> your</w:t>
      </w:r>
      <w:r>
        <w:t xml:space="preserve"> lucky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day.</w:t>
        <w:br/>
        <w:t>但我需要一个司机</w:t>
        <w:br/>
        <w:t>But</w:t>
      </w:r>
      <w:r>
        <w:t xml:space="preserve"> I'll</w:t>
      </w:r>
      <w:r>
        <w:t xml:space="preserve"> need</w:t>
      </w:r>
      <w:r>
        <w:t xml:space="preserve"> a</w:t>
      </w:r>
      <w:r>
        <w:t xml:space="preserve"> driver.</w:t>
        <w:br/>
        <w:t>没问题</w:t>
        <w:br/>
        <w:t>No</w:t>
      </w:r>
      <w:r>
        <w:t xml:space="preserve"> problemo.</w:t>
        <w:br/>
        <w:t>我要再听一下那份清单</w:t>
        <w:br/>
        <w:t>Uh,</w:t>
      </w:r>
      <w:r>
        <w:t xml:space="preserve"> the...</w:t>
      </w:r>
      <w:r>
        <w:t xml:space="preserve"> I</w:t>
      </w:r>
      <w:r>
        <w:t xml:space="preserve"> want</w:t>
      </w:r>
      <w:r>
        <w:t xml:space="preserve"> the</w:t>
      </w:r>
      <w:r>
        <w:t xml:space="preserve"> list</w:t>
      </w:r>
      <w:r>
        <w:t xml:space="preserve"> one</w:t>
      </w:r>
      <w:r>
        <w:t xml:space="preserve"> more</w:t>
      </w:r>
      <w:r>
        <w:t xml:space="preserve"> time.</w:t>
        <w:br/>
        <w:t>生石灰</w:t>
        <w:br/>
        <w:t>Lime.</w:t>
        <w:br/>
        <w:t>氢氟酸</w:t>
        <w:br/>
        <w:t>Hydrofluoric</w:t>
      </w:r>
      <w:r>
        <w:t xml:space="preserve"> acid.</w:t>
        <w:br/>
        <w:t>这是什么</w:t>
      </w:r>
      <w:r>
        <w:t xml:space="preserve"> </w:t>
      </w:r>
      <w:r>
        <w:t xml:space="preserve"> -</w:t>
      </w:r>
      <w:r>
        <w:t xml:space="preserve"> 骨锯</w:t>
        <w:br/>
        <w:t>What's</w:t>
      </w:r>
      <w:r>
        <w:t xml:space="preserve"> this?</w:t>
      </w:r>
      <w:r>
        <w:t xml:space="preserve"> -</w:t>
      </w:r>
      <w:r>
        <w:t xml:space="preserve"> Bone</w:t>
      </w:r>
      <w:r>
        <w:t xml:space="preserve"> saw.</w:t>
        <w:br/>
        <w:t>锯</w:t>
      </w:r>
      <w:r>
        <w:t xml:space="preserve"> -</w:t>
      </w:r>
      <w:r>
        <w:t xml:space="preserve"> 往复&amp;hearts;式&amp;hearts;拉锯</w:t>
        <w:br/>
        <w:t>Saws?</w:t>
      </w:r>
      <w:r>
        <w:t xml:space="preserve"> -</w:t>
      </w:r>
      <w:r>
        <w:t xml:space="preserve"> Reciprocating</w:t>
      </w:r>
      <w:r>
        <w:t xml:space="preserve"> saw.</w:t>
        <w:br/>
        <w:t>往...式拉锯</w:t>
        <w:br/>
        <w:t>Recip...</w:t>
      </w:r>
      <w:r>
        <w:t xml:space="preserve"> ressing</w:t>
      </w:r>
      <w:r>
        <w:t xml:space="preserve"> saw.</w:t>
        <w:br/>
        <w:t>塑料袋</w:t>
      </w:r>
      <w:r>
        <w:t xml:space="preserve"> -</w:t>
      </w:r>
      <w:r>
        <w:t xml:space="preserve"> 料袋</w:t>
        <w:br/>
        <w:t>Plastic</w:t>
      </w:r>
      <w:r>
        <w:t xml:space="preserve"> bags.</w:t>
      </w:r>
      <w:r>
        <w:t xml:space="preserve"> -</w:t>
      </w:r>
      <w:r>
        <w:t xml:space="preserve"> St...</w:t>
      </w:r>
      <w:r>
        <w:t xml:space="preserve"> bags.</w:t>
        <w:br/>
        <w:t>还有防护服</w:t>
      </w:r>
      <w:r>
        <w:t xml:space="preserve"> -</w:t>
      </w:r>
      <w:r>
        <w:t xml:space="preserve"> 嗯</w:t>
      </w:r>
      <w:r>
        <w:t xml:space="preserve"> </w:t>
        <w:br/>
        <w:t>And</w:t>
      </w:r>
      <w:r>
        <w:t xml:space="preserve"> hazmats.</w:t>
      </w:r>
      <w:r>
        <w:t xml:space="preserve"> -</w:t>
      </w:r>
      <w:r>
        <w:t xml:space="preserve"> Huh?</w:t>
        <w:br/>
        <w:t>防护服</w:t>
      </w:r>
      <w:r>
        <w:t xml:space="preserve"> -</w:t>
      </w:r>
      <w:r>
        <w:t xml:space="preserve"> 防护服</w:t>
        <w:br/>
        <w:t>Hazmats.</w:t>
      </w:r>
      <w:r>
        <w:t xml:space="preserve"> -</w:t>
      </w:r>
      <w:r>
        <w:t xml:space="preserve"> And</w:t>
      </w:r>
      <w:r>
        <w:t xml:space="preserve"> the</w:t>
      </w:r>
      <w:r>
        <w:t xml:space="preserve"> hazmats...</w:t>
        <w:br/>
        <w:t>走吧</w:t>
        <w:br/>
        <w:t>Let's</w:t>
      </w:r>
      <w:r>
        <w:t xml:space="preserve"> go.</w:t>
        <w:br/>
        <w:t>我们还需要咖...</w:t>
        <w:br/>
        <w:t>And</w:t>
      </w:r>
      <w:r>
        <w:t xml:space="preserve"> we</w:t>
      </w:r>
      <w:r>
        <w:t xml:space="preserve"> need</w:t>
      </w:r>
      <w:r>
        <w:t xml:space="preserve"> cof...</w:t>
      </w:r>
      <w:r>
        <w:t xml:space="preserve"> fee.</w:t>
        <w:br/>
        <w:t>咖啡</w:t>
        <w:br/>
        <w:t>Coffee.</w:t>
        <w:br/>
        <w:t>你是怎么进入这一行的</w:t>
      </w:r>
      <w:r>
        <w:t xml:space="preserve"> </w:t>
        <w:br/>
        <w:t>How</w:t>
      </w:r>
      <w:r>
        <w:t xml:space="preserve"> did</w:t>
      </w:r>
      <w:r>
        <w:t xml:space="preserve"> you</w:t>
      </w:r>
      <w:r>
        <w:t xml:space="preserve"> get</w:t>
      </w:r>
      <w:r>
        <w:t xml:space="preserve"> into</w:t>
      </w:r>
      <w:r>
        <w:t xml:space="preserve"> this</w:t>
      </w:r>
      <w:r>
        <w:t xml:space="preserve"> game?</w:t>
        <w:br/>
        <w:t>我在教堂唱诗班</w:t>
        <w:br/>
        <w:t>I</w:t>
      </w:r>
      <w:r>
        <w:t xml:space="preserve"> was</w:t>
      </w:r>
      <w:r>
        <w:t xml:space="preserve"> in</w:t>
      </w:r>
      <w:r>
        <w:t xml:space="preserve"> the</w:t>
      </w:r>
      <w:r>
        <w:t xml:space="preserve"> choir</w:t>
      </w:r>
      <w:r>
        <w:t xml:space="preserve"> in</w:t>
      </w:r>
      <w:r>
        <w:t xml:space="preserve"> church.</w:t>
        <w:br/>
        <w:t>我喜欢音乐和数字</w:t>
        <w:br/>
        <w:t>I</w:t>
      </w:r>
      <w:r>
        <w:t xml:space="preserve"> like</w:t>
      </w:r>
      <w:r>
        <w:t xml:space="preserve"> music</w:t>
      </w:r>
      <w:r>
        <w:t xml:space="preserve"> and</w:t>
      </w:r>
      <w:r>
        <w:t xml:space="preserve"> numbers.</w:t>
        <w:br/>
        <w:t>音乐就是这样</w:t>
      </w:r>
      <w:r>
        <w:t xml:space="preserve"> 你懂的</w:t>
        <w:br/>
        <w:t>That's</w:t>
      </w:r>
      <w:r>
        <w:t xml:space="preserve"> what</w:t>
      </w:r>
      <w:r>
        <w:t xml:space="preserve"> music</w:t>
      </w:r>
      <w:r>
        <w:t xml:space="preserve"> is,</w:t>
      </w:r>
      <w:r>
        <w:t xml:space="preserve"> you</w:t>
      </w:r>
      <w:r>
        <w:t xml:space="preserve"> know.</w:t>
        <w:br/>
        <w:t>就是一串数字一起转来转去</w:t>
        <w:br/>
        <w:t>It's</w:t>
      </w:r>
      <w:r>
        <w:t xml:space="preserve"> just</w:t>
      </w:r>
      <w:r>
        <w:t xml:space="preserve"> numbers</w:t>
      </w:r>
      <w:r>
        <w:t xml:space="preserve"> moving</w:t>
      </w:r>
      <w:r>
        <w:t xml:space="preserve"> round</w:t>
      </w:r>
      <w:r>
        <w:t xml:space="preserve"> in</w:t>
      </w:r>
      <w:r>
        <w:t xml:space="preserve"> concert.</w:t>
        <w:br/>
        <w:t>总之他们给了我这份工作</w:t>
      </w:r>
      <w:r>
        <w:t xml:space="preserve"> 算账</w:t>
        <w:br/>
        <w:t>Anyway,</w:t>
      </w:r>
      <w:r>
        <w:t xml:space="preserve"> they</w:t>
      </w:r>
      <w:r>
        <w:t xml:space="preserve"> offered</w:t>
      </w:r>
      <w:r>
        <w:t xml:space="preserve"> me</w:t>
      </w:r>
      <w:r>
        <w:t xml:space="preserve"> the</w:t>
      </w:r>
      <w:r>
        <w:t xml:space="preserve"> job,</w:t>
      </w:r>
      <w:r>
        <w:t xml:space="preserve"> doing</w:t>
      </w:r>
      <w:r>
        <w:t xml:space="preserve"> the</w:t>
      </w:r>
      <w:r>
        <w:t xml:space="preserve"> accounts.</w:t>
        <w:br/>
        <w:t>我当时不知道他们是耶稣领导的国际犯罪家族</w:t>
        <w:br/>
        <w:t>I</w:t>
      </w:r>
      <w:r>
        <w:t xml:space="preserve"> didn't</w:t>
      </w:r>
      <w:r>
        <w:t xml:space="preserve"> know</w:t>
      </w:r>
      <w:r>
        <w:t xml:space="preserve"> they</w:t>
      </w:r>
      <w:r>
        <w:t xml:space="preserve"> were</w:t>
      </w:r>
      <w:r>
        <w:t xml:space="preserve"> an</w:t>
      </w:r>
      <w:r>
        <w:t xml:space="preserve"> international</w:t>
      </w:r>
      <w:r>
        <w:t xml:space="preserve"> crime</w:t>
      </w:r>
      <w:r>
        <w:t xml:space="preserve"> family</w:t>
      </w:r>
      <w:r>
        <w:t xml:space="preserve"> with</w:t>
      </w:r>
      <w:r>
        <w:t xml:space="preserve"> Jesus</w:t>
      </w:r>
      <w:r>
        <w:t xml:space="preserve"> running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show.</w:t>
        <w:br/>
        <w:t>汤米·迪克森看起来不像是特别虔诚的信教者</w:t>
        <w:br/>
        <w:t>Tommy</w:t>
      </w:r>
      <w:r>
        <w:t xml:space="preserve"> Dixon</w:t>
      </w:r>
      <w:r>
        <w:t xml:space="preserve"> didn't</w:t>
      </w:r>
      <w:r>
        <w:t xml:space="preserve"> strike</w:t>
      </w:r>
      <w:r>
        <w:t xml:space="preserve"> me</w:t>
      </w:r>
      <w:r>
        <w:t xml:space="preserve"> as</w:t>
      </w:r>
      <w:r>
        <w:t xml:space="preserve"> a</w:t>
      </w:r>
      <w:r>
        <w:t xml:space="preserve"> particularly</w:t>
      </w:r>
      <w:r>
        <w:t xml:space="preserve"> religious</w:t>
      </w:r>
      <w:r>
        <w:t xml:space="preserve"> type.</w:t>
        <w:br/>
        <w:t>这你就错了</w:t>
        <w:br/>
        <w:t>That's</w:t>
      </w:r>
      <w:r>
        <w:t xml:space="preserve"> where</w:t>
      </w:r>
      <w:r>
        <w:t xml:space="preserve"> you're</w:t>
      </w:r>
      <w:r>
        <w:t xml:space="preserve"> wrong.</w:t>
        <w:br/>
        <w:t>这号&amp;hearts;耶稣可比芥子毒气更致命</w:t>
        <w:br/>
        <w:t>This</w:t>
      </w:r>
      <w:r>
        <w:t xml:space="preserve"> particular</w:t>
      </w:r>
      <w:r>
        <w:t xml:space="preserve"> brand</w:t>
      </w:r>
      <w:r>
        <w:t xml:space="preserve"> of</w:t>
      </w:r>
      <w:r>
        <w:t xml:space="preserve"> Jesus</w:t>
      </w:r>
      <w:r>
        <w:t xml:space="preserve"> is</w:t>
      </w:r>
      <w:r>
        <w:t xml:space="preserve"> more</w:t>
      </w:r>
      <w:r>
        <w:t xml:space="preserve"> lethal</w:t>
      </w:r>
      <w:r>
        <w:t xml:space="preserve"> than</w:t>
      </w:r>
      <w:r>
        <w:t xml:space="preserve"> mustard</w:t>
      </w:r>
      <w:r>
        <w:t xml:space="preserve"> gas.</w:t>
        <w:br/>
        <w:t>他们家的兄弟都是他妈的大疯子</w:t>
        <w:br/>
        <w:t>These</w:t>
      </w:r>
      <w:r>
        <w:t xml:space="preserve"> brothers</w:t>
      </w:r>
      <w:r>
        <w:t xml:space="preserve"> are</w:t>
      </w:r>
      <w:r>
        <w:t xml:space="preserve"> fucking</w:t>
      </w:r>
      <w:r>
        <w:t xml:space="preserve"> lunatics.</w:t>
        <w:br/>
        <w:t>除了爱</w:t>
      </w:r>
      <w:r>
        <w:t xml:space="preserve"> 他们更喜欢一件事</w:t>
        <w:br/>
        <w:t>Only</w:t>
      </w:r>
      <w:r>
        <w:t xml:space="preserve"> one</w:t>
      </w:r>
      <w:r>
        <w:t xml:space="preserve"> thing</w:t>
      </w:r>
      <w:r>
        <w:t xml:space="preserve"> they</w:t>
      </w:r>
      <w:r>
        <w:t xml:space="preserve"> like</w:t>
      </w:r>
      <w:r>
        <w:t xml:space="preserve"> more</w:t>
      </w:r>
      <w:r>
        <w:t xml:space="preserve"> than</w:t>
      </w:r>
      <w:r>
        <w:t xml:space="preserve"> loving,</w:t>
        <w:br/>
        <w:t>那就是杀戮</w:t>
        <w:br/>
        <w:t>and</w:t>
      </w:r>
      <w:r>
        <w:t xml:space="preserve"> that's</w:t>
      </w:r>
      <w:r>
        <w:t xml:space="preserve"> killing.</w:t>
        <w:br/>
        <w:t>汤米活该有这样的下场</w:t>
        <w:br/>
        <w:t>Tommy</w:t>
      </w:r>
      <w:r>
        <w:t xml:space="preserve"> deserved</w:t>
      </w:r>
      <w:r>
        <w:t xml:space="preserve"> what</w:t>
      </w:r>
      <w:r>
        <w:t xml:space="preserve"> happened</w:t>
      </w:r>
      <w:r>
        <w:t xml:space="preserve"> to</w:t>
      </w:r>
      <w:r>
        <w:t xml:space="preserve"> him.</w:t>
        <w:br/>
        <w:t>我很开心他死了</w:t>
        <w:br/>
        <w:t>I'm</w:t>
      </w:r>
      <w:r>
        <w:t xml:space="preserve"> glad</w:t>
      </w:r>
      <w:r>
        <w:t xml:space="preserve"> he's</w:t>
      </w:r>
      <w:r>
        <w:t xml:space="preserve"> dead.</w:t>
        <w:br/>
        <w:t>我什么都不会说</w:t>
      </w:r>
      <w:r>
        <w:t xml:space="preserve"> 我不会透露任何信息</w:t>
      </w:r>
      <w:r>
        <w:t xml:space="preserve"> 我对耶稣发誓</w:t>
        <w:br/>
        <w:t>And</w:t>
      </w:r>
      <w:r>
        <w:t xml:space="preserve"> I</w:t>
      </w:r>
      <w:r>
        <w:t xml:space="preserve"> won't</w:t>
      </w:r>
      <w:r>
        <w:t xml:space="preserve"> say</w:t>
      </w:r>
      <w:r>
        <w:t xml:space="preserve"> nothing.</w:t>
      </w:r>
      <w:r>
        <w:t xml:space="preserve"> I</w:t>
      </w:r>
      <w:r>
        <w:t xml:space="preserve"> won't</w:t>
      </w:r>
      <w:r>
        <w:t xml:space="preserve"> breathe</w:t>
      </w:r>
      <w:r>
        <w:t xml:space="preserve"> a</w:t>
      </w:r>
      <w:r>
        <w:t xml:space="preserve"> word,</w:t>
      </w:r>
      <w:r>
        <w:t xml:space="preserve"> I</w:t>
      </w:r>
      <w:r>
        <w:t xml:space="preserve"> swear</w:t>
      </w:r>
      <w:r>
        <w:t xml:space="preserve"> to</w:t>
      </w:r>
      <w:r>
        <w:t xml:space="preserve"> Jesus.</w:t>
        <w:br/>
        <w:t>另一个耶稣</w:t>
        <w:br/>
        <w:t>The</w:t>
      </w:r>
      <w:r>
        <w:t xml:space="preserve"> other</w:t>
      </w:r>
      <w:r>
        <w:t xml:space="preserve"> Jesus.</w:t>
        <w:br/>
        <w:t>善良的耶稣</w:t>
        <w:br/>
        <w:t>The</w:t>
      </w:r>
      <w:r>
        <w:t xml:space="preserve"> nice</w:t>
      </w:r>
      <w:r>
        <w:t xml:space="preserve"> Jesus.</w:t>
        <w:br/>
        <w:t>我可能会相信你</w:t>
      </w:r>
      <w:r>
        <w:t xml:space="preserve"> 杰斯罗</w:t>
        <w:br/>
        <w:t>Well,</w:t>
      </w:r>
      <w:r>
        <w:t xml:space="preserve"> I</w:t>
      </w:r>
      <w:r>
        <w:t xml:space="preserve"> might</w:t>
      </w:r>
      <w:r>
        <w:t xml:space="preserve"> believe</w:t>
      </w:r>
      <w:r>
        <w:t xml:space="preserve"> you,</w:t>
      </w:r>
      <w:r>
        <w:t xml:space="preserve"> Jethro,</w:t>
        <w:br/>
        <w:t>但你需要说服的人不只是我</w:t>
        <w:br/>
        <w:t>but</w:t>
      </w:r>
      <w:r>
        <w:t xml:space="preserve"> I'm</w:t>
      </w:r>
      <w:r>
        <w:t xml:space="preserve"> not</w:t>
      </w:r>
      <w:r>
        <w:t xml:space="preserve"> the</w:t>
      </w:r>
      <w:r>
        <w:t xml:space="preserve"> only</w:t>
      </w:r>
      <w:r>
        <w:t xml:space="preserve"> one</w:t>
      </w:r>
      <w:r>
        <w:t xml:space="preserve"> you</w:t>
      </w:r>
      <w:r>
        <w:t xml:space="preserve"> need</w:t>
      </w:r>
      <w:r>
        <w:t xml:space="preserve"> to</w:t>
      </w:r>
      <w:r>
        <w:t xml:space="preserve"> convince.</w:t>
        <w:br/>
        <w:t>他们会杀了我</w:t>
        <w:br/>
        <w:t>They're</w:t>
      </w:r>
      <w:r>
        <w:t xml:space="preserve"> gonna</w:t>
      </w:r>
      <w:r>
        <w:t xml:space="preserve"> kill</w:t>
      </w:r>
      <w:r>
        <w:t xml:space="preserve"> me,</w:t>
      </w:r>
      <w:r>
        <w:t xml:space="preserve"> aren't</w:t>
      </w:r>
      <w:r>
        <w:t xml:space="preserve"> they?</w:t>
        <w:br/>
        <w:t>倒也未必</w:t>
        <w:br/>
        <w:t>Not</w:t>
      </w:r>
      <w:r>
        <w:t xml:space="preserve"> necessarily.</w:t>
        <w:br/>
        <w:t>起来干活了</w:t>
      </w:r>
      <w:r>
        <w:t xml:space="preserve"> 菲力克斯</w:t>
        <w:br/>
        <w:t>Up</w:t>
      </w:r>
      <w:r>
        <w:t xml:space="preserve"> and</w:t>
      </w:r>
      <w:r>
        <w:t xml:space="preserve"> at</w:t>
      </w:r>
      <w:r>
        <w:t xml:space="preserve"> 'em,</w:t>
      </w:r>
      <w:r>
        <w:t xml:space="preserve"> Felix.</w:t>
        <w:br/>
        <w:t>菲利克斯</w:t>
      </w:r>
      <w:r>
        <w:t xml:space="preserve"> 哈啰</w:t>
        <w:br/>
        <w:t>Felix.</w:t>
      </w:r>
      <w:r>
        <w:t xml:space="preserve"> Buongiorno.</w:t>
        <w:br/>
        <w:t>你看起来很精神嘛</w:t>
        <w:br/>
        <w:t>You're</w:t>
      </w:r>
      <w:r>
        <w:t xml:space="preserve"> looking</w:t>
      </w:r>
      <w:r>
        <w:t xml:space="preserve"> strong.</w:t>
        <w:br/>
        <w:t>苏珊</w:t>
        <w:br/>
        <w:t>Susan.</w:t>
        <w:br/>
        <w:t>咖啡</w:t>
        <w:br/>
        <w:t>Coffee.</w:t>
        <w:br/>
        <w:t>阿毯</w:t>
      </w:r>
      <w:r>
        <w:t xml:space="preserve"> 请打开后备箱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把垫子拿出来</w:t>
        <w:br/>
        <w:t>Blanket,</w:t>
      </w:r>
      <w:r>
        <w:t xml:space="preserve"> open</w:t>
      </w:r>
      <w:r>
        <w:t xml:space="preserve"> up</w:t>
      </w:r>
      <w:r>
        <w:t xml:space="preserve"> the</w:t>
      </w:r>
      <w:r>
        <w:t xml:space="preserve"> back</w:t>
      </w:r>
      <w:r>
        <w:t xml:space="preserve"> and</w:t>
      </w:r>
      <w:r>
        <w:t xml:space="preserve"> take</w:t>
      </w:r>
      <w:r>
        <w:t xml:space="preserve"> out</w:t>
      </w:r>
      <w:r>
        <w:t xml:space="preserve"> the</w:t>
      </w:r>
      <w:r>
        <w:t xml:space="preserve"> mat,</w:t>
      </w:r>
      <w:r>
        <w:t xml:space="preserve"> please.</w:t>
        <w:br/>
        <w:t>这就去拿</w:t>
        <w:br/>
        <w:t>In</w:t>
      </w:r>
      <w:r>
        <w:t xml:space="preserve"> process.</w:t>
        <w:br/>
        <w:t>是凉的</w:t>
        <w:br/>
        <w:t>It's</w:t>
      </w:r>
      <w:r>
        <w:t xml:space="preserve"> cold.</w:t>
        <w:br/>
        <w:t>好了</w:t>
      </w:r>
      <w:r>
        <w:t xml:space="preserve"> 情况在掌控中吗</w:t>
      </w:r>
      <w:r>
        <w:t xml:space="preserve"> </w:t>
        <w:br/>
        <w:t>Right.</w:t>
      </w:r>
      <w:r>
        <w:t xml:space="preserve"> Are</w:t>
      </w:r>
      <w:r>
        <w:t xml:space="preserve"> we</w:t>
      </w:r>
      <w:r>
        <w:t xml:space="preserve"> in</w:t>
      </w:r>
      <w:r>
        <w:t xml:space="preserve"> a</w:t>
      </w:r>
      <w:r>
        <w:t xml:space="preserve"> contained</w:t>
      </w:r>
      <w:r>
        <w:t xml:space="preserve"> situation?</w:t>
        <w:br/>
        <w:t>目前是的</w:t>
      </w:r>
      <w:r>
        <w:t xml:space="preserve"> 妈妈在楼上睡觉</w:t>
      </w:r>
      <w:r>
        <w:t xml:space="preserve"> 员工提前下班了</w:t>
        <w:br/>
        <w:t>Currently.</w:t>
      </w:r>
      <w:r>
        <w:t xml:space="preserve"> Mother's</w:t>
      </w:r>
      <w:r>
        <w:t xml:space="preserve"> asleep</w:t>
      </w:r>
      <w:r>
        <w:t xml:space="preserve"> upstairs.</w:t>
      </w:r>
      <w:r>
        <w:t xml:space="preserve"> Staff</w:t>
      </w:r>
      <w:r>
        <w:t xml:space="preserve"> given</w:t>
      </w:r>
      <w:r>
        <w:t xml:space="preserve"> the</w:t>
      </w:r>
      <w:r>
        <w:t xml:space="preserve"> rest</w:t>
      </w:r>
      <w:r>
        <w:t xml:space="preserve"> of</w:t>
      </w:r>
      <w:r>
        <w:t xml:space="preserve"> the</w:t>
      </w:r>
      <w:r>
        <w:t xml:space="preserve"> day</w:t>
      </w:r>
      <w:r>
        <w:t xml:space="preserve"> off.</w:t>
        <w:br/>
        <w:t>所以</w:t>
        <w:br/>
        <w:t>So,</w:t>
        <w:br/>
        <w:t>一具尸体</w:t>
      </w:r>
      <w:r>
        <w:t xml:space="preserve"> 一个目击者</w:t>
      </w:r>
      <w:r>
        <w:t xml:space="preserve"> 对吗</w:t>
      </w:r>
      <w:r>
        <w:t xml:space="preserve"> </w:t>
        <w:br/>
        <w:t>one</w:t>
      </w:r>
      <w:r>
        <w:t xml:space="preserve"> body,</w:t>
      </w:r>
      <w:r>
        <w:t xml:space="preserve"> one</w:t>
      </w:r>
      <w:r>
        <w:t xml:space="preserve"> witness,</w:t>
      </w:r>
      <w:r>
        <w:t xml:space="preserve"> yes?</w:t>
        <w:br/>
        <w:t>对</w:t>
        <w:br/>
        <w:t>Yep.</w:t>
        <w:br/>
        <w:t>工作简单明了</w:t>
      </w:r>
      <w:r>
        <w:t xml:space="preserve"> 目击者被控制住了</w:t>
      </w:r>
      <w:r>
        <w:t xml:space="preserve"> </w:t>
        <w:br/>
        <w:t>Meat,</w:t>
      </w:r>
      <w:r>
        <w:t xml:space="preserve"> potatoes.</w:t>
      </w:r>
      <w:r>
        <w:t xml:space="preserve"> Witness</w:t>
      </w:r>
      <w:r>
        <w:t xml:space="preserve"> secure?</w:t>
        <w:br/>
        <w:t>那就先从尸体开始吧</w:t>
        <w:br/>
        <w:t>We'll</w:t>
      </w:r>
      <w:r>
        <w:t xml:space="preserve"> start</w:t>
      </w:r>
      <w:r>
        <w:t xml:space="preserve"> with</w:t>
      </w:r>
      <w:r>
        <w:t xml:space="preserve"> the</w:t>
      </w:r>
      <w:r>
        <w:t xml:space="preserve"> meat,</w:t>
      </w:r>
      <w:r>
        <w:t xml:space="preserve"> then.</w:t>
        <w:br/>
        <w:t>你们两个还他妈等什么</w:t>
      </w:r>
      <w:r>
        <w:t xml:space="preserve"> </w:t>
      </w:r>
      <w:r>
        <w:t xml:space="preserve"> 既然来干活</w:t>
      </w:r>
      <w:r>
        <w:t xml:space="preserve"> 那就赶紧的</w:t>
      </w:r>
      <w:r>
        <w:t xml:space="preserve"> 走吧</w:t>
        <w:br/>
        <w:t>The</w:t>
      </w:r>
      <w:r>
        <w:t xml:space="preserve"> fuck</w:t>
      </w:r>
      <w:r>
        <w:t xml:space="preserve"> are</w:t>
      </w:r>
      <w:r>
        <w:t xml:space="preserve"> you</w:t>
      </w:r>
      <w:r>
        <w:t xml:space="preserve"> two</w:t>
      </w:r>
      <w:r>
        <w:t xml:space="preserve"> waiting</w:t>
      </w:r>
      <w:r>
        <w:t xml:space="preserve"> for?</w:t>
      </w:r>
      <w:r>
        <w:t xml:space="preserve"> If</w:t>
      </w:r>
      <w:r>
        <w:t xml:space="preserve"> you're</w:t>
      </w:r>
      <w:r>
        <w:t xml:space="preserve"> coming</w:t>
      </w:r>
      <w:r>
        <w:t xml:space="preserve"> in,</w:t>
      </w:r>
      <w:r>
        <w:t xml:space="preserve"> that's</w:t>
      </w:r>
      <w:r>
        <w:t xml:space="preserve"> coming</w:t>
      </w:r>
      <w:r>
        <w:t xml:space="preserve"> off.</w:t>
        <w:br/>
        <w:t>好吧</w:t>
      </w:r>
      <w:r>
        <w:t xml:space="preserve"> 一具头部严重受到创伤的尸体</w:t>
        <w:br/>
        <w:t>Right,</w:t>
      </w:r>
      <w:r>
        <w:t xml:space="preserve"> one</w:t>
      </w:r>
      <w:r>
        <w:t xml:space="preserve"> cadaver</w:t>
      </w:r>
      <w:r>
        <w:t xml:space="preserve"> with</w:t>
      </w:r>
      <w:r>
        <w:t xml:space="preserve"> severe</w:t>
      </w:r>
      <w:r>
        <w:t xml:space="preserve"> head</w:t>
      </w:r>
      <w:r>
        <w:t xml:space="preserve"> trauma.</w:t>
        <w:br/>
        <w:t>用的是那把枪吗</w:t>
      </w:r>
      <w:r>
        <w:t xml:space="preserve"> </w:t>
        <w:br/>
        <w:t>Is</w:t>
      </w:r>
      <w:r>
        <w:t xml:space="preserve"> that</w:t>
      </w:r>
      <w:r>
        <w:t xml:space="preserve"> the</w:t>
      </w:r>
      <w:r>
        <w:t xml:space="preserve"> gun</w:t>
      </w:r>
      <w:r>
        <w:t xml:space="preserve"> that</w:t>
      </w:r>
      <w:r>
        <w:t xml:space="preserve"> was</w:t>
      </w:r>
      <w:r>
        <w:t xml:space="preserve"> used?</w:t>
        <w:br/>
        <w:t>没错</w:t>
        <w:br/>
        <w:t>It</w:t>
      </w:r>
      <w:r>
        <w:t xml:space="preserve"> is</w:t>
      </w:r>
      <w:r>
        <w:t xml:space="preserve"> indeed.</w:t>
        <w:br/>
        <w:t>那是庚斯伯勒的画</w:t>
      </w:r>
      <w:r>
        <w:t xml:space="preserve"> </w:t>
        <w:br/>
        <w:t>Is</w:t>
      </w:r>
      <w:r>
        <w:t xml:space="preserve"> that</w:t>
      </w:r>
      <w:r>
        <w:t xml:space="preserve"> a</w:t>
      </w:r>
      <w:r>
        <w:t xml:space="preserve"> Gainsborough?</w:t>
        <w:br/>
        <w:t>太美了</w:t>
        <w:br/>
        <w:t>Ooh,</w:t>
      </w:r>
      <w:r>
        <w:t xml:space="preserve"> that's</w:t>
      </w:r>
      <w:r>
        <w:t xml:space="preserve"> fabulous.</w:t>
        <w:br/>
        <w:t>我们待会再清理那个</w:t>
        <w:br/>
        <w:t>We'll</w:t>
      </w:r>
      <w:r>
        <w:t xml:space="preserve"> tidy</w:t>
      </w:r>
      <w:r>
        <w:t xml:space="preserve"> that</w:t>
      </w:r>
      <w:r>
        <w:t xml:space="preserve"> up</w:t>
      </w:r>
      <w:r>
        <w:t xml:space="preserve"> later.</w:t>
        <w:br/>
        <w:t>所以我的想法是分尸挖坑</w:t>
        <w:br/>
        <w:t>I'm</w:t>
      </w:r>
      <w:r>
        <w:t xml:space="preserve"> thinking</w:t>
      </w:r>
      <w:r>
        <w:t xml:space="preserve"> we</w:t>
      </w:r>
      <w:r>
        <w:t xml:space="preserve"> do</w:t>
      </w:r>
      <w:r>
        <w:t xml:space="preserve"> a</w:t>
      </w:r>
      <w:r>
        <w:t xml:space="preserve"> jig</w:t>
      </w:r>
      <w:r>
        <w:t xml:space="preserve"> and</w:t>
      </w:r>
      <w:r>
        <w:t xml:space="preserve"> dig</w:t>
      </w:r>
      <w:r>
        <w:t xml:space="preserve"> job.</w:t>
        <w:br/>
        <w:t>把尸体分成四份</w:t>
        <w:br/>
        <w:t>So</w:t>
      </w:r>
      <w:r>
        <w:t xml:space="preserve"> we,</w:t>
      </w:r>
      <w:r>
        <w:t xml:space="preserve"> uh,</w:t>
      </w:r>
      <w:r>
        <w:t xml:space="preserve"> quarter</w:t>
      </w:r>
      <w:r>
        <w:t xml:space="preserve"> the</w:t>
      </w:r>
      <w:r>
        <w:t xml:space="preserve"> body,</w:t>
        <w:br/>
        <w:t>找一个</w:t>
        <w:br/>
        <w:t>find</w:t>
      </w:r>
      <w:r>
        <w:t xml:space="preserve"> a</w:t>
        <w:br/>
        <w:t>宁静而隐蔽的地方</w:t>
        <w:br/>
        <w:t>serene</w:t>
      </w:r>
      <w:r>
        <w:t xml:space="preserve"> but</w:t>
      </w:r>
      <w:r>
        <w:t xml:space="preserve"> secluded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spot,</w:t>
        <w:br/>
        <w:t>深埋到地下</w:t>
        <w:br/>
        <w:t>bury</w:t>
      </w:r>
      <w:r>
        <w:t xml:space="preserve"> it</w:t>
      </w:r>
      <w:r>
        <w:t xml:space="preserve"> deep,</w:t>
        <w:br/>
        <w:t>撒上生石灰</w:t>
        <w:br/>
        <w:t>frost</w:t>
      </w:r>
      <w:r>
        <w:t xml:space="preserve"> it</w:t>
      </w:r>
      <w:r>
        <w:t xml:space="preserve"> with</w:t>
      </w:r>
      <w:r>
        <w:t xml:space="preserve"> lime,</w:t>
        <w:br/>
        <w:t>埋上土</w:t>
      </w:r>
      <w:r>
        <w:t xml:space="preserve"> 然后用混合肥料装饰一下</w:t>
        <w:br/>
        <w:t>pack</w:t>
      </w:r>
      <w:r>
        <w:t xml:space="preserve"> it</w:t>
      </w:r>
      <w:r>
        <w:t xml:space="preserve"> with</w:t>
      </w:r>
      <w:r>
        <w:t xml:space="preserve"> earth,</w:t>
      </w:r>
      <w:r>
        <w:t xml:space="preserve"> and...</w:t>
      </w:r>
      <w:r>
        <w:t xml:space="preserve"> and</w:t>
      </w:r>
      <w:r>
        <w:t xml:space="preserve"> decorate</w:t>
      </w:r>
      <w:r>
        <w:t xml:space="preserve"> it</w:t>
      </w:r>
      <w:r>
        <w:t xml:space="preserve"> with</w:t>
      </w:r>
      <w:r>
        <w:t xml:space="preserve"> some</w:t>
      </w:r>
      <w:r>
        <w:t xml:space="preserve"> compost.</w:t>
        <w:br/>
        <w:t>我有个问题</w:t>
        <w:br/>
        <w:t>I</w:t>
      </w:r>
      <w:r>
        <w:t xml:space="preserve"> do</w:t>
      </w:r>
      <w:r>
        <w:t xml:space="preserve"> have</w:t>
      </w:r>
      <w:r>
        <w:t xml:space="preserve"> a</w:t>
      </w:r>
      <w:r>
        <w:t xml:space="preserve"> question.</w:t>
        <w:br/>
        <w:t>说吧</w:t>
        <w:br/>
        <w:t>Go</w:t>
      </w:r>
      <w:r>
        <w:t xml:space="preserve"> ahead.</w:t>
        <w:br/>
        <w:t>为什么要锯成小块</w:t>
      </w:r>
      <w:r>
        <w:t xml:space="preserve"> </w:t>
        <w:br/>
        <w:t>Why</w:t>
      </w:r>
      <w:r>
        <w:t xml:space="preserve"> are</w:t>
      </w:r>
      <w:r>
        <w:t xml:space="preserve"> you</w:t>
      </w:r>
      <w:r>
        <w:t xml:space="preserve"> chopping</w:t>
      </w:r>
      <w:r>
        <w:t xml:space="preserve"> it</w:t>
      </w:r>
      <w:r>
        <w:t xml:space="preserve"> up</w:t>
      </w:r>
      <w:r>
        <w:t xml:space="preserve"> into</w:t>
      </w:r>
      <w:r>
        <w:t xml:space="preserve"> little</w:t>
      </w:r>
      <w:r>
        <w:t xml:space="preserve"> pieces?</w:t>
        <w:br/>
        <w:t>首先</w:t>
      </w:r>
      <w:r>
        <w:t xml:space="preserve"> 这样就不用挖太大的洞</w:t>
        <w:br/>
        <w:t>First</w:t>
      </w:r>
      <w:r>
        <w:t xml:space="preserve"> of</w:t>
      </w:r>
      <w:r>
        <w:t xml:space="preserve"> all,</w:t>
      </w:r>
      <w:r>
        <w:t xml:space="preserve"> you</w:t>
      </w:r>
      <w:r>
        <w:t xml:space="preserve"> dig</w:t>
      </w:r>
      <w:r>
        <w:t xml:space="preserve"> a</w:t>
      </w:r>
      <w:r>
        <w:t xml:space="preserve"> smaller</w:t>
      </w:r>
      <w:r>
        <w:t xml:space="preserve"> hole.</w:t>
        <w:br/>
        <w:t>而且内脏暴露在外会加快腐烂的速度</w:t>
        <w:br/>
        <w:t>Plus,</w:t>
      </w:r>
      <w:r>
        <w:t xml:space="preserve"> with</w:t>
      </w:r>
      <w:r>
        <w:t xml:space="preserve"> the</w:t>
      </w:r>
      <w:r>
        <w:t xml:space="preserve"> internal</w:t>
      </w:r>
      <w:r>
        <w:t xml:space="preserve"> organs</w:t>
      </w:r>
      <w:r>
        <w:t xml:space="preserve"> exposed,</w:t>
      </w:r>
      <w:r>
        <w:t xml:space="preserve"> you</w:t>
      </w:r>
      <w:r>
        <w:t xml:space="preserve"> speed</w:t>
      </w:r>
      <w:r>
        <w:t xml:space="preserve"> up</w:t>
      </w:r>
      <w:r>
        <w:t xml:space="preserve"> the</w:t>
      </w:r>
      <w:r>
        <w:t xml:space="preserve"> rate</w:t>
      </w:r>
      <w:r>
        <w:t xml:space="preserve"> of</w:t>
      </w:r>
      <w:r>
        <w:t xml:space="preserve"> decomposition.</w:t>
        <w:br/>
        <w:t>虫子们很喜欢</w:t>
        <w:br/>
        <w:t>And</w:t>
      </w:r>
      <w:r>
        <w:t xml:space="preserve"> the</w:t>
      </w:r>
      <w:r>
        <w:t xml:space="preserve"> worms</w:t>
      </w:r>
      <w:r>
        <w:t xml:space="preserve"> love</w:t>
      </w:r>
      <w:r>
        <w:t xml:space="preserve"> it.</w:t>
        <w:br/>
        <w:t>你看</w:t>
      </w:r>
      <w:r>
        <w:t xml:space="preserve"> 干我这一行</w:t>
        <w:br/>
        <w:t>You</w:t>
      </w:r>
      <w:r>
        <w:t xml:space="preserve"> see,</w:t>
      </w:r>
      <w:r>
        <w:t xml:space="preserve"> in</w:t>
      </w:r>
      <w:r>
        <w:t xml:space="preserve"> my</w:t>
      </w:r>
      <w:r>
        <w:t xml:space="preserve"> craft,</w:t>
        <w:br/>
        <w:t>必须得综合考虑各个方面</w:t>
        <w:br/>
        <w:t>you</w:t>
      </w:r>
      <w:r>
        <w:t xml:space="preserve"> have</w:t>
      </w:r>
      <w:r>
        <w:t xml:space="preserve"> to</w:t>
      </w:r>
      <w:r>
        <w:t xml:space="preserve"> have</w:t>
      </w:r>
      <w:r>
        <w:t xml:space="preserve"> a...</w:t>
      </w:r>
      <w:r>
        <w:t xml:space="preserve"> a</w:t>
      </w:r>
      <w:r>
        <w:t xml:space="preserve"> holistic</w:t>
      </w:r>
      <w:r>
        <w:t xml:space="preserve"> approach.</w:t>
        <w:br/>
        <w:t>基斯</w:t>
      </w:r>
      <w:r>
        <w:t xml:space="preserve"> 你先把墙上的血清洗干净</w:t>
        <w:br/>
        <w:t>Keith,</w:t>
      </w:r>
      <w:r>
        <w:t xml:space="preserve"> you</w:t>
      </w:r>
      <w:r>
        <w:t xml:space="preserve"> start</w:t>
      </w:r>
      <w:r>
        <w:t xml:space="preserve"> by</w:t>
      </w:r>
      <w:r>
        <w:t xml:space="preserve"> washing</w:t>
      </w:r>
      <w:r>
        <w:t xml:space="preserve"> the</w:t>
      </w:r>
      <w:r>
        <w:t xml:space="preserve"> blood</w:t>
      </w:r>
      <w:r>
        <w:t xml:space="preserve"> off</w:t>
      </w:r>
      <w:r>
        <w:t xml:space="preserve"> the</w:t>
      </w:r>
      <w:r>
        <w:t xml:space="preserve"> walls.</w:t>
        <w:br/>
        <w:t>阿毯</w:t>
      </w:r>
      <w:r>
        <w:t xml:space="preserve"> 把枪拿走</w:t>
      </w:r>
      <w:r>
        <w:t xml:space="preserve"> 放在车的后备箱里</w:t>
        <w:br/>
        <w:t>Blanket,</w:t>
      </w:r>
      <w:r>
        <w:t xml:space="preserve"> take</w:t>
      </w:r>
      <w:r>
        <w:t xml:space="preserve"> the</w:t>
      </w:r>
      <w:r>
        <w:t xml:space="preserve"> gun,</w:t>
      </w:r>
      <w:r>
        <w:t xml:space="preserve"> put</w:t>
      </w:r>
      <w:r>
        <w:t xml:space="preserve"> it</w:t>
      </w:r>
      <w:r>
        <w:t xml:space="preserve"> in</w:t>
      </w:r>
      <w:r>
        <w:t xml:space="preserve"> the</w:t>
      </w:r>
      <w:r>
        <w:t xml:space="preserve"> boot</w:t>
      </w:r>
      <w:r>
        <w:t xml:space="preserve"> of</w:t>
      </w:r>
      <w:r>
        <w:t xml:space="preserve"> the</w:t>
      </w:r>
      <w:r>
        <w:t xml:space="preserve"> car.</w:t>
        <w:br/>
        <w:t>然后开到庄园后面</w:t>
      </w:r>
      <w:r>
        <w:t xml:space="preserve"> 先暂时躲开众人的视线</w:t>
        <w:br/>
        <w:t>Drive</w:t>
      </w:r>
      <w:r>
        <w:t xml:space="preserve"> it</w:t>
      </w:r>
      <w:r>
        <w:t xml:space="preserve"> around</w:t>
      </w:r>
      <w:r>
        <w:t xml:space="preserve"> the</w:t>
      </w:r>
      <w:r>
        <w:t xml:space="preserve"> back</w:t>
      </w:r>
      <w:r>
        <w:t xml:space="preserve"> of</w:t>
      </w:r>
      <w:r>
        <w:t xml:space="preserve"> the</w:t>
      </w:r>
      <w:r>
        <w:t xml:space="preserve"> estate</w:t>
      </w:r>
      <w:r>
        <w:t xml:space="preserve"> so</w:t>
      </w:r>
      <w:r>
        <w:t xml:space="preserve"> it's</w:t>
      </w:r>
      <w:r>
        <w:t xml:space="preserve"> out</w:t>
      </w:r>
      <w:r>
        <w:t xml:space="preserve"> of</w:t>
      </w:r>
      <w:r>
        <w:t xml:space="preserve"> sight.</w:t>
        <w:br/>
        <w:t>我在外面肢解尸体</w:t>
        <w:br/>
        <w:t>I'll</w:t>
      </w:r>
      <w:r>
        <w:t xml:space="preserve"> dismember</w:t>
      </w:r>
      <w:r>
        <w:t xml:space="preserve"> the</w:t>
      </w:r>
      <w:r>
        <w:t xml:space="preserve"> body</w:t>
      </w:r>
      <w:r>
        <w:t xml:space="preserve"> outside.</w:t>
        <w:br/>
        <w:t>你自己动手</w:t>
      </w:r>
      <w:r>
        <w:t xml:space="preserve"> </w:t>
        <w:br/>
        <w:t>So</w:t>
      </w:r>
      <w:r>
        <w:t xml:space="preserve"> you're</w:t>
      </w:r>
      <w:r>
        <w:t xml:space="preserve"> doing</w:t>
      </w:r>
      <w:r>
        <w:t xml:space="preserve"> the</w:t>
      </w:r>
      <w:r>
        <w:t xml:space="preserve"> operation?</w:t>
        <w:br/>
        <w:t>没错</w:t>
      </w:r>
      <w:r>
        <w:t xml:space="preserve"> 我提供全套服务</w:t>
        <w:br/>
        <w:t>Oh,</w:t>
      </w:r>
      <w:r>
        <w:t xml:space="preserve"> yes,</w:t>
      </w:r>
      <w:r>
        <w:t xml:space="preserve"> yes.</w:t>
      </w:r>
      <w:r>
        <w:t xml:space="preserve"> I</w:t>
      </w:r>
      <w:r>
        <w:t xml:space="preserve"> provide</w:t>
      </w:r>
      <w:r>
        <w:t xml:space="preserve"> a</w:t>
      </w:r>
      <w:r>
        <w:t xml:space="preserve"> full</w:t>
      </w:r>
      <w:r>
        <w:t xml:space="preserve"> service.</w:t>
        <w:br/>
        <w:t>包括除掉目击者</w:t>
        <w:br/>
        <w:t>Including</w:t>
      </w:r>
      <w:r>
        <w:t xml:space="preserve"> the</w:t>
      </w:r>
      <w:r>
        <w:t xml:space="preserve"> removal</w:t>
      </w:r>
      <w:r>
        <w:t xml:space="preserve"> of</w:t>
      </w:r>
      <w:r>
        <w:t xml:space="preserve"> witnesses.</w:t>
        <w:br/>
        <w:t>好了</w:t>
      </w:r>
      <w:r>
        <w:t xml:space="preserve"> 还有其他问题吗</w:t>
      </w:r>
      <w:r>
        <w:t xml:space="preserve"> </w:t>
        <w:br/>
        <w:t>Now,</w:t>
      </w:r>
      <w:r>
        <w:t xml:space="preserve"> any</w:t>
      </w:r>
      <w:r>
        <w:t xml:space="preserve"> other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questions?</w:t>
        <w:br/>
        <w:t>没有</w:t>
        <w:br/>
        <w:t>No.</w:t>
        <w:br/>
        <w:t>没有</w:t>
        <w:br/>
        <w:t>No.</w:t>
        <w:br/>
        <w:t>那么苏珊</w:t>
      </w:r>
      <w:r>
        <w:t xml:space="preserve"> 请把我介绍给主人吧</w:t>
        <w:br/>
        <w:t>Then</w:t>
      </w:r>
      <w:r>
        <w:t xml:space="preserve"> please,</w:t>
      </w:r>
      <w:r>
        <w:t xml:space="preserve"> Susan,</w:t>
      </w:r>
      <w:r>
        <w:t xml:space="preserve"> introduce</w:t>
      </w:r>
      <w:r>
        <w:t xml:space="preserve"> me</w:t>
      </w:r>
      <w:r>
        <w:t xml:space="preserve"> to</w:t>
      </w:r>
      <w:r>
        <w:t xml:space="preserve"> the</w:t>
      </w:r>
      <w:r>
        <w:t xml:space="preserve"> host.</w:t>
        <w:br/>
        <w:t>爱迪</w:t>
      </w:r>
      <w:r>
        <w:t xml:space="preserve"> 这位是菲利克斯</w:t>
        <w:br/>
        <w:t>Eddie,</w:t>
      </w:r>
      <w:r>
        <w:t xml:space="preserve"> this</w:t>
      </w:r>
      <w:r>
        <w:t xml:space="preserve"> is</w:t>
      </w:r>
      <w:r>
        <w:t xml:space="preserve"> Felix.</w:t>
        <w:br/>
        <w:t>他对付这种情况很有经验</w:t>
        <w:br/>
        <w:t>He's</w:t>
      </w:r>
      <w:r>
        <w:t xml:space="preserve"> got</w:t>
      </w:r>
      <w:r>
        <w:t xml:space="preserve"> plenty</w:t>
      </w:r>
      <w:r>
        <w:t xml:space="preserve"> of</w:t>
      </w:r>
      <w:r>
        <w:t xml:space="preserve"> experience</w:t>
      </w:r>
      <w:r>
        <w:t xml:space="preserve"> in</w:t>
      </w:r>
      <w:r>
        <w:t xml:space="preserve"> these</w:t>
      </w:r>
      <w:r>
        <w:t xml:space="preserve"> kind</w:t>
      </w:r>
      <w:r>
        <w:t xml:space="preserve"> of</w:t>
      </w:r>
      <w:r>
        <w:t xml:space="preserve"> situations.</w:t>
        <w:br/>
        <w:t>他是来提供专业服务的</w:t>
      </w:r>
      <w:r>
        <w:t xml:space="preserve"> -</w:t>
      </w:r>
      <w:r>
        <w:t xml:space="preserve"> 爱迪</w:t>
        <w:br/>
        <w:t>He's</w:t>
      </w:r>
      <w:r>
        <w:t xml:space="preserve"> come</w:t>
      </w:r>
      <w:r>
        <w:t xml:space="preserve"> to</w:t>
      </w:r>
      <w:r>
        <w:t xml:space="preserve"> offer</w:t>
      </w:r>
      <w:r>
        <w:t xml:space="preserve"> his</w:t>
      </w:r>
      <w:r>
        <w:t xml:space="preserve"> expertise.</w:t>
      </w:r>
      <w:r>
        <w:t xml:space="preserve"> -</w:t>
      </w:r>
      <w:r>
        <w:t xml:space="preserve"> Eddie.</w:t>
        <w:br/>
        <w:t>菲利克斯</w:t>
      </w:r>
      <w:r>
        <w:t xml:space="preserve"> 谢谢你这么快赶来</w:t>
        <w:br/>
        <w:t>Felix.</w:t>
      </w:r>
      <w:r>
        <w:t xml:space="preserve"> Thanks</w:t>
      </w:r>
      <w:r>
        <w:t xml:space="preserve"> for</w:t>
      </w:r>
      <w:r>
        <w:t xml:space="preserve"> coming</w:t>
      </w:r>
      <w:r>
        <w:t xml:space="preserve"> so</w:t>
      </w:r>
      <w:r>
        <w:t xml:space="preserve"> quickly.</w:t>
        <w:br/>
        <w:t>没什么</w:t>
      </w:r>
      <w:r>
        <w:t xml:space="preserve"> 这种事时间紧迫嘛</w:t>
        <w:br/>
        <w:t>Yeah,</w:t>
      </w:r>
      <w:r>
        <w:t xml:space="preserve"> sure,</w:t>
      </w:r>
      <w:r>
        <w:t xml:space="preserve"> it's</w:t>
      </w:r>
      <w:r>
        <w:t xml:space="preserve"> a</w:t>
      </w:r>
      <w:r>
        <w:t xml:space="preserve"> time-</w:t>
      </w:r>
      <w:r>
        <w:t xml:space="preserve"> sensitive</w:t>
      </w:r>
      <w:r>
        <w:t xml:space="preserve"> matter.</w:t>
        <w:br/>
        <w:t>我很感激你提供的才能和专业服务</w:t>
        <w:br/>
        <w:t>I</w:t>
      </w:r>
      <w:r>
        <w:t xml:space="preserve"> appreciate</w:t>
      </w:r>
      <w:r>
        <w:t xml:space="preserve"> the</w:t>
      </w:r>
      <w:r>
        <w:t xml:space="preserve"> knowledge</w:t>
      </w:r>
      <w:r>
        <w:t xml:space="preserve"> and</w:t>
      </w:r>
      <w:r>
        <w:t xml:space="preserve"> expertise</w:t>
      </w:r>
      <w:r>
        <w:t xml:space="preserve"> you're</w:t>
      </w:r>
      <w:r>
        <w:t xml:space="preserve"> bringing</w:t>
      </w:r>
      <w:r>
        <w:t xml:space="preserve"> to</w:t>
      </w:r>
      <w:r>
        <w:t xml:space="preserve"> the</w:t>
      </w:r>
      <w:r>
        <w:t xml:space="preserve"> table,</w:t>
        <w:br/>
        <w:t>但我们得谈谈杰斯罗</w:t>
        <w:br/>
        <w:t>but</w:t>
      </w:r>
      <w:r>
        <w:t xml:space="preserve"> we</w:t>
      </w:r>
      <w:r>
        <w:t xml:space="preserve"> need</w:t>
      </w:r>
      <w:r>
        <w:t xml:space="preserve"> to</w:t>
      </w:r>
      <w:r>
        <w:t xml:space="preserve"> talk</w:t>
      </w:r>
      <w:r>
        <w:t xml:space="preserve"> about</w:t>
      </w:r>
      <w:r>
        <w:t xml:space="preserve"> Jethro.</w:t>
        <w:br/>
        <w:t>杰斯罗是目击者吧</w:t>
      </w:r>
      <w:r>
        <w:t xml:space="preserve"> </w:t>
        <w:br/>
        <w:t>Uh,</w:t>
      </w:r>
      <w:r>
        <w:t xml:space="preserve"> Jethro</w:t>
      </w:r>
      <w:r>
        <w:t xml:space="preserve"> is</w:t>
      </w:r>
      <w:r>
        <w:t xml:space="preserve"> the</w:t>
      </w:r>
      <w:r>
        <w:t xml:space="preserve"> witness?</w:t>
      </w:r>
      <w:r>
        <w:t xml:space="preserve"> Yes?</w:t>
        <w:br/>
        <w:t>我认为我们可以利用他</w:t>
      </w:r>
      <w:r>
        <w:t xml:space="preserve"> 为福音制&amp;hearts;造&amp;hearts;另一个故事版本</w:t>
        <w:br/>
        <w:t>I'm</w:t>
      </w:r>
      <w:r>
        <w:t xml:space="preserve"> thinking</w:t>
      </w:r>
      <w:r>
        <w:t xml:space="preserve"> we</w:t>
      </w:r>
      <w:r>
        <w:t xml:space="preserve"> can</w:t>
      </w:r>
      <w:r>
        <w:t xml:space="preserve"> use</w:t>
      </w:r>
      <w:r>
        <w:t xml:space="preserve"> him</w:t>
      </w:r>
      <w:r>
        <w:t xml:space="preserve"> to</w:t>
      </w:r>
      <w:r>
        <w:t xml:space="preserve"> create</w:t>
      </w:r>
      <w:r>
        <w:t xml:space="preserve"> an</w:t>
      </w:r>
      <w:r>
        <w:t xml:space="preserve"> alternative</w:t>
      </w:r>
      <w:r>
        <w:t xml:space="preserve"> narrative</w:t>
      </w:r>
      <w:r>
        <w:t xml:space="preserve"> for</w:t>
      </w:r>
      <w:r>
        <w:t xml:space="preserve"> the</w:t>
      </w:r>
      <w:r>
        <w:t xml:space="preserve"> Gospel.</w:t>
        <w:br/>
        <w:t>如果我建议</w:t>
        <w:br/>
        <w:t>What</w:t>
      </w:r>
      <w:r>
        <w:t xml:space="preserve"> if</w:t>
      </w:r>
      <w:r>
        <w:t xml:space="preserve"> I</w:t>
      </w:r>
      <w:r>
        <w:t xml:space="preserve"> was</w:t>
      </w:r>
      <w:r>
        <w:t xml:space="preserve"> to</w:t>
      </w:r>
      <w:r>
        <w:t xml:space="preserve"> suggest</w:t>
        <w:br/>
        <w:t>汤米和杰斯罗之间出现了情况呢</w:t>
      </w:r>
      <w:r>
        <w:t xml:space="preserve"> </w:t>
        <w:br/>
        <w:t>that</w:t>
      </w:r>
      <w:r>
        <w:t xml:space="preserve"> things</w:t>
      </w:r>
      <w:r>
        <w:t xml:space="preserve"> weren't</w:t>
      </w:r>
      <w:r>
        <w:t xml:space="preserve"> good</w:t>
      </w:r>
      <w:r>
        <w:t xml:space="preserve"> between</w:t>
      </w:r>
      <w:r>
        <w:t xml:space="preserve"> Tommy</w:t>
      </w:r>
      <w:r>
        <w:t xml:space="preserve"> and</w:t>
      </w:r>
      <w:r>
        <w:t xml:space="preserve"> Jethro?</w:t>
        <w:br/>
        <w:t>数钱的时候</w:t>
      </w:r>
      <w:r>
        <w:t xml:space="preserve"> 他们在吵架</w:t>
        <w:br/>
        <w:t>That</w:t>
      </w:r>
      <w:r>
        <w:t xml:space="preserve"> they</w:t>
      </w:r>
      <w:r>
        <w:t xml:space="preserve"> were</w:t>
      </w:r>
      <w:r>
        <w:t xml:space="preserve"> fighting</w:t>
      </w:r>
      <w:r>
        <w:t xml:space="preserve"> when</w:t>
      </w:r>
      <w:r>
        <w:t xml:space="preserve"> the</w:t>
      </w:r>
      <w:r>
        <w:t xml:space="preserve"> money</w:t>
      </w:r>
      <w:r>
        <w:t xml:space="preserve"> was</w:t>
      </w:r>
      <w:r>
        <w:t xml:space="preserve"> being</w:t>
      </w:r>
      <w:r>
        <w:t xml:space="preserve"> counted.</w:t>
        <w:br/>
        <w:t>我们用汤米的手&amp;hearts;机&amp;hearts;拍下表演</w:t>
      </w:r>
      <w:r>
        <w:t xml:space="preserve"> 放在他的口袋里</w:t>
        <w:br/>
        <w:t>We</w:t>
      </w:r>
      <w:r>
        <w:t xml:space="preserve"> film</w:t>
      </w:r>
      <w:r>
        <w:t xml:space="preserve"> the</w:t>
      </w:r>
      <w:r>
        <w:t xml:space="preserve"> performance</w:t>
      </w:r>
      <w:r>
        <w:t xml:space="preserve"> on</w:t>
      </w:r>
      <w:r>
        <w:t xml:space="preserve"> Tommy's</w:t>
      </w:r>
      <w:r>
        <w:t xml:space="preserve"> phone,</w:t>
      </w:r>
      <w:r>
        <w:t xml:space="preserve"> stick</w:t>
      </w:r>
      <w:r>
        <w:t xml:space="preserve"> it</w:t>
      </w:r>
      <w:r>
        <w:t xml:space="preserve"> in</w:t>
      </w:r>
      <w:r>
        <w:t xml:space="preserve"> his</w:t>
      </w:r>
      <w:r>
        <w:t xml:space="preserve"> pocket.</w:t>
        <w:br/>
        <w:br/>
        <w:t>然后把尸体放在车的后备箱里</w:t>
        <w:br/>
        <w:t>Then</w:t>
      </w:r>
      <w:r>
        <w:t xml:space="preserve"> we</w:t>
      </w:r>
      <w:r>
        <w:t xml:space="preserve"> stage</w:t>
      </w:r>
      <w:r>
        <w:t xml:space="preserve"> the</w:t>
      </w:r>
      <w:r>
        <w:t xml:space="preserve"> body</w:t>
      </w:r>
      <w:r>
        <w:t xml:space="preserve"> in</w:t>
      </w:r>
      <w:r>
        <w:t xml:space="preserve"> the</w:t>
      </w:r>
      <w:r>
        <w:t xml:space="preserve"> boot</w:t>
      </w:r>
      <w:r>
        <w:t xml:space="preserve"> of</w:t>
      </w:r>
      <w:r>
        <w:t xml:space="preserve"> the</w:t>
      </w:r>
      <w:r>
        <w:t xml:space="preserve"> car.</w:t>
        <w:br/>
        <w:t>让福音认为是杰斯罗杀了汤米</w:t>
      </w:r>
      <w:r>
        <w:t xml:space="preserve"> 然后他带着钱跑了</w:t>
        <w:br/>
        <w:t>The</w:t>
      </w:r>
      <w:r>
        <w:t xml:space="preserve"> Gospel</w:t>
      </w:r>
      <w:r>
        <w:t xml:space="preserve"> thinks</w:t>
      </w:r>
      <w:r>
        <w:t xml:space="preserve"> Jethro</w:t>
      </w:r>
      <w:r>
        <w:t xml:space="preserve"> killed</w:t>
      </w:r>
      <w:r>
        <w:t xml:space="preserve"> Tommy</w:t>
      </w:r>
      <w:r>
        <w:t xml:space="preserve"> and</w:t>
      </w:r>
      <w:r>
        <w:t xml:space="preserve"> left</w:t>
      </w:r>
      <w:r>
        <w:t xml:space="preserve"> with</w:t>
      </w:r>
      <w:r>
        <w:t xml:space="preserve"> the</w:t>
      </w:r>
      <w:r>
        <w:t xml:space="preserve"> money.</w:t>
        <w:br/>
        <w:t>抱歉</w:t>
      </w:r>
      <w:r>
        <w:t xml:space="preserve"> 这一切发生的同时</w:t>
      </w:r>
      <w:r>
        <w:t xml:space="preserve"> 杰斯罗在哪里</w:t>
      </w:r>
      <w:r>
        <w:t xml:space="preserve"> </w:t>
        <w:br/>
        <w:t>Uh,</w:t>
      </w:r>
      <w:r>
        <w:t xml:space="preserve"> sorry,</w:t>
      </w:r>
      <w:r>
        <w:t xml:space="preserve"> and...</w:t>
      </w:r>
      <w:r>
        <w:t xml:space="preserve"> and</w:t>
      </w:r>
      <w:r>
        <w:t xml:space="preserve"> where</w:t>
      </w:r>
      <w:r>
        <w:t xml:space="preserve"> is,</w:t>
      </w:r>
      <w:r>
        <w:t xml:space="preserve"> uh,</w:t>
      </w:r>
      <w:r>
        <w:t xml:space="preserve"> Jethro</w:t>
      </w:r>
      <w:r>
        <w:t xml:space="preserve"> while</w:t>
      </w:r>
      <w:r>
        <w:t xml:space="preserve"> all</w:t>
      </w:r>
      <w:r>
        <w:t xml:space="preserve"> this</w:t>
      </w:r>
      <w:r>
        <w:t xml:space="preserve"> is</w:t>
      </w:r>
      <w:r>
        <w:t xml:space="preserve"> happening?</w:t>
        <w:br/>
        <w:t>在开往澳大利亚的集装箱船上</w:t>
      </w:r>
      <w:r>
        <w:t xml:space="preserve"> 口袋里装了两百万英镑</w:t>
        <w:br/>
        <w:t>On</w:t>
      </w:r>
      <w:r>
        <w:t xml:space="preserve"> a</w:t>
      </w:r>
      <w:r>
        <w:t xml:space="preserve"> container</w:t>
      </w:r>
      <w:r>
        <w:t xml:space="preserve"> ship</w:t>
      </w:r>
      <w:r>
        <w:t xml:space="preserve"> to</w:t>
      </w:r>
      <w:r>
        <w:t xml:space="preserve"> Australia.</w:t>
      </w:r>
      <w:r>
        <w:t xml:space="preserve"> With</w:t>
      </w:r>
      <w:r>
        <w:t xml:space="preserve"> £2</w:t>
      </w:r>
      <w:r>
        <w:t xml:space="preserve"> million</w:t>
      </w:r>
      <w:r>
        <w:t xml:space="preserve"> in</w:t>
      </w:r>
      <w:r>
        <w:t xml:space="preserve"> his</w:t>
      </w:r>
      <w:r>
        <w:t xml:space="preserve"> pocket.</w:t>
        <w:br/>
        <w:t>把他送到拉普兰不是更简单吗</w:t>
      </w:r>
      <w:r>
        <w:t xml:space="preserve"> </w:t>
        <w:br/>
        <w:t>Well,</w:t>
      </w:r>
      <w:r>
        <w:t xml:space="preserve"> wouldn't</w:t>
      </w:r>
      <w:r>
        <w:t xml:space="preserve"> it</w:t>
      </w:r>
      <w:r>
        <w:t xml:space="preserve"> be</w:t>
      </w:r>
      <w:r>
        <w:t xml:space="preserve"> easier</w:t>
      </w:r>
      <w:r>
        <w:t xml:space="preserve"> if</w:t>
      </w:r>
      <w:r>
        <w:t xml:space="preserve"> we</w:t>
      </w:r>
      <w:r>
        <w:t xml:space="preserve"> just</w:t>
      </w:r>
      <w:r>
        <w:t xml:space="preserve"> shipped</w:t>
      </w:r>
      <w:r>
        <w:t xml:space="preserve"> him</w:t>
      </w:r>
      <w:r>
        <w:t xml:space="preserve"> off</w:t>
      </w:r>
      <w:r>
        <w:t xml:space="preserve"> to</w:t>
      </w:r>
      <w:r>
        <w:t xml:space="preserve"> Lapland?</w:t>
        <w:br/>
        <w:t>他可以跟圣诞老人混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跟小精灵们一起躲起来</w:t>
        <w:br/>
        <w:t>He</w:t>
      </w:r>
      <w:r>
        <w:t xml:space="preserve"> could</w:t>
      </w:r>
      <w:r>
        <w:t xml:space="preserve"> hang</w:t>
      </w:r>
      <w:r>
        <w:t xml:space="preserve"> out</w:t>
      </w:r>
      <w:r>
        <w:t xml:space="preserve"> with</w:t>
      </w:r>
      <w:r>
        <w:t xml:space="preserve"> Father</w:t>
      </w:r>
      <w:r>
        <w:t xml:space="preserve"> Christmas,</w:t>
      </w:r>
      <w:r>
        <w:t xml:space="preserve"> hide</w:t>
      </w:r>
      <w:r>
        <w:t xml:space="preserve"> out</w:t>
      </w:r>
      <w:r>
        <w:t xml:space="preserve"> with</w:t>
      </w:r>
      <w:r>
        <w:t xml:space="preserve"> the</w:t>
      </w:r>
      <w:r>
        <w:t xml:space="preserve"> elves,</w:t>
        <w:br/>
        <w:t>改行制&amp;hearts;作&amp;hearts;玩具</w:t>
        <w:br/>
        <w:t>and</w:t>
      </w:r>
      <w:r>
        <w:t xml:space="preserve"> retrain</w:t>
      </w:r>
      <w:r>
        <w:t xml:space="preserve"> as</w:t>
      </w:r>
      <w:r>
        <w:t xml:space="preserve"> a</w:t>
      </w:r>
      <w:r>
        <w:t xml:space="preserve"> toy</w:t>
      </w:r>
      <w:r>
        <w:t xml:space="preserve"> maker.</w:t>
        <w:br/>
        <w:t>他是个好孩子</w:t>
      </w:r>
      <w:r>
        <w:t xml:space="preserve"> 只不过做了些错误的决定</w:t>
        <w:br/>
        <w:t>He's</w:t>
      </w:r>
      <w:r>
        <w:t xml:space="preserve"> a</w:t>
      </w:r>
      <w:r>
        <w:t xml:space="preserve"> good</w:t>
      </w:r>
      <w:r>
        <w:t xml:space="preserve"> kid</w:t>
      </w:r>
      <w:r>
        <w:t xml:space="preserve"> who's</w:t>
      </w:r>
      <w:r>
        <w:t xml:space="preserve"> made</w:t>
      </w:r>
      <w:r>
        <w:t xml:space="preserve"> some</w:t>
      </w:r>
      <w:r>
        <w:t xml:space="preserve"> bad</w:t>
      </w:r>
      <w:r>
        <w:t xml:space="preserve"> decisions.</w:t>
        <w:br/>
        <w:t>如果有其他选择</w:t>
      </w:r>
      <w:r>
        <w:t xml:space="preserve"> 他不会参与这种事</w:t>
        <w:br/>
        <w:t>Wouldn't</w:t>
      </w:r>
      <w:r>
        <w:t xml:space="preserve"> be</w:t>
      </w:r>
      <w:r>
        <w:t xml:space="preserve"> doing</w:t>
      </w:r>
      <w:r>
        <w:t xml:space="preserve"> what</w:t>
      </w:r>
      <w:r>
        <w:t xml:space="preserve"> he</w:t>
      </w:r>
      <w:r>
        <w:t xml:space="preserve"> was</w:t>
      </w:r>
      <w:r>
        <w:t xml:space="preserve"> if</w:t>
      </w:r>
      <w:r>
        <w:t xml:space="preserve"> he</w:t>
      </w:r>
      <w:r>
        <w:t xml:space="preserve"> had</w:t>
      </w:r>
      <w:r>
        <w:t xml:space="preserve"> another</w:t>
      </w:r>
      <w:r>
        <w:t xml:space="preserve"> option.</w:t>
        <w:br/>
        <w:t>你觉得呢</w:t>
      </w:r>
      <w:r>
        <w:t xml:space="preserve"> 菲利克斯</w:t>
      </w:r>
      <w:r>
        <w:t xml:space="preserve"> </w:t>
        <w:br/>
        <w:t>What</w:t>
      </w:r>
      <w:r>
        <w:t xml:space="preserve"> do</w:t>
      </w:r>
      <w:r>
        <w:t xml:space="preserve"> you</w:t>
      </w:r>
      <w:r>
        <w:t xml:space="preserve"> think,</w:t>
      </w:r>
      <w:r>
        <w:t xml:space="preserve"> Felix?</w:t>
        <w:br/>
        <w:t>我认为你&amp;hearts;他&amp;hearts;妈&amp;hearts;的应该砍掉他的头</w:t>
        <w:br/>
        <w:t>I</w:t>
      </w:r>
      <w:r>
        <w:t xml:space="preserve"> think</w:t>
      </w:r>
      <w:r>
        <w:t xml:space="preserve"> you</w:t>
      </w:r>
      <w:r>
        <w:t xml:space="preserve"> should</w:t>
      </w:r>
      <w:r>
        <w:t xml:space="preserve"> chop</w:t>
      </w:r>
      <w:r>
        <w:t xml:space="preserve"> his</w:t>
      </w:r>
      <w:r>
        <w:t xml:space="preserve"> fucking</w:t>
      </w:r>
      <w:r>
        <w:t xml:space="preserve"> head</w:t>
      </w:r>
      <w:r>
        <w:t xml:space="preserve"> off.</w:t>
        <w:br/>
        <w:t>好极了</w:t>
        <w:br/>
        <w:t>Great.</w:t>
        <w:br/>
        <w:t>我知道换成你父亲会怎么做</w:t>
        <w:br/>
        <w:t>I</w:t>
      </w:r>
      <w:r>
        <w:t xml:space="preserve"> know</w:t>
      </w:r>
      <w:r>
        <w:t xml:space="preserve"> what</w:t>
      </w:r>
      <w:r>
        <w:t xml:space="preserve"> your</w:t>
      </w:r>
      <w:r>
        <w:t xml:space="preserve"> father</w:t>
      </w:r>
      <w:r>
        <w:t xml:space="preserve"> would</w:t>
      </w:r>
      <w:r>
        <w:t xml:space="preserve"> do.</w:t>
        <w:br/>
        <w:t>他也会他妈的砍掉他的头</w:t>
        <w:br/>
        <w:t>He,</w:t>
      </w:r>
      <w:r>
        <w:t xml:space="preserve"> too,</w:t>
      </w:r>
      <w:r>
        <w:t xml:space="preserve"> would...</w:t>
      </w:r>
      <w:r>
        <w:t xml:space="preserve"> chop</w:t>
      </w:r>
      <w:r>
        <w:t xml:space="preserve"> his</w:t>
      </w:r>
      <w:r>
        <w:t xml:space="preserve"> fucking</w:t>
      </w:r>
      <w:r>
        <w:t xml:space="preserve"> head</w:t>
      </w:r>
      <w:r>
        <w:t xml:space="preserve"> off.</w:t>
        <w:br/>
        <w:t>谢天谢地</w:t>
      </w:r>
      <w:r>
        <w:t xml:space="preserve"> 他被关在监狱里</w:t>
      </w:r>
      <w:r>
        <w:t xml:space="preserve"> 所以我们不会砍掉他的头</w:t>
        <w:br/>
        <w:t>Thankfully,</w:t>
      </w:r>
      <w:r>
        <w:t xml:space="preserve"> he's</w:t>
      </w:r>
      <w:r>
        <w:t xml:space="preserve"> in</w:t>
      </w:r>
      <w:r>
        <w:t xml:space="preserve"> prison,</w:t>
      </w:r>
      <w:r>
        <w:t xml:space="preserve"> so</w:t>
      </w:r>
      <w:r>
        <w:t xml:space="preserve"> we</w:t>
      </w:r>
      <w:r>
        <w:t xml:space="preserve"> won't</w:t>
      </w:r>
      <w:r>
        <w:t xml:space="preserve"> be</w:t>
      </w:r>
      <w:r>
        <w:t xml:space="preserve"> chopping</w:t>
      </w:r>
      <w:r>
        <w:t xml:space="preserve"> his</w:t>
      </w:r>
      <w:r>
        <w:t xml:space="preserve"> fucking</w:t>
      </w:r>
      <w:r>
        <w:t xml:space="preserve"> head</w:t>
      </w:r>
      <w:r>
        <w:t xml:space="preserve"> off.</w:t>
        <w:br/>
        <w:t>好极了</w:t>
      </w:r>
      <w:r>
        <w:t xml:space="preserve"> 既然已经澄清了这一点</w:t>
        <w:br/>
        <w:t>Excellent.</w:t>
      </w:r>
      <w:r>
        <w:t xml:space="preserve"> Now</w:t>
      </w:r>
      <w:r>
        <w:t xml:space="preserve"> we've</w:t>
      </w:r>
      <w:r>
        <w:t xml:space="preserve"> clarified</w:t>
      </w:r>
      <w:r>
        <w:t xml:space="preserve"> that,</w:t>
        <w:br/>
        <w:t>你们继续关住杰斯罗</w:t>
      </w:r>
      <w:r>
        <w:t xml:space="preserve"> 我去找福音谈谈</w:t>
        <w:br/>
        <w:t>you</w:t>
      </w:r>
      <w:r>
        <w:t xml:space="preserve"> keep</w:t>
      </w:r>
      <w:r>
        <w:t xml:space="preserve"> hold</w:t>
      </w:r>
      <w:r>
        <w:t xml:space="preserve"> of</w:t>
      </w:r>
      <w:r>
        <w:t xml:space="preserve"> Jethro</w:t>
      </w:r>
      <w:r>
        <w:t xml:space="preserve"> while</w:t>
      </w:r>
      <w:r>
        <w:t xml:space="preserve"> I</w:t>
      </w:r>
      <w:r>
        <w:t xml:space="preserve"> go</w:t>
      </w:r>
      <w:r>
        <w:t xml:space="preserve"> and</w:t>
      </w:r>
      <w:r>
        <w:t xml:space="preserve"> speak</w:t>
      </w:r>
      <w:r>
        <w:t xml:space="preserve"> to</w:t>
      </w:r>
      <w:r>
        <w:t xml:space="preserve"> the</w:t>
      </w:r>
      <w:r>
        <w:t xml:space="preserve"> Gospel.</w:t>
        <w:br/>
        <w:t>清理好房&amp;hearts;子</w:t>
      </w:r>
      <w:r>
        <w:t xml:space="preserve"> 但别处理掉尸体</w:t>
        <w:br/>
        <w:t>Clean</w:t>
      </w:r>
      <w:r>
        <w:t xml:space="preserve"> the</w:t>
      </w:r>
      <w:r>
        <w:t xml:space="preserve"> house,</w:t>
      </w:r>
      <w:r>
        <w:t xml:space="preserve"> but</w:t>
      </w:r>
      <w:r>
        <w:t xml:space="preserve"> don't</w:t>
      </w:r>
      <w:r>
        <w:t xml:space="preserve"> get</w:t>
      </w:r>
      <w:r>
        <w:t xml:space="preserve"> rid</w:t>
      </w:r>
      <w:r>
        <w:t xml:space="preserve"> of</w:t>
      </w:r>
      <w:r>
        <w:t xml:space="preserve"> the</w:t>
      </w:r>
      <w:r>
        <w:t xml:space="preserve"> body.</w:t>
        <w:br/>
        <w:t>可以吗</w:t>
      </w:r>
      <w:r>
        <w:t xml:space="preserve"> </w:t>
        <w:br/>
        <w:t>Is</w:t>
      </w:r>
      <w:r>
        <w:t xml:space="preserve"> that</w:t>
      </w:r>
      <w:r>
        <w:t xml:space="preserve"> okay?</w:t>
        <w:br/>
        <w:t>介意我们聊下吗</w:t>
      </w:r>
      <w:r>
        <w:t xml:space="preserve"> </w:t>
        <w:br/>
        <w:t>Mind</w:t>
      </w:r>
      <w:r>
        <w:t xml:space="preserve"> if</w:t>
      </w:r>
      <w:r>
        <w:t xml:space="preserve"> we</w:t>
      </w:r>
      <w:r>
        <w:t xml:space="preserve"> have</w:t>
      </w:r>
      <w:r>
        <w:t xml:space="preserve"> a</w:t>
      </w:r>
      <w:r>
        <w:t xml:space="preserve"> minute?</w:t>
        <w:br/>
        <w:t>不介意</w:t>
      </w:r>
      <w:r>
        <w:t xml:space="preserve"> 请吧</w:t>
        <w:br/>
        <w:t>No,</w:t>
      </w:r>
      <w:r>
        <w:t xml:space="preserve"> please</w:t>
      </w:r>
      <w:r>
        <w:t xml:space="preserve"> do.</w:t>
        <w:br/>
        <w:t>我们去聊一下</w:t>
        <w:br/>
        <w:t>Let's</w:t>
      </w:r>
      <w:r>
        <w:t xml:space="preserve"> go</w:t>
      </w:r>
      <w:r>
        <w:t xml:space="preserve"> for</w:t>
      </w:r>
      <w:r>
        <w:t xml:space="preserve"> a</w:t>
      </w:r>
      <w:r>
        <w:t xml:space="preserve"> chat.</w:t>
        <w:br/>
        <w:t>很乐意</w:t>
        <w:br/>
        <w:t>Gladly.</w:t>
        <w:br/>
        <w:t>你好像没搞清楚我们来这里的原因</w:t>
        <w:br/>
        <w:t>You</w:t>
      </w:r>
      <w:r>
        <w:t xml:space="preserve"> seem</w:t>
      </w:r>
      <w:r>
        <w:t xml:space="preserve"> to</w:t>
      </w:r>
      <w:r>
        <w:t xml:space="preserve"> be</w:t>
      </w:r>
      <w:r>
        <w:t xml:space="preserve"> getting</w:t>
      </w:r>
      <w:r>
        <w:t xml:space="preserve"> confused</w:t>
      </w:r>
      <w:r>
        <w:t xml:space="preserve"> about</w:t>
      </w:r>
      <w:r>
        <w:t xml:space="preserve"> why</w:t>
      </w:r>
      <w:r>
        <w:t xml:space="preserve"> we're</w:t>
      </w:r>
      <w:r>
        <w:t xml:space="preserve"> here.</w:t>
        <w:br/>
        <w:t>问题不是我引起的</w:t>
      </w:r>
      <w:r>
        <w:t xml:space="preserve"> 我只是想帮你处理这件事</w:t>
        <w:br/>
        <w:t>I</w:t>
      </w:r>
      <w:r>
        <w:t xml:space="preserve"> didn't</w:t>
      </w:r>
      <w:r>
        <w:t xml:space="preserve"> create</w:t>
      </w:r>
      <w:r>
        <w:t xml:space="preserve"> this</w:t>
      </w:r>
      <w:r>
        <w:t xml:space="preserve"> problem.</w:t>
      </w:r>
      <w:r>
        <w:t xml:space="preserve"> I'm</w:t>
      </w:r>
      <w:r>
        <w:t xml:space="preserve"> trying</w:t>
      </w:r>
      <w:r>
        <w:t xml:space="preserve"> to</w:t>
      </w:r>
      <w:r>
        <w:t xml:space="preserve"> help</w:t>
      </w:r>
      <w:r>
        <w:t xml:space="preserve"> you</w:t>
      </w:r>
      <w:r>
        <w:t xml:space="preserve"> deal</w:t>
      </w:r>
      <w:r>
        <w:t xml:space="preserve"> with</w:t>
      </w:r>
      <w:r>
        <w:t xml:space="preserve"> it.</w:t>
        <w:br/>
        <w:t>如果你不需要我帮忙</w:t>
      </w:r>
      <w:r>
        <w:t xml:space="preserve"> 我会叫菲利克斯他们把工具放回车里</w:t>
        <w:br/>
        <w:t>Don't</w:t>
      </w:r>
      <w:r>
        <w:t xml:space="preserve"> want</w:t>
      </w:r>
      <w:r>
        <w:t xml:space="preserve"> my</w:t>
      </w:r>
      <w:r>
        <w:t xml:space="preserve"> assistance?</w:t>
      </w:r>
      <w:r>
        <w:t xml:space="preserve"> I</w:t>
      </w:r>
      <w:r>
        <w:t xml:space="preserve"> can</w:t>
      </w:r>
      <w:r>
        <w:t xml:space="preserve"> tell</w:t>
      </w:r>
      <w:r>
        <w:t xml:space="preserve"> Felix</w:t>
      </w:r>
      <w:r>
        <w:t xml:space="preserve"> to</w:t>
      </w:r>
      <w:r>
        <w:t xml:space="preserve"> put</w:t>
      </w:r>
      <w:r>
        <w:t xml:space="preserve"> the</w:t>
      </w:r>
      <w:r>
        <w:t xml:space="preserve"> tools</w:t>
      </w:r>
      <w:r>
        <w:t xml:space="preserve"> back</w:t>
      </w:r>
      <w:r>
        <w:t xml:space="preserve"> in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van.</w:t>
        <w:br/>
        <w:t>不是的</w:t>
      </w:r>
      <w:r>
        <w:t xml:space="preserve"> 对不起</w:t>
        <w:br/>
        <w:t>No,</w:t>
      </w:r>
      <w:r>
        <w:t xml:space="preserve"> no,</w:t>
      </w:r>
      <w:r>
        <w:t xml:space="preserve"> no.</w:t>
      </w:r>
      <w:r>
        <w:t xml:space="preserve"> I</w:t>
      </w:r>
      <w:r>
        <w:t xml:space="preserve"> apologize.</w:t>
        <w:br/>
        <w:t>好吗</w:t>
      </w:r>
      <w:r>
        <w:t xml:space="preserve"> 我不是故意显得忘恩负义一样</w:t>
        <w:br/>
        <w:t>All</w:t>
      </w:r>
      <w:r>
        <w:t xml:space="preserve"> right.</w:t>
      </w:r>
      <w:r>
        <w:t xml:space="preserve"> I</w:t>
      </w:r>
      <w:r>
        <w:t xml:space="preserve"> didn't</w:t>
      </w:r>
      <w:r>
        <w:t xml:space="preserve"> mean</w:t>
      </w:r>
      <w:r>
        <w:t xml:space="preserve"> to</w:t>
      </w:r>
      <w:r>
        <w:t xml:space="preserve"> seem</w:t>
      </w:r>
      <w:r>
        <w:t xml:space="preserve"> ungrateful.</w:t>
        <w:br/>
        <w:t>我只是需要一点时间</w:t>
        <w:br/>
        <w:t>I</w:t>
      </w:r>
      <w:r>
        <w:t xml:space="preserve"> just</w:t>
      </w:r>
      <w:r>
        <w:t xml:space="preserve"> need</w:t>
      </w:r>
      <w:r>
        <w:t xml:space="preserve"> a</w:t>
      </w:r>
      <w:r>
        <w:t xml:space="preserve"> bit</w:t>
      </w:r>
      <w:r>
        <w:t xml:space="preserve"> of</w:t>
      </w:r>
      <w:r>
        <w:t xml:space="preserve"> time</w:t>
      </w:r>
      <w:r>
        <w:t xml:space="preserve"> to...</w:t>
        <w:br/>
        <w:t>看能不能想个别的办法</w:t>
        <w:br/>
        <w:t>see</w:t>
      </w:r>
      <w:r>
        <w:t xml:space="preserve"> if</w:t>
      </w:r>
      <w:r>
        <w:t xml:space="preserve"> I</w:t>
      </w:r>
      <w:r>
        <w:t xml:space="preserve"> can</w:t>
      </w:r>
      <w:r>
        <w:t xml:space="preserve"> work</w:t>
      </w:r>
      <w:r>
        <w:t xml:space="preserve"> this</w:t>
      </w:r>
      <w:r>
        <w:t xml:space="preserve"> out.</w:t>
        <w:br/>
        <w:t>你自己也说过</w:t>
      </w:r>
      <w:r>
        <w:t xml:space="preserve"> 杀人对生意没好处</w:t>
        <w:br/>
        <w:t>You</w:t>
      </w:r>
      <w:r>
        <w:t xml:space="preserve"> said</w:t>
      </w:r>
      <w:r>
        <w:t xml:space="preserve"> so</w:t>
      </w:r>
      <w:r>
        <w:t xml:space="preserve"> yourself,</w:t>
      </w:r>
      <w:r>
        <w:t xml:space="preserve"> murder's</w:t>
      </w:r>
      <w:r>
        <w:t xml:space="preserve"> bad</w:t>
      </w:r>
      <w:r>
        <w:t xml:space="preserve"> for</w:t>
      </w:r>
      <w:r>
        <w:t xml:space="preserve"> business.</w:t>
        <w:br/>
        <w:t>给你24小时</w:t>
      </w:r>
      <w:r>
        <w:t xml:space="preserve"> 不然我就不得不收拾残局了</w:t>
        <w:br/>
        <w:t>Twenty-four</w:t>
      </w:r>
      <w:r>
        <w:t xml:space="preserve"> hours,</w:t>
      </w:r>
      <w:r>
        <w:t xml:space="preserve"> or</w:t>
      </w:r>
      <w:r>
        <w:t xml:space="preserve"> I'll</w:t>
      </w:r>
      <w:r>
        <w:t xml:space="preserve"> have</w:t>
      </w:r>
      <w:r>
        <w:t xml:space="preserve"> to</w:t>
      </w:r>
      <w:r>
        <w:t xml:space="preserve"> get</w:t>
      </w:r>
      <w:r>
        <w:t xml:space="preserve"> the</w:t>
      </w:r>
      <w:r>
        <w:t xml:space="preserve"> hoover</w:t>
      </w:r>
      <w:r>
        <w:t xml:space="preserve"> out.</w:t>
        <w:br/>
        <w:t>好极了</w:t>
        <w:br/>
        <w:t>Great.</w:t>
        <w:br/>
        <w:t>我不想这么做</w:t>
      </w:r>
      <w:r>
        <w:t xml:space="preserve"> 爱迪</w:t>
        <w:br/>
        <w:t>I</w:t>
      </w:r>
      <w:r>
        <w:t xml:space="preserve"> don't</w:t>
      </w:r>
      <w:r>
        <w:t xml:space="preserve"> wanna</w:t>
      </w:r>
      <w:r>
        <w:t xml:space="preserve"> do</w:t>
      </w:r>
      <w:r>
        <w:t xml:space="preserve"> it,</w:t>
      </w:r>
      <w:r>
        <w:t xml:space="preserve"> Eddie.</w:t>
      </w:r>
      <w:r>
        <w:t xml:space="preserve"> I</w:t>
      </w:r>
      <w:r>
        <w:t xml:space="preserve"> don't</w:t>
      </w:r>
      <w:r>
        <w:t xml:space="preserve"> wanna</w:t>
      </w:r>
      <w:r>
        <w:t xml:space="preserve"> do</w:t>
      </w:r>
      <w:r>
        <w:t xml:space="preserve"> it.</w:t>
        <w:br/>
        <w:t>我之前不想</w:t>
      </w:r>
      <w:r>
        <w:t xml:space="preserve"> 现在也不想</w:t>
        <w:br/>
        <w:t>I</w:t>
      </w:r>
      <w:r>
        <w:t xml:space="preserve"> didn't</w:t>
      </w:r>
      <w:r>
        <w:t xml:space="preserve"> want</w:t>
      </w:r>
      <w:r>
        <w:t xml:space="preserve"> to</w:t>
      </w:r>
      <w:r>
        <w:t xml:space="preserve"> do</w:t>
      </w:r>
      <w:r>
        <w:t xml:space="preserve"> it</w:t>
      </w:r>
      <w:r>
        <w:t xml:space="preserve"> before,</w:t>
      </w:r>
      <w:r>
        <w:t xml:space="preserve"> and</w:t>
      </w:r>
      <w:r>
        <w:t xml:space="preserve"> I</w:t>
      </w:r>
      <w:r>
        <w:t xml:space="preserve"> don't</w:t>
      </w:r>
      <w:r>
        <w:t xml:space="preserve"> now.</w:t>
        <w:br/>
        <w:t>我不想跳舞</w:t>
      </w:r>
      <w:r>
        <w:t xml:space="preserve"> 好吗</w:t>
      </w:r>
      <w:r>
        <w:t xml:space="preserve"> </w:t>
      </w:r>
      <w:r>
        <w:t xml:space="preserve"> 我他妈的不想跳舞</w:t>
        <w:br/>
        <w:t>I'm</w:t>
      </w:r>
      <w:r>
        <w:t xml:space="preserve"> not...</w:t>
      </w:r>
      <w:r>
        <w:t xml:space="preserve"> I'm</w:t>
      </w:r>
      <w:r>
        <w:t xml:space="preserve"> not</w:t>
      </w:r>
      <w:r>
        <w:t xml:space="preserve"> dancing,</w:t>
      </w:r>
      <w:r>
        <w:t xml:space="preserve"> okay?</w:t>
      </w:r>
      <w:r>
        <w:t xml:space="preserve"> I'm</w:t>
      </w:r>
      <w:r>
        <w:t xml:space="preserve"> not</w:t>
      </w:r>
      <w:r>
        <w:t xml:space="preserve"> fucking</w:t>
      </w:r>
      <w:r>
        <w:t xml:space="preserve"> dancing.</w:t>
        <w:br/>
        <w:t>你做了一件很糟糕的事</w:t>
      </w:r>
      <w:r>
        <w:t xml:space="preserve"> 弗雷迪</w:t>
        <w:br/>
        <w:t>You</w:t>
      </w:r>
      <w:r>
        <w:t xml:space="preserve"> did</w:t>
      </w:r>
      <w:r>
        <w:t xml:space="preserve"> a</w:t>
      </w:r>
      <w:r>
        <w:t xml:space="preserve"> very</w:t>
      </w:r>
      <w:r>
        <w:t xml:space="preserve"> bad</w:t>
      </w:r>
      <w:r>
        <w:t xml:space="preserve"> thing,</w:t>
      </w:r>
      <w:r>
        <w:t xml:space="preserve"> Freddy.</w:t>
        <w:br/>
        <w:t>你杀了一个人</w:t>
        <w:br/>
        <w:t>You</w:t>
      </w:r>
      <w:r>
        <w:t xml:space="preserve"> killed</w:t>
      </w:r>
      <w:r>
        <w:t xml:space="preserve"> a</w:t>
      </w:r>
      <w:r>
        <w:t xml:space="preserve"> man.</w:t>
        <w:br/>
        <w:t>这种事情是他妈无法挽回的</w:t>
        <w:br/>
        <w:t>And</w:t>
      </w:r>
      <w:r>
        <w:t xml:space="preserve"> you</w:t>
      </w:r>
      <w:r>
        <w:t xml:space="preserve"> cannot</w:t>
      </w:r>
      <w:r>
        <w:t xml:space="preserve"> fucking</w:t>
      </w:r>
      <w:r>
        <w:t xml:space="preserve"> undo</w:t>
      </w:r>
      <w:r>
        <w:t xml:space="preserve"> that,</w:t>
        <w:br/>
        <w:t>但如果你照我说的做</w:t>
      </w:r>
      <w:r>
        <w:t xml:space="preserve"> 或许还有一丝机会</w:t>
        <w:br/>
        <w:t>but</w:t>
      </w:r>
      <w:r>
        <w:t xml:space="preserve"> there</w:t>
      </w:r>
      <w:r>
        <w:t xml:space="preserve"> is</w:t>
      </w:r>
      <w:r>
        <w:t xml:space="preserve"> a</w:t>
      </w:r>
      <w:r>
        <w:t xml:space="preserve"> slim</w:t>
      </w:r>
      <w:r>
        <w:t xml:space="preserve"> chance</w:t>
      </w:r>
      <w:r>
        <w:t xml:space="preserve"> that</w:t>
      </w:r>
      <w:r>
        <w:t xml:space="preserve"> if</w:t>
      </w:r>
      <w:r>
        <w:t xml:space="preserve"> you</w:t>
      </w:r>
      <w:r>
        <w:t xml:space="preserve"> do</w:t>
      </w:r>
      <w:r>
        <w:t xml:space="preserve"> exactly</w:t>
      </w:r>
      <w:r>
        <w:t xml:space="preserve"> as</w:t>
      </w:r>
      <w:r>
        <w:t xml:space="preserve"> I</w:t>
      </w:r>
      <w:r>
        <w:t xml:space="preserve"> say...</w:t>
        <w:br/>
        <w:t>能让你从中逃脱</w:t>
        <w:br/>
        <w:t>you</w:t>
      </w:r>
      <w:r>
        <w:t xml:space="preserve"> might</w:t>
      </w:r>
      <w:r>
        <w:t xml:space="preserve"> just</w:t>
      </w:r>
      <w:r>
        <w:t xml:space="preserve"> get</w:t>
      </w:r>
      <w:r>
        <w:t xml:space="preserve"> away</w:t>
      </w:r>
      <w:r>
        <w:t xml:space="preserve"> with</w:t>
      </w:r>
      <w:r>
        <w:t xml:space="preserve"> it.</w:t>
        <w:br/>
        <w:t>你必须跳舞</w:t>
        <w:br/>
        <w:t>You</w:t>
      </w:r>
      <w:r>
        <w:t xml:space="preserve"> will</w:t>
      </w:r>
      <w:r>
        <w:t xml:space="preserve"> dance.</w:t>
        <w:br/>
        <w:t>好吧</w:t>
        <w:br/>
        <w:t>Fine.</w:t>
        <w:br/>
        <w:t>（斯坦利·约翰斯顿先生）</w:t>
        <w:br/>
        <w:t>约翰先生</w:t>
      </w:r>
      <w:r>
        <w:t xml:space="preserve"> 给您</w:t>
        <w:br/>
        <w:t>Mr.</w:t>
      </w:r>
      <w:r>
        <w:t xml:space="preserve"> J,</w:t>
      </w:r>
      <w:r>
        <w:t xml:space="preserve"> sir.</w:t>
        <w:br/>
        <w:t>你用的是沃特曼静谧墨水</w:t>
      </w:r>
      <w:r>
        <w:t xml:space="preserve"> 对吧</w:t>
      </w:r>
      <w:r>
        <w:t xml:space="preserve"> 是蓝色的</w:t>
      </w:r>
      <w:r>
        <w:t xml:space="preserve"> 不是黑色的</w:t>
      </w:r>
      <w:r>
        <w:t xml:space="preserve"> </w:t>
        <w:br/>
        <w:t>You're</w:t>
      </w:r>
      <w:r>
        <w:t xml:space="preserve"> using</w:t>
      </w:r>
      <w:r>
        <w:t xml:space="preserve"> the</w:t>
      </w:r>
      <w:r>
        <w:t xml:space="preserve"> Waterman</w:t>
      </w:r>
      <w:r>
        <w:t xml:space="preserve"> Serenity</w:t>
      </w:r>
      <w:r>
        <w:t xml:space="preserve"> ink,</w:t>
      </w:r>
      <w:r>
        <w:t xml:space="preserve"> right?</w:t>
      </w:r>
      <w:r>
        <w:t xml:space="preserve"> Blue,</w:t>
      </w:r>
      <w:r>
        <w:t xml:space="preserve"> not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black?</w:t>
        <w:br/>
        <w:t>是的</w:t>
        <w:br/>
        <w:t>Indeed.</w:t>
        <w:br/>
        <w:t>一定要用吸墨纸</w:t>
        <w:br/>
        <w:t>Make</w:t>
      </w:r>
      <w:r>
        <w:t xml:space="preserve"> sure</w:t>
      </w:r>
      <w:r>
        <w:t xml:space="preserve"> you</w:t>
      </w:r>
      <w:r>
        <w:t xml:space="preserve"> use</w:t>
      </w:r>
      <w:r>
        <w:t xml:space="preserve"> blotting</w:t>
      </w:r>
      <w:r>
        <w:t xml:space="preserve"> paper.</w:t>
        <w:br/>
        <w:t>我想在客人名单上加一个人</w:t>
        <w:br/>
        <w:t>I'd</w:t>
      </w:r>
      <w:r>
        <w:t xml:space="preserve"> like</w:t>
      </w:r>
      <w:r>
        <w:t xml:space="preserve"> to</w:t>
      </w:r>
      <w:r>
        <w:t xml:space="preserve"> add</w:t>
      </w:r>
      <w:r>
        <w:t xml:space="preserve"> an</w:t>
      </w:r>
      <w:r>
        <w:t xml:space="preserve"> extra</w:t>
      </w:r>
      <w:r>
        <w:t xml:space="preserve"> name</w:t>
      </w:r>
      <w:r>
        <w:t xml:space="preserve"> to</w:t>
      </w:r>
      <w:r>
        <w:t xml:space="preserve"> the</w:t>
      </w:r>
      <w:r>
        <w:t xml:space="preserve"> guest</w:t>
      </w:r>
      <w:r>
        <w:t xml:space="preserve"> list.</w:t>
        <w:br/>
        <w:t>请向新任霍尔斯特德公爵发出邀请</w:t>
        <w:br/>
        <w:t>Please</w:t>
      </w:r>
      <w:r>
        <w:t xml:space="preserve"> extend</w:t>
      </w:r>
      <w:r>
        <w:t xml:space="preserve"> an</w:t>
      </w:r>
      <w:r>
        <w:t xml:space="preserve"> invitation</w:t>
      </w:r>
      <w:r>
        <w:t xml:space="preserve"> to</w:t>
      </w:r>
      <w:r>
        <w:t xml:space="preserve"> the</w:t>
      </w:r>
      <w:r>
        <w:t xml:space="preserve"> new</w:t>
      </w:r>
      <w:r>
        <w:t xml:space="preserve"> Duke</w:t>
      </w:r>
      <w:r>
        <w:t xml:space="preserve"> of</w:t>
      </w:r>
      <w:r>
        <w:t xml:space="preserve"> Halstead,</w:t>
        <w:br/>
        <w:t>看他是否赏光</w:t>
        <w:br/>
        <w:t>see</w:t>
      </w:r>
      <w:r>
        <w:t xml:space="preserve"> if</w:t>
      </w:r>
      <w:r>
        <w:t xml:space="preserve"> he</w:t>
      </w:r>
      <w:r>
        <w:t xml:space="preserve"> bites.</w:t>
        <w:br/>
        <w:t>（公爵）</w:t>
        <w:br/>
        <w:t>给你</w:t>
      </w:r>
      <w:r>
        <w:t xml:space="preserve"> 先生</w:t>
        <w:br/>
        <w:t>There</w:t>
      </w:r>
      <w:r>
        <w:t xml:space="preserve"> we</w:t>
      </w:r>
      <w:r>
        <w:t xml:space="preserve"> go,</w:t>
      </w:r>
      <w:r>
        <w:t xml:space="preserve"> sir.</w:t>
        <w:br/>
        <w:t>我是搞砸一切的公子哥</w:t>
        <w:br/>
        <w:t>♪</w:t>
      </w:r>
      <w:r>
        <w:t xml:space="preserve"> I'm</w:t>
      </w:r>
      <w:r>
        <w:t xml:space="preserve"> a</w:t>
      </w:r>
      <w:r>
        <w:t xml:space="preserve"> posh</w:t>
      </w:r>
      <w:r>
        <w:t xml:space="preserve"> twat</w:t>
      </w:r>
      <w:r>
        <w:t xml:space="preserve"> who</w:t>
      </w:r>
      <w:r>
        <w:t xml:space="preserve"> fucked</w:t>
      </w:r>
      <w:r>
        <w:t xml:space="preserve"> up</w:t>
      </w:r>
      <w:r>
        <w:t xml:space="preserve"> ♪</w:t>
        <w:br/>
        <w:t>咿呀咿呀哟</w:t>
        <w:br/>
        <w:t>♪</w:t>
      </w:r>
      <w:r>
        <w:t xml:space="preserve"> Ee-i-ee-i-o</w:t>
      </w:r>
      <w:r>
        <w:t xml:space="preserve"> ♪</w:t>
        <w:br/>
        <w:t>这是目前为止最好的一次</w:t>
        <w:br/>
        <w:t>It's</w:t>
      </w:r>
      <w:r>
        <w:t xml:space="preserve"> the</w:t>
      </w:r>
      <w:r>
        <w:t xml:space="preserve"> best</w:t>
      </w:r>
      <w:r>
        <w:t xml:space="preserve"> one</w:t>
      </w:r>
      <w:r>
        <w:t xml:space="preserve"> so</w:t>
      </w:r>
      <w:r>
        <w:t xml:space="preserve"> far.</w:t>
        <w:br/>
        <w:t>矮子里拔将军吧</w:t>
        <w:br/>
        <w:t>Best</w:t>
      </w:r>
      <w:r>
        <w:t xml:space="preserve"> of</w:t>
      </w:r>
      <w:r>
        <w:t xml:space="preserve"> a</w:t>
      </w:r>
      <w:r>
        <w:t xml:space="preserve"> bad</w:t>
      </w:r>
      <w:r>
        <w:t xml:space="preserve"> bunch.</w:t>
        <w:br/>
        <w:t>弗雷迪</w:t>
      </w:r>
      <w:r>
        <w:t xml:space="preserve"> 再来一...</w:t>
        <w:br/>
        <w:t>Freddy,</w:t>
      </w:r>
      <w:r>
        <w:t xml:space="preserve"> one</w:t>
      </w:r>
      <w:r>
        <w:t xml:space="preserve"> more...</w:t>
        <w:br/>
        <w:t>噢</w:t>
      </w:r>
      <w:r>
        <w:t xml:space="preserve"> 你们好啊</w:t>
        <w:br/>
        <w:t>Oh,</w:t>
      </w:r>
      <w:r>
        <w:t xml:space="preserve"> hello.</w:t>
        <w:br/>
        <w:t>亲爱的</w:t>
        <w:br/>
        <w:t>Oh,</w:t>
      </w:r>
      <w:r>
        <w:t xml:space="preserve"> darling.</w:t>
        <w:br/>
        <w:t>你好</w:t>
      </w:r>
      <w:r>
        <w:t xml:space="preserve"> 妈妈</w:t>
      </w:r>
      <w:r>
        <w:t xml:space="preserve"> 我们正在收尾工作</w:t>
      </w:r>
      <w:r>
        <w:t xml:space="preserve"> 有什么事情吗</w:t>
      </w:r>
      <w:r>
        <w:t xml:space="preserve"> </w:t>
        <w:br/>
        <w:t>Hello,</w:t>
      </w:r>
      <w:r>
        <w:t xml:space="preserve"> Mother.</w:t>
      </w:r>
      <w:r>
        <w:t xml:space="preserve"> We're</w:t>
      </w:r>
      <w:r>
        <w:t xml:space="preserve"> just</w:t>
      </w:r>
      <w:r>
        <w:t xml:space="preserve"> finishing</w:t>
      </w:r>
      <w:r>
        <w:t xml:space="preserve"> something</w:t>
      </w:r>
      <w:r>
        <w:t xml:space="preserve"> up.</w:t>
      </w:r>
      <w:r>
        <w:t xml:space="preserve"> Can</w:t>
      </w:r>
      <w:r>
        <w:t xml:space="preserve"> we</w:t>
      </w:r>
      <w:r>
        <w:t xml:space="preserve"> help</w:t>
      </w:r>
      <w:r>
        <w:t xml:space="preserve"> you?</w:t>
        <w:br/>
        <w:t>是的</w:t>
      </w:r>
      <w:r>
        <w:t xml:space="preserve"> 有人刚刚亲自送来了这个</w:t>
        <w:br/>
        <w:t>Yes,</w:t>
      </w:r>
      <w:r>
        <w:t xml:space="preserve"> this</w:t>
      </w:r>
      <w:r>
        <w:t xml:space="preserve"> has</w:t>
      </w:r>
      <w:r>
        <w:t xml:space="preserve"> just</w:t>
      </w:r>
      <w:r>
        <w:t xml:space="preserve"> been</w:t>
      </w:r>
      <w:r>
        <w:t xml:space="preserve"> hand-delivered.</w:t>
        <w:br/>
        <w:t>好吧</w:t>
      </w:r>
      <w:r>
        <w:t xml:space="preserve"> -</w:t>
      </w:r>
      <w:r>
        <w:t xml:space="preserve"> 是约翰斯顿先生发来的邀请</w:t>
        <w:br/>
        <w:t>Right.</w:t>
      </w:r>
      <w:r>
        <w:t xml:space="preserve"> -</w:t>
      </w:r>
      <w:r>
        <w:t xml:space="preserve"> It's</w:t>
      </w:r>
      <w:r>
        <w:t xml:space="preserve"> an</w:t>
      </w:r>
      <w:r>
        <w:t xml:space="preserve"> invitation</w:t>
      </w:r>
      <w:r>
        <w:t xml:space="preserve"> from</w:t>
      </w:r>
      <w:r>
        <w:t xml:space="preserve"> a</w:t>
      </w:r>
      <w:r>
        <w:t xml:space="preserve"> Mr.</w:t>
      </w:r>
      <w:r>
        <w:t xml:space="preserve"> Johnston.</w:t>
        <w:br/>
        <w:t>有一个“顿”字的约翰斯顿</w:t>
      </w:r>
      <w:r>
        <w:t xml:space="preserve"> </w:t>
        <w:br/>
        <w:t>Is</w:t>
      </w:r>
      <w:r>
        <w:t xml:space="preserve"> that</w:t>
      </w:r>
      <w:r>
        <w:t xml:space="preserve"> Johnston</w:t>
      </w:r>
      <w:r>
        <w:t xml:space="preserve"> with</w:t>
      </w:r>
      <w:r>
        <w:t xml:space="preserve"> a</w:t>
      </w:r>
      <w:r>
        <w:t xml:space="preserve"> 'T'?</w:t>
        <w:br/>
        <w:t>对</w:t>
      </w:r>
      <w:r>
        <w:t xml:space="preserve"> 他是你的朋友吗</w:t>
      </w:r>
      <w:r>
        <w:t xml:space="preserve"> </w:t>
        <w:br/>
        <w:t>Yes,</w:t>
      </w:r>
      <w:r>
        <w:t xml:space="preserve"> is</w:t>
      </w:r>
      <w:r>
        <w:t xml:space="preserve"> he</w:t>
      </w:r>
      <w:r>
        <w:t xml:space="preserve"> a</w:t>
      </w:r>
      <w:r>
        <w:t xml:space="preserve"> friend</w:t>
      </w:r>
      <w:r>
        <w:t xml:space="preserve"> of</w:t>
      </w:r>
      <w:r>
        <w:t xml:space="preserve"> yours?</w:t>
        <w:br/>
        <w:t>我们还没有正式认识</w:t>
        <w:br/>
        <w:t>We</w:t>
      </w:r>
      <w:r>
        <w:t xml:space="preserve"> haven't</w:t>
      </w:r>
      <w:r>
        <w:t xml:space="preserve"> been</w:t>
      </w:r>
      <w:r>
        <w:t xml:space="preserve"> formally</w:t>
      </w:r>
      <w:r>
        <w:t xml:space="preserve"> acquainted</w:t>
      </w:r>
      <w:r>
        <w:t xml:space="preserve"> yet.</w:t>
        <w:br/>
        <w:t>那可真遗憾</w:t>
      </w:r>
      <w:r>
        <w:t xml:space="preserve"> 邀请对象不包括你</w:t>
        <w:br/>
        <w:t>Then</w:t>
      </w:r>
      <w:r>
        <w:t xml:space="preserve"> that's</w:t>
      </w:r>
      <w:r>
        <w:t xml:space="preserve"> unfortunate</w:t>
      </w:r>
      <w:r>
        <w:t xml:space="preserve"> that</w:t>
      </w:r>
      <w:r>
        <w:t xml:space="preserve"> this</w:t>
      </w:r>
      <w:r>
        <w:t xml:space="preserve"> invite</w:t>
      </w:r>
      <w:r>
        <w:t xml:space="preserve"> isn't</w:t>
      </w:r>
      <w:r>
        <w:t xml:space="preserve"> addressed</w:t>
      </w:r>
      <w:r>
        <w:t xml:space="preserve"> to</w:t>
      </w:r>
      <w:r>
        <w:t xml:space="preserve"> you.</w:t>
        <w:br/>
        <w:t>你的朋友们要喝茶吗</w:t>
      </w:r>
      <w:r>
        <w:t xml:space="preserve"> 喝吗</w:t>
        <w:br/>
        <w:t>Um,</w:t>
      </w:r>
      <w:r>
        <w:t xml:space="preserve"> would</w:t>
      </w:r>
      <w:r>
        <w:t xml:space="preserve"> your</w:t>
      </w:r>
      <w:r>
        <w:t xml:space="preserve"> friends</w:t>
      </w:r>
      <w:r>
        <w:t xml:space="preserve"> like</w:t>
      </w:r>
      <w:r>
        <w:t xml:space="preserve"> some</w:t>
      </w:r>
      <w:r>
        <w:t xml:space="preserve"> tea?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Yes?</w:t>
        <w:br/>
        <w:t>我本来会叫工作人员准备</w:t>
      </w:r>
      <w:r>
        <w:t xml:space="preserve"> 但他们好像都不见了</w:t>
        <w:br/>
        <w:t>I'd</w:t>
      </w:r>
      <w:r>
        <w:t xml:space="preserve"> ask</w:t>
      </w:r>
      <w:r>
        <w:t xml:space="preserve"> the</w:t>
      </w:r>
      <w:r>
        <w:t xml:space="preserve"> staff,</w:t>
      </w:r>
      <w:r>
        <w:t xml:space="preserve"> but</w:t>
      </w:r>
      <w:r>
        <w:t xml:space="preserve"> they</w:t>
      </w:r>
      <w:r>
        <w:t xml:space="preserve"> seem</w:t>
      </w:r>
      <w:r>
        <w:t xml:space="preserve"> to</w:t>
      </w:r>
      <w:r>
        <w:t xml:space="preserve"> have</w:t>
      </w:r>
      <w:r>
        <w:t xml:space="preserve"> disappeared.</w:t>
        <w:br/>
        <w:t>很愿意喝杯茶</w:t>
        <w:br/>
        <w:t>Tea</w:t>
      </w:r>
      <w:r>
        <w:t xml:space="preserve"> would</w:t>
      </w:r>
      <w:r>
        <w:t xml:space="preserve"> be</w:t>
      </w:r>
      <w:r>
        <w:t xml:space="preserve"> lovely,</w:t>
        <w:br/>
        <w:t>好的</w:t>
      </w:r>
      <w:r>
        <w:t xml:space="preserve"> -</w:t>
      </w:r>
      <w:r>
        <w:t xml:space="preserve"> 交给我吧</w:t>
      </w:r>
      <w:r>
        <w:t xml:space="preserve"> 夫人</w:t>
      </w:r>
      <w:r>
        <w:t xml:space="preserve"> </w:t>
        <w:br/>
        <w:t>yes.</w:t>
      </w:r>
      <w:r>
        <w:t xml:space="preserve"> -</w:t>
      </w:r>
      <w:r>
        <w:t xml:space="preserve"> Let</w:t>
      </w:r>
      <w:r>
        <w:t xml:space="preserve"> me</w:t>
      </w:r>
      <w:r>
        <w:t xml:space="preserve"> take</w:t>
      </w:r>
      <w:r>
        <w:t xml:space="preserve"> care</w:t>
      </w:r>
      <w:r>
        <w:t xml:space="preserve"> of</w:t>
      </w:r>
      <w:r>
        <w:t xml:space="preserve"> that,</w:t>
      </w:r>
      <w:r>
        <w:t xml:space="preserve"> Your</w:t>
      </w:r>
      <w:r>
        <w:t xml:space="preserve"> Ladyship.</w:t>
        <w:br/>
        <w:t>谢谢你</w:t>
      </w:r>
      <w:r>
        <w:t xml:space="preserve"> 杰弗</w:t>
        <w:br/>
        <w:t>Thank</w:t>
      </w:r>
      <w:r>
        <w:t xml:space="preserve"> you,</w:t>
      </w:r>
      <w:r>
        <w:t xml:space="preserve"> Geoff.</w:t>
        <w:br/>
        <w:t>我也该认识一下</w:t>
      </w:r>
      <w:r>
        <w:t xml:space="preserve"> 这位斯坦利·约翰斯顿了</w:t>
        <w:br/>
        <w:t>I</w:t>
      </w:r>
      <w:r>
        <w:t xml:space="preserve"> think</w:t>
      </w:r>
      <w:r>
        <w:t xml:space="preserve"> it's</w:t>
      </w:r>
      <w:r>
        <w:t xml:space="preserve"> time</w:t>
      </w:r>
      <w:r>
        <w:t xml:space="preserve"> I</w:t>
      </w:r>
      <w:r>
        <w:t xml:space="preserve"> was</w:t>
      </w:r>
      <w:r>
        <w:t xml:space="preserve"> introduced</w:t>
      </w:r>
      <w:r>
        <w:t xml:space="preserve"> to</w:t>
      </w:r>
      <w:r>
        <w:t xml:space="preserve"> this</w:t>
      </w:r>
      <w:r>
        <w:t xml:space="preserve"> Stanley</w:t>
      </w:r>
      <w:r>
        <w:t xml:space="preserve"> Johnston.</w:t>
        <w:br/>
        <w:t>是啊</w:t>
      </w:r>
      <w:r>
        <w:t xml:space="preserve"> 我以为</w:t>
      </w:r>
      <w:r>
        <w:t xml:space="preserve"> 我和他的交易已经结束了</w:t>
        <w:br/>
        <w:t>I</w:t>
      </w:r>
      <w:r>
        <w:t xml:space="preserve"> thought</w:t>
      </w:r>
      <w:r>
        <w:t xml:space="preserve"> my</w:t>
      </w:r>
      <w:r>
        <w:t xml:space="preserve"> business</w:t>
      </w:r>
      <w:r>
        <w:t xml:space="preserve"> with</w:t>
      </w:r>
      <w:r>
        <w:t xml:space="preserve"> him</w:t>
      </w:r>
      <w:r>
        <w:t xml:space="preserve"> had</w:t>
      </w:r>
      <w:r>
        <w:t xml:space="preserve"> been</w:t>
      </w:r>
      <w:r>
        <w:t xml:space="preserve"> concluded.</w:t>
        <w:br/>
        <w:t>正山小种</w:t>
        <w:br/>
        <w:t>Lapsang</w:t>
      </w:r>
      <w:r>
        <w:t xml:space="preserve"> souchong.</w:t>
        <w:br/>
        <w:t>夹心饼干</w:t>
      </w:r>
      <w:r>
        <w:t xml:space="preserve"> 夫人</w:t>
      </w:r>
      <w:r>
        <w:t xml:space="preserve"> </w:t>
        <w:br/>
        <w:t>Dodger,</w:t>
      </w:r>
      <w:r>
        <w:t xml:space="preserve"> Your</w:t>
      </w:r>
      <w:r>
        <w:t xml:space="preserve"> Grace?</w:t>
        <w:br/>
        <w:t>谢谢你</w:t>
      </w:r>
      <w:r>
        <w:t xml:space="preserve"> 杰弗里</w:t>
      </w:r>
      <w:r>
        <w:t xml:space="preserve"> 真是太贴心了</w:t>
        <w:br/>
        <w:t>Oh,</w:t>
      </w:r>
      <w:r>
        <w:t xml:space="preserve"> um,</w:t>
      </w:r>
      <w:r>
        <w:t xml:space="preserve"> thank</w:t>
      </w:r>
      <w:r>
        <w:t xml:space="preserve"> you,</w:t>
      </w:r>
      <w:r>
        <w:t xml:space="preserve"> Geoffrey.</w:t>
      </w:r>
      <w:r>
        <w:t xml:space="preserve"> That's</w:t>
      </w:r>
      <w:r>
        <w:t xml:space="preserve"> very</w:t>
      </w:r>
      <w:r>
        <w:t xml:space="preserve"> kind.</w:t>
        <w:br/>
        <w:t>弗雷德里克</w:t>
      </w:r>
      <w:r>
        <w:t xml:space="preserve"> 你为什么打扮成鸡的样子</w:t>
      </w:r>
      <w:r>
        <w:t xml:space="preserve"> </w:t>
        <w:br/>
        <w:t>Frederick,</w:t>
      </w:r>
      <w:r>
        <w:t xml:space="preserve"> why</w:t>
      </w:r>
      <w:r>
        <w:t xml:space="preserve"> are</w:t>
      </w:r>
      <w:r>
        <w:t xml:space="preserve"> you</w:t>
      </w:r>
      <w:r>
        <w:t xml:space="preserve"> dressed</w:t>
      </w:r>
      <w:r>
        <w:t xml:space="preserve"> as</w:t>
      </w:r>
      <w:r>
        <w:t xml:space="preserve"> a</w:t>
      </w:r>
      <w:r>
        <w:t xml:space="preserve"> chicken?</w:t>
        <w:br/>
        <w:t>嗯</w:t>
      </w:r>
      <w:r>
        <w:t xml:space="preserve"> 是的</w:t>
      </w:r>
      <w:r>
        <w:t xml:space="preserve"> 没错</w:t>
        <w:br/>
        <w:t>Well,</w:t>
      </w:r>
      <w:r>
        <w:t xml:space="preserve"> quite,</w:t>
      </w:r>
      <w:r>
        <w:t xml:space="preserve"> yeah,</w:t>
      </w:r>
      <w:r>
        <w:t xml:space="preserve"> yeah.</w:t>
        <w:br/>
        <w:t>是这样的</w:t>
      </w:r>
      <w:r>
        <w:t xml:space="preserve"> 鸡是...</w:t>
        <w:br/>
        <w:t>No,</w:t>
      </w:r>
      <w:r>
        <w:t xml:space="preserve"> well,</w:t>
      </w:r>
      <w:r>
        <w:t xml:space="preserve"> see,</w:t>
      </w:r>
      <w:r>
        <w:t xml:space="preserve"> the</w:t>
      </w:r>
      <w:r>
        <w:t xml:space="preserve"> chicken</w:t>
      </w:r>
      <w:r>
        <w:t xml:space="preserve"> is</w:t>
      </w:r>
      <w:r>
        <w:t xml:space="preserve"> more</w:t>
      </w:r>
      <w:r>
        <w:t xml:space="preserve"> of,</w:t>
      </w:r>
      <w:r>
        <w:t xml:space="preserve"> um...</w:t>
        <w:br/>
        <w:t>关于鸡的问题呢</w:t>
      </w:r>
      <w:r>
        <w:t xml:space="preserve"> 你说呢</w:t>
      </w:r>
      <w:r>
        <w:t xml:space="preserve"> 爱迪</w:t>
      </w:r>
      <w:r>
        <w:t xml:space="preserve"> </w:t>
        <w:br/>
        <w:t>The</w:t>
      </w:r>
      <w:r>
        <w:t xml:space="preserve"> thing</w:t>
      </w:r>
      <w:r>
        <w:t xml:space="preserve"> with</w:t>
      </w:r>
      <w:r>
        <w:t xml:space="preserve"> the</w:t>
      </w:r>
      <w:r>
        <w:t xml:space="preserve"> chicken</w:t>
      </w:r>
      <w:r>
        <w:t xml:space="preserve"> is,</w:t>
      </w:r>
      <w:r>
        <w:t xml:space="preserve"> um...</w:t>
      </w:r>
      <w:r>
        <w:t xml:space="preserve"> What</w:t>
      </w:r>
      <w:r>
        <w:t xml:space="preserve"> would</w:t>
      </w:r>
      <w:r>
        <w:t xml:space="preserve"> you</w:t>
      </w:r>
      <w:r>
        <w:t xml:space="preserve"> say,</w:t>
      </w:r>
      <w:r>
        <w:t xml:space="preserve"> Eddie?</w:t>
        <w:br/>
        <w:t>慈善机构</w:t>
      </w:r>
      <w:r>
        <w:t xml:space="preserve"> -</w:t>
      </w:r>
      <w:r>
        <w:t xml:space="preserve"> 慈善</w:t>
      </w:r>
      <w:r>
        <w:t xml:space="preserve"> 慈善机构</w:t>
        <w:br/>
        <w:t>Charity</w:t>
      </w:r>
      <w:r>
        <w:t xml:space="preserve"> organization.</w:t>
      </w:r>
      <w:r>
        <w:t xml:space="preserve"> -</w:t>
      </w:r>
      <w:r>
        <w:t xml:space="preserve"> Charity.</w:t>
      </w:r>
      <w:r>
        <w:t xml:space="preserve"> Charity</w:t>
      </w:r>
      <w:r>
        <w:t xml:space="preserve"> organization.</w:t>
        <w:br/>
        <w:t>哪一个</w:t>
        <w:br/>
        <w:t>Mm.</w:t>
      </w:r>
      <w:r>
        <w:t xml:space="preserve"> Which</w:t>
      </w:r>
      <w:r>
        <w:t xml:space="preserve"> one?</w:t>
        <w:br/>
        <w:t>是一个呼吁人们关注</w:t>
        <w:br/>
        <w:t>It's</w:t>
      </w:r>
      <w:r>
        <w:t xml:space="preserve"> a</w:t>
      </w:r>
      <w:r>
        <w:t xml:space="preserve"> charity</w:t>
      </w:r>
      <w:r>
        <w:t xml:space="preserve"> that</w:t>
      </w:r>
      <w:r>
        <w:t xml:space="preserve"> draws</w:t>
      </w:r>
      <w:r>
        <w:t xml:space="preserve"> attention</w:t>
        <w:br/>
        <w:t>饲养场恶劣环境的慈善机构</w:t>
        <w:br/>
        <w:t>to</w:t>
      </w:r>
      <w:r>
        <w:t xml:space="preserve"> the</w:t>
      </w:r>
      <w:r>
        <w:t xml:space="preserve"> appalling</w:t>
      </w:r>
      <w:r>
        <w:t xml:space="preserve"> conditions</w:t>
      </w:r>
      <w:r>
        <w:t xml:space="preserve"> in</w:t>
      </w:r>
      <w:r>
        <w:t xml:space="preserve"> battery</w:t>
      </w:r>
      <w:r>
        <w:t xml:space="preserve"> farms.</w:t>
        <w:br/>
        <w:t>没错</w:t>
        <w:br/>
        <w:t>Exactly.</w:t>
        <w:br/>
        <w:t>你真是太无私了</w:t>
      </w:r>
      <w:r>
        <w:t xml:space="preserve"> 弗雷迪</w:t>
        <w:br/>
        <w:t>Well,</w:t>
      </w:r>
      <w:r>
        <w:t xml:space="preserve"> that's</w:t>
      </w:r>
      <w:r>
        <w:t xml:space="preserve"> very</w:t>
      </w:r>
      <w:r>
        <w:t xml:space="preserve"> altruistic</w:t>
      </w:r>
      <w:r>
        <w:t xml:space="preserve"> of</w:t>
      </w:r>
      <w:r>
        <w:t xml:space="preserve"> you,</w:t>
      </w:r>
      <w:r>
        <w:t xml:space="preserve"> Freddy.</w:t>
        <w:br/>
        <w:t>我都不知道你这么热衷于动物福利</w:t>
        <w:br/>
        <w:t>I</w:t>
      </w:r>
      <w:r>
        <w:t xml:space="preserve"> didn't</w:t>
      </w:r>
      <w:r>
        <w:t xml:space="preserve"> know</w:t>
      </w:r>
      <w:r>
        <w:t xml:space="preserve"> you</w:t>
      </w:r>
      <w:r>
        <w:t xml:space="preserve"> were</w:t>
      </w:r>
      <w:r>
        <w:t xml:space="preserve"> so</w:t>
      </w:r>
      <w:r>
        <w:t xml:space="preserve"> deeply</w:t>
      </w:r>
      <w:r>
        <w:t xml:space="preserve"> invested</w:t>
      </w:r>
      <w:r>
        <w:t xml:space="preserve"> in</w:t>
      </w:r>
      <w:r>
        <w:t xml:space="preserve"> animal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welfare.</w:t>
        <w:br/>
        <w:t>人总是要为了鸡做点力所能及的事情</w:t>
        <w:br/>
        <w:t>Well,</w:t>
      </w:r>
      <w:r>
        <w:t xml:space="preserve"> one</w:t>
      </w:r>
      <w:r>
        <w:t xml:space="preserve"> does</w:t>
      </w:r>
      <w:r>
        <w:t xml:space="preserve"> what</w:t>
      </w:r>
      <w:r>
        <w:t xml:space="preserve"> one</w:t>
      </w:r>
      <w:r>
        <w:t xml:space="preserve"> can,</w:t>
      </w:r>
      <w:r>
        <w:t xml:space="preserve"> doesn't</w:t>
      </w:r>
      <w:r>
        <w:t xml:space="preserve"> one,</w:t>
      </w:r>
      <w:r>
        <w:t xml:space="preserve"> for</w:t>
      </w:r>
      <w:r>
        <w:t xml:space="preserve"> one's,</w:t>
      </w:r>
      <w:r>
        <w:t xml:space="preserve"> uh,</w:t>
      </w:r>
      <w:r>
        <w:t xml:space="preserve"> chickens?</w:t>
        <w:br/>
        <w:t>我有点搞不懂</w:t>
      </w:r>
      <w:r>
        <w:t xml:space="preserve"> 格拉斯女士</w:t>
        <w:br/>
        <w:t>I'm</w:t>
      </w:r>
      <w:r>
        <w:t xml:space="preserve"> a</w:t>
      </w:r>
      <w:r>
        <w:t xml:space="preserve"> bit</w:t>
      </w:r>
      <w:r>
        <w:t xml:space="preserve"> confused,</w:t>
      </w:r>
      <w:r>
        <w:t xml:space="preserve"> Ms.</w:t>
      </w:r>
      <w:r>
        <w:t xml:space="preserve"> Glass,</w:t>
        <w:br/>
        <w:t>你到底是做什么的</w:t>
        <w:br/>
        <w:t>because,</w:t>
      </w:r>
      <w:r>
        <w:t xml:space="preserve"> uh,</w:t>
      </w:r>
      <w:r>
        <w:t xml:space="preserve"> what</w:t>
      </w:r>
      <w:r>
        <w:t xml:space="preserve"> exactly</w:t>
      </w:r>
      <w:r>
        <w:t xml:space="preserve"> is</w:t>
      </w:r>
      <w:r>
        <w:t xml:space="preserve"> it</w:t>
      </w:r>
      <w:r>
        <w:t xml:space="preserve"> that</w:t>
      </w:r>
      <w:r>
        <w:t xml:space="preserve"> you</w:t>
      </w:r>
      <w:r>
        <w:t xml:space="preserve"> do</w:t>
      </w:r>
      <w:r>
        <w:t xml:space="preserve"> do?</w:t>
        <w:br/>
        <w:t>我丈夫告诉我说</w:t>
      </w:r>
      <w:r>
        <w:t xml:space="preserve"> 好像跟古董有关</w:t>
        <w:br/>
        <w:t>It's</w:t>
      </w:r>
      <w:r>
        <w:t xml:space="preserve"> just</w:t>
      </w:r>
      <w:r>
        <w:t xml:space="preserve"> my</w:t>
      </w:r>
      <w:r>
        <w:t xml:space="preserve"> husband,</w:t>
      </w:r>
      <w:r>
        <w:t xml:space="preserve"> he</w:t>
      </w:r>
      <w:r>
        <w:t xml:space="preserve"> told</w:t>
      </w:r>
      <w:r>
        <w:t xml:space="preserve"> me</w:t>
      </w:r>
      <w:r>
        <w:t xml:space="preserve"> it</w:t>
      </w:r>
      <w:r>
        <w:t xml:space="preserve"> was</w:t>
      </w:r>
      <w:r>
        <w:t xml:space="preserve"> something</w:t>
      </w:r>
      <w:r>
        <w:t xml:space="preserve"> to</w:t>
      </w:r>
      <w:r>
        <w:t xml:space="preserve"> do</w:t>
      </w:r>
      <w:r>
        <w:t xml:space="preserve"> with</w:t>
      </w:r>
      <w:r>
        <w:t xml:space="preserve"> antiques.</w:t>
        <w:br/>
        <w:t>现在你似乎又在致力于无私地为动物追求福利</w:t>
        <w:br/>
        <w:t>And</w:t>
      </w:r>
      <w:r>
        <w:t xml:space="preserve"> now</w:t>
      </w:r>
      <w:r>
        <w:t xml:space="preserve"> you</w:t>
      </w:r>
      <w:r>
        <w:t xml:space="preserve"> seem</w:t>
      </w:r>
      <w:r>
        <w:t xml:space="preserve"> committed</w:t>
      </w:r>
      <w:r>
        <w:t xml:space="preserve"> to</w:t>
      </w:r>
      <w:r>
        <w:t xml:space="preserve"> the</w:t>
      </w:r>
      <w:r>
        <w:t xml:space="preserve"> selfless</w:t>
      </w:r>
      <w:r>
        <w:t xml:space="preserve"> pursuit</w:t>
      </w:r>
      <w:r>
        <w:t xml:space="preserve"> of</w:t>
      </w:r>
      <w:r>
        <w:t xml:space="preserve"> animal</w:t>
      </w:r>
      <w:r>
        <w:t xml:space="preserve"> welfare.</w:t>
        <w:br/>
        <w:t>所以到底是哪一个</w:t>
        <w:br/>
        <w:t>So</w:t>
      </w:r>
      <w:r>
        <w:t xml:space="preserve"> which</w:t>
      </w:r>
      <w:r>
        <w:t xml:space="preserve"> is</w:t>
      </w:r>
      <w:r>
        <w:t xml:space="preserve"> it?</w:t>
        <w:br/>
        <w:t>古董还是鸡</w:t>
        <w:br/>
        <w:t>Antiques</w:t>
      </w:r>
      <w:r>
        <w:t xml:space="preserve"> or</w:t>
      </w:r>
      <w:r>
        <w:t xml:space="preserve"> chickens?</w:t>
        <w:br/>
        <w:t>就我个人而言</w:t>
      </w:r>
      <w:r>
        <w:t xml:space="preserve"> 我对商业家禽</w:t>
        <w:br/>
        <w:t>Personally,</w:t>
      </w:r>
      <w:r>
        <w:t xml:space="preserve"> I</w:t>
      </w:r>
      <w:r>
        <w:t xml:space="preserve"> have</w:t>
      </w:r>
      <w:r>
        <w:t xml:space="preserve"> no</w:t>
      </w:r>
      <w:r>
        <w:t xml:space="preserve"> interest</w:t>
      </w:r>
      <w:r>
        <w:t xml:space="preserve"> in</w:t>
      </w:r>
      <w:r>
        <w:t xml:space="preserve"> the</w:t>
      </w:r>
      <w:r>
        <w:t xml:space="preserve"> circumstances</w:t>
        <w:br/>
        <w:t>生存环境恶劣的情况并不感兴趣</w:t>
        <w:br/>
        <w:t>pertaining</w:t>
      </w:r>
      <w:r>
        <w:t xml:space="preserve"> to</w:t>
      </w:r>
      <w:r>
        <w:t xml:space="preserve"> the</w:t>
      </w:r>
      <w:r>
        <w:t xml:space="preserve"> privations</w:t>
      </w:r>
      <w:r>
        <w:t xml:space="preserve"> of</w:t>
      </w:r>
      <w:r>
        <w:t xml:space="preserve"> commercial</w:t>
      </w:r>
      <w:r>
        <w:t xml:space="preserve"> poultry.</w:t>
        <w:br/>
        <w:t>但阁下比我更富有同情心</w:t>
        <w:br/>
        <w:t>But</w:t>
      </w:r>
      <w:r>
        <w:t xml:space="preserve"> His</w:t>
      </w:r>
      <w:r>
        <w:t xml:space="preserve"> Grace</w:t>
      </w:r>
      <w:r>
        <w:t xml:space="preserve"> is</w:t>
      </w:r>
      <w:r>
        <w:t xml:space="preserve"> blessed</w:t>
      </w:r>
      <w:r>
        <w:t xml:space="preserve"> with</w:t>
      </w:r>
      <w:r>
        <w:t xml:space="preserve"> a</w:t>
      </w:r>
      <w:r>
        <w:t xml:space="preserve"> more</w:t>
      </w:r>
      <w:r>
        <w:t xml:space="preserve"> compassionate</w:t>
      </w:r>
      <w:r>
        <w:t xml:space="preserve"> heart</w:t>
      </w:r>
      <w:r>
        <w:t xml:space="preserve"> than</w:t>
      </w:r>
      <w:r>
        <w:t xml:space="preserve"> my</w:t>
      </w:r>
      <w:r>
        <w:t xml:space="preserve"> own.</w:t>
        <w:br/>
        <w:t>既然我一直在商业方面帮助他</w:t>
        <w:br/>
        <w:t>Since</w:t>
      </w:r>
      <w:r>
        <w:t xml:space="preserve"> I've</w:t>
      </w:r>
      <w:r>
        <w:t xml:space="preserve"> been</w:t>
      </w:r>
      <w:r>
        <w:t xml:space="preserve"> helping</w:t>
      </w:r>
      <w:r>
        <w:t xml:space="preserve"> him</w:t>
      </w:r>
      <w:r>
        <w:t xml:space="preserve"> with</w:t>
      </w:r>
      <w:r>
        <w:t xml:space="preserve"> his</w:t>
      </w:r>
      <w:r>
        <w:t xml:space="preserve"> business</w:t>
      </w:r>
      <w:r>
        <w:t xml:space="preserve"> interests,</w:t>
        <w:br/>
        <w:t>我想不如也出把力</w:t>
        <w:br/>
        <w:t>I</w:t>
      </w:r>
      <w:r>
        <w:t xml:space="preserve"> thought</w:t>
      </w:r>
      <w:r>
        <w:t xml:space="preserve"> I'd</w:t>
      </w:r>
      <w:r>
        <w:t xml:space="preserve"> lend</w:t>
      </w:r>
      <w:r>
        <w:t xml:space="preserve"> a</w:t>
      </w:r>
      <w:r>
        <w:t xml:space="preserve"> hand.</w:t>
        <w:br/>
        <w:t>值得庆贺</w:t>
        <w:br/>
        <w:t>Cheers</w:t>
      </w:r>
      <w:r>
        <w:t xml:space="preserve"> to</w:t>
      </w:r>
      <w:r>
        <w:t xml:space="preserve"> that.</w:t>
        <w:br/>
        <w:t>（福音）</w:t>
        <w:br/>
        <w:t>三次了</w:t>
      </w:r>
      <w:r>
        <w:t xml:space="preserve"> 他已经打了他妈的三次了</w:t>
      </w:r>
      <w:r>
        <w:t xml:space="preserve"> 爱迪</w:t>
        <w:br/>
        <w:t>Three</w:t>
      </w:r>
      <w:r>
        <w:t xml:space="preserve"> times.</w:t>
      </w:r>
      <w:r>
        <w:t xml:space="preserve"> He's</w:t>
      </w:r>
      <w:r>
        <w:t xml:space="preserve"> called</w:t>
      </w:r>
      <w:r>
        <w:t xml:space="preserve"> three</w:t>
      </w:r>
      <w:r>
        <w:t xml:space="preserve"> fucking</w:t>
      </w:r>
      <w:r>
        <w:t xml:space="preserve"> times,</w:t>
      </w:r>
      <w:r>
        <w:t xml:space="preserve"> Eddie.</w:t>
        <w:br/>
        <w:t>你觉得他想跟我聊聊吗</w:t>
      </w:r>
      <w:r>
        <w:t xml:space="preserve"> </w:t>
        <w:br/>
        <w:t>Do</w:t>
      </w:r>
      <w:r>
        <w:t xml:space="preserve"> you</w:t>
      </w:r>
      <w:r>
        <w:t xml:space="preserve"> think...</w:t>
      </w:r>
      <w:r>
        <w:t xml:space="preserve"> Do</w:t>
      </w:r>
      <w:r>
        <w:t xml:space="preserve"> you</w:t>
      </w:r>
      <w:r>
        <w:t xml:space="preserve"> think</w:t>
      </w:r>
      <w:r>
        <w:t xml:space="preserve"> he</w:t>
      </w:r>
      <w:r>
        <w:t xml:space="preserve"> wants</w:t>
      </w:r>
      <w:r>
        <w:t xml:space="preserve"> to</w:t>
      </w:r>
      <w:r>
        <w:t xml:space="preserve"> speak</w:t>
      </w:r>
      <w:r>
        <w:t xml:space="preserve"> to</w:t>
      </w:r>
      <w:r>
        <w:t xml:space="preserve"> me?</w:t>
        <w:br/>
        <w:t>我想是的</w:t>
      </w:r>
      <w:r>
        <w:t xml:space="preserve"> 弗雷迪</w:t>
      </w:r>
      <w:r>
        <w:t xml:space="preserve"> 是啊</w:t>
        <w:br/>
        <w:t>I</w:t>
      </w:r>
      <w:r>
        <w:t xml:space="preserve"> imagine</w:t>
      </w:r>
      <w:r>
        <w:t xml:space="preserve"> so,</w:t>
      </w:r>
      <w:r>
        <w:t xml:space="preserve"> Freddy,</w:t>
      </w:r>
      <w:r>
        <w:t xml:space="preserve"> yeah.</w:t>
        <w:br/>
        <w:t>听着</w:t>
      </w:r>
      <w:r>
        <w:t xml:space="preserve"> 如果你希望计划成功</w:t>
        <w:br/>
        <w:t>Look,</w:t>
      </w:r>
      <w:r>
        <w:t xml:space="preserve"> if</w:t>
      </w:r>
      <w:r>
        <w:t xml:space="preserve"> this</w:t>
      </w:r>
      <w:r>
        <w:t xml:space="preserve"> is</w:t>
      </w:r>
      <w:r>
        <w:t xml:space="preserve"> gonna</w:t>
      </w:r>
      <w:r>
        <w:t xml:space="preserve"> work,</w:t>
        <w:br/>
        <w:t>你就必须表现出</w:t>
      </w:r>
      <w:r>
        <w:t xml:space="preserve"> 什么事都没有的样子</w:t>
      </w:r>
      <w:r>
        <w:t xml:space="preserve"> 好吗</w:t>
      </w:r>
      <w:r>
        <w:t xml:space="preserve"> </w:t>
        <w:br/>
        <w:t>you</w:t>
      </w:r>
      <w:r>
        <w:t xml:space="preserve"> have</w:t>
      </w:r>
      <w:r>
        <w:t xml:space="preserve"> to</w:t>
      </w:r>
      <w:r>
        <w:t xml:space="preserve"> act</w:t>
      </w:r>
      <w:r>
        <w:t xml:space="preserve"> like</w:t>
      </w:r>
      <w:r>
        <w:t xml:space="preserve"> absolutely</w:t>
      </w:r>
      <w:r>
        <w:t xml:space="preserve"> nothing</w:t>
      </w:r>
      <w:r>
        <w:t xml:space="preserve"> is</w:t>
      </w:r>
      <w:r>
        <w:t xml:space="preserve"> wrong.</w:t>
        <w:br/>
        <w:t>好吧</w:t>
      </w:r>
      <w:r>
        <w:t xml:space="preserve"> 爱迪</w:t>
      </w:r>
      <w:r>
        <w:t xml:space="preserve"> 我不想当个混&amp;hearts;蛋&amp;hearts;</w:t>
      </w:r>
      <w:r>
        <w:t xml:space="preserve"> 真的不想</w:t>
        <w:br/>
        <w:t>Okay,</w:t>
      </w:r>
      <w:r>
        <w:t xml:space="preserve"> I</w:t>
      </w:r>
      <w:r>
        <w:t xml:space="preserve"> don't</w:t>
      </w:r>
      <w:r>
        <w:t xml:space="preserve"> wanna</w:t>
      </w:r>
      <w:r>
        <w:t xml:space="preserve"> be</w:t>
      </w:r>
      <w:r>
        <w:t xml:space="preserve"> a</w:t>
      </w:r>
      <w:r>
        <w:t xml:space="preserve"> dick</w:t>
      </w:r>
      <w:r>
        <w:t xml:space="preserve"> about</w:t>
      </w:r>
      <w:r>
        <w:t xml:space="preserve"> this,</w:t>
      </w:r>
      <w:r>
        <w:t xml:space="preserve"> I</w:t>
      </w:r>
      <w:r>
        <w:t xml:space="preserve"> really</w:t>
      </w:r>
      <w:r>
        <w:t xml:space="preserve"> don't,</w:t>
        <w:br/>
        <w:t>但我的底线是</w:t>
      </w:r>
      <w:r>
        <w:t xml:space="preserve"> 你得来接电&amp;hearts;话&amp;hearts;</w:t>
        <w:br/>
        <w:t>but</w:t>
      </w:r>
      <w:r>
        <w:t xml:space="preserve"> the</w:t>
      </w:r>
      <w:r>
        <w:t xml:space="preserve"> bottom</w:t>
      </w:r>
      <w:r>
        <w:t xml:space="preserve"> line</w:t>
      </w:r>
      <w:r>
        <w:t xml:space="preserve"> here</w:t>
      </w:r>
      <w:r>
        <w:t xml:space="preserve"> is...</w:t>
      </w:r>
      <w:r>
        <w:t xml:space="preserve"> You</w:t>
      </w:r>
      <w:r>
        <w:t xml:space="preserve"> need</w:t>
      </w:r>
      <w:r>
        <w:t xml:space="preserve"> to</w:t>
      </w:r>
      <w:r>
        <w:t xml:space="preserve"> answer</w:t>
      </w:r>
      <w:r>
        <w:t xml:space="preserve"> that.</w:t>
        <w:br/>
        <w:t>你好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弗雷迪的电&amp;hearts;话&amp;hearts;</w:t>
        <w:br/>
        <w:t>Uh,</w:t>
      </w:r>
      <w:r>
        <w:t xml:space="preserve"> hello,</w:t>
      </w:r>
      <w:r>
        <w:t xml:space="preserve"> Freddy's</w:t>
      </w:r>
      <w:r>
        <w:t xml:space="preserve"> phone.</w:t>
        <w:br/>
        <w:t>弗雷迪在吗</w:t>
      </w:r>
      <w:r>
        <w:t xml:space="preserve"> 我有话要和他说</w:t>
        <w:br/>
        <w:t>Is</w:t>
      </w:r>
      <w:r>
        <w:t xml:space="preserve"> Freddy</w:t>
      </w:r>
      <w:r>
        <w:t xml:space="preserve"> there?</w:t>
      </w:r>
      <w:r>
        <w:t xml:space="preserve"> I</w:t>
      </w:r>
      <w:r>
        <w:t xml:space="preserve"> need</w:t>
      </w:r>
      <w:r>
        <w:t xml:space="preserve"> a</w:t>
      </w:r>
      <w:r>
        <w:t xml:space="preserve"> word.</w:t>
        <w:br/>
        <w:t>真不巧</w:t>
      </w:r>
      <w:r>
        <w:t xml:space="preserve"> 他在吃饭呢</w:t>
      </w:r>
      <w:r>
        <w:t xml:space="preserve"> 可以留言吗</w:t>
      </w:r>
      <w:r>
        <w:t xml:space="preserve"> </w:t>
        <w:br/>
        <w:t>He's</w:t>
      </w:r>
      <w:r>
        <w:t xml:space="preserve"> at</w:t>
      </w:r>
      <w:r>
        <w:t xml:space="preserve"> dinner,</w:t>
      </w:r>
      <w:r>
        <w:t xml:space="preserve"> unfortunately.</w:t>
      </w:r>
      <w:r>
        <w:t xml:space="preserve"> Can</w:t>
      </w:r>
      <w:r>
        <w:t xml:space="preserve"> I</w:t>
      </w:r>
      <w:r>
        <w:t xml:space="preserve"> take</w:t>
      </w:r>
      <w:r>
        <w:t xml:space="preserve"> a</w:t>
      </w:r>
      <w:r>
        <w:t xml:space="preserve"> message?</w:t>
        <w:br/>
        <w:t>我叫约翰·迪克森</w:t>
      </w:r>
      <w:r>
        <w:t xml:space="preserve"> 请问你是</w:t>
      </w:r>
      <w:r>
        <w:t xml:space="preserve"> </w:t>
        <w:br/>
        <w:t>My</w:t>
      </w:r>
      <w:r>
        <w:t xml:space="preserve"> name's</w:t>
      </w:r>
      <w:r>
        <w:t xml:space="preserve"> John</w:t>
      </w:r>
      <w:r>
        <w:t xml:space="preserve"> Dixon.</w:t>
      </w:r>
      <w:r>
        <w:t xml:space="preserve"> Who</w:t>
      </w:r>
      <w:r>
        <w:t xml:space="preserve"> am</w:t>
      </w:r>
      <w:r>
        <w:t xml:space="preserve"> I</w:t>
      </w:r>
      <w:r>
        <w:t xml:space="preserve"> speaking</w:t>
      </w:r>
      <w:r>
        <w:t xml:space="preserve"> to,</w:t>
      </w:r>
      <w:r>
        <w:t xml:space="preserve"> please?</w:t>
        <w:br/>
        <w:t>我是爱德华</w:t>
      </w:r>
      <w:r>
        <w:t xml:space="preserve"> 他的弟弟</w:t>
        <w:br/>
        <w:t>Uh,</w:t>
      </w:r>
      <w:r>
        <w:t xml:space="preserve"> you're</w:t>
      </w:r>
      <w:r>
        <w:t xml:space="preserve"> speaking</w:t>
      </w:r>
      <w:r>
        <w:t xml:space="preserve"> to</w:t>
      </w:r>
      <w:r>
        <w:t xml:space="preserve"> Edward,</w:t>
      </w:r>
      <w:r>
        <w:t xml:space="preserve"> his</w:t>
      </w:r>
      <w:r>
        <w:t xml:space="preserve"> brother.</w:t>
        <w:br/>
        <w:t>好吧</w:t>
        <w:br/>
        <w:t>Oh,</w:t>
      </w:r>
      <w:r>
        <w:t xml:space="preserve"> right.</w:t>
        <w:br/>
        <w:t>那还真巧了</w:t>
        <w:br/>
        <w:t>Well,</w:t>
      </w:r>
      <w:r>
        <w:t xml:space="preserve"> that's</w:t>
      </w:r>
      <w:r>
        <w:t xml:space="preserve"> a</w:t>
      </w:r>
      <w:r>
        <w:t xml:space="preserve"> coincidence</w:t>
        <w:br/>
        <w:t>因为我打电&amp;hearts;话&amp;hearts;也是问我弟弟的事</w:t>
      </w:r>
      <w:r>
        <w:t xml:space="preserve"> 他叫汤米·迪克森</w:t>
        <w:br/>
        <w:t>'cause</w:t>
      </w:r>
      <w:r>
        <w:t xml:space="preserve"> I'm</w:t>
      </w:r>
      <w:r>
        <w:t xml:space="preserve"> ringing</w:t>
      </w:r>
      <w:r>
        <w:t xml:space="preserve"> about</w:t>
      </w:r>
      <w:r>
        <w:t xml:space="preserve"> my</w:t>
      </w:r>
      <w:r>
        <w:t xml:space="preserve"> brother,</w:t>
      </w:r>
      <w:r>
        <w:t xml:space="preserve"> Tommy</w:t>
      </w:r>
      <w:r>
        <w:t xml:space="preserve"> Dixon.</w:t>
        <w:br/>
        <w:t>也许你听说过他</w:t>
      </w:r>
      <w:r>
        <w:t xml:space="preserve"> </w:t>
        <w:br/>
        <w:t>Maybe</w:t>
      </w:r>
      <w:r>
        <w:t xml:space="preserve"> you've</w:t>
      </w:r>
      <w:r>
        <w:t xml:space="preserve"> heard</w:t>
      </w:r>
      <w:r>
        <w:t xml:space="preserve"> of</w:t>
      </w:r>
      <w:r>
        <w:t xml:space="preserve"> him?</w:t>
        <w:br/>
        <w:t>是啊</w:t>
      </w:r>
      <w:r>
        <w:t xml:space="preserve"> 他今天早上才刚来过这里</w:t>
        <w:br/>
        <w:t>Yes,</w:t>
      </w:r>
      <w:r>
        <w:t xml:space="preserve"> he</w:t>
      </w:r>
      <w:r>
        <w:t xml:space="preserve"> was</w:t>
      </w:r>
      <w:r>
        <w:t xml:space="preserve"> here</w:t>
      </w:r>
      <w:r>
        <w:t xml:space="preserve"> this</w:t>
      </w:r>
      <w:r>
        <w:t xml:space="preserve"> morning,</w:t>
      </w:r>
      <w:r>
        <w:t xml:space="preserve"> actually.</w:t>
        <w:br/>
        <w:t>好吧</w:t>
        <w:br/>
        <w:t>Oh,</w:t>
      </w:r>
      <w:r>
        <w:t xml:space="preserve"> right.</w:t>
        <w:br/>
        <w:t>原来是这样啊</w:t>
        <w:br/>
        <w:t>Well,</w:t>
      </w:r>
      <w:r>
        <w:t xml:space="preserve"> that's</w:t>
      </w:r>
      <w:r>
        <w:t xml:space="preserve"> good</w:t>
      </w:r>
      <w:r>
        <w:t xml:space="preserve"> to</w:t>
      </w:r>
      <w:r>
        <w:t xml:space="preserve"> know.</w:t>
        <w:br/>
        <w:t>你看</w:t>
      </w:r>
      <w:r>
        <w:t xml:space="preserve"> 他一直没回家</w:t>
        <w:br/>
        <w:t>You</w:t>
      </w:r>
      <w:r>
        <w:t xml:space="preserve"> see,</w:t>
      </w:r>
      <w:r>
        <w:t xml:space="preserve"> he</w:t>
      </w:r>
      <w:r>
        <w:t xml:space="preserve"> hasn't</w:t>
      </w:r>
      <w:r>
        <w:t xml:space="preserve"> come</w:t>
      </w:r>
      <w:r>
        <w:t xml:space="preserve"> home,</w:t>
        <w:br/>
        <w:t>所以我想询问他的下落</w:t>
        <w:br/>
        <w:t>so</w:t>
      </w:r>
      <w:r>
        <w:t xml:space="preserve"> I'm</w:t>
      </w:r>
      <w:r>
        <w:t xml:space="preserve"> trying</w:t>
      </w:r>
      <w:r>
        <w:t xml:space="preserve"> to</w:t>
      </w:r>
      <w:r>
        <w:t xml:space="preserve"> ascertain</w:t>
      </w:r>
      <w:r>
        <w:t xml:space="preserve"> his</w:t>
      </w:r>
      <w:r>
        <w:t xml:space="preserve"> whereabouts.</w:t>
        <w:br/>
        <w:t>他今天早上11点就离开了</w:t>
        <w:br/>
        <w:t>Well,</w:t>
      </w:r>
      <w:r>
        <w:t xml:space="preserve"> he</w:t>
      </w:r>
      <w:r>
        <w:t xml:space="preserve"> left</w:t>
      </w:r>
      <w:r>
        <w:t xml:space="preserve"> here</w:t>
      </w:r>
      <w:r>
        <w:t xml:space="preserve"> this</w:t>
      </w:r>
      <w:r>
        <w:t xml:space="preserve"> morning</w:t>
      </w:r>
      <w:r>
        <w:t xml:space="preserve"> at</w:t>
      </w:r>
      <w:r>
        <w:t xml:space="preserve"> about</w:t>
      </w:r>
      <w:r>
        <w:t xml:space="preserve"> 11:00</w:t>
      </w:r>
      <w:r>
        <w:t xml:space="preserve"> a.m.</w:t>
        <w:br/>
        <w:t>你当时在场</w:t>
      </w:r>
      <w:r>
        <w:t xml:space="preserve"> 是吗</w:t>
      </w:r>
      <w:r>
        <w:t xml:space="preserve"> </w:t>
        <w:br/>
        <w:t>You</w:t>
      </w:r>
      <w:r>
        <w:t xml:space="preserve"> were</w:t>
      </w:r>
      <w:r>
        <w:t xml:space="preserve"> there,</w:t>
      </w:r>
      <w:r>
        <w:t xml:space="preserve"> were</w:t>
      </w:r>
      <w:r>
        <w:t xml:space="preserve"> ya?</w:t>
        <w:br/>
        <w:t>没错</w:t>
      </w:r>
      <w:r>
        <w:t xml:space="preserve"> 我在</w:t>
        <w:br/>
        <w:t>I</w:t>
      </w:r>
      <w:r>
        <w:t xml:space="preserve"> was,</w:t>
      </w:r>
      <w:r>
        <w:t xml:space="preserve"> yes.</w:t>
        <w:br/>
        <w:t>也就是说</w:t>
      </w:r>
      <w:r>
        <w:t xml:space="preserve"> 你是最后一个见到他的人</w:t>
        <w:br/>
        <w:t>That</w:t>
      </w:r>
      <w:r>
        <w:t xml:space="preserve"> would</w:t>
      </w:r>
      <w:r>
        <w:t xml:space="preserve"> make</w:t>
      </w:r>
      <w:r>
        <w:t xml:space="preserve"> you</w:t>
      </w:r>
      <w:r>
        <w:t xml:space="preserve"> the</w:t>
      </w:r>
      <w:r>
        <w:t xml:space="preserve"> last</w:t>
      </w:r>
      <w:r>
        <w:t xml:space="preserve"> person</w:t>
      </w:r>
      <w:r>
        <w:t xml:space="preserve"> to</w:t>
      </w:r>
      <w:r>
        <w:t xml:space="preserve"> have</w:t>
      </w:r>
      <w:r>
        <w:t xml:space="preserve"> seen</w:t>
      </w:r>
      <w:r>
        <w:t xml:space="preserve"> him.</w:t>
        <w:br/>
        <w:t>迪克森先生</w:t>
      </w:r>
      <w:r>
        <w:t xml:space="preserve"> 听到这个消息很遗憾</w:t>
      </w:r>
      <w:r>
        <w:t xml:space="preserve"> 有什么我们可以帮忙的吗</w:t>
      </w:r>
      <w:r>
        <w:t xml:space="preserve"> </w:t>
        <w:br/>
        <w:t>Oh,</w:t>
      </w:r>
      <w:r>
        <w:t xml:space="preserve"> I'm</w:t>
      </w:r>
      <w:r>
        <w:t xml:space="preserve"> sorry</w:t>
      </w:r>
      <w:r>
        <w:t xml:space="preserve"> to</w:t>
      </w:r>
      <w:r>
        <w:t xml:space="preserve"> hear</w:t>
      </w:r>
      <w:r>
        <w:t xml:space="preserve"> that,</w:t>
      </w:r>
      <w:r>
        <w:t xml:space="preserve"> Mr.</w:t>
      </w:r>
      <w:r>
        <w:t xml:space="preserve"> Dixon.</w:t>
      </w:r>
      <w:r>
        <w:t xml:space="preserve"> Uh,</w:t>
      </w:r>
      <w:r>
        <w:t xml:space="preserve"> is</w:t>
      </w:r>
      <w:r>
        <w:t xml:space="preserve"> there</w:t>
      </w:r>
      <w:r>
        <w:t xml:space="preserve"> anything</w:t>
      </w:r>
      <w:r>
        <w:t xml:space="preserve"> we</w:t>
      </w:r>
      <w:r>
        <w:t xml:space="preserve"> can</w:t>
      </w:r>
      <w:r>
        <w:t xml:space="preserve"> do</w:t>
      </w:r>
      <w:r>
        <w:t xml:space="preserve"> to</w:t>
      </w:r>
      <w:r>
        <w:t xml:space="preserve"> help?</w:t>
        <w:br/>
        <w:t>我明天中午12点</w:t>
      </w:r>
      <w:r>
        <w:t xml:space="preserve"> 可以过去拜访一下你们吗</w:t>
      </w:r>
      <w:r>
        <w:t xml:space="preserve"> </w:t>
        <w:br/>
        <w:t>Would</w:t>
      </w:r>
      <w:r>
        <w:t xml:space="preserve"> it</w:t>
      </w:r>
      <w:r>
        <w:t xml:space="preserve"> be</w:t>
      </w:r>
      <w:r>
        <w:t xml:space="preserve"> all</w:t>
      </w:r>
      <w:r>
        <w:t xml:space="preserve"> right</w:t>
      </w:r>
      <w:r>
        <w:t xml:space="preserve"> if</w:t>
      </w:r>
      <w:r>
        <w:t xml:space="preserve"> I</w:t>
      </w:r>
      <w:r>
        <w:t xml:space="preserve"> drop</w:t>
      </w:r>
      <w:r>
        <w:t xml:space="preserve"> by</w:t>
      </w:r>
      <w:r>
        <w:t xml:space="preserve"> tomorrow,say,</w:t>
      </w:r>
      <w:r>
        <w:t xml:space="preserve"> twelve</w:t>
      </w:r>
      <w:r>
        <w:t xml:space="preserve"> o'clock,</w:t>
        <w:br/>
        <w:t>以便好好谈一下</w:t>
        <w:br/>
        <w:t>just</w:t>
      </w:r>
      <w:r>
        <w:t xml:space="preserve"> so</w:t>
      </w:r>
      <w:r>
        <w:t xml:space="preserve"> we</w:t>
      </w:r>
      <w:r>
        <w:t xml:space="preserve"> can</w:t>
      </w:r>
      <w:r>
        <w:t xml:space="preserve"> talk</w:t>
      </w:r>
      <w:r>
        <w:t xml:space="preserve"> things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 xml:space="preserve"> through?</w:t>
        <w:br/>
        <w:t>如果你觉得这能有帮助</w:t>
      </w:r>
      <w:r>
        <w:t xml:space="preserve"> 那当然可以</w:t>
        <w:br/>
        <w:t>If</w:t>
      </w:r>
      <w:r>
        <w:t xml:space="preserve"> you</w:t>
      </w:r>
      <w:r>
        <w:t xml:space="preserve"> think</w:t>
      </w:r>
      <w:r>
        <w:t xml:space="preserve"> that</w:t>
      </w:r>
      <w:r>
        <w:t xml:space="preserve"> would</w:t>
      </w:r>
      <w:r>
        <w:t xml:space="preserve"> help,</w:t>
      </w:r>
      <w:r>
        <w:t xml:space="preserve"> of</w:t>
      </w:r>
      <w:r>
        <w:t xml:space="preserve"> course.</w:t>
        <w:br/>
        <w:t>是的</w:t>
      </w:r>
      <w:r>
        <w:t xml:space="preserve"> 好</w:t>
        <w:br/>
        <w:br/>
        <w:t>I</w:t>
      </w:r>
      <w:r>
        <w:t xml:space="preserve"> do,</w:t>
      </w:r>
      <w:r>
        <w:t xml:space="preserve"> yeah.</w:t>
        <w:br/>
        <w:t>好吧</w:t>
      </w:r>
      <w:r>
        <w:t xml:space="preserve"> 那见面之前多保重</w:t>
        <w:br/>
        <w:t>All</w:t>
      </w:r>
      <w:r>
        <w:t xml:space="preserve"> right,</w:t>
      </w:r>
      <w:r>
        <w:t xml:space="preserve"> take</w:t>
      </w:r>
      <w:r>
        <w:t xml:space="preserve"> care</w:t>
      </w:r>
      <w:r>
        <w:t xml:space="preserve"> of</w:t>
      </w:r>
      <w:r>
        <w:t xml:space="preserve"> yourself</w:t>
      </w:r>
      <w:r>
        <w:t xml:space="preserve"> until</w:t>
      </w:r>
      <w:r>
        <w:t xml:space="preserve"> then.</w:t>
        <w:br/>
        <w:t>埃罗</w:t>
        <w:br/>
        <w:t>Errol,</w:t>
        <w:br/>
        <w:t>我感觉有麻烦了</w:t>
        <w:br/>
        <w:t>I</w:t>
      </w:r>
      <w:r>
        <w:t xml:space="preserve"> smell</w:t>
      </w:r>
      <w:r>
        <w:t xml:space="preserve"> trouble.</w:t>
        <w:br/>
        <w:t>明天中午</w:t>
      </w:r>
      <w:r>
        <w:t xml:space="preserve"> 好样的</w:t>
        <w:br/>
        <w:t>Tomorrow</w:t>
      </w:r>
      <w:r>
        <w:t xml:space="preserve"> at</w:t>
      </w:r>
      <w:r>
        <w:t xml:space="preserve"> noon?</w:t>
      </w:r>
      <w:r>
        <w:t xml:space="preserve"> Nice</w:t>
      </w:r>
      <w:r>
        <w:t xml:space="preserve"> one.</w:t>
        <w:br/>
        <w:t>弗雷迪</w:t>
      </w:r>
      <w:r>
        <w:t xml:space="preserve"> 为什么有两辆车</w:t>
        <w:br/>
        <w:t>Freddy,</w:t>
      </w:r>
      <w:r>
        <w:t xml:space="preserve"> why</w:t>
      </w:r>
      <w:r>
        <w:t xml:space="preserve"> are</w:t>
      </w:r>
      <w:r>
        <w:t xml:space="preserve"> there</w:t>
      </w:r>
      <w:r>
        <w:t xml:space="preserve"> two</w:t>
      </w:r>
      <w:r>
        <w:t xml:space="preserve"> cars?</w:t>
        <w:br/>
        <w:t>他们带了一整支足球队</w:t>
        <w:br/>
        <w:t>They've</w:t>
      </w:r>
      <w:r>
        <w:t xml:space="preserve"> brought</w:t>
      </w:r>
      <w:r>
        <w:t xml:space="preserve"> an</w:t>
      </w:r>
      <w:r>
        <w:t xml:space="preserve"> entire</w:t>
      </w:r>
      <w:r>
        <w:t xml:space="preserve"> football</w:t>
      </w:r>
      <w:r>
        <w:t xml:space="preserve"> team.</w:t>
        <w:br/>
        <w:t>是啊</w:t>
      </w:r>
      <w:r>
        <w:t xml:space="preserve"> 还真不是轻装上阵</w:t>
        <w:br/>
        <w:t>Yeah,</w:t>
      </w:r>
      <w:r>
        <w:t xml:space="preserve"> they</w:t>
      </w:r>
      <w:r>
        <w:t xml:space="preserve"> don't</w:t>
      </w:r>
      <w:r>
        <w:t xml:space="preserve"> travel</w:t>
      </w:r>
      <w:r>
        <w:t xml:space="preserve"> light.</w:t>
        <w:br/>
        <w:t>别被我家小伙子们的样子吓到</w:t>
        <w:br/>
        <w:t>Don't</w:t>
      </w:r>
      <w:r>
        <w:t xml:space="preserve"> be</w:t>
      </w:r>
      <w:r>
        <w:t xml:space="preserve"> intimidated</w:t>
      </w:r>
      <w:r>
        <w:t xml:space="preserve"> by</w:t>
      </w:r>
      <w:r>
        <w:t xml:space="preserve"> the</w:t>
      </w:r>
      <w:r>
        <w:t xml:space="preserve"> look</w:t>
      </w:r>
      <w:r>
        <w:t xml:space="preserve"> of</w:t>
      </w:r>
      <w:r>
        <w:t xml:space="preserve"> my</w:t>
      </w:r>
      <w:r>
        <w:t xml:space="preserve"> lads.</w:t>
        <w:br/>
        <w:t>他们是好孩子</w:t>
      </w:r>
      <w:r>
        <w:t xml:space="preserve"> 好小伙子</w:t>
      </w:r>
      <w:r>
        <w:t xml:space="preserve"> 敬畏上帝的小伙子</w:t>
        <w:br/>
        <w:t>They're</w:t>
      </w:r>
      <w:r>
        <w:t xml:space="preserve"> good</w:t>
      </w:r>
      <w:r>
        <w:t xml:space="preserve"> lads.</w:t>
      </w:r>
      <w:r>
        <w:t xml:space="preserve"> Nice</w:t>
      </w:r>
      <w:r>
        <w:t xml:space="preserve"> lads.</w:t>
      </w:r>
      <w:r>
        <w:t xml:space="preserve"> They're</w:t>
      </w:r>
      <w:r>
        <w:t xml:space="preserve"> God-fearing</w:t>
      </w:r>
      <w:r>
        <w:t xml:space="preserve"> lads.</w:t>
        <w:br/>
        <w:t>下午好</w:t>
      </w:r>
      <w:r>
        <w:t xml:space="preserve"> 迪克森先生</w:t>
        <w:br/>
        <w:t>Good</w:t>
      </w:r>
      <w:r>
        <w:t xml:space="preserve"> afternoon,</w:t>
      </w:r>
      <w:r>
        <w:t xml:space="preserve"> Mr.</w:t>
      </w:r>
      <w:r>
        <w:t xml:space="preserve"> Dixon.</w:t>
        <w:br/>
        <w:t>这里是你家</w:t>
      </w:r>
      <w:r>
        <w:t xml:space="preserve"> 是吗</w:t>
      </w:r>
      <w:r>
        <w:t xml:space="preserve"> </w:t>
        <w:br/>
        <w:t>This</w:t>
      </w:r>
      <w:r>
        <w:t xml:space="preserve"> your</w:t>
      </w:r>
      <w:r>
        <w:t xml:space="preserve"> gaff,</w:t>
      </w:r>
      <w:r>
        <w:t xml:space="preserve"> is</w:t>
      </w:r>
      <w:r>
        <w:t xml:space="preserve"> it?</w:t>
        <w:br/>
        <w:t>对</w:t>
        <w:br/>
        <w:t>Yes.</w:t>
        <w:br/>
        <w:t>很奢华呢</w:t>
        <w:br/>
        <w:t>Very,</w:t>
      </w:r>
      <w:r>
        <w:t xml:space="preserve"> um,Versace.</w:t>
        <w:br/>
        <w:t>很厉害</w:t>
        <w:br/>
        <w:t>Very</w:t>
      </w:r>
      <w:r>
        <w:t xml:space="preserve"> impressive.</w:t>
        <w:br/>
        <w:t>不过你家“点费”一定很惊人</w:t>
        <w:br/>
        <w:t>But</w:t>
      </w:r>
      <w:r>
        <w:t xml:space="preserve"> your</w:t>
      </w:r>
      <w:r>
        <w:t xml:space="preserve"> leccy</w:t>
      </w:r>
      <w:r>
        <w:t xml:space="preserve"> bill</w:t>
      </w:r>
      <w:r>
        <w:t xml:space="preserve"> must</w:t>
      </w:r>
      <w:r>
        <w:t xml:space="preserve"> be</w:t>
      </w:r>
      <w:r>
        <w:t xml:space="preserve"> shocking.</w:t>
        <w:br/>
        <w:t>抱歉</w:t>
      </w:r>
      <w:r>
        <w:t xml:space="preserve"> “点费”是什么</w:t>
      </w:r>
      <w:r>
        <w:t xml:space="preserve"> </w:t>
        <w:br/>
        <w:t>Sorry,</w:t>
      </w:r>
      <w:r>
        <w:t xml:space="preserve"> what's</w:t>
      </w:r>
      <w:r>
        <w:t xml:space="preserve"> a...</w:t>
      </w:r>
      <w:r>
        <w:t xml:space="preserve"> what's</w:t>
      </w:r>
      <w:r>
        <w:t xml:space="preserve"> a</w:t>
      </w:r>
      <w:r>
        <w:t xml:space="preserve"> leccy</w:t>
      </w:r>
      <w:r>
        <w:t xml:space="preserve"> bill?</w:t>
        <w:br/>
        <w:t>你应该认识我哥哥吧</w:t>
      </w:r>
      <w:r>
        <w:t xml:space="preserve"> 弗雷迪</w:t>
        <w:br/>
        <w:t>I</w:t>
      </w:r>
      <w:r>
        <w:t xml:space="preserve"> believe</w:t>
      </w:r>
      <w:r>
        <w:t xml:space="preserve"> you</w:t>
      </w:r>
      <w:r>
        <w:t xml:space="preserve"> know</w:t>
      </w:r>
      <w:r>
        <w:t xml:space="preserve"> my</w:t>
      </w:r>
      <w:r>
        <w:t xml:space="preserve"> brother,</w:t>
      </w:r>
      <w:r>
        <w:t xml:space="preserve"> Freddy.</w:t>
        <w:br/>
        <w:t>是的</w:t>
      </w:r>
      <w:r>
        <w:t xml:space="preserve"> 我和弗雷迪认识</w:t>
        <w:br/>
        <w:t>Oh</w:t>
      </w:r>
      <w:r>
        <w:t xml:space="preserve"> yeah,</w:t>
      </w:r>
      <w:r>
        <w:t xml:space="preserve"> me</w:t>
      </w:r>
      <w:r>
        <w:t xml:space="preserve"> and</w:t>
      </w:r>
      <w:r>
        <w:t xml:space="preserve"> Freddy</w:t>
      </w:r>
      <w:r>
        <w:t xml:space="preserve"> know</w:t>
      </w:r>
      <w:r>
        <w:t xml:space="preserve"> each</w:t>
      </w:r>
    </w:p>
    <w:p>
      <w:r>
        <w:t xml:space="preserve"> other.</w:t>
        <w:br/>
        <w:t>你应该忏悔</w:t>
      </w:r>
      <w:r>
        <w:t xml:space="preserve"> 孩子</w:t>
      </w:r>
      <w:r>
        <w:t xml:space="preserve"> 因为耶稣爱你</w:t>
        <w:br/>
        <w:t>You</w:t>
      </w:r>
      <w:r>
        <w:t xml:space="preserve"> should</w:t>
      </w:r>
      <w:r>
        <w:t xml:space="preserve"> repent,</w:t>
      </w:r>
      <w:r>
        <w:t xml:space="preserve"> son.</w:t>
      </w:r>
      <w:r>
        <w:t xml:space="preserve"> 'Cause</w:t>
      </w:r>
      <w:r>
        <w:t xml:space="preserve"> Jesus</w:t>
      </w:r>
      <w:r>
        <w:t xml:space="preserve"> loves</w:t>
      </w:r>
      <w:r>
        <w:t xml:space="preserve"> you.</w:t>
        <w:br/>
        <w:t>我们是熟人</w:t>
        <w:br/>
        <w:t>We</w:t>
      </w:r>
      <w:r>
        <w:t xml:space="preserve"> are</w:t>
      </w:r>
      <w:r>
        <w:t xml:space="preserve"> well</w:t>
      </w:r>
      <w:r>
        <w:t xml:space="preserve"> acquainted.</w:t>
        <w:br/>
        <w:t>很好</w:t>
        <w:br/>
        <w:t>Good.</w:t>
        <w:br/>
        <w:t>劳伦斯先生</w:t>
        <w:br/>
        <w:t>Mr.</w:t>
      </w:r>
      <w:r>
        <w:t xml:space="preserve"> Lawrence.</w:t>
        <w:br/>
        <w:t>请吧</w:t>
      </w:r>
      <w:r>
        <w:t xml:space="preserve"> 带上你的唱诗班</w:t>
        <w:br/>
        <w:t>Please.</w:t>
      </w:r>
      <w:r>
        <w:t xml:space="preserve"> And,</w:t>
      </w:r>
      <w:r>
        <w:t xml:space="preserve"> uh,</w:t>
      </w:r>
      <w:r>
        <w:t xml:space="preserve"> bring</w:t>
      </w:r>
      <w:r>
        <w:t xml:space="preserve"> the</w:t>
      </w:r>
      <w:r>
        <w:t xml:space="preserve"> whole</w:t>
      </w:r>
      <w:r>
        <w:t xml:space="preserve"> choir.</w:t>
        <w:br/>
        <w:t>听说你弟弟失踪了</w:t>
      </w:r>
      <w:r>
        <w:t xml:space="preserve"> 我们很遗憾</w:t>
        <w:br/>
        <w:t>We're</w:t>
      </w:r>
      <w:r>
        <w:t xml:space="preserve"> sorry</w:t>
      </w:r>
      <w:r>
        <w:t xml:space="preserve"> to</w:t>
      </w:r>
      <w:r>
        <w:t xml:space="preserve"> hear</w:t>
      </w:r>
      <w:r>
        <w:t xml:space="preserve"> that</w:t>
      </w:r>
      <w:r>
        <w:t xml:space="preserve"> your</w:t>
      </w:r>
      <w:r>
        <w:t xml:space="preserve"> brother's</w:t>
      </w:r>
      <w:r>
        <w:t xml:space="preserve"> been</w:t>
      </w:r>
      <w:r>
        <w:t xml:space="preserve"> missing.</w:t>
        <w:br/>
        <w:t>我之前在电&amp;hearts;话&amp;hearts;里也说了</w:t>
        <w:br/>
        <w:t>Like</w:t>
      </w:r>
      <w:r>
        <w:t xml:space="preserve"> I</w:t>
      </w:r>
      <w:r>
        <w:t xml:space="preserve"> said</w:t>
      </w:r>
      <w:r>
        <w:t xml:space="preserve"> on</w:t>
      </w:r>
      <w:r>
        <w:t xml:space="preserve"> the</w:t>
      </w:r>
      <w:r>
        <w:t xml:space="preserve"> phone,</w:t>
        <w:br/>
        <w:t>昨天早上弗雷迪结束自己的任务后</w:t>
        <w:br/>
        <w:t>after</w:t>
      </w:r>
      <w:r>
        <w:t xml:space="preserve"> Freddy</w:t>
      </w:r>
      <w:r>
        <w:t xml:space="preserve"> concluded</w:t>
      </w:r>
      <w:r>
        <w:t xml:space="preserve"> his</w:t>
      </w:r>
      <w:r>
        <w:t xml:space="preserve"> business</w:t>
      </w:r>
      <w:r>
        <w:t xml:space="preserve"> yesterday</w:t>
      </w:r>
      <w:r>
        <w:t xml:space="preserve"> morning,</w:t>
        <w:br/>
        <w:t>他们就走了</w:t>
      </w:r>
      <w:r>
        <w:t xml:space="preserve"> 之后没再联&amp;hearts;系&amp;hearts;过</w:t>
        <w:br/>
        <w:t>they</w:t>
      </w:r>
      <w:r>
        <w:t xml:space="preserve"> left</w:t>
      </w:r>
      <w:r>
        <w:t xml:space="preserve"> and</w:t>
      </w:r>
      <w:r>
        <w:t xml:space="preserve"> we</w:t>
      </w:r>
      <w:r>
        <w:t xml:space="preserve"> haven't</w:t>
      </w:r>
      <w:r>
        <w:t xml:space="preserve"> heard</w:t>
      </w:r>
      <w:r>
        <w:t xml:space="preserve"> from</w:t>
      </w:r>
      <w:r>
        <w:t xml:space="preserve"> them</w:t>
      </w:r>
      <w:r>
        <w:t xml:space="preserve"> since.</w:t>
        <w:br/>
        <w:t>汤米满意那件事的解决成果吗</w:t>
      </w:r>
      <w:r>
        <w:t xml:space="preserve"> </w:t>
        <w:br/>
        <w:t>Was</w:t>
      </w:r>
      <w:r>
        <w:t xml:space="preserve"> the</w:t>
      </w:r>
      <w:r>
        <w:t xml:space="preserve"> business</w:t>
      </w:r>
      <w:r>
        <w:t xml:space="preserve"> matter</w:t>
      </w:r>
      <w:r>
        <w:t xml:space="preserve"> resolved</w:t>
      </w:r>
      <w:r>
        <w:t xml:space="preserve"> to</w:t>
      </w:r>
      <w:r>
        <w:t xml:space="preserve"> Tommy's</w:t>
      </w:r>
      <w:r>
        <w:t xml:space="preserve"> satisfaction?</w:t>
        <w:br/>
        <w:t>滚开</w:t>
      </w:r>
      <w:r>
        <w:t xml:space="preserve"> </w:t>
        <w:br/>
        <w:t>Fuck</w:t>
      </w:r>
      <w:r>
        <w:t xml:space="preserve"> off!</w:t>
        <w:br/>
        <w:t>是的</w:t>
      </w:r>
      <w:r>
        <w:t xml:space="preserve"> 弗雷迪把钱给了汤米</w:t>
        <w:br/>
        <w:t>Yes.</w:t>
      </w:r>
      <w:r>
        <w:t xml:space="preserve"> Freddy</w:t>
      </w:r>
      <w:r>
        <w:t xml:space="preserve"> gave</w:t>
      </w:r>
      <w:r>
        <w:t xml:space="preserve"> Tommy</w:t>
      </w:r>
      <w:r>
        <w:t xml:space="preserve"> the</w:t>
      </w:r>
      <w:r>
        <w:t xml:space="preserve"> money.</w:t>
        <w:br/>
        <w:t>汤米在等他的手下...</w:t>
        <w:br/>
        <w:t>Tommy</w:t>
      </w:r>
      <w:r>
        <w:t xml:space="preserve"> waited</w:t>
      </w:r>
      <w:r>
        <w:t xml:space="preserve"> while</w:t>
      </w:r>
      <w:r>
        <w:t xml:space="preserve"> his</w:t>
      </w:r>
      <w:r>
        <w:t xml:space="preserve"> associate,</w:t>
      </w:r>
      <w:r>
        <w:t xml:space="preserve"> uh,</w:t>
        <w:br/>
        <w:t>叫杰斯罗吧</w:t>
      </w:r>
      <w:r>
        <w:t xml:space="preserve"> </w:t>
        <w:br/>
        <w:t>J-Jethro,</w:t>
      </w:r>
      <w:r>
        <w:t xml:space="preserve"> was</w:t>
      </w:r>
      <w:r>
        <w:t xml:space="preserve"> it?</w:t>
        <w:br/>
        <w:t>杰斯罗</w:t>
      </w:r>
      <w:r>
        <w:t xml:space="preserve"> 是的</w:t>
      </w:r>
      <w:r>
        <w:t xml:space="preserve"> 对</w:t>
        <w:br/>
        <w:t>It</w:t>
      </w:r>
      <w:r>
        <w:t xml:space="preserve"> was</w:t>
      </w:r>
      <w:r>
        <w:t xml:space="preserve"> Jethro,</w:t>
      </w:r>
      <w:r>
        <w:t xml:space="preserve"> yeah.</w:t>
        <w:br/>
        <w:t>杰斯罗数了钱</w:t>
        <w:br/>
        <w:t>Jethro</w:t>
      </w:r>
      <w:r>
        <w:t xml:space="preserve"> counted</w:t>
      </w:r>
      <w:r>
        <w:t xml:space="preserve"> the</w:t>
      </w:r>
      <w:r>
        <w:t xml:space="preserve"> money</w:t>
        <w:br/>
        <w:t>确认了钱数</w:t>
      </w:r>
      <w:r>
        <w:t xml:space="preserve"> 然后他们就走了</w:t>
        <w:br/>
        <w:t>to</w:t>
      </w:r>
      <w:r>
        <w:t xml:space="preserve"> make</w:t>
      </w:r>
      <w:r>
        <w:t xml:space="preserve"> sure</w:t>
      </w:r>
      <w:r>
        <w:t xml:space="preserve"> it</w:t>
      </w:r>
      <w:r>
        <w:t xml:space="preserve"> was</w:t>
      </w:r>
      <w:r>
        <w:t xml:space="preserve"> all</w:t>
      </w:r>
      <w:r>
        <w:t xml:space="preserve"> there,</w:t>
      </w:r>
      <w:r>
        <w:t xml:space="preserve"> and</w:t>
      </w:r>
      <w:r>
        <w:t xml:space="preserve"> then</w:t>
      </w:r>
      <w:r>
        <w:t xml:space="preserve"> they,</w:t>
      </w:r>
      <w:r>
        <w:t xml:space="preserve"> uh,</w:t>
      </w:r>
      <w:r>
        <w:t xml:space="preserve"> they</w:t>
      </w:r>
      <w:r>
        <w:t xml:space="preserve"> left.</w:t>
        <w:br/>
        <w:t>你看</w:t>
      </w:r>
      <w:r>
        <w:t xml:space="preserve"> 我担心的是</w:t>
      </w:r>
      <w:r>
        <w:t xml:space="preserve"> 自从他们离开这栋房&amp;hearts;子后</w:t>
        <w:br/>
        <w:t>You</w:t>
      </w:r>
      <w:r>
        <w:t xml:space="preserve"> see,</w:t>
      </w:r>
      <w:r>
        <w:t xml:space="preserve"> my</w:t>
      </w:r>
      <w:r>
        <w:t xml:space="preserve"> concern</w:t>
      </w:r>
      <w:r>
        <w:t xml:space="preserve"> is</w:t>
      </w:r>
      <w:r>
        <w:t xml:space="preserve"> that</w:t>
      </w:r>
      <w:r>
        <w:t xml:space="preserve"> neither</w:t>
      </w:r>
      <w:r>
        <w:t xml:space="preserve"> of</w:t>
      </w:r>
      <w:r>
        <w:t xml:space="preserve"> them</w:t>
      </w:r>
      <w:r>
        <w:t xml:space="preserve"> have</w:t>
      </w:r>
      <w:r>
        <w:t xml:space="preserve"> been</w:t>
      </w:r>
      <w:r>
        <w:t xml:space="preserve"> heard</w:t>
      </w:r>
      <w:r>
        <w:t xml:space="preserve"> from</w:t>
        <w:br/>
        <w:t>他们两人就消失了</w:t>
        <w:br/>
        <w:t>since</w:t>
      </w:r>
      <w:r>
        <w:t xml:space="preserve"> they</w:t>
      </w:r>
      <w:r>
        <w:t xml:space="preserve"> left</w:t>
      </w:r>
      <w:r>
        <w:t xml:space="preserve"> this</w:t>
      </w:r>
      <w:r>
        <w:t xml:space="preserve"> house.</w:t>
        <w:br/>
        <w:t>然后我们收到杰斯罗发来的神秘短&amp;hearts;信&amp;hearts;</w:t>
        <w:br/>
        <w:t>And</w:t>
      </w:r>
      <w:r>
        <w:t xml:space="preserve"> then</w:t>
      </w:r>
      <w:r>
        <w:t xml:space="preserve"> we</w:t>
      </w:r>
      <w:r>
        <w:t xml:space="preserve"> got</w:t>
      </w:r>
      <w:r>
        <w:t xml:space="preserve"> this</w:t>
      </w:r>
      <w:r>
        <w:t xml:space="preserve"> cryptic</w:t>
      </w:r>
      <w:r>
        <w:t xml:space="preserve"> text</w:t>
      </w:r>
      <w:r>
        <w:t xml:space="preserve"> from</w:t>
      </w:r>
      <w:r>
        <w:t xml:space="preserve"> Jethro.</w:t>
        <w:br/>
        <w:t>埃罗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https://d.book118.com/138011066130006044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1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38011066130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