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2024年学生新学期学习计划范文（31篇）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2024年学生新学期学习计划范文（精选31篇）</w:t>
      </w:r>
      <w:r>
        <w:rPr>
          <w:lang w:eastAsia="zh-CN"/>
        </w:rPr>
        <w:br/>
      </w:r>
      <w:r>
        <w:rPr>
          <w:lang w:eastAsia="zh-CN"/>
        </w:rPr>
        <w:t xml:space="preserve">    2024年学生新学期学习计划范文 篇1 </w:t>
      </w:r>
      <w:r>
        <w:rPr>
          <w:lang w:eastAsia="zh-CN"/>
        </w:rPr>
        <w:br/>
      </w:r>
      <w:r>
        <w:rPr>
          <w:lang w:eastAsia="zh-CN"/>
        </w:rPr>
        <w:t>　　又是一个新学期了，马上就要开学了，在这些日子，对于我的学习态度发生了很多改变，首先：在此，感谢金老师，街角和我的姐姐小若!我会好好努力的，你们要给我加油哦!</w:t>
      </w:r>
      <w:r>
        <w:rPr>
          <w:lang w:eastAsia="zh-CN"/>
        </w:rPr>
        <w:br/>
      </w:r>
      <w:r>
        <w:rPr>
          <w:lang w:eastAsia="zh-CN"/>
        </w:rPr>
        <w:t>　　经过了初中两年的学习，我想我对于初中的学习情况已经有了很大的适应，在这一年的学习生活中我也改掉了很多不好的习惯，最大的一点就是开始知道什么才算得上是认真学习。</w:t>
      </w:r>
      <w:r>
        <w:rPr>
          <w:lang w:eastAsia="zh-CN"/>
        </w:rPr>
        <w:br/>
      </w:r>
      <w:r>
        <w:rPr>
          <w:lang w:eastAsia="zh-CN"/>
        </w:rPr>
        <w:t>　　首先，我认为，学习中不可忽略的一点就是要学会分析自己的学习特点，像我&amp;&amp;理解能力还可以，老师讲的东西不是不懂，但却总出错(用家长们的话说就是不认真)，而且对于一些死记硬背才能学会的东西总觉得不耐烦，因此，在这点上，我希望自己能在新学期里对待学习更认真，更有耐心。</w:t>
      </w:r>
      <w:r>
        <w:rPr>
          <w:lang w:eastAsia="zh-CN"/>
        </w:rPr>
        <w:br/>
      </w:r>
      <w:r>
        <w:rPr>
          <w:lang w:eastAsia="zh-CN"/>
        </w:rPr>
        <w:t>　　其次，我觉得，在学习中，确定学习目标也是很重要的，学习目标是学生学习努力的方向，正确的学习目标更是能催人奋进。反之，没有目标的学习，就是对时光一种极大的浪费。所以，我暂时的目标就是只要自己的成绩有所提高就好，嘿嘿!~要求不高!而对于我较弱的英语我会努力，让它也有所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最后，也是最关键的一点，就是要科学安排时间，没有合理的安排，再好的计划也会付之东流。所以，在新学期里，我最要学会的就是要合理安排学习、娱乐、休息的时间，要把每一点一滴宝贵的时间都抓紧。</w:t>
      </w:r>
      <w:r>
        <w:rPr>
          <w:lang w:eastAsia="zh-CN"/>
        </w:rPr>
        <w:br/>
      </w:r>
      <w:r>
        <w:rPr>
          <w:lang w:eastAsia="zh-CN"/>
        </w:rPr>
        <w:t>　　计划写完了，我想，按照惯例，似乎还应该加上几句鼓励的话，但我觉得，有一句话会胜过许许多多鼓励的语言，那么，我就以它作为我学习计划的结尾吧，那就是&amp;&amp;定了计划，就一定要实行。</w:t>
      </w:r>
      <w:r>
        <w:rPr>
          <w:lang w:eastAsia="zh-CN"/>
        </w:rPr>
        <w:br/>
      </w:r>
      <w:r>
        <w:rPr>
          <w:lang w:eastAsia="zh-CN"/>
        </w:rPr>
        <w:t>　　最后希望大家都来鼓励我哦!</w:t>
      </w:r>
      <w:r>
        <w:rPr>
          <w:lang w:eastAsia="zh-CN"/>
        </w:rPr>
        <w:br/>
      </w:r>
      <w:r>
        <w:rPr>
          <w:lang w:eastAsia="zh-CN"/>
        </w:rPr>
        <w:t xml:space="preserve">    2024年学生新学期学习计划范文 篇2 </w:t>
      </w:r>
      <w:r>
        <w:rPr>
          <w:lang w:eastAsia="zh-CN"/>
        </w:rPr>
        <w:br/>
      </w:r>
      <w:r>
        <w:rPr>
          <w:lang w:eastAsia="zh-CN"/>
        </w:rPr>
        <w:t>　　对学生来说，有计划学习要比无计划学习好得多，其好处是：</w:t>
      </w:r>
      <w:r>
        <w:rPr>
          <w:lang w:eastAsia="zh-CN"/>
        </w:rPr>
        <w:br/>
      </w:r>
      <w:r>
        <w:rPr>
          <w:lang w:eastAsia="zh-CN"/>
        </w:rPr>
        <w:t>　　(一)学习的目标明确，实现目标也有保证。学习计划就是规定在什么时候采取什么方法步骤达到什么学习目标。短时间内达到一个小目标。长时间达到一个大目标。在长短计划指导下，使学习一步步地由小目标走向大目标。</w:t>
      </w:r>
      <w:r>
        <w:rPr>
          <w:lang w:eastAsia="zh-CN"/>
        </w:rPr>
        <w:br/>
      </w:r>
      <w:r>
        <w:rPr>
          <w:lang w:eastAsia="zh-CN"/>
        </w:rPr>
        <w:t>　　(二)恰当安排各项学习任务，使学习有秩序地进行，有了计划可以把自己的学习管理好。到一定时候对照计划检查总结一下自己的学习，看看有什么优点和缺点，优点发扬，缺点克服，使学习不断进步。</w:t>
      </w:r>
      <w:r>
        <w:rPr>
          <w:lang w:eastAsia="zh-CN"/>
        </w:rPr>
        <w:br/>
      </w:r>
      <w:r>
        <w:rPr>
          <w:lang w:eastAsia="zh-CN"/>
        </w:rPr>
        <w:t>　　(三)对培养良好的学习习惯大有帮助。良好习惯养成以后，就能自然而然地按照一定的秩序去学习。有了计划，也有利于锻炼克服困难、不怕失败的精神，无论碰到什么困难挫折也要坚持完成计划，达到规定的学习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(四)提高计划观念和计划能力，使自己成为能够有条理地安排学习，生活、工作的人。这种计划观念和计划能力，学生都应该学习和具备，这对一生都有好处。</w:t>
      </w:r>
      <w:r>
        <w:rPr>
          <w:lang w:eastAsia="zh-CN"/>
        </w:rPr>
        <w:br/>
      </w:r>
      <w:r>
        <w:rPr>
          <w:lang w:eastAsia="zh-CN"/>
        </w:rPr>
        <w:t>　　怎样制定学习计划呢? 一份好的学习计划大致包括三方面的内容。</w:t>
      </w:r>
      <w:r>
        <w:rPr>
          <w:lang w:eastAsia="zh-CN"/>
        </w:rPr>
        <w:br/>
      </w:r>
      <w:r>
        <w:rPr>
          <w:lang w:eastAsia="zh-CN"/>
        </w:rPr>
        <w:t>　　一、进行自我分析 我们每天都在学习，可能有的同学没有想过我是怎样学习的这个问题，因此制订计划前首先进行自我分析。</w:t>
      </w:r>
      <w:r>
        <w:rPr>
          <w:lang w:eastAsia="zh-CN"/>
        </w:rPr>
        <w:br/>
      </w:r>
      <w:r>
        <w:rPr>
          <w:lang w:eastAsia="zh-CN"/>
        </w:rPr>
        <w:t>　　1、分析自己的学习特点，同学们可以仔细回顾一下自己的学习情况，找出学习特点。各人的学习特点不一样：有的记忆力强，学过知识不易忘记;有的理解力好，老师说一遍就能听懂;有的动作快但经常错;有的动作慢却很仔细。如在数学学习中有的理解力强、应用题学习好;有的善于进行口算，算得比较快，有的记忆力好，公式定义记得比较牢;有的想象力丰富，善于在图形变换中找出规律。所以几何学习比较好……你可以全面分析。</w:t>
      </w:r>
      <w:r>
        <w:rPr>
          <w:lang w:eastAsia="zh-CN"/>
        </w:rPr>
        <w:br/>
      </w:r>
      <w:r>
        <w:rPr>
          <w:lang w:eastAsia="zh-CN"/>
        </w:rPr>
        <w:t>　　2、分析自己的学习现状，一是和全班同学比，确定看自己数学成绩在班级中的位置，还常用"好、较好、中、较差、差"来评价。二是和自己数学成绩的过去情况比，看它的发展趋势，通常用"进步大、有进步、照常、有退步、退步大"来评价。</w:t>
      </w:r>
      <w:r>
        <w:rPr>
          <w:lang w:eastAsia="zh-CN"/>
        </w:rPr>
        <w:br/>
      </w:r>
      <w:r>
        <w:rPr>
          <w:lang w:eastAsia="zh-CN"/>
        </w:rPr>
        <w:t>　　二、确定学习目标</w:t>
      </w:r>
      <w:r>
        <w:rPr>
          <w:lang w:eastAsia="zh-CN"/>
        </w:rPr>
        <w:br/>
      </w:r>
      <w:r>
        <w:rPr>
          <w:lang w:eastAsia="zh-CN"/>
        </w:rPr>
        <w:t>　　学习目标是学生学习的努力方向，正确的学习目标能催人奋进，从而产生为实现这一目标去奋斗的力量。没有学习目标，就象漫步在街头不知走向何处的流浪汉一样，是对学习时光的极大浪费。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确定学习目标首先应体现学生德智体全面发展的教育方针，其次要按照学校的教育要求，此外还要根据自己的学习特点和现状。当然还可考虑一些社会因素家庭情况。</w:t>
      </w:r>
      <w:r>
        <w:rPr>
          <w:lang w:eastAsia="zh-CN"/>
        </w:rPr>
        <w:br/>
      </w:r>
      <w:r>
        <w:rPr>
          <w:lang w:eastAsia="zh-CN"/>
        </w:rPr>
        <w:t>　　学习目标要具有适当、明确、具体的特点。</w:t>
      </w:r>
      <w:r>
        <w:rPr>
          <w:lang w:eastAsia="zh-CN"/>
        </w:rPr>
        <w:br/>
      </w:r>
      <w:r>
        <w:rPr>
          <w:lang w:eastAsia="zh-CN"/>
        </w:rPr>
        <w:t>　　适当 就是指目标不能定得过高或过低，过高了，最终无法实现，容易丧失信心，使计划成为一纸空文;过低了，无需努力就能达到，不利于进步。要根据自己的实际情况提出经过努力能够达到的目标.</w:t>
      </w:r>
      <w:r>
        <w:rPr>
          <w:lang w:eastAsia="zh-CN"/>
        </w:rPr>
        <w:br/>
      </w:r>
      <w:r>
        <w:rPr>
          <w:lang w:eastAsia="zh-CN"/>
        </w:rPr>
        <w:t>　　明确 就是指学习目标要便于对照和检查。如："今后要努力学习，争取更大进步"这一目标就不明确，怎样努力呢?哪些方面要有进步?如果必为："数学课语文课都要认真预习。数学成绩要在班级达到中上水平。"这样就明确了，以后是否达到就可以检查了。</w:t>
      </w:r>
      <w:r>
        <w:rPr>
          <w:lang w:eastAsia="zh-CN"/>
        </w:rPr>
        <w:br/>
      </w:r>
      <w:r>
        <w:rPr>
          <w:lang w:eastAsia="zh-CN"/>
        </w:rPr>
        <w:t>　　具体 就是目标要便于实现，如怎样才能达到"数学中上水平"这一目标呢?可以具体化为：每天做10道计算题，5道应用题，每个数学公式都要准确无疑地背出来，等等。</w:t>
      </w:r>
      <w:r>
        <w:rPr>
          <w:lang w:eastAsia="zh-CN"/>
        </w:rPr>
        <w:br/>
      </w:r>
      <w:r>
        <w:rPr>
          <w:lang w:eastAsia="zh-CN"/>
        </w:rPr>
        <w:t>　　三、科学安排时间</w:t>
      </w:r>
      <w:r>
        <w:rPr>
          <w:lang w:eastAsia="zh-CN"/>
        </w:rPr>
        <w:br/>
      </w:r>
      <w:r>
        <w:rPr>
          <w:lang w:eastAsia="zh-CN"/>
        </w:rPr>
        <w:t>　　确定了学习目标之后，就要通过科学地安排。使用时间来达到这些目标。要符合"全面、合理、高效"的要求。</w:t>
      </w:r>
      <w:r>
        <w:rPr>
          <w:lang w:eastAsia="zh-CN"/>
        </w:rPr>
        <w:br/>
      </w:r>
      <w:r>
        <w:rPr>
          <w:lang w:eastAsia="zh-CN"/>
        </w:rPr>
        <w:t>　　全面 在安排时间时，既要考虑学习，也要考虑休息和娱乐，既要考虑课内学习，还要考虑课外学习，还要考虑不同学科的时间搭配。</w:t>
      </w:r>
      <w:r>
        <w:rPr>
          <w:lang w:eastAsia="zh-CN"/>
        </w:rPr>
        <w:br/>
      </w:r>
      <w:r>
        <w:rPr>
          <w:lang w:eastAsia="zh-CN"/>
        </w:rPr>
        <w:t>　　合理</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要找出每天学习的最佳时间，如有的同学早晨头脑清醒，最适合于记忆和思考;有的则晚上学习效果更好，要在最佳时间里完成较重要的学习任务，此外注意文理交叉安排，如复习一会语文，就做几道算术题，然后再复习自然常识外语待。</w:t>
      </w:r>
      <w:r>
        <w:rPr>
          <w:lang w:eastAsia="zh-CN"/>
        </w:rPr>
        <w:br/>
      </w:r>
      <w:r>
        <w:rPr>
          <w:lang w:eastAsia="zh-CN"/>
        </w:rPr>
        <w:t>　　高效 要根据事情的轻重缓急来安排时间，一般来说，把重要的或困难的学习任务放在前面来完成，因为这时候精力充沛，思维活跃，而把比较容易的放稍后去做。此外，较小的任务可以放在零星时间去完成，以充分做到见缝插针。</w:t>
      </w:r>
      <w:r>
        <w:rPr>
          <w:lang w:eastAsia="zh-CN"/>
        </w:rPr>
        <w:br/>
      </w:r>
      <w:r>
        <w:rPr>
          <w:lang w:eastAsia="zh-CN"/>
        </w:rPr>
        <w:t>　　一天中供自己安排的时间基本上分为四段：早上起床到上学，上午放学到下午放学，下午放学到吃晚饭前，吃晚饭后到睡觉。同学们主要应在这四段时间里统筹安排自己的学习生活内容。</w:t>
      </w:r>
      <w:r>
        <w:rPr>
          <w:lang w:eastAsia="zh-CN"/>
        </w:rPr>
        <w:br/>
      </w:r>
      <w:r>
        <w:rPr>
          <w:lang w:eastAsia="zh-CN"/>
        </w:rPr>
        <w:t>　　在进行时间安排时，还要注意以下两点：</w:t>
      </w:r>
      <w:r>
        <w:rPr>
          <w:lang w:eastAsia="zh-CN"/>
        </w:rPr>
        <w:br/>
      </w:r>
      <w:r>
        <w:rPr>
          <w:lang w:eastAsia="zh-CN"/>
        </w:rPr>
        <w:t>　　1、 要突出重点 也就是说，要根据地自我分析中提出 的学习标点或比较薄弱的学科在时间上给予重点保证。</w:t>
      </w:r>
      <w:r>
        <w:rPr>
          <w:lang w:eastAsia="zh-CN"/>
        </w:rPr>
        <w:br/>
      </w:r>
      <w:r>
        <w:rPr>
          <w:lang w:eastAsia="zh-CN"/>
        </w:rPr>
        <w:t>　　2、 要有机动时间，计划不要排太满太紧，贪心的计划是难以做到的。</w:t>
      </w:r>
      <w:r>
        <w:rPr>
          <w:lang w:eastAsia="zh-CN"/>
        </w:rPr>
        <w:br/>
      </w:r>
      <w:r>
        <w:rPr>
          <w:lang w:eastAsia="zh-CN"/>
        </w:rPr>
        <w:t>　　定了计划，一定要实行，不按计划办事，计划是没有用的。为了使计划不落空，要对计划的实行情况定期检查。可以制定一个计划检查表，把什么时间完成什么任务达到什么进度，列成表格，完成一项，就打上"√"。根据检查结果及时调整修改计划，使计划越定越好，使自己制定计划的能力越来越强。</w:t>
      </w:r>
      <w:r>
        <w:rPr>
          <w:lang w:eastAsia="zh-CN"/>
        </w:rPr>
        <w:br/>
      </w:r>
      <w:r>
        <w:rPr>
          <w:lang w:eastAsia="zh-CN"/>
        </w:rPr>
        <w:t xml:space="preserve">    2024年学生新学期学习计划范文 篇3 </w:t>
      </w:r>
      <w:r>
        <w:rPr>
          <w:lang w:eastAsia="zh-CN"/>
        </w:rPr>
        <w:br/>
      </w:r>
      <w:r>
        <w:rPr>
          <w:lang w:eastAsia="zh-CN"/>
        </w:rPr>
        <w:t>　　新的学习开始了，我的新学期生活又要翻开崭新的一页。在这学期里，我给自己制定了新的学习计划。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我想：我要发扬我的优点，做到再接再厉。改掉我的坏习惯，做到有错必纠。</w:t>
      </w:r>
      <w:r>
        <w:rPr>
          <w:lang w:eastAsia="zh-CN"/>
        </w:rPr>
        <w:br/>
      </w:r>
      <w:r>
        <w:rPr>
          <w:lang w:eastAsia="zh-CN"/>
        </w:rPr>
        <w:t>　　在语文学习上面，我首先要做到的，就是加强学习。在预习语文新课时，要按照老师的要求认真完成。上课时认真听讲，不开小差。基础知识一定要牢牢掌握。其次，要多多阅读，多多写作。让自己的写作能力提高。从这学习开始，我要在家多做看课外书。增加自己的词汇量，积累好词好句。多做运用到自己的.文章中。</w:t>
      </w:r>
      <w:r>
        <w:rPr>
          <w:lang w:eastAsia="zh-CN"/>
        </w:rPr>
        <w:br/>
      </w:r>
      <w:r>
        <w:rPr>
          <w:lang w:eastAsia="zh-CN"/>
        </w:rPr>
        <w:t>　　在英语学习方面，我要认真预习，读背默认真完成。上课时跟着老师的思路一起学习。在平常的生活中，我要做到多说多写多听，提高我的英语口语水平。</w:t>
      </w:r>
      <w:r>
        <w:rPr>
          <w:lang w:eastAsia="zh-CN"/>
        </w:rPr>
        <w:br/>
      </w:r>
      <w:r>
        <w:rPr>
          <w:lang w:eastAsia="zh-CN"/>
        </w:rPr>
        <w:t>　　在数学学习方面，我要做到以下几点。</w:t>
      </w:r>
      <w:r>
        <w:rPr>
          <w:lang w:eastAsia="zh-CN"/>
        </w:rPr>
        <w:br/>
      </w:r>
      <w:r>
        <w:rPr>
          <w:lang w:eastAsia="zh-CN"/>
        </w:rPr>
        <w:t>　　1、认真读题审题。</w:t>
      </w:r>
      <w:r>
        <w:rPr>
          <w:lang w:eastAsia="zh-CN"/>
        </w:rPr>
        <w:br/>
      </w:r>
      <w:r>
        <w:rPr>
          <w:lang w:eastAsia="zh-CN"/>
        </w:rPr>
        <w:t>　　2、认真检查。</w:t>
      </w:r>
      <w:r>
        <w:rPr>
          <w:lang w:eastAsia="zh-CN"/>
        </w:rPr>
        <w:br/>
      </w:r>
      <w:r>
        <w:rPr>
          <w:lang w:eastAsia="zh-CN"/>
        </w:rPr>
        <w:t>　　3、做题时不要丢三落四。</w:t>
      </w:r>
      <w:r>
        <w:rPr>
          <w:lang w:eastAsia="zh-CN"/>
        </w:rPr>
        <w:br/>
      </w:r>
      <w:r>
        <w:rPr>
          <w:lang w:eastAsia="zh-CN"/>
        </w:rPr>
        <w:t>　　4、课本内容全部掌握。</w:t>
      </w:r>
      <w:r>
        <w:rPr>
          <w:lang w:eastAsia="zh-CN"/>
        </w:rPr>
        <w:br/>
      </w:r>
      <w:r>
        <w:rPr>
          <w:lang w:eastAsia="zh-CN"/>
        </w:rPr>
        <w:t>　　5、多做课外辅导材料。</w:t>
      </w:r>
      <w:r>
        <w:rPr>
          <w:lang w:eastAsia="zh-CN"/>
        </w:rPr>
        <w:br/>
      </w:r>
      <w:r>
        <w:rPr>
          <w:lang w:eastAsia="zh-CN"/>
        </w:rPr>
        <w:t>　　总结了这么多，还有一点最重要。那就是我的写作业的速度。我要加快我的速度，及时完成老师所布置的作业。这就是我的新学期计划，我要朝着这个目标努力。希望大家一起监督我。</w:t>
      </w:r>
      <w:r>
        <w:rPr>
          <w:lang w:eastAsia="zh-CN"/>
        </w:rPr>
        <w:br/>
      </w:r>
      <w:r>
        <w:rPr>
          <w:lang w:eastAsia="zh-CN"/>
        </w:rPr>
        <w:t xml:space="preserve">    2024年学生新学期学习计划范文 篇4 </w:t>
      </w:r>
      <w:r>
        <w:rPr>
          <w:lang w:eastAsia="zh-CN"/>
        </w:rPr>
        <w:br/>
      </w:r>
      <w:r>
        <w:rPr>
          <w:lang w:eastAsia="zh-CN"/>
        </w:rPr>
        <w:t>　　两个月的暑假很快就过去了，我们迎来了当六年级的大哥哥和大姐姐的时光。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班上的许多同学都早早地到新的班级来报名了，只见地上、桌子上、文化墙上，都被打扫得干干净净，可真是辛苦了我们班上的班干部呢。已经有两个月没有见面的同学们再见时，有的激动得跳了起来;有的正在聊天谈话;还有的早已在互相拥抱了……不一会儿，左老师来了，同学们都安静地坐在了座位上。左老师提出了一个计划——让我们和自己的好朋友一起坐。我们迅速组成了一个个学习小组，我和我的小组同学给我们的小组取名为若渴小组，意思是希望我们探求知识就像口渴想要喝水一样急切。</w:t>
      </w:r>
      <w:r>
        <w:rPr>
          <w:lang w:eastAsia="zh-CN"/>
        </w:rPr>
        <w:br/>
      </w:r>
      <w:r>
        <w:rPr>
          <w:lang w:eastAsia="zh-CN"/>
        </w:rPr>
        <w:t>　　接下来就是检查作业的环节了。我们决定好了工作以后就开始检查啦。我们认真地查看了小组同学假期的各项作业，一起讨论了暑假作业的完成情况和书写态度并撰写了一份作业检查报告，还商讨了小组这周末的作业。做完这一切，老师又发下了一本本新书。我看到了这些书籍，仿佛看见了我们认真努力刻苦勤奋的样子。手握着一本本崭新的课本，我的心里充满了骄傲也充满着自豪。</w:t>
      </w:r>
      <w:r>
        <w:rPr>
          <w:lang w:eastAsia="zh-CN"/>
        </w:rPr>
        <w:br/>
      </w:r>
      <w:r>
        <w:rPr>
          <w:lang w:eastAsia="zh-CN"/>
        </w:rPr>
        <w:t>　　老师也告诉我们：她以前的学生们这样做了之后，她布置的作业和任务，哥哥姐姐们都超标完成了。我们也不能因为和自己的好朋友坐在一起，就上课讲话，甚至偏袒他。所以我们小组也下定决心：要帮助小伙伴提高成绩，也要学会给自己定下目标并为之努力，共同进步。</w:t>
      </w:r>
      <w:r>
        <w:rPr>
          <w:lang w:eastAsia="zh-CN"/>
        </w:rPr>
        <w:br/>
      </w:r>
      <w:r>
        <w:rPr>
          <w:lang w:eastAsia="zh-CN"/>
        </w:rPr>
        <w:t xml:space="preserve">    2024年学生新学期学习计划范文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光阴似箭，岁月如梭。转眼间，还有半个学期就要踏进中学了!就要与小学说再见了!每次想到这些，连自己也会大吃一惊，甚至会怀疑它的真实性!</w:t>
      </w:r>
      <w:r>
        <w:rPr>
          <w:lang w:eastAsia="zh-CN"/>
        </w:rPr>
        <w:br/>
      </w:r>
      <w:r>
        <w:rPr>
          <w:lang w:eastAsia="zh-CN"/>
        </w:rPr>
        <w:t>　　回眸以前的小学生活，我收获了与孙梦媛、牛莞婷、郭红婷等人的深厚情谊，她们让我懂得什么是团结，什么是合作，什么是互助在这些年的快乐中也让我懂得了道理，谢谢你们，收获了林老师这本大字典，别人把林老师说成园丁，我却把他说成字典，因为林老师就像一本书，她是知识的源泉，难道不可以说成大字典吗?我既有收获，又有一些还没改掉的毛病：1、有时在走廊中(超乱)，会说几句话;2、有时候用本会浪费;3、刚开学时，考试分会不理想;4、穿衣服不注意卫生;5、走路有时靠墙。这些毛病有些会随着时间的推移埋没，可是有些就要拜托老师、同学了，嘻嘻，帮帮忙，帮帮忙嘛!</w:t>
      </w:r>
      <w:r>
        <w:rPr>
          <w:lang w:eastAsia="zh-CN"/>
        </w:rPr>
        <w:br/>
      </w:r>
      <w:r>
        <w:rPr>
          <w:lang w:eastAsia="zh-CN"/>
        </w:rPr>
        <w:t>　　人是现实的，所以现在我们聊一些实际的，本学期计划。计划1：改掉偷懒的毛病。有时，妈妈让我干活，正不愿意干，所以玩赖，就低质量完成，导致我总挨骂，但是也是左耳朵听右耳朵冒(千万不要说话，否则我屁屁不保。)计划2：改掉挑食的问题。 这一点我就不多说了，我要克服一切心理障碍，多吃，多吃菜、鱼肉、水果，少吃零食!计划3：发扬写好作文的优点。我自认为作文水平不错，只要继续保持，语文拿高分没问题。计划4：改掉数学上课不思考就发言的问题。古人云：三思而后行。意思是让我们思考后再下定论，我却因为此事总是尴尬不少。计划5：提高自己的阅读能力。必须多读书，读好书，再做一些练习，估计就ok啦!</w:t>
      </w:r>
      <w:r>
        <w:rPr>
          <w:lang w:eastAsia="zh-CN"/>
        </w:rPr>
        <w:br/>
      </w:r>
      <w:r>
        <w:rPr>
          <w:lang w:eastAsia="zh-CN"/>
        </w:rPr>
        <w:t xml:space="preserve">    2024年学生新学期学习计划范文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一、激发学习斗志</w:t>
      </w:r>
      <w:r>
        <w:rPr>
          <w:lang w:eastAsia="zh-CN"/>
        </w:rPr>
        <w:br/>
      </w:r>
      <w:r>
        <w:rPr>
          <w:lang w:eastAsia="zh-CN"/>
        </w:rPr>
        <w:t>　　斗志是一种积极的情绪，也是一种有待开发的潜能，一旦引爆，就表现为强劲的力量。邱吉尔在他生命中的最后一次演讲是在一所大学的毕业典礼上，在本来预计整个20分钟的演讲过程中，他只讲了一句话，而且这句话的内容还是重复的，那就是：“永不放弃……决不……决不……决不！”当时台下的学生们都被他这句简单而有力的话深深地震憾住了，在二战最惨烈的时候，如果不是凭借着这样一种精神去激励英国人民奋勇抗敌，大不列颠可能早已变成纳粹铁蹄下的一片焦土。邱吉尔对英国青年学生这番讲话，应该引起我们教育工作者的思考。这就要求我们教育工作者要适时、适量的引爆学生的学习斗志。一位学生找到语文教师，说：“老师，你的课上我一点儿语文学习斗志都没有，怎么办？”这位语文老师的做法值得仿效，每每上课之前都让学生进行课前呼号，内容大致是：“做学的主人，做读的卓越者，我最踏实，我一定成功。”他将一个学生的心理转变放到集体中，让他在集体的热情中找到自己的积极情绪。这位教师说：“学生每每呼号时，群情激奋，斗志昂扬。我常常想，学生课课处在一种‘我一定成功’的渴望中，怎么能学不好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位学生期中考试考了班里倒数第一，班主任找他谈话，要求他写出三句最能感动自己的话，这位同学写出了这样三句：“我不是懒汉，我不是孬种，我要成功！”每天早上对着卧室墙壁大声呐喊。他说：“每当我呐喊时，我就想到了自己倒数第一时的痛苦，我就会热血沸腾，全身有用不完的劲！”在这种情绪状态下，他的潜能爆发出来了，期末成绩上升到班里前十名。家长在大年三十打电话给孩子的班主任，他说：“我很好感激你，你给了我孩子的斗志，也给了我的斗志！你知道么，当孩子对着墙壁呐喊的时候，连我全身都有用不完的干劲！”所以，处于亚学习状态的高中学生，不妨写几句激动人心的话，每天厉声朗读，把将自己带进良好的学习情境中。</w:t>
      </w:r>
      <w:r>
        <w:rPr>
          <w:lang w:eastAsia="zh-CN"/>
        </w:rPr>
        <w:br/>
      </w:r>
      <w:r>
        <w:rPr>
          <w:lang w:eastAsia="zh-CN"/>
        </w:rPr>
        <w:t>　　二、实施计划学习</w:t>
      </w:r>
      <w:r>
        <w:rPr>
          <w:lang w:eastAsia="zh-CN"/>
        </w:rPr>
        <w:br/>
      </w:r>
      <w:r>
        <w:rPr>
          <w:lang w:eastAsia="zh-CN"/>
        </w:rPr>
        <w:t>　　到了高中，学习行为要进行科学的管理，这种管理换一个名词就是计划学习。根据笔者的观察和研究，善于管理学习的同学常常表现为善于计划学习，为此笔者提出计划学习这个概念。</w:t>
      </w:r>
      <w:r>
        <w:rPr>
          <w:lang w:eastAsia="zh-CN"/>
        </w:rPr>
        <w:br/>
      </w:r>
      <w:r>
        <w:rPr>
          <w:lang w:eastAsia="zh-CN"/>
        </w:rPr>
        <w:t>　　计划学习就是对整个学习过程和学习策略进行管理，从而实现对学习进行自主计划的学习方式。计划学习的实质是在学习中计划，在计划中学习，从而实现对学习实施有效的管理。从学习过程来看，一个完整无缺的学习过程，首先是从对学习进行计划开始的。所以，计划学习由这些环节构成：学习计划→学习目标→学习等待→课堂学习→计划笔记→固笔记→完成作业→深入研究→反思学习→学习调整→新的学习计划→学习目标……学生学会了计划学习，就学会自己控制自己，自己安排学习生活，就能够做到劳逸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计划学习理论首先要求高中学生要学会制定计划，从而对自己学习实施管理。从时段上来说，高中学生的计划学习分为一天的计划学习、一周的计划学习、一个月的计划学习和计划复习迎考学习。对于一天的计划学习，休息和休闲的计划十分重要，高中学习的大部分压力就要在其中进行消散。所以，计划学习就要学会计划休息，计划休闲活动。实践表明，那些学得轻松，学得有效的高中学生，往往得益于自己的“会学”和“会玩”，也就是说，在计划学习时，他们已经将休闲和休息考虑进去了。处于亚学习状态的学生，在当初实施时，计划往往被老师打乱，或者感到时间不够，导致计划不能很好的实现。事实上，实施计划学习并不全都能做到十全十美，学习计划不能实现或者实现的不满意，这是高中生经常发生的事情，但要记住，在一次计划完成或者破坏之后，要立刻产生新的学习计划。</w:t>
      </w:r>
      <w:r>
        <w:rPr>
          <w:lang w:eastAsia="zh-CN"/>
        </w:rPr>
        <w:br/>
      </w:r>
      <w:r>
        <w:rPr>
          <w:lang w:eastAsia="zh-CN"/>
        </w:rPr>
        <w:t xml:space="preserve">    2024年学生新学期学习计划范文 篇7 </w:t>
      </w:r>
      <w:r>
        <w:rPr>
          <w:lang w:eastAsia="zh-CN"/>
        </w:rPr>
        <w:br/>
      </w:r>
      <w:r>
        <w:rPr>
          <w:lang w:eastAsia="zh-CN"/>
        </w:rPr>
        <w:t>　　又是一个新学期，这是我小学最后一学期了，也是全校最高年级，学校对我们各方面都严格要求。</w:t>
      </w:r>
      <w:r>
        <w:rPr>
          <w:lang w:eastAsia="zh-CN"/>
        </w:rPr>
        <w:br/>
      </w:r>
      <w:r>
        <w:rPr>
          <w:lang w:eastAsia="zh-CN"/>
        </w:rPr>
        <w:t>　　所以我们要严格要求自己，这样才能使自己的学习成绩提高，不让老师的辛苦白白流失。</w:t>
      </w:r>
      <w:r>
        <w:rPr>
          <w:lang w:eastAsia="zh-CN"/>
        </w:rPr>
        <w:br/>
      </w:r>
      <w:r>
        <w:rPr>
          <w:lang w:eastAsia="zh-CN"/>
        </w:rPr>
        <w:t>　　1、每天上课专心听讲，认真完成各科功课，做到书写工整、美观。</w:t>
      </w:r>
      <w:r>
        <w:rPr>
          <w:lang w:eastAsia="zh-CN"/>
        </w:rPr>
        <w:br/>
      </w:r>
      <w:r>
        <w:rPr>
          <w:lang w:eastAsia="zh-CN"/>
        </w:rPr>
        <w:t>　　2、应该先纠正自己的学习态度。“态度决定一切！”心态是取得成功的一个非常关键的环节，拥有好的心态，就会拥有好的成绩！</w:t>
      </w:r>
      <w:r>
        <w:rPr>
          <w:lang w:eastAsia="zh-CN"/>
        </w:rPr>
        <w:br/>
      </w:r>
      <w:r>
        <w:rPr>
          <w:lang w:eastAsia="zh-CN"/>
        </w:rPr>
        <w:t>　　3、每天要有30分钟读书时间，看报纸、课外书籍、坚持摘录好词佳句，丰富语言。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4、在这学期里，要加强自己不擅长的科目，在语文上，除了把课文中的内容、知识掌握好以外，还应多读一些课外书，如名人名著等。还要再想些办法提高自己的阅读、写作能力，不能只想课内不管课外了。</w:t>
      </w:r>
      <w:r>
        <w:rPr>
          <w:lang w:eastAsia="zh-CN"/>
        </w:rPr>
        <w:br/>
      </w:r>
      <w:r>
        <w:rPr>
          <w:lang w:eastAsia="zh-CN"/>
        </w:rPr>
        <w:t>　　5、做到不懂就问，不会就学，对当天出现的问题及时解决，对当天出现的功课的`错误及时改正，扎扎实实地学好文化知识。</w:t>
      </w:r>
      <w:r>
        <w:rPr>
          <w:lang w:eastAsia="zh-CN"/>
        </w:rPr>
        <w:br/>
      </w:r>
      <w:r>
        <w:rPr>
          <w:lang w:eastAsia="zh-CN"/>
        </w:rPr>
        <w:t>　　6、“好记性不如烂笔头。”记好每一次的笔记，认真对待每一次的习作练习，只有基础扎实了，才可以累计更多。</w:t>
      </w:r>
      <w:r>
        <w:rPr>
          <w:lang w:eastAsia="zh-CN"/>
        </w:rPr>
        <w:br/>
      </w:r>
      <w:r>
        <w:rPr>
          <w:lang w:eastAsia="zh-CN"/>
        </w:rPr>
        <w:t>　　7、写好单元总结，每学一单元后，要对所学的知识进行分类整理，查找漏洞，总结学习方法，提高学习成绩。</w:t>
      </w:r>
      <w:r>
        <w:rPr>
          <w:lang w:eastAsia="zh-CN"/>
        </w:rPr>
        <w:br/>
      </w:r>
      <w:r>
        <w:rPr>
          <w:lang w:eastAsia="zh-CN"/>
        </w:rPr>
        <w:t>　　8、数学，不能只明白教材上的习题应怎么做就够了，如果要学好它，就必须在课外再花一些时间来钻研和多做一些练习。</w:t>
      </w:r>
      <w:r>
        <w:rPr>
          <w:lang w:eastAsia="zh-CN"/>
        </w:rPr>
        <w:br/>
      </w:r>
      <w:r>
        <w:rPr>
          <w:lang w:eastAsia="zh-CN"/>
        </w:rPr>
        <w:t>　　新学期，新打算，也为新的目标努力。以上是我新学期的学习计划。我一定按照计划去做，严格要求自己。</w:t>
      </w:r>
      <w:r>
        <w:rPr>
          <w:lang w:eastAsia="zh-CN"/>
        </w:rPr>
        <w:br/>
      </w:r>
      <w:r>
        <w:rPr>
          <w:lang w:eastAsia="zh-CN"/>
        </w:rPr>
        <w:t xml:space="preserve">    2024年学生新学期学习计划范文 篇8 </w:t>
      </w:r>
      <w:r>
        <w:rPr>
          <w:lang w:eastAsia="zh-CN"/>
        </w:rPr>
        <w:br/>
      </w:r>
      <w:r>
        <w:rPr>
          <w:lang w:eastAsia="zh-CN"/>
        </w:rPr>
        <w:t>　　光阴似箭日月如梭，这句话说得没错，时间就像那无情的流水，流去我在小学里的六年光阴。转眼间寒假又过去了，不知不觉，我已经踏入了六年级下学期的阶段，开始了新学期的生活。新的学期，它带给了我们一个新的希望、新的目标、新的开始一切都变了。我要在小学生活的最后一年里要踏踏实实的做好每一件事。在这一年里我一定要珍惜每一秒时间，争取不让自己有荒度的一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这学期，无论是语文、数学，还是英语、百科，或其它几门学科，我都得更加刻苦努力，因为我们面临的将是严峻的小升初考试。在语文学习中，我是一个上课不敢发言的胆小鬼，虽然，上学期在班主任循循善诱的教导下，我能将自己的想法在课堂上与同学交流了，但在这个学期，我一定要让自己更加积极。数学中，我总是因为粗心的小毛病而扣分，所以在平时，就要培养细心的好习惯。在英语学习中，我的语感还不是很好，所以要多听磁带，营造英语氛围，还有在百科拓展这一学科中，上学期的两次百科竞赛，我都考得不理想，这学期，我要好好珍惜课堂40分钟，因为光靠复习时死记硬背是没有用的，必须得靠平时的努力。</w:t>
      </w:r>
      <w:r>
        <w:rPr>
          <w:lang w:eastAsia="zh-CN"/>
        </w:rPr>
        <w:br/>
      </w:r>
      <w:r>
        <w:rPr>
          <w:lang w:eastAsia="zh-CN"/>
        </w:rPr>
        <w:t>　　而对于小升初来说，我最大的心愿便是考上树人，能在这所重点中学中学习，并不是件容易的事，所以在平时，我就要掌握好学校的知识，以便在学校月考和小升初考试中能有出色的发挥。</w:t>
      </w:r>
      <w:r>
        <w:rPr>
          <w:lang w:eastAsia="zh-CN"/>
        </w:rPr>
        <w:br/>
      </w:r>
      <w:r>
        <w:rPr>
          <w:lang w:eastAsia="zh-CN"/>
        </w:rPr>
        <w:t>　　新学期，新的开端，我会拥有新的知识!</w:t>
      </w:r>
      <w:r>
        <w:rPr>
          <w:lang w:eastAsia="zh-CN"/>
        </w:rPr>
        <w:br/>
      </w:r>
      <w:r>
        <w:rPr>
          <w:lang w:eastAsia="zh-CN"/>
        </w:rPr>
        <w:t xml:space="preserve">    2024年学生新学期学习计划范文 篇9 </w:t>
      </w:r>
      <w:r>
        <w:rPr>
          <w:lang w:eastAsia="zh-CN"/>
        </w:rPr>
        <w:br/>
      </w:r>
      <w:r>
        <w:rPr>
          <w:lang w:eastAsia="zh-CN"/>
        </w:rPr>
        <w:t>　　一个愉快的暑假过去了，又盼来了一个新的学期。</w:t>
      </w:r>
      <w:r>
        <w:rPr>
          <w:lang w:eastAsia="zh-CN"/>
        </w:rPr>
        <w:br/>
      </w:r>
      <w:r>
        <w:rPr>
          <w:lang w:eastAsia="zh-CN"/>
        </w:rPr>
        <w:t>　　一、做好预习。预习是学好各科的.第一个环节，所以预习应做到：</w:t>
      </w:r>
      <w:r>
        <w:rPr>
          <w:lang w:eastAsia="zh-CN"/>
        </w:rPr>
        <w:br/>
      </w:r>
      <w:r>
        <w:rPr>
          <w:lang w:eastAsia="zh-CN"/>
        </w:rPr>
        <w:t>　　1、粗读教材，找出这节与哪些旧知识有联系，并复习这些知识；</w:t>
      </w:r>
      <w:r>
        <w:rPr>
          <w:lang w:eastAsia="zh-CN"/>
        </w:rPr>
        <w:br/>
      </w:r>
      <w:r>
        <w:rPr>
          <w:lang w:eastAsia="zh-CN"/>
        </w:rPr>
        <w:t>　　2、列写出这节的内容提要；</w:t>
      </w:r>
      <w:r>
        <w:rPr>
          <w:lang w:eastAsia="zh-CN"/>
        </w:rPr>
        <w:br/>
      </w:r>
      <w:r>
        <w:rPr>
          <w:lang w:eastAsia="zh-CN"/>
        </w:rPr>
        <w:t>　　3、找出这节的重点与难点；</w:t>
      </w:r>
      <w:r>
        <w:rPr>
          <w:lang w:eastAsia="zh-CN"/>
        </w:rPr>
        <w:br/>
      </w:r>
      <w:r>
        <w:rPr>
          <w:lang w:eastAsia="zh-CN"/>
        </w:rPr>
        <w:t>　　4、找出课堂上应解决的重点问题。</w:t>
      </w:r>
      <w:r>
        <w:rPr>
          <w:lang w:eastAsia="zh-CN"/>
        </w:rPr>
        <w:br/>
      </w:r>
      <w:r>
        <w:rPr>
          <w:lang w:eastAsia="zh-CN"/>
        </w:rPr>
        <w:t>　　二、听课。学习每门功课，一个很重要的环节就听课，一些知识取决于听课，分析。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三、做课堂笔记。笔记每节课都要做，而且要简单明了。</w:t>
      </w:r>
      <w:r>
        <w:rPr>
          <w:lang w:eastAsia="zh-CN"/>
        </w:rPr>
        <w:br/>
      </w:r>
      <w:r>
        <w:rPr>
          <w:lang w:eastAsia="zh-CN"/>
        </w:rPr>
        <w:t>　　二、做作业。做作业之前，对当天学习的知识进行整理还要认真审题，弄清楚要求认真仔细做题做完后还要认真检查。</w:t>
      </w:r>
      <w:r>
        <w:rPr>
          <w:lang w:eastAsia="zh-CN"/>
        </w:rPr>
        <w:br/>
      </w:r>
      <w:r>
        <w:rPr>
          <w:lang w:eastAsia="zh-CN"/>
        </w:rPr>
        <w:t>　　五、课后复习计划复习课本、笔记和教辅资料一起运用可以提高复习质量。</w:t>
      </w:r>
      <w:r>
        <w:rPr>
          <w:lang w:eastAsia="zh-CN"/>
        </w:rPr>
        <w:br/>
      </w:r>
      <w:r>
        <w:rPr>
          <w:lang w:eastAsia="zh-CN"/>
        </w:rPr>
        <w:t>　　这就是我的新学期目标，我会争取朝着这几个方向继续努力的。</w:t>
      </w:r>
      <w:r>
        <w:rPr>
          <w:lang w:eastAsia="zh-CN"/>
        </w:rPr>
        <w:br/>
      </w:r>
      <w:r>
        <w:rPr>
          <w:lang w:eastAsia="zh-CN"/>
        </w:rPr>
        <w:t>　　在这个新的学期里一定要做个榜样。</w:t>
      </w:r>
      <w:r>
        <w:rPr>
          <w:lang w:eastAsia="zh-CN"/>
        </w:rPr>
        <w:br/>
      </w:r>
      <w:r>
        <w:rPr>
          <w:lang w:eastAsia="zh-CN"/>
        </w:rPr>
        <w:t xml:space="preserve">    2024年学生新学期学习计划范文 篇10 </w:t>
      </w:r>
      <w:r>
        <w:rPr>
          <w:lang w:eastAsia="zh-CN"/>
        </w:rPr>
        <w:br/>
      </w:r>
      <w:r>
        <w:rPr>
          <w:lang w:eastAsia="zh-CN"/>
        </w:rPr>
        <w:t>　　伴随新学期的开始，我已步入小学阶段的最后一年。为了养成良好的生活、学习习惯，以便为初中紧张的学习生活打下扎实的基础。六年级为创造一个良好的.开端，我为自己制定了以下学习计划：周一至周五早晨6：30起床，读英语20~30分钟，随后，边吃饭边听英语；内容北京师范大学《英语》和新概念《初中英语》。</w:t>
      </w:r>
      <w:r>
        <w:rPr>
          <w:lang w:eastAsia="zh-CN"/>
        </w:rPr>
        <w:br/>
      </w:r>
      <w:r>
        <w:rPr>
          <w:lang w:eastAsia="zh-CN"/>
        </w:rPr>
        <w:t>　　周一至周四首先完成学校的作业，然后周一、周二和周四读新概念《初中英语》，读英语20分钟，然后电话教学。 周二和周五共做2篇英语阅读新版《小学英语100篇》，做阅读前先复习上一次阅读中遇到的生词，然后再做当天的阅读文章，遇到不会的生词，待做完阅读后查明词义，并记录到书上。周五放学后做奥数作业，按照老师的要求写明思路，且力图多种方法。每天预习第二天所学内容：语文 要求圈出文中生字，并组词至少两个；读课文，了解文中大意。数学了解第二天所学内容，找出自己不懂的地方。英语找出生词，查明词义及读音。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周六、周日睡到自然醒，然后周六上午10：10上奥数课，老师讲解后做奥数作业中不会的题，要求写清思路；下午3：30上舞蹈课，然后休闲活动，例如读名著等。周日写学校的周末作业和新概念初中英语作业（含复习本周的课堂笔记），晚上6：30上新概念初中英语。</w:t>
      </w:r>
      <w:r>
        <w:rPr>
          <w:lang w:eastAsia="zh-CN"/>
        </w:rPr>
        <w:br/>
      </w:r>
      <w:r>
        <w:rPr>
          <w:lang w:eastAsia="zh-CN"/>
        </w:rPr>
        <w:t>　　本学期读书目录：《巴黎圣母院》、《钢铁是怎样炼成的》、《呼啸山庄》原著。</w:t>
      </w:r>
      <w:r>
        <w:rPr>
          <w:lang w:eastAsia="zh-CN"/>
        </w:rPr>
        <w:br/>
      </w:r>
      <w:r>
        <w:rPr>
          <w:lang w:eastAsia="zh-CN"/>
        </w:rPr>
        <w:t>　　每天晚上10：30之前睡觉。</w:t>
      </w:r>
      <w:r>
        <w:rPr>
          <w:lang w:eastAsia="zh-CN"/>
        </w:rPr>
        <w:br/>
      </w:r>
      <w:r>
        <w:rPr>
          <w:lang w:eastAsia="zh-CN"/>
        </w:rPr>
        <w:t xml:space="preserve">    2024年学生新学期学习计划范文 篇11 </w:t>
      </w:r>
      <w:r>
        <w:rPr>
          <w:lang w:eastAsia="zh-CN"/>
        </w:rPr>
        <w:br/>
      </w:r>
      <w:r>
        <w:rPr>
          <w:lang w:eastAsia="zh-CN"/>
        </w:rPr>
        <w:t>　　开学了，我成为了三年级的小学生。三年级是小学的中段，非常重要，增加了许多新的学科，有英语，科学，综合。我为新学期制定以下学习计划；</w:t>
      </w:r>
      <w:r>
        <w:rPr>
          <w:lang w:eastAsia="zh-CN"/>
        </w:rPr>
        <w:br/>
      </w:r>
      <w:r>
        <w:rPr>
          <w:lang w:eastAsia="zh-CN"/>
        </w:rPr>
        <w:t>　　一、认真学习：</w:t>
      </w:r>
      <w:r>
        <w:rPr>
          <w:lang w:eastAsia="zh-CN"/>
        </w:rPr>
        <w:br/>
      </w:r>
      <w:r>
        <w:rPr>
          <w:lang w:eastAsia="zh-CN"/>
        </w:rPr>
        <w:t>　　语文：继续做好预习，生字，生词多复习，不出错。三年级要写作文，所以我要积累好词好句，看书时，把好词好句画下来，并把它们抄下来。坚持写日记，养成多观察多思考的习惯。并将日记发在校讯通上。</w:t>
      </w:r>
      <w:r>
        <w:rPr>
          <w:lang w:eastAsia="zh-CN"/>
        </w:rPr>
        <w:br/>
      </w:r>
      <w:r>
        <w:rPr>
          <w:lang w:eastAsia="zh-CN"/>
        </w:rPr>
        <w:t>　　数学：每天要做30道口算题，努力使计算正确。学习新课之前进行预习。星期六，日做一张试卷。三年级开始学习奥数，并且要坚持下来。一定要养成细心的习惯。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英语：坚持每天都读半个小时英语，每天坚持背几个单词。每篇课文都要会背。周六、日有时间可以看全英的动画片，锻炼自己的听力和语感。</w:t>
      </w:r>
      <w:r>
        <w:rPr>
          <w:lang w:eastAsia="zh-CN"/>
        </w:rPr>
        <w:br/>
      </w:r>
      <w:r>
        <w:rPr>
          <w:lang w:eastAsia="zh-CN"/>
        </w:rPr>
        <w:t>　　阅读：每天坚持阅读，一有时间就阅读。阅读书籍尽可能全面。</w:t>
      </w:r>
      <w:r>
        <w:rPr>
          <w:lang w:eastAsia="zh-CN"/>
        </w:rPr>
        <w:br/>
      </w:r>
      <w:r>
        <w:rPr>
          <w:lang w:eastAsia="zh-CN"/>
        </w:rPr>
        <w:t>　　古诗，保证一周背1——2首。</w:t>
      </w:r>
      <w:r>
        <w:rPr>
          <w:lang w:eastAsia="zh-CN"/>
        </w:rPr>
        <w:br/>
      </w:r>
      <w:r>
        <w:rPr>
          <w:lang w:eastAsia="zh-CN"/>
        </w:rPr>
        <w:t>　　弹琴：每天1个半小时。</w:t>
      </w:r>
      <w:r>
        <w:rPr>
          <w:lang w:eastAsia="zh-CN"/>
        </w:rPr>
        <w:br/>
      </w:r>
      <w:r>
        <w:rPr>
          <w:lang w:eastAsia="zh-CN"/>
        </w:rPr>
        <w:t>　　二、快乐生活：</w:t>
      </w:r>
      <w:r>
        <w:rPr>
          <w:lang w:eastAsia="zh-CN"/>
        </w:rPr>
        <w:br/>
      </w:r>
      <w:r>
        <w:rPr>
          <w:lang w:eastAsia="zh-CN"/>
        </w:rPr>
        <w:t>　　每天早上7点起床，晚上10点就寝。中午一定要午休。帮助妈妈做家务，自己的事情自己做：清理物品，完成作业又快又好，准备好替换衣服，自己睡，保护眼睛。</w:t>
      </w:r>
      <w:r>
        <w:rPr>
          <w:lang w:eastAsia="zh-CN"/>
        </w:rPr>
        <w:br/>
      </w:r>
      <w:r>
        <w:rPr>
          <w:lang w:eastAsia="zh-CN"/>
        </w:rPr>
        <w:t>　　小学三年级新学期学习计划4</w:t>
      </w:r>
      <w:r>
        <w:rPr>
          <w:lang w:eastAsia="zh-CN"/>
        </w:rPr>
        <w:br/>
      </w:r>
      <w:r>
        <w:rPr>
          <w:lang w:eastAsia="zh-CN"/>
        </w:rPr>
        <w:t>　　从这天起我就是一名三年级的'小学生了，三年级是小学中转折的一年，也是小学生涯比较重要的一年。因此，在这一年的学习过程中，我要认真学习每门课程，为以后的学习打下坚实的基础。我要严格按照语文、数学、英语的学习十步法去学习。以下是我对自我在这个基础上的的补充要求和具体要求。</w:t>
      </w:r>
      <w:r>
        <w:rPr>
          <w:lang w:eastAsia="zh-CN"/>
        </w:rPr>
        <w:br/>
      </w:r>
      <w:r>
        <w:rPr>
          <w:lang w:eastAsia="zh-CN"/>
        </w:rPr>
        <w:t>　　第一、在语文方面：要提高阅读潜力；要多详读几本课外书；要把字写得再好一点；多记读书笔记；多写自我身边发生的事；观察到的感想记录下来写成习作；抓住课堂上的四十五分钟；及时做好预习和复习。</w:t>
      </w:r>
      <w:r>
        <w:rPr>
          <w:lang w:eastAsia="zh-CN"/>
        </w:rPr>
        <w:br/>
      </w:r>
      <w:r>
        <w:rPr>
          <w:lang w:eastAsia="zh-CN"/>
        </w:rPr>
        <w:t>　　第二、在数学方面：要在仔细一点不要粗心；做题时要明确的明白什么是已知条件，什么是要求的的未知条件；理解透彻每个概念的意思。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第三、在英语方面：坚持每一天听磁带；把单词写好；把单词记好；读一些有关英语的小短文、小故事。</w:t>
      </w:r>
      <w:r>
        <w:rPr>
          <w:lang w:eastAsia="zh-CN"/>
        </w:rPr>
        <w:br/>
      </w:r>
      <w:r>
        <w:rPr>
          <w:lang w:eastAsia="zh-CN"/>
        </w:rPr>
        <w:t>　　第四、在学校的综合表现：要做好老师的小助手；和同学之间搞好关系；老师要求参加的活动能参加的.尽量参加；上课用心发言，认证听讲</w:t>
      </w:r>
      <w:r>
        <w:rPr>
          <w:lang w:eastAsia="zh-CN"/>
        </w:rPr>
        <w:br/>
      </w:r>
      <w:r>
        <w:rPr>
          <w:lang w:eastAsia="zh-CN"/>
        </w:rPr>
        <w:t>　　第五、在兴趣方面：在围棋上取得更大的进步；从这学期我想要画画；能不能吹长笛。</w:t>
      </w:r>
      <w:r>
        <w:rPr>
          <w:lang w:eastAsia="zh-CN"/>
        </w:rPr>
        <w:br/>
      </w:r>
      <w:r>
        <w:rPr>
          <w:lang w:eastAsia="zh-CN"/>
        </w:rPr>
        <w:t>　　第六、体育锻炼方面：有时光花滑旱冰，打打羽毛球；能不能在学兵乓球。</w:t>
      </w:r>
      <w:r>
        <w:rPr>
          <w:lang w:eastAsia="zh-CN"/>
        </w:rPr>
        <w:br/>
      </w:r>
      <w:r>
        <w:rPr>
          <w:lang w:eastAsia="zh-CN"/>
        </w:rPr>
        <w:t>　　第七、在家里：还是能帮妈妈做的家务就尽量帮妈妈；每一天接送小弟弟的事情就交给我；自我洗内衣和袜子。</w:t>
      </w:r>
      <w:r>
        <w:rPr>
          <w:lang w:eastAsia="zh-CN"/>
        </w:rPr>
        <w:br/>
      </w:r>
      <w:r>
        <w:rPr>
          <w:lang w:eastAsia="zh-CN"/>
        </w:rPr>
        <w:t>　　以上是我和妈妈共同为我定的三年级第一学期的计划，我也期望能透过我的努力在这一学期结束的时候能够全部完成。</w:t>
      </w:r>
      <w:r>
        <w:rPr>
          <w:lang w:eastAsia="zh-CN"/>
        </w:rPr>
        <w:br/>
      </w:r>
      <w:r>
        <w:rPr>
          <w:lang w:eastAsia="zh-CN"/>
        </w:rPr>
        <w:t>　　我上学期考的不理想，这学期我要到达我的理想，实现双百分。因为我的目标是追上我们班的班长——陈，让大家来监督我吧！</w:t>
      </w:r>
      <w:r>
        <w:rPr>
          <w:lang w:eastAsia="zh-CN"/>
        </w:rPr>
        <w:br/>
      </w:r>
      <w:r>
        <w:rPr>
          <w:lang w:eastAsia="zh-CN"/>
        </w:rPr>
        <w:t xml:space="preserve">    2024年学生新学期学习计划范文 篇12 </w:t>
      </w:r>
      <w:r>
        <w:rPr>
          <w:lang w:eastAsia="zh-CN"/>
        </w:rPr>
        <w:br/>
      </w:r>
      <w:r>
        <w:rPr>
          <w:lang w:eastAsia="zh-CN"/>
        </w:rPr>
        <w:t>　　愉快的暑假结束了，我成为三年级的小学生了。新的学期开始了，除了按时完成作业、分担家务外，我还有新的计划，具体如下：</w:t>
      </w:r>
      <w:r>
        <w:rPr>
          <w:lang w:eastAsia="zh-CN"/>
        </w:rPr>
        <w:br/>
      </w:r>
      <w:r>
        <w:rPr>
          <w:lang w:eastAsia="zh-CN"/>
        </w:rPr>
        <w:t>　　1、 提高书写能力。首先保证书写姿势端正，每日练字不低于十分钟；其次是抓紧每个写字的机会，提笔就练字。</w:t>
      </w:r>
      <w:r>
        <w:rPr>
          <w:lang w:eastAsia="zh-CN"/>
        </w:rPr>
        <w:br/>
      </w:r>
      <w:r>
        <w:rPr>
          <w:lang w:eastAsia="zh-CN"/>
        </w:rPr>
        <w:t>　　2、计划每周阅读5本书，遇到生字认真查字典，遇到不理解的问题与家长多交流，遇到好词好句好段多吟诵，这有助于我写作文能力的提高。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3、有效率地完成作业。放学回家“学习在前、娱乐在后”，回家二十分钟内开始写作业，中间也不磨磨蹭蹭，作业没有完成，不出去玩。</w:t>
      </w:r>
      <w:r>
        <w:rPr>
          <w:lang w:eastAsia="zh-CN"/>
        </w:rPr>
        <w:br/>
      </w:r>
      <w:r>
        <w:rPr>
          <w:lang w:eastAsia="zh-CN"/>
        </w:rPr>
        <w:t>　　4、锻炼独立上下学。爸爸妈妈工作很忙，这学期我想自己坐班车上下学，模仿大人过马路，不与陌生人说话，做一个让爸爸妈妈放心的小男了汉。</w:t>
      </w:r>
      <w:r>
        <w:rPr>
          <w:lang w:eastAsia="zh-CN"/>
        </w:rPr>
        <w:br/>
      </w:r>
      <w:r>
        <w:rPr>
          <w:lang w:eastAsia="zh-CN"/>
        </w:rPr>
        <w:t>　　这就是我新学期的计划，我一定努力完成它！</w:t>
      </w:r>
      <w:r>
        <w:rPr>
          <w:lang w:eastAsia="zh-CN"/>
        </w:rPr>
        <w:br/>
      </w:r>
      <w:r>
        <w:rPr>
          <w:lang w:eastAsia="zh-CN"/>
        </w:rPr>
        <w:t xml:space="preserve">    2024年学生新学期学习计划范文 篇13 </w:t>
      </w:r>
      <w:r>
        <w:rPr>
          <w:lang w:eastAsia="zh-CN"/>
        </w:rPr>
        <w:br/>
      </w:r>
      <w:r>
        <w:rPr>
          <w:lang w:eastAsia="zh-CN"/>
        </w:rPr>
        <w:t>　　一个新的学年已经开始了，我要把所有的精力用到学习中去。我觉得首先应该做到的是应该认真听课，将老师课上所讲内容完全消化，让思维与老师同步。</w:t>
      </w:r>
      <w:r>
        <w:rPr>
          <w:lang w:eastAsia="zh-CN"/>
        </w:rPr>
        <w:br/>
      </w:r>
      <w:r>
        <w:rPr>
          <w:lang w:eastAsia="zh-CN"/>
        </w:rPr>
        <w:t>　　一般先以课本为先，书上的内容是基础。在掌握的基础上，做专项训练，按层次补缺和提高。我还需要建立一本错题集，将在练习中做错的题目和尚未弄懂的题目及时记录下来，逐一解决，形成巩固。</w:t>
      </w:r>
      <w:r>
        <w:rPr>
          <w:lang w:eastAsia="zh-CN"/>
        </w:rPr>
        <w:br/>
      </w:r>
      <w:r>
        <w:rPr>
          <w:lang w:eastAsia="zh-CN"/>
        </w:rPr>
        <w:t>　　在复习中应该提倡务实精神，也应该重视规范化和格式化，要养成科学，严谨的态度。因为任何一次不规范的答题都有可能造成失分。</w:t>
      </w:r>
      <w:r>
        <w:rPr>
          <w:lang w:eastAsia="zh-CN"/>
        </w:rPr>
        <w:br/>
      </w:r>
      <w:r>
        <w:rPr>
          <w:lang w:eastAsia="zh-CN"/>
        </w:rPr>
        <w:t>　　因为我最薄弱的一项科目是语文，成绩处于中等水平，作文干巴巴的，不生动。空闲时间多看课外书，每天记1～2条好词佳句，争取每次作文练习都在40分以上。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提前老师的讲解做考纲和全品的题目，前天晚上认真预习。多做深，精的题目，拓展思维。</w:t>
      </w:r>
      <w:r>
        <w:rPr>
          <w:lang w:eastAsia="zh-CN"/>
        </w:rPr>
        <w:br/>
      </w:r>
      <w:r>
        <w:rPr>
          <w:lang w:eastAsia="zh-CN"/>
        </w:rPr>
        <w:t>　　每天坚持朗读外语作品，养成良好的语感。认真识记考纲后面的单词，严格避免中考因单词而失分。认真复习和预习全品的考点聚焦和附录，要求重点掌握语法，句型。注意活学活用。</w:t>
      </w:r>
      <w:r>
        <w:rPr>
          <w:lang w:eastAsia="zh-CN"/>
        </w:rPr>
        <w:br/>
      </w:r>
      <w:r>
        <w:rPr>
          <w:lang w:eastAsia="zh-CN"/>
        </w:rPr>
        <w:t>　　根据考纲认真复习历史知识点，在未来的1个多月里循环复习，加强记忆，认真记忆老师归纳的口诀，表格，利用它们能很好的记忆知识点，关注今年发生的时事，联系时事与中学历史的联系。</w:t>
      </w:r>
      <w:r>
        <w:rPr>
          <w:lang w:eastAsia="zh-CN"/>
        </w:rPr>
        <w:br/>
      </w:r>
      <w:r>
        <w:rPr>
          <w:lang w:eastAsia="zh-CN"/>
        </w:rPr>
        <w:t>　　根据考纲与全品上面的题目和知识点循环复习，背诵。由于今年中考政治变得很活，所以不能死记硬背，要活学活用，认真参考其他地市的中考题目。</w:t>
      </w:r>
      <w:r>
        <w:rPr>
          <w:lang w:eastAsia="zh-CN"/>
        </w:rPr>
        <w:br/>
      </w:r>
      <w:r>
        <w:rPr>
          <w:lang w:eastAsia="zh-CN"/>
        </w:rPr>
        <w:t>　　以上的学习计划要认真实施，成功在于行动，过一段时间要仔细分析检查现状，与制定的计划。我要确定学习的目标，努力学习的方向就是我的目标，正确的学习目标更能催人奋进。反之，没有目标的学习，就是对时光一种极大的浪费。所以，我的目标就是进入全班前25名。</w:t>
      </w:r>
      <w:r>
        <w:rPr>
          <w:lang w:eastAsia="zh-CN"/>
        </w:rPr>
        <w:br/>
      </w:r>
      <w:r>
        <w:rPr>
          <w:lang w:eastAsia="zh-CN"/>
        </w:rPr>
        <w:t>　　首先，我认为，学习中不可忽略的一点就是要学会分析自己的学习特点，老师讲的东西不是不懂，但却总出错，而且对于一些死记硬背才能学会的东西总觉得不耐烦，因此，在这点上，我希望自己能在新学期里对待学习更认真，更有耐心。要科学安排时间，没有合理的安排，再好的计划也会付之东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所以，在新学期里，我最要学会的就是要合理安排学习、娱乐、休息的时间，要把每一点一滴宝贵的时间都抓紧。“学而时习之”预习重要，复习也不可轻视。尽量抽出时间复习旧的知识。遇到自己不能解决的问题，应及时虚心地向同学，老师请教。不能“似懂非懂”，更不能“不懂装懂”，那便是自欺欺人。</w:t>
      </w:r>
      <w:r>
        <w:rPr>
          <w:lang w:eastAsia="zh-CN"/>
        </w:rPr>
        <w:br/>
      </w:r>
      <w:r>
        <w:rPr>
          <w:lang w:eastAsia="zh-CN"/>
        </w:rPr>
        <w:t xml:space="preserve">    2024年学生新学期学习计划范文 篇14 </w:t>
      </w:r>
      <w:r>
        <w:rPr>
          <w:lang w:eastAsia="zh-CN"/>
        </w:rPr>
        <w:br/>
      </w:r>
      <w:r>
        <w:rPr>
          <w:lang w:eastAsia="zh-CN"/>
        </w:rPr>
        <w:t>　　光阴似箭，日月如梭。一瞬间，我在校园的生活已经是一个学期了。大家都说：“新学期，新气象。”是的，没有错，但是我不是这么认为，因为我没有什么新学期，为什么这么说呢?在我的心中高中生活就是一体的，是一个全面发展的过程。</w:t>
      </w:r>
      <w:r>
        <w:rPr>
          <w:lang w:eastAsia="zh-CN"/>
        </w:rPr>
        <w:br/>
      </w:r>
      <w:r>
        <w:rPr>
          <w:lang w:eastAsia="zh-CN"/>
        </w:rPr>
        <w:t>　　在上个学期中我得到了家长、老师、同学们的帮助。都在支持我，鼓励我，表扬我，批评我，教育我。我对他们的感激之情无以言表，然而，上学期期末我在班级里只考了个21名。我感觉对不起他们，让他们失望了，其中我最对不起5班班主任，因为他对我的考试一向很关心，虽然不是教我的老师，但是还是这么的关心我。</w:t>
      </w:r>
      <w:r>
        <w:rPr>
          <w:lang w:eastAsia="zh-CN"/>
        </w:rPr>
        <w:br/>
      </w:r>
      <w:r>
        <w:rPr>
          <w:lang w:eastAsia="zh-CN"/>
        </w:rPr>
        <w:t>　　我的心里面不是滋味，于是我给我自己施加了一定的压力。时间在一点一滴的过去。“终于放假了”我跟别人在玩的时候，我表面上是又说又笑，可是我内心是多么的难受啊!因为他们考得好，所以玩的也痛快。放假的期间我时时刻刻地在反省，到底是什么原因呢?难道是功夫不够吗?于是我在20__年二月十三日这一天我算了算距离高考还有多长时间?以便给我自己定一个学习计划。“天啊!”距离高考还有2个学年、5个学期、27个月、121个星期、845天，总共加起来刚刚好“1000”下面我将做“1000”个目标的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首先，我给自己已经找到了自信。如果一个人没有了自信，这么他将是软弱的、不彻底的、低能的、低效的失败者。要成为自信者，就要像自信者一样去行动。我们在生活中自信地讲了话，自信地做了事，我们的自信就能真正确立起来。面对社会环境，我们每一个自信的表情、自信的手势、自信的言语都能真正在心理中培养起我们的自信。可想而知自信对于一个人是多么的重要呀!其次，我将要尽量的去实现我的目标，说个不好听的我到了“今天”才领略到《论语》十则的真正的含义，从而使我有了目标的新计划。这就是日目标、周目标、月目标、学期目标跟学年目标。</w:t>
      </w:r>
      <w:r>
        <w:rPr>
          <w:lang w:eastAsia="zh-CN"/>
        </w:rPr>
        <w:br/>
      </w:r>
      <w:r>
        <w:rPr>
          <w:lang w:eastAsia="zh-CN"/>
        </w:rPr>
        <w:t>　　日目标——吾日三省吾身;</w:t>
      </w:r>
      <w:r>
        <w:rPr>
          <w:lang w:eastAsia="zh-CN"/>
        </w:rPr>
        <w:br/>
      </w:r>
      <w:r>
        <w:rPr>
          <w:lang w:eastAsia="zh-CN"/>
        </w:rPr>
        <w:t>　　周目标——学而时习之;</w:t>
      </w:r>
      <w:r>
        <w:rPr>
          <w:lang w:eastAsia="zh-CN"/>
        </w:rPr>
        <w:br/>
      </w:r>
      <w:r>
        <w:rPr>
          <w:lang w:eastAsia="zh-CN"/>
        </w:rPr>
        <w:t>　　月目标——温故而知新;</w:t>
      </w:r>
      <w:r>
        <w:rPr>
          <w:lang w:eastAsia="zh-CN"/>
        </w:rPr>
        <w:br/>
      </w:r>
      <w:r>
        <w:rPr>
          <w:lang w:eastAsia="zh-CN"/>
        </w:rPr>
        <w:t>　　学期目标——择其善者而从之，其不善者而改之;</w:t>
      </w:r>
      <w:r>
        <w:rPr>
          <w:lang w:eastAsia="zh-CN"/>
        </w:rPr>
        <w:br/>
      </w:r>
      <w:r>
        <w:rPr>
          <w:lang w:eastAsia="zh-CN"/>
        </w:rPr>
        <w:t>　　年目标——士别三日，当刮目相看。</w:t>
      </w:r>
      <w:r>
        <w:rPr>
          <w:lang w:eastAsia="zh-CN"/>
        </w:rPr>
        <w:br/>
      </w:r>
      <w:r>
        <w:rPr>
          <w:lang w:eastAsia="zh-CN"/>
        </w:rPr>
        <w:t>　　第三，我希望自己能再接再厉，迎接高中的的每一天、每一节课，把不好的习惯要改正，好的习惯要保持，不管怎么说，只要把上课的知识记住，认真听讲，不要开小差，作业及时做好，质量也要高。还要多多积累一些课外的知识。另外，我要注意少玩电脑。不管遇到种种困难，我都要稳住心，坚持把它克服掉。最后，从小的目标逐个去实现，不犯冷热病，要有恒心，坚持到底。这是有些辛苦的，而我不能怕辛苦，别人能够做到，我相信自己一定能做到。不能放弃，不能灰心，我已经做好了辛苦的准备。现在的准备是必然的，现在辛苦一时，以后就不会辛苦一世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时间在一点一滴的从我的眼前流逝，高考也在慢慢地向我逼近，心里的压力也越来越大了。俗话说得好：“人无压力不进步，井无压力不出油，只有付出，才有收获。”请老师跟同学一起来监督我，我不会辜负你们的期望。</w:t>
      </w:r>
      <w:r>
        <w:rPr>
          <w:lang w:eastAsia="zh-CN"/>
        </w:rPr>
        <w:br/>
      </w:r>
      <w:r>
        <w:rPr>
          <w:lang w:eastAsia="zh-CN"/>
        </w:rPr>
        <w:t>　　今天是距离高考还有822天。士别三日，是哭还是笑，我们最后一见分晓吧!加油吧!振作起来吧!我要跟时间比赛!为明天喝彩!</w:t>
      </w:r>
      <w:r>
        <w:rPr>
          <w:lang w:eastAsia="zh-CN"/>
        </w:rPr>
        <w:br/>
      </w:r>
      <w:r>
        <w:rPr>
          <w:lang w:eastAsia="zh-CN"/>
        </w:rPr>
        <w:t xml:space="preserve">    2024年学生新学期学习计划范文 篇15 </w:t>
      </w:r>
      <w:r>
        <w:rPr>
          <w:lang w:eastAsia="zh-CN"/>
        </w:rPr>
        <w:br/>
      </w:r>
      <w:r>
        <w:rPr>
          <w:lang w:eastAsia="zh-CN"/>
        </w:rPr>
        <w:t>　　年之计在于春，一个学期之计在于开始，新学期初始，一切事物都充满了活力与生机。新生活意味着新开始，新开始象征着新的挑战。俗话说好的开始是成功的一半。新年、新春、新学期，我也该有新的打算。过去的一年在我的努力之下，学习部取得了一定的成绩，在本年的学习中我们将继承优点，改正不足，争取把学习做的更好。本学年工作计划如下：</w:t>
      </w:r>
      <w:r>
        <w:rPr>
          <w:lang w:eastAsia="zh-CN"/>
        </w:rPr>
        <w:br/>
      </w:r>
      <w:r>
        <w:rPr>
          <w:lang w:eastAsia="zh-CN"/>
        </w:rPr>
        <w:t>　　一、主要学习目标</w:t>
      </w:r>
      <w:r>
        <w:rPr>
          <w:lang w:eastAsia="zh-CN"/>
        </w:rPr>
        <w:br/>
      </w:r>
      <w:r>
        <w:rPr>
          <w:lang w:eastAsia="zh-CN"/>
        </w:rPr>
        <w:t>　　明确学习目标，打好一定的语言基础。争取获得优良成绩，能切实在大学里学到丰富的专业知识和基础常识。增加文化素养，提升自身能力，端正学习态度，培养积极勤奋的学风。做学习计划来自我敦促，自我勉励。反思自己有哪些方面做到不足，反思自己该如何改善、反思自己继续努力的方向方法，并且反思自己有哪些反面值得肯定，只有不断地反省，才能为未来的路指明方向。</w:t>
      </w:r>
      <w:r>
        <w:rPr>
          <w:lang w:eastAsia="zh-CN"/>
        </w:rPr>
        <w:br/>
      </w:r>
      <w:r>
        <w:rPr>
          <w:lang w:eastAsia="zh-CN"/>
        </w:rPr>
        <w:t>　　二、具体安排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1.坚持预习，坚持在上课前先预习一遍课文，在上课之前对所上的内容有所了解，能提高听课效率。并且在老师上完一章的内容后，能够主动复习。温故而知新。</w:t>
      </w:r>
      <w:r>
        <w:rPr>
          <w:lang w:eastAsia="zh-CN"/>
        </w:rPr>
        <w:br/>
      </w:r>
      <w:r>
        <w:rPr>
          <w:lang w:eastAsia="zh-CN"/>
        </w:rPr>
        <w:t>　　2.每天早起_个小时时间背诵课文。</w:t>
      </w:r>
      <w:r>
        <w:rPr>
          <w:lang w:eastAsia="zh-CN"/>
        </w:rPr>
        <w:br/>
      </w:r>
      <w:r>
        <w:rPr>
          <w:lang w:eastAsia="zh-CN"/>
        </w:rPr>
        <w:t>　　3.每天坚持到自习室上晚自习个小时。</w:t>
      </w:r>
      <w:r>
        <w:rPr>
          <w:lang w:eastAsia="zh-CN"/>
        </w:rPr>
        <w:br/>
      </w:r>
      <w:r>
        <w:rPr>
          <w:lang w:eastAsia="zh-CN"/>
        </w:rPr>
        <w:t>　　4.对于课程知识，要多想多问，并且把其中有收货的部分记入笔记之中。</w:t>
      </w:r>
      <w:r>
        <w:rPr>
          <w:lang w:eastAsia="zh-CN"/>
        </w:rPr>
        <w:br/>
      </w:r>
      <w:r>
        <w:rPr>
          <w:lang w:eastAsia="zh-CN"/>
        </w:rPr>
        <w:t>　　5.每个月进行一次学习清算，反思自己这个月是否达成了学习计划，有哪一些做得不足的地方，下个月要注意改进。</w:t>
      </w:r>
      <w:r>
        <w:rPr>
          <w:lang w:eastAsia="zh-CN"/>
        </w:rPr>
        <w:br/>
      </w:r>
      <w:r>
        <w:rPr>
          <w:lang w:eastAsia="zh-CN"/>
        </w:rPr>
        <w:t>　　6.订阅辅导报，自学报纸上出现的一些，并且完成报纸上的练习题。</w:t>
      </w:r>
      <w:r>
        <w:rPr>
          <w:lang w:eastAsia="zh-CN"/>
        </w:rPr>
        <w:br/>
      </w:r>
      <w:r>
        <w:rPr>
          <w:lang w:eastAsia="zh-CN"/>
        </w:rPr>
        <w:t>　　7培养良好的学习兴趣。俗话说：兴趣是最好的老师。我认为，关键是积极的学习、主动的学习。渐渐把自己带进书的海洋中，这样，才能潜移默化地使自己爱上学习。古人说：学为立世之本，学可以立德，学可以增智，学可以致用。学习是成就事业的基础，是人生的出发点，也是人生的极致。在这世间，任何事都讲究公平，公平，人心就平，心平了就和，和谐安乐由之生焉。学习也是如此，你爱它，它也会回馈于你。</w:t>
      </w:r>
      <w:r>
        <w:rPr>
          <w:lang w:eastAsia="zh-CN"/>
        </w:rPr>
        <w:br/>
      </w:r>
      <w:r>
        <w:rPr>
          <w:lang w:eastAsia="zh-CN"/>
        </w:rPr>
        <w:t>　　8 .争取利用周末时间多学一门。</w:t>
      </w:r>
      <w:r>
        <w:rPr>
          <w:lang w:eastAsia="zh-CN"/>
        </w:rPr>
        <w:br/>
      </w:r>
      <w:r>
        <w:rPr>
          <w:lang w:eastAsia="zh-CN"/>
        </w:rPr>
        <w:t>　　以上各项内容便是本学期的大体计划。如有不妥请老师同学指正。</w:t>
      </w:r>
      <w:r>
        <w:rPr>
          <w:lang w:eastAsia="zh-CN"/>
        </w:rPr>
        <w:br/>
      </w:r>
      <w:r>
        <w:rPr>
          <w:lang w:eastAsia="zh-CN"/>
        </w:rPr>
        <w:t xml:space="preserve">    2024年学生新学期学习计划范文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计划总结在人生的各个阶段都是非常重要的，无论是学生期的学习阶段还是步入社会后的工作阶层，对自己的目标做一个初步或长远的计划是相当必要的。</w:t>
      </w:r>
      <w:r>
        <w:rPr>
          <w:lang w:eastAsia="zh-CN"/>
        </w:rPr>
        <w:br/>
      </w:r>
      <w:r>
        <w:rPr>
          <w:lang w:eastAsia="zh-CN"/>
        </w:rPr>
        <w:t>　　我们伟大的开过领袖毛主席说过一句至理名言：人类要控制自己，做到有计划地增长。可见“计划”能够成就大事，下面为大家带来的关于学习计划的作文，希望同学们能够学习上有着显著的进步！</w:t>
      </w:r>
      <w:r>
        <w:rPr>
          <w:lang w:eastAsia="zh-CN"/>
        </w:rPr>
        <w:br/>
      </w:r>
      <w:r>
        <w:rPr>
          <w:lang w:eastAsia="zh-CN"/>
        </w:rPr>
        <w:t>　　又是一个新学期了，初三也就剩下这短短百来天的光阴，也是决定命运的时刻。在这关键的时期里，我一定要认真，仔细地规划每一分钟，专心投入到每天艰苦卓绝的学习中来。曾经有一位老师对我说，“态度决定一切。”要以良好的态度去面对学习。挑战自己，相信自己，也算是成功的秘诀吧！</w:t>
      </w:r>
      <w:r>
        <w:rPr>
          <w:lang w:eastAsia="zh-CN"/>
        </w:rPr>
        <w:br/>
      </w:r>
      <w:r>
        <w:rPr>
          <w:lang w:eastAsia="zh-CN"/>
        </w:rPr>
        <w:t>　　我个人认为：人一生的时间的有限的，时间不等人，因为这是我初中生涯的最后一段时间，我不会放过从我身边飞过的每一寸光阴，挣取把握好身边的每分每秒。除经过了初中两年半的学习，我想我对于初中的学习已经积累了很多的经验，在这两年的学习生活中我也改掉了很多不好的习惯，也学会了不少，最大的一点就是开始知道什么才算得上是认真学习。</w:t>
      </w:r>
      <w:r>
        <w:rPr>
          <w:lang w:eastAsia="zh-CN"/>
        </w:rPr>
        <w:br/>
      </w:r>
      <w:r>
        <w:rPr>
          <w:lang w:eastAsia="zh-CN"/>
        </w:rPr>
        <w:t>　　我认为，学习中不可忽略的一点就是要学会分析自己的学习特点，像我学习和理解能力还算可以，老师讲的东西不是不懂，但却总出错（用家长们的话说就是不认真，粗心），而且对于一些死记硬背才能学会的东西总觉得不耐烦，因此，在这点上，我希望自己能在新学期里对待学习更认真，更有耐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觉得，在学习中，确定学习目标也是很重要的，学习目标是学生学习努力的方向，正确的学习目标更是能催人奋进。反之，没有目标的学习，就是对时光一种极大的浪费。我在新学期为自己定制了我自己的目标，已经深埋在我心中，我会按着这个目标努力，发奋图强，争取有新收获。</w:t>
      </w:r>
      <w:r>
        <w:rPr>
          <w:lang w:eastAsia="zh-CN"/>
        </w:rPr>
        <w:br/>
      </w:r>
      <w:r>
        <w:rPr>
          <w:lang w:eastAsia="zh-CN"/>
        </w:rPr>
        <w:t>　　最关键的一点，就是要科学合理地安排时间。没有合理的安排，再好的计划也会付之东流。所以，在新学期里，我要合理安排学习、休息的时间，要把每一点一滴宝贵的时间都抓紧。虽说是初三，但必要的休息与锻炼还是必不可少的。我希望能在体育上不增加今后考试的心理负担，所以，加强体育锻炼迫在眉睫，也是最近几十天的一大艰巨的任务。</w:t>
      </w:r>
      <w:r>
        <w:rPr>
          <w:lang w:eastAsia="zh-CN"/>
        </w:rPr>
        <w:br/>
      </w:r>
      <w:r>
        <w:rPr>
          <w:lang w:eastAsia="zh-CN"/>
        </w:rPr>
        <w:t>　　在具体的学习上，我认为，我应当注意薄弱环节，查漏补缺。我觉得首先应该做到的是认真听课，将老师课上所讲内容完全消化，让思维与老师同步。一般先以课本为先，书上的内容是基础。</w:t>
      </w:r>
      <w:r>
        <w:rPr>
          <w:lang w:eastAsia="zh-CN"/>
        </w:rPr>
        <w:br/>
      </w:r>
      <w:r>
        <w:rPr>
          <w:lang w:eastAsia="zh-CN"/>
        </w:rPr>
        <w:t>　　在掌握的基础上，做专项训练，按层次补缺和提高。我还需要建立一本错题集，将在练习中做错的题目和尚未弄懂的题目及时记录下来，逐一解决，形成巩固。</w:t>
      </w:r>
      <w:r>
        <w:rPr>
          <w:lang w:eastAsia="zh-CN"/>
        </w:rPr>
        <w:br/>
      </w:r>
      <w:r>
        <w:rPr>
          <w:lang w:eastAsia="zh-CN"/>
        </w:rPr>
        <w:t>　　在复习中应该提倡务实精神，也应该重视规范化和格式化，要养成科学，严谨的态度。因为任何一次不规范的答题都有可能造成失败。</w:t>
      </w:r>
      <w:r>
        <w:rPr>
          <w:lang w:eastAsia="zh-CN"/>
        </w:rPr>
        <w:br/>
      </w:r>
    </w:p>
    <w:p w:rsidR="001B1F19" w14:textId="27C3F48A">
      <w:pPr>
        <w:rPr>
          <w:rFonts w:hint="eastAsia"/>
          <w:lang w:eastAsia="zh-CN"/>
        </w:rPr>
      </w:pPr>
      <w:r>
        <w:rPr>
          <w:lang w:eastAsia="zh-CN"/>
        </w:rPr>
        <w:t>　　计划写完了，我想，按照惯例，似乎还应该加上几句鼓励的话，但我觉得，有一句话会胜过许许多多鼓励的语言，那么，我就以它作为我学习计划的结尾吧，那就是我行，一定行。</w:t>
      </w:r>
      <w:r>
        <w:rPr>
          <w:lang w:eastAsia="zh-CN"/>
        </w:rPr>
        <w:br/>
      </w:r>
      <w:r>
        <w:rPr>
          <w:lang w:eastAsia="zh-CN"/>
        </w:rPr>
        <w:t xml:space="preserve">    2024年学生新学期学习计划范文 篇17 </w:t>
      </w:r>
      <w:r>
        <w:rPr>
          <w:lang w:eastAsia="zh-CN"/>
        </w:rPr>
        <w:br/>
      </w:r>
      <w:r>
        <w:rPr>
          <w:lang w:eastAsia="zh-CN"/>
        </w:rPr>
        <w:t>　　新的学期，新的开始；新的自己，当然有新的学习计划。</w:t>
      </w:r>
      <w:r>
        <w:rPr>
          <w:lang w:eastAsia="zh-CN"/>
        </w:rPr>
        <w:br/>
      </w:r>
      <w:r>
        <w:rPr>
          <w:lang w:eastAsia="zh-CN"/>
        </w:rPr>
        <w:t>　　对于高中的.生活，经过了一个学期的历程，已经有所适应，在新的学期里，定要严格要求自己，不再像过去一般的松散。</w:t>
      </w:r>
      <w:r>
        <w:rPr>
          <w:lang w:eastAsia="zh-CN"/>
        </w:rPr>
        <w:br/>
      </w:r>
      <w:r>
        <w:rPr>
          <w:lang w:eastAsia="zh-CN"/>
        </w:rPr>
        <w:t>　　在新的学期里，我决定要努力点学习，虽然不能做到发奋图强，但也会尽自己最大的能力去争取，争取一个好成绩，也许过程中会困难重重，但我相信自己有这个能力去挑战一切。</w:t>
      </w:r>
      <w:r>
        <w:rPr>
          <w:lang w:eastAsia="zh-CN"/>
        </w:rPr>
        <w:br/>
      </w:r>
      <w:r>
        <w:rPr>
          <w:lang w:eastAsia="zh-CN"/>
        </w:rPr>
        <w:t>　　在新的学期里，我决定要和同学们搞好关系，不能再像过去那样吵吵闹闹，弄得跟仇人一般，一定要和他们和睦相处，共同努力，为自己争气，为班争光，为校争光。</w:t>
      </w:r>
      <w:r>
        <w:rPr>
          <w:lang w:eastAsia="zh-CN"/>
        </w:rPr>
        <w:br/>
      </w:r>
      <w:r>
        <w:rPr>
          <w:lang w:eastAsia="zh-CN"/>
        </w:rPr>
        <w:t>　　在新的学期里，我决定不再熬夜看小说，熬夜聊天，虽然说自己习惯了晚睡早起，但要尽量在课堂上有个好精神，有个好精力听老师讲课。</w:t>
      </w:r>
      <w:r>
        <w:rPr>
          <w:lang w:eastAsia="zh-CN"/>
        </w:rPr>
        <w:br/>
      </w:r>
      <w:r>
        <w:rPr>
          <w:lang w:eastAsia="zh-CN"/>
        </w:rPr>
        <w:t>　　在新的学期里，我决定要把年段第一名作为自己的争取、努力对象，不再为了满足看书的虚荣心，将自己与那些成绩差的人对比，力争早日将第一名夺到手，并与它共度高中时光。</w:t>
      </w:r>
      <w:r>
        <w:rPr>
          <w:lang w:eastAsia="zh-CN"/>
        </w:rPr>
        <w:br/>
      </w:r>
      <w:r>
        <w:rPr>
          <w:lang w:eastAsia="zh-CN"/>
        </w:rPr>
        <w:t>　　在新的学期里，我会好好珍惜时间，按时完成作业，不再把今天的事放到明天。“明日复明日，明日何其多。”我会把握住每一分、每一秒，不会到最后才悔恨自己的虚度光阴。</w:t>
      </w:r>
      <w:r>
        <w:rPr>
          <w:lang w:eastAsia="zh-CN"/>
        </w:rPr>
        <w:br/>
      </w:r>
      <w:r>
        <w:rPr>
          <w:lang w:eastAsia="zh-CN"/>
        </w:rPr>
        <w:t>　　新的学期，我决定一往直前！</w:t>
      </w:r>
      <w:r>
        <w:rPr>
          <w:lang w:eastAsia="zh-CN"/>
        </w:rPr>
        <w:br/>
      </w:r>
      <w:r>
        <w:rPr>
          <w:lang w:eastAsia="zh-CN"/>
        </w:rPr>
        <w:t>　　新的学期，新的开始，新的计划，当然造就了全新的自我。</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https://d.book118.com/138070017036006042</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807001703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