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世界无烟日宣传总结演讲稿（31篇）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世界无烟日宣传总结演讲稿（通用31篇）</w:t>
      </w:r>
      <w:r>
        <w:rPr>
          <w:lang w:eastAsia="zh-CN"/>
        </w:rPr>
        <w:br/>
      </w:r>
      <w:r>
        <w:rPr>
          <w:lang w:eastAsia="zh-CN"/>
        </w:rPr>
        <w:t xml:space="preserve">    世界无烟日宣传总结演讲稿 篇1 </w:t>
      </w:r>
      <w:r>
        <w:rPr>
          <w:lang w:eastAsia="zh-CN"/>
        </w:rPr>
        <w:br/>
      </w:r>
      <w:r>
        <w:rPr>
          <w:lang w:eastAsia="zh-CN"/>
        </w:rPr>
        <w:t>　　20__年5月31日是世界卫生组织发起的第__个世界无烟日。我校以开展创建无吸烟学校为契机，在师生中开展了吸烟有害健康的宣传教育活动。这对促进学校的管理、增强教师和青少年的控烟意识，约束吸烟行为、均起到了积极的作用。这次的无烟日活动为创无烟学校做出了很好的推动，学校将长期做好此项工作，为青少年营造一个良好清新的社会环境，促进青少年全面、健康成长。我校认真学习通知要求，做了如下工作：</w:t>
      </w:r>
      <w:r>
        <w:rPr>
          <w:lang w:eastAsia="zh-CN"/>
        </w:rPr>
        <w:br/>
      </w:r>
      <w:r>
        <w:rPr>
          <w:lang w:eastAsia="zh-CN"/>
        </w:rPr>
        <w:t>　　一、成立禁烟领导组织，将无烟单位建设工作纳入本单位工作计划。</w:t>
      </w:r>
      <w:r>
        <w:rPr>
          <w:lang w:eastAsia="zh-CN"/>
        </w:rPr>
        <w:br/>
      </w:r>
      <w:r>
        <w:rPr>
          <w:lang w:eastAsia="zh-CN"/>
        </w:rPr>
        <w:t>　　本单位成立由校长为禁烟第一责任人的无烟单位工作领导小组，并设立专职人员负责禁烟工作，职责明确;将禁烟工作纳入本单位的工作计划。学校不设吸烟室、吸烟区，无烟具，无抽烟现象。学校领导、教师以身作则，不在校园内吸烟，积极倡导吸烟的教职员工戒烟，为学生创造清洁的环境。</w:t>
      </w:r>
      <w:r>
        <w:rPr>
          <w:lang w:eastAsia="zh-CN"/>
        </w:rPr>
        <w:br/>
      </w:r>
      <w:r>
        <w:rPr>
          <w:lang w:eastAsia="zh-CN"/>
        </w:rPr>
        <w:t>　　二、本单位有禁烟考评奖惩制度和奖惩标准;有专职人员做好记录。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所属区域有明显的禁烟标识，室内完全禁烟。本单位至少在入口处、会议室、办公室、楼梯等区域内有禁烟标识;无烟具摆放。单位内设有经过相关培训的禁烟劝阻员和监督员;有定期劝阻、监督记录。</w:t>
      </w:r>
      <w:r>
        <w:rPr>
          <w:lang w:eastAsia="zh-CN"/>
        </w:rPr>
        <w:br/>
      </w:r>
      <w:r>
        <w:rPr>
          <w:lang w:eastAsia="zh-CN"/>
        </w:rPr>
        <w:t>　　三、开展多种形式的禁烟宣传和教育</w:t>
      </w:r>
      <w:r>
        <w:rPr>
          <w:lang w:eastAsia="zh-CN"/>
        </w:rPr>
        <w:br/>
      </w:r>
      <w:r>
        <w:rPr>
          <w:lang w:eastAsia="zh-CN"/>
        </w:rPr>
        <w:t>　　利用教师例会，学生班会，开展吸烟和被动吸烟有害健康的主题教育活动，周一升旗仪式对师生进行宣传和教育，让他们了解吸烟的危害性。积极开展吸烟有害健康的宣传教育，让学生知晓哪些场合禁止吸烟，监督身边的大人不在公共场所吸烟，引导学生积极参与我劝父母戒烟的家校联系活动。</w:t>
      </w:r>
      <w:r>
        <w:rPr>
          <w:lang w:eastAsia="zh-CN"/>
        </w:rPr>
        <w:br/>
      </w:r>
      <w:r>
        <w:rPr>
          <w:lang w:eastAsia="zh-CN"/>
        </w:rPr>
        <w:t>　　四、公务活动中严禁吸烟</w:t>
      </w:r>
      <w:r>
        <w:rPr>
          <w:lang w:eastAsia="zh-CN"/>
        </w:rPr>
        <w:br/>
      </w:r>
      <w:r>
        <w:rPr>
          <w:lang w:eastAsia="zh-CN"/>
        </w:rPr>
        <w:t>　　教师以身作则加大宣传。自觉做一名控烟活动的宣传员和监督员;自觉地做控烟的践行者;教师要作控烟的表率。在活动中严禁吸烟，不得提供烟草制品，参加人员不得吸烟、敬烟、劝烟;禁止使用或变相使用公款支付烟草开支行为。</w:t>
      </w:r>
      <w:r>
        <w:rPr>
          <w:lang w:eastAsia="zh-CN"/>
        </w:rPr>
        <w:br/>
      </w:r>
      <w:r>
        <w:rPr>
          <w:lang w:eastAsia="zh-CN"/>
        </w:rPr>
        <w:t>　　本次活动为创无烟学校做出了很好的推动，学校将长期做好此项工作，为青少年营造一个良好清新的社会环境，促进青少年全面、健康成长。</w:t>
      </w:r>
      <w:r>
        <w:rPr>
          <w:lang w:eastAsia="zh-CN"/>
        </w:rPr>
        <w:br/>
      </w:r>
      <w:r>
        <w:rPr>
          <w:lang w:eastAsia="zh-CN"/>
        </w:rPr>
        <w:t xml:space="preserve">    世界无烟日宣传总结演讲稿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为了普及烟草危害知识教育，提高居民对国家控烟工作的认识，教育群众认识到烟草带来的危害，主动参与到戒烟控烟的活动中来。按照县爱生办关于在全县开展世界无烟日宣传活动的部署和要求，我镇积极在全镇广泛深入的开展了世界无烟日宣传活动。</w:t>
      </w:r>
      <w:r>
        <w:rPr>
          <w:lang w:eastAsia="zh-CN"/>
        </w:rPr>
        <w:br/>
      </w:r>
      <w:r>
        <w:rPr>
          <w:lang w:eastAsia="zh-CN"/>
        </w:rPr>
        <w:t>　　并于5月29日顾县镇赶集的日子在街道闹市区组织开展世界无烟日控烟与戒烟现场宣传咨询活动，重点讲了：吸烟对身体的危害性、吸烟危害身体的途径、戒烟的好处，收到良好的社会效应。现将本次宣传活动工作开展情况总结如下：</w:t>
      </w:r>
      <w:r>
        <w:rPr>
          <w:lang w:eastAsia="zh-CN"/>
        </w:rPr>
        <w:br/>
      </w:r>
      <w:r>
        <w:rPr>
          <w:lang w:eastAsia="zh-CN"/>
        </w:rPr>
        <w:t>　　一、提高认识，增强信心，精心组织。</w:t>
      </w:r>
      <w:r>
        <w:rPr>
          <w:lang w:eastAsia="zh-CN"/>
        </w:rPr>
        <w:br/>
      </w:r>
      <w:r>
        <w:rPr>
          <w:lang w:eastAsia="zh-CN"/>
        </w:rPr>
        <w:t>　　控制烟草危害一直是政府关心的一件重要公共卫生工作，为此中国政府早在20__年就加了《世界烟草控制公约》，并于20__年全国人大会通过并实施。我国政府多年来一直努力开展控烟工作。已把烟草危害的控制列为社会公共卫生问题，逐步制定法规加大力度予以落实。</w:t>
      </w:r>
      <w:r>
        <w:rPr>
          <w:lang w:eastAsia="zh-CN"/>
        </w:rPr>
        <w:br/>
      </w:r>
      <w:r>
        <w:rPr>
          <w:lang w:eastAsia="zh-CN"/>
        </w:rPr>
        <w:t>　　当前的控烟工作还应继续坚持以正确引导为方向、积极宣传为措施、普及烟草危害知识，提高公众主动参与为目标，继续开展了大量的宣传工作，以取得了控烟工作的最终胜利。本次宣传活动的主题是禁止烟草广告、促销和赞助。宣传内容包括体检，健康咨询、资料发放、标语、横幅、展板浏览等形式。</w:t>
      </w:r>
      <w:r>
        <w:rPr>
          <w:lang w:eastAsia="zh-CN"/>
        </w:rPr>
        <w:br/>
      </w:r>
      <w:r>
        <w:rPr>
          <w:lang w:eastAsia="zh-CN"/>
        </w:rPr>
        <w:t>　　二、积极筹备，扎实工作，活动内容丰富。</w:t>
      </w:r>
      <w:r>
        <w:rPr>
          <w:lang w:eastAsia="zh-CN"/>
        </w:rPr>
        <w:br/>
      </w:r>
      <w:r>
        <w:rPr>
          <w:lang w:eastAsia="zh-CN"/>
        </w:rPr>
        <w:t>　　卫生院充分利用世界无烟日宣传时机，开展预防烟草危害以及控烟戒烟知识的宣传。积极筹备，精心组织现场活动。于5月29日在集市开展宣传戒烟控烟的现场宣传咨询活动。宣传活动开展期间，卫生院还进入社区村组免费发放控烟戒烟的宣传折页和宣传单等宣传资料20__余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针对吸烟年龄不断年轻化的特点，卫生院准备了烟草危害知识的材料深入到中小学校开展以烟草危害为主要内容的健康知识讲座，向广大青少年学生介绍烟草对人体造成危害一般常识，以及远离二手烟的危害。要求广大青少年儿童一定要洁身自律，远离烟草，学会养成健康的生活方式和卫生习惯，以健康的体魄面对生活和学习。</w:t>
      </w:r>
      <w:r>
        <w:rPr>
          <w:lang w:eastAsia="zh-CN"/>
        </w:rPr>
        <w:br/>
      </w:r>
      <w:r>
        <w:rPr>
          <w:lang w:eastAsia="zh-CN"/>
        </w:rPr>
        <w:t>　　活动期间共开展健康教育课4节，受教育学生达300人次，并于讲座后进行烟草危害和控烟方面知识以及健康生活方式方面知识的测验，都能认识了烟草带来的严重危害。还在宣传课结束后开展了以远离烟草，从我做起的承诺活动。广大同学踊跃参与，表示自己力争做到不吸烟，还将做好家长的控烟宣传工作。收到良好的宣传效果。</w:t>
      </w:r>
      <w:r>
        <w:rPr>
          <w:lang w:eastAsia="zh-CN"/>
        </w:rPr>
        <w:br/>
      </w:r>
      <w:r>
        <w:rPr>
          <w:lang w:eastAsia="zh-CN"/>
        </w:rPr>
        <w:t>　　此次无烟日宣传活动，共接受群众现场咨询2160余人次，使广大群众对烟草危害有了进一步的认识，对积极开展控烟工作，推进控烟工作的健康发展起到积极作用。</w:t>
      </w:r>
      <w:r>
        <w:rPr>
          <w:lang w:eastAsia="zh-CN"/>
        </w:rPr>
        <w:br/>
      </w:r>
      <w:r>
        <w:rPr>
          <w:lang w:eastAsia="zh-CN"/>
        </w:rPr>
        <w:t xml:space="preserve">    世界无烟日宣传总结演讲稿 篇3 </w:t>
      </w:r>
      <w:r>
        <w:rPr>
          <w:lang w:eastAsia="zh-CN"/>
        </w:rPr>
        <w:br/>
      </w:r>
      <w:r>
        <w:rPr>
          <w:lang w:eastAsia="zh-CN"/>
        </w:rPr>
        <w:t>　　为了进一步贯彻落实《关于20__年起全国医疗卫生系统全面禁烟的决定》，及创建文明医院评审的要求，普及烟草危害的知识，唤醒广大群众吸烟有害健康，呼吁吸烟者主动放弃吸烟，并号召我院全体员工积极戒烟、劝阻他人吸烟，创造一个健康、整洁、美好的医疗环境，我院以世界无烟日为契机由院办公室牵头，联合防保站于20__年5月31日上午，在汊河镇中心街组织开展了形式多样、内容丰富的世界无烟日义诊、咨询、宣传等一系列宣传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并向广大群众进行免费义诊，戒烟咨询，并通过宣传横幅、发放戒烟资料向群众普及烟草的危害，戒烟的好处，唤醒人民群众主动戒烟及劝阻吸烟，进一步倡导人们摒弃不良习惯，建立健康的生活方式。此次活动发放控烟宣传材料100余份，接待义诊戒烟咨询者60多人次。</w:t>
      </w:r>
      <w:r>
        <w:rPr>
          <w:lang w:eastAsia="zh-CN"/>
        </w:rPr>
        <w:br/>
      </w:r>
      <w:r>
        <w:rPr>
          <w:lang w:eastAsia="zh-CN"/>
        </w:rPr>
        <w:t>　　此次宣传教育活动，使全院医务人员、广大群众深刻认识到烟草的危害及戒烟的益处，取得了良好的社会效益。今后，我院将继续认真开展控烟工作，并将这项工作常规化。本次活动的圆满结束为我院创建无烟医院打下了良好的基础，同时也对我院争创文明医院起到了积极推动作用!</w:t>
      </w:r>
      <w:r>
        <w:rPr>
          <w:lang w:eastAsia="zh-CN"/>
        </w:rPr>
        <w:br/>
      </w:r>
      <w:r>
        <w:rPr>
          <w:lang w:eastAsia="zh-CN"/>
        </w:rPr>
        <w:t xml:space="preserve">    世界无烟日宣传总结演讲稿 篇4 </w:t>
      </w:r>
      <w:r>
        <w:rPr>
          <w:lang w:eastAsia="zh-CN"/>
        </w:rPr>
        <w:br/>
      </w:r>
      <w:r>
        <w:rPr>
          <w:lang w:eastAsia="zh-CN"/>
        </w:rPr>
        <w:t>　　5月31日是第__个世界无烟日，为了普及烟草危害知识教育，提高群众对国家控烟工作的认识，做到积极积极宣传，远离烟草带来的危害，主动参与到戒烟控烟的活动中来。我单位领导高度重视，于5月31日上午亲自组织开展世界无烟日控烟与戒烟现场宣传咨询活动，收到良好的社会效应。现将本次宣传活动工作开展情况总结如下：</w:t>
      </w:r>
      <w:r>
        <w:rPr>
          <w:lang w:eastAsia="zh-CN"/>
        </w:rPr>
        <w:br/>
      </w:r>
      <w:r>
        <w:rPr>
          <w:lang w:eastAsia="zh-CN"/>
        </w:rPr>
        <w:t>　　一、提高认识，增强信心，精心组织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控制烟草危害一直是政府关心的一件重要公共卫生工作，我国政府多年来一直努力开展控烟工作。已把烟草危害的控制列为社会公共卫生问题，逐步制定法规加大力度予以落实。当前的控烟工作还应继续坚持以正确引导为方向、积极宣传为措施、普及烟草危害知识，提高公众主动参与为目标，继续开展了大量的宣传工作，以取得了控烟工作的最终胜利。</w:t>
      </w:r>
      <w:r>
        <w:rPr>
          <w:lang w:eastAsia="zh-CN"/>
        </w:rPr>
        <w:br/>
      </w:r>
      <w:r>
        <w:rPr>
          <w:lang w:eastAsia="zh-CN"/>
        </w:rPr>
        <w:t>　　本次宣传活动的主题是健康新民、无烟生活，宣传内容主要是资料发放、标语、横幅、展板浏览、光碟播放、利用单位微博、QQ工作群、微信、单位网站等形式在全市开展宣传，全市各基层单位也积极响应。</w:t>
      </w:r>
      <w:r>
        <w:rPr>
          <w:lang w:eastAsia="zh-CN"/>
        </w:rPr>
        <w:br/>
      </w:r>
      <w:r>
        <w:rPr>
          <w:lang w:eastAsia="zh-CN"/>
        </w:rPr>
        <w:t>　　二、积极筹备，扎实工作，活动内容丰富</w:t>
      </w:r>
      <w:r>
        <w:rPr>
          <w:lang w:eastAsia="zh-CN"/>
        </w:rPr>
        <w:br/>
      </w:r>
      <w:r>
        <w:rPr>
          <w:lang w:eastAsia="zh-CN"/>
        </w:rPr>
        <w:t>　　新民市利用世界无烟日宣传时机，开展预防烟草危害以及控烟戒烟知识的宣传。积极筹备，精心组织现场活动。于5月31日活动当天开展走进社区、走进机关单位开展宣传戒烟控烟的现场宣传活动。宣传活动开展期间，免费发放控烟戒烟的宣传单等宣传资料达2900余份。</w:t>
      </w:r>
      <w:r>
        <w:rPr>
          <w:lang w:eastAsia="zh-CN"/>
        </w:rPr>
        <w:br/>
      </w:r>
      <w:r>
        <w:rPr>
          <w:lang w:eastAsia="zh-CN"/>
        </w:rPr>
        <w:t>　　同时宣传远离二手烟的危害，养成健康的生活方式和卫生习惯，以健康的体魄面对生活和工作。同时对向干部职工进行烟草危害和控烟方面知识以及健康生活方式方面知识的测验，大家都能认识了烟草带来的严重危害。收到良好的宣传效果。</w:t>
      </w:r>
      <w:r>
        <w:rPr>
          <w:lang w:eastAsia="zh-CN"/>
        </w:rPr>
        <w:br/>
      </w:r>
      <w:r>
        <w:rPr>
          <w:lang w:eastAsia="zh-CN"/>
        </w:rPr>
        <w:t>　　通过此次无烟日健康教育宣传活动，从宣传展板、宣传单、宣传折页及宣传手册的内容上，让广大群众非常直观的了解到吸烟的危害及戒烟的好处，普及了健康教育知识，提高了群众对吸烟危害的认识，增强了吸烟群体对控制吸烟的信心，最终达到戒烟的目的，营造良好生活环境，创建无烟生活。</w:t>
      </w:r>
      <w:r>
        <w:rPr>
          <w:lang w:eastAsia="zh-CN"/>
        </w:rPr>
        <w:br/>
      </w:r>
      <w:r>
        <w:rPr>
          <w:lang w:eastAsia="zh-CN"/>
        </w:rPr>
        <w:t xml:space="preserve">    世界无烟日宣传总结演讲稿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同学们，老师们：</w:t>
      </w:r>
      <w:r>
        <w:rPr>
          <w:lang w:eastAsia="zh-CN"/>
        </w:rPr>
        <w:br/>
      </w:r>
      <w:r>
        <w:rPr>
          <w:lang w:eastAsia="zh-CN"/>
        </w:rPr>
        <w:t>　　大家早上好，我今天演讲的题目是《远离烟草，珍爱生命》。</w:t>
      </w:r>
      <w:r>
        <w:rPr>
          <w:lang w:eastAsia="zh-CN"/>
        </w:rPr>
        <w:br/>
      </w:r>
      <w:r>
        <w:rPr>
          <w:lang w:eastAsia="zh-CN"/>
        </w:rPr>
        <w:t>　　同学们，你们知道5月31日是什么日子吗？是世界无烟日。</w:t>
      </w:r>
      <w:r>
        <w:rPr>
          <w:lang w:eastAsia="zh-CN"/>
        </w:rPr>
        <w:br/>
      </w:r>
      <w:r>
        <w:rPr>
          <w:lang w:eastAsia="zh-CN"/>
        </w:rPr>
        <w:t>　　同学们，你知道吸烟对人体的危害吗？一支香烟里含的尼古丁可毒死一只老鼠，而约一包香烟中的尼古丁能毒死一头牛。每天吸一包香烟，相当于吸入了50——70毫克尼古丁，如果一次性地服用了这些量，人足以被置于死地。除尼古丁外，点燃香烟时产生约5000种化合物，都是导致癌症的元凶。</w:t>
      </w:r>
      <w:r>
        <w:rPr>
          <w:lang w:eastAsia="zh-CN"/>
        </w:rPr>
        <w:br/>
      </w:r>
      <w:r>
        <w:rPr>
          <w:lang w:eastAsia="zh-CN"/>
        </w:rPr>
        <w:t>　　如今全球平均每年有40O万例、每天有11000例死亡与烟草有关。世界卫生组织发表的一项声明中指出：“如今烟草已经成为全球第二大杀手。吸烟所产生破坏比非典和海啸还要严重。</w:t>
      </w:r>
      <w:r>
        <w:rPr>
          <w:lang w:eastAsia="zh-CN"/>
        </w:rPr>
        <w:br/>
      </w:r>
      <w:r>
        <w:rPr>
          <w:lang w:eastAsia="zh-CN"/>
        </w:rPr>
        <w:t>　　我国世界上最大香烟生产国，也是最大香烟消费国。全世界三分之一以上香烟由人一口一口吸掉。而在我国烟民中，青少年又占了很大一部分。对青少年来说，吸烟危害远比想象中大得多，不仅会导致很多疾病，还会影响骨骼生长发育。因为青少年正处于身体迅速成长发育阶段，身体各器官系统还没有发育成熟，对各种有毒物质抵抗力不强，受烟雾毒害也就更深。</w:t>
      </w:r>
      <w:r>
        <w:rPr>
          <w:lang w:eastAsia="zh-CN"/>
        </w:rPr>
        <w:br/>
      </w:r>
      <w:r>
        <w:rPr>
          <w:lang w:eastAsia="zh-CN"/>
        </w:rPr>
        <w:t>　　反吸烟在我国已经是迫在眉睫。为此，我国政府提出了在今后25年中，将我国烟民总数减少1.1亿总体目标。</w:t>
      </w:r>
      <w:r>
        <w:rPr>
          <w:lang w:eastAsia="zh-CN"/>
        </w:rPr>
        <w:br/>
      </w:r>
      <w:r>
        <w:rPr>
          <w:lang w:eastAsia="zh-CN"/>
        </w:rPr>
        <w:t>　　为了积极响应政府号召，更为了我们自己的健康，我们呼吁，全体同学远离烟草，珍爱生命。</w:t>
      </w:r>
      <w:r>
        <w:rPr>
          <w:lang w:eastAsia="zh-CN"/>
        </w:rPr>
        <w:br/>
      </w:r>
      <w:r>
        <w:rPr>
          <w:lang w:eastAsia="zh-CN"/>
        </w:rPr>
        <w:t xml:space="preserve">    世界无烟日宣传总结演讲稿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尊敬的各位领导，评委，亲爱的黄埔学子:</w:t>
      </w:r>
      <w:r>
        <w:rPr>
          <w:lang w:eastAsia="zh-CN"/>
        </w:rPr>
        <w:br/>
      </w:r>
      <w:r>
        <w:rPr>
          <w:lang w:eastAsia="zh-CN"/>
        </w:rPr>
        <w:t>　　大家晚上好!</w:t>
      </w:r>
      <w:r>
        <w:rPr>
          <w:lang w:eastAsia="zh-CN"/>
        </w:rPr>
        <w:br/>
      </w:r>
      <w:r>
        <w:rPr>
          <w:lang w:eastAsia="zh-CN"/>
        </w:rPr>
        <w:t>　　“香烟随风飘，戒烟莫忘掉”是我今天演讲的主题。</w:t>
      </w:r>
      <w:r>
        <w:rPr>
          <w:lang w:eastAsia="zh-CN"/>
        </w:rPr>
        <w:br/>
      </w:r>
      <w:r>
        <w:rPr>
          <w:lang w:eastAsia="zh-CN"/>
        </w:rPr>
        <w:t>　　我亲爱的同学们，吸烟的黄埔兄弟们，你们有没有搞清楚自己吸烟的真正原因?有的出于公共社交的需要，有的为了减轻心理压力，而现在的我们则是为了追求时髦。而这种所谓的时髦是无形杀手，时刻危害着自己，影响他人。</w:t>
      </w:r>
      <w:r>
        <w:rPr>
          <w:lang w:eastAsia="zh-CN"/>
        </w:rPr>
        <w:br/>
      </w:r>
      <w:r>
        <w:rPr>
          <w:lang w:eastAsia="zh-CN"/>
        </w:rPr>
        <w:t>　　同学们你们知道吗?那一支支香烟是用金钱做成的，点燃时灰白色的烟如同烈日炎炎灼照，淡灰色的烟灰如同爸妈血汗挥洒在地。他们面朝黄土背朝天，不分昼夜工作多少个小时才换来一包香烟!而今天的你们却手指夹烟，乐欢逍遥，你能对得起他们吗?更不能谈得上爱自己，爱自己的父母!拿着父母赐给我们的生命，在慢性自杀，我们的爸妈伤心啊!我们的爸妈是无辜的啊!他们爱我们啊!爸妈的心在滴血，你们知道吗?</w:t>
      </w:r>
      <w:r>
        <w:rPr>
          <w:lang w:eastAsia="zh-CN"/>
        </w:rPr>
        <w:br/>
      </w:r>
      <w:r>
        <w:rPr>
          <w:lang w:eastAsia="zh-CN"/>
        </w:rPr>
        <w:t>　　今天，我们为了爸爸妈妈，为了他人，更为了自己，像戒烟成功的美国总统奥巴马一样，从现在开始，把烟戒掉吧!兄弟们，我相信你们，记住我，记住今天，从现在开始戒烟吧。</w:t>
      </w:r>
      <w:r>
        <w:rPr>
          <w:lang w:eastAsia="zh-CN"/>
        </w:rPr>
        <w:br/>
      </w:r>
      <w:r>
        <w:rPr>
          <w:lang w:eastAsia="zh-CN"/>
        </w:rPr>
        <w:t>　　让香烟随风飘去，跨过我们的黄埔大学，从此之后，向我们黄埔兄弟姐妹们说再见!发扬爱国，崇德，团结，奋进的黄埔精神。</w:t>
      </w:r>
      <w:r>
        <w:rPr>
          <w:lang w:eastAsia="zh-CN"/>
        </w:rPr>
        <w:br/>
      </w:r>
      <w:r>
        <w:rPr>
          <w:lang w:eastAsia="zh-CN"/>
        </w:rPr>
        <w:t>　　爱国――为祖国栋梁打下基础，让香烟远离祖国;</w:t>
      </w:r>
      <w:r>
        <w:rPr>
          <w:lang w:eastAsia="zh-CN"/>
        </w:rPr>
        <w:br/>
      </w:r>
      <w:r>
        <w:rPr>
          <w:lang w:eastAsia="zh-CN"/>
        </w:rPr>
        <w:t>　　崇德――念父母，为他人，远离香烟;</w:t>
      </w:r>
      <w:r>
        <w:rPr>
          <w:lang w:eastAsia="zh-CN"/>
        </w:rPr>
        <w:br/>
      </w:r>
      <w:r>
        <w:rPr>
          <w:lang w:eastAsia="zh-CN"/>
        </w:rPr>
        <w:t>　　团结――手牵手，心连心，共同戒掉香烟;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奋进――把我们黄埔打下建造成绿色，文明，健康的校园!</w:t>
      </w:r>
      <w:r>
        <w:rPr>
          <w:lang w:eastAsia="zh-CN"/>
        </w:rPr>
        <w:br/>
      </w:r>
      <w:r>
        <w:rPr>
          <w:lang w:eastAsia="zh-CN"/>
        </w:rPr>
        <w:t xml:space="preserve">    世界无烟日宣传总结演讲稿 篇7 </w:t>
      </w:r>
      <w:r>
        <w:rPr>
          <w:lang w:eastAsia="zh-CN"/>
        </w:rPr>
        <w:br/>
      </w:r>
      <w:r>
        <w:rPr>
          <w:lang w:eastAsia="zh-CN"/>
        </w:rPr>
        <w:t>　　老师们，同学们：</w:t>
      </w:r>
      <w:r>
        <w:rPr>
          <w:lang w:eastAsia="zh-CN"/>
        </w:rPr>
        <w:br/>
      </w:r>
      <w:r>
        <w:rPr>
          <w:lang w:eastAsia="zh-CN"/>
        </w:rPr>
        <w:t>　　大家好！</w:t>
      </w:r>
      <w:r>
        <w:rPr>
          <w:lang w:eastAsia="zh-CN"/>
        </w:rPr>
        <w:br/>
      </w:r>
      <w:r>
        <w:rPr>
          <w:lang w:eastAsia="zh-CN"/>
        </w:rPr>
        <w:t>　　5月31日世界无烟日。相信每一个人都知道，烟草危害当今世界最严重公共卫生问题之一，人类健康所面临最大危险因素。目前全球烟民总量已突破13亿人，每年因吸烟致死近500万人。为此，1987年11月联合国世界卫生组织建议将1988年4月7日定为第一个世界无烟日，以后固定为每年5月31日。开展这项活动，目在于警醒世人吸烟有害健康，呼吁人们放弃烟草，为人类自己创造一个健康生存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为什么有众多人吸烟呢？分析其原因主要有两个：一烟草中所含尼古丁令人上瘾，使人对它产生依赖，不容易戒掉；另一个原因大多数人还没有把吸烟看成一个丑陋，既害人又害己恶习。相反，认为这一件很有派头，很潇洒事情。因此，吸烟人群像滚雪球一样越滚越大，人们对它依赖也越来越强。我国世界上最大香烟生产国，也最大香烟消费国。全世界三分之一以上香烟由中国人一口一口吸掉。而在我国烟民中，青少年又占了很大一部分。对青少年来说，吸烟危害远比想象中大得多，不仅会导致很多疾病，还会影响骨骼生长发育。这因为青少年正处于身体迅速成长发育阶段，身体各器官系统还没有发育成熟，对各种有毒物质抵抗力不强，受烟雾毒害也就更深，甚至可以导致早衰，早亡。吸烟还可能使青少年养成不良生活习惯，诱发不良行为，甚至引发犯罪。反吸烟已成为我国迫在眉睫当务之急。为此，我国政府提出了在今后25年中，将我国烟民总数减少1。1亿总体目标。</w:t>
      </w:r>
      <w:r>
        <w:rPr>
          <w:lang w:eastAsia="zh-CN"/>
        </w:rPr>
        <w:br/>
      </w:r>
      <w:r>
        <w:rPr>
          <w:lang w:eastAsia="zh-CN"/>
        </w:rPr>
        <w:t>　　为了积极响应政府号召，更为了我们自己健康，我们呼吁，全体同学都要自觉地远离香烟，并劝说吸烟亲友尽量戒烟。毕竟，香烟对我们有害无益；毕竟，没有烟雾空气会更加清新，没有烟草生命会更加绚烂！</w:t>
      </w:r>
      <w:r>
        <w:rPr>
          <w:lang w:eastAsia="zh-CN"/>
        </w:rPr>
        <w:br/>
      </w:r>
      <w:r>
        <w:rPr>
          <w:lang w:eastAsia="zh-CN"/>
        </w:rPr>
        <w:t xml:space="preserve">    世界无烟日宣传总结演讲稿 篇8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今天我国旗下讲话的题目是《珍爱生命远离烟草》</w:t>
      </w:r>
      <w:r>
        <w:rPr>
          <w:lang w:eastAsia="zh-CN"/>
        </w:rPr>
        <w:br/>
      </w:r>
      <w:r>
        <w:rPr>
          <w:lang w:eastAsia="zh-CN"/>
        </w:rPr>
        <w:t>　　5月31日是世界卫生组织发起的第30个世界无烟日，说起无烟日，它是由美国癌肿协会在1977年提出的控制吸烟的一种宣传教育方式，旨在劝导烟民在当天不吸烟，商店停售烟草制品一天。自1988年世界卫生组织确定世界无烟日以来，每年的5月31日全球都开展同一主题的控烟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台下的同学们都已经历或正在经历青春期，多数的同学在心理上产生逆反，觉得已不再是小孩子了，你们对各种事物充满好奇，凡事都想试一试。而不少你们的家长没有重视自身行为给你们带来的影响，无意中轻率地流露出“成年才可以吸烟”的观点。不少的青少年在这种心理驱使下，将吸烟当作是否成熟的标志，开始模仿吸烟。更有同学是在同伴的影响下，相互模仿并开始吸烟。你们是否知道，身体高矮一般来说与遗传有关，但香烟也是一害。中国科学院的科学家曾对千余名儿童进行长期研究，发现家庭成员每天吸10支以下香烟，其儿童身高平均矮0.45cm;每天吸10支以上的家庭，儿童身高平均矮0.65cm;每天吸20支以上的家庭儿童，其身高平均矮0.91cm。另据调查，在吸烟家庭成长到7岁的儿童，其阅读能力明显低于不吸烟家庭的儿童，在吸烟家庭成长到11岁的儿童，其阅读能力延迟了4个月，算术能力延迟5个月。</w:t>
      </w:r>
      <w:r>
        <w:rPr>
          <w:lang w:eastAsia="zh-CN"/>
        </w:rPr>
        <w:br/>
      </w:r>
      <w:r>
        <w:rPr>
          <w:lang w:eastAsia="zh-CN"/>
        </w:rPr>
        <w:t>　　在烟草的烟雾中，一氧化碳含量很高，这是一种你们在化学课上学到过的一种物质，吸入人体后，使血红蛋白不能正常地与氧结合，因而失去携带氧气的功能。长期吸烟就会感到精力不集中，出现头痛、头昏现象，久之，大脑就要受到永久损害，使思维变得迟钝，记忆力减退，影响学习和工作。</w:t>
      </w:r>
      <w:r>
        <w:rPr>
          <w:lang w:eastAsia="zh-CN"/>
        </w:rPr>
        <w:br/>
      </w:r>
      <w:r>
        <w:rPr>
          <w:lang w:eastAsia="zh-CN"/>
        </w:rPr>
        <w:t>　　另外烟草中的尼古丁更是让人闻之色变，作为一种神经毒素，主要侵害人的神经系统。提取香烟中的尼古丁2滴放在小狗的舌头上，1到2分钟小狗立即中毒死亡，成人不慎服50毫克尼古丁，就会立即身亡。可见烟中的尼古丁、烟焦油等的毒性是多么的厉害。</w:t>
      </w:r>
      <w:r>
        <w:rPr>
          <w:lang w:eastAsia="zh-CN"/>
        </w:rPr>
        <w:br/>
      </w:r>
      <w:r>
        <w:rPr>
          <w:lang w:eastAsia="zh-CN"/>
        </w:rPr>
        <w:t>　　当然在我们身边有时候同学们还会被动吸烟。被动吸烟是指不愿吸烟的人无可奈何地吸入别人吐出来的烟气和香烟燃烧时散发在环境中的烟雾。</w:t>
      </w:r>
      <w:r>
        <w:rPr>
          <w:lang w:eastAsia="zh-CN"/>
        </w:rPr>
        <w:br/>
      </w:r>
      <w:r>
        <w:rPr>
          <w:lang w:eastAsia="zh-CN"/>
        </w:rPr>
        <w:t>　　鉴于被动吸烟的危害，同学们，你们是不是应该珍惜自己的身体，珍惜自己的年华，不仅要拒吸第一支烟，同时建议自己的家长、亲朋戒烟，共同创建无烟的环境。我的讲话到此完毕谢谢大家!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世界无烟日宣传总结演讲稿 篇9 </w:t>
      </w:r>
      <w:r>
        <w:rPr>
          <w:lang w:eastAsia="zh-CN"/>
        </w:rPr>
        <w:br/>
      </w:r>
      <w:r>
        <w:rPr>
          <w:lang w:eastAsia="zh-CN"/>
        </w:rPr>
        <w:t>　　各位老师，各位同学：</w:t>
      </w:r>
      <w:r>
        <w:rPr>
          <w:lang w:eastAsia="zh-CN"/>
        </w:rPr>
        <w:br/>
      </w:r>
      <w:r>
        <w:rPr>
          <w:lang w:eastAsia="zh-CN"/>
        </w:rPr>
        <w:t>　　我今天所讲的主题是：吸烟有害健康!</w:t>
      </w:r>
      <w:r>
        <w:rPr>
          <w:lang w:eastAsia="zh-CN"/>
        </w:rPr>
        <w:br/>
      </w:r>
      <w:r>
        <w:rPr>
          <w:lang w:eastAsia="zh-CN"/>
        </w:rPr>
        <w:t>　　就我们学校而言，就有好一部分男生吸烟，在上学路上、在课室、在宿舍、甚至厕所里。试问：你们真的认为吸烟就表示很有风度、很酷吗?你们可曾想过，当你点燃一支烟，既伤害了你自己也伤害了周围的其他同学，同时给家庭加重了负担，污染了环境。为什么我们不能好好珍惜自己的身体，体惜父母的血汗钱，遵守学校的规章制度呢?同学们，父母送你们来学校是为了长知识、学做人、学本领、以求日后有新作为：奉献给社会。大家可经过这样一则令人深思笑话：有个多岁的老烟迷，归纳出三个吸烟的好处，第一，可以防盗，因吸烟者睡着了也常常咳嗽，偷盗者以为房主还没有睡，起到防盗的作用。第二，狗都怕他，因长期吸烟者咳嗽驼背至弯腰，狗以为吸烟者在捡石头打它呢。第三，年轻化因吸烟者易患各种疾病、癌症、寿命不长、</w:t>
      </w:r>
      <w:r>
        <w:rPr>
          <w:lang w:eastAsia="zh-CN"/>
        </w:rPr>
        <w:br/>
      </w:r>
      <w:r>
        <w:rPr>
          <w:lang w:eastAsia="zh-CN"/>
        </w:rPr>
        <w:t>　　烟碱(nicotine)是烟草中的主要成分之一，具有很强的毒性。</w:t>
      </w:r>
      <w:r>
        <w:rPr>
          <w:lang w:eastAsia="zh-CN"/>
        </w:rPr>
        <w:br/>
      </w:r>
      <w:r>
        <w:rPr>
          <w:lang w:eastAsia="zh-CN"/>
        </w:rPr>
        <w:t>　　既然烟草有如此可怕的危害，为什么有众多的人吸烟呢?分析其原因主要有两个：一是烟草中所含的尼古丁令人上瘾，使人对它产生依赖，不容易戒掉。另一个原因是大多数人还没有把吸烟看成是一个丑陋的，既害人又害己的恶习。相反，认为这是一件很有派头，很潇洒的事情.因此，吸烟的人群像滚雪球一样越滚越大，人们对它的依赖也越来越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同学们，我们在校就要像一个学生，懂礼貌、守纪律、遵守中学生守则，中学生日常行为规范，做一个不吸烟、不喝酒、不赌博的好学生，这样父母会放心，师长也会赞许的。为了我们的环境，为了我们的身体，为了我们的青春请大家远离香烟，珍爱生命，让世界天天都是无烟日。</w:t>
      </w:r>
      <w:r>
        <w:rPr>
          <w:lang w:eastAsia="zh-CN"/>
        </w:rPr>
        <w:br/>
      </w:r>
      <w:r>
        <w:rPr>
          <w:lang w:eastAsia="zh-CN"/>
        </w:rPr>
        <w:t xml:space="preserve">    世界无烟日宣传总结演讲稿 篇10 </w:t>
      </w:r>
      <w:r>
        <w:rPr>
          <w:lang w:eastAsia="zh-CN"/>
        </w:rPr>
        <w:br/>
      </w:r>
      <w:r>
        <w:rPr>
          <w:lang w:eastAsia="zh-CN"/>
        </w:rPr>
        <w:t>　　尊敬的老师、同学们：</w:t>
      </w:r>
      <w:r>
        <w:rPr>
          <w:lang w:eastAsia="zh-CN"/>
        </w:rPr>
        <w:br/>
      </w:r>
      <w:r>
        <w:rPr>
          <w:lang w:eastAsia="zh-CN"/>
        </w:rPr>
        <w:t>　　大家好!</w:t>
      </w:r>
      <w:r>
        <w:rPr>
          <w:lang w:eastAsia="zh-CN"/>
        </w:rPr>
        <w:br/>
      </w:r>
      <w:r>
        <w:rPr>
          <w:lang w:eastAsia="zh-CN"/>
        </w:rPr>
        <w:t>　　5月31日悄悄来到我们身边，这不是一个平凡的日子，它是世界无烟日呀!亲爱的同学，你知道吸烟对人体的危害吗?大量的科学研究资料早就证明，吸烟对人体健康的危害十分广泛。所有烟草中均含有可导致人体发生多种致死性和致残性健康问题的毒素;吸烟者患癌症，尤其是肺癌、心脏病、肺气肿及其他致死性疾病的危险性会明显增加。然而，就在去年的今天，一项针对青少年烟草使用情况的最新调查显示，中国有20%以上的初中生尝试过吸烟，近92%的学生认为吸烟肯定会损害健康，但仍有22%的男生和4%的女生表示可能或肯定会在今后吸烟。看看我们邪恶校园的某些肮脏的角落里，烟蒂满是，可见连我们这个本该最纯净的校园也越来越不是那么纯净了，中学生主动吸烟和被动吸烟已成为一个不容忽视的问题。</w:t>
      </w:r>
      <w:r>
        <w:rPr>
          <w:lang w:eastAsia="zh-CN"/>
        </w:rPr>
        <w:br/>
      </w:r>
      <w:r>
        <w:rPr>
          <w:lang w:eastAsia="zh-CN"/>
        </w:rPr>
        <w:t>　　如今全球平均每年有40O万例、每天有11000例死亡与烟草有关。正如专家所言，烟草是一种在正常使用过程中就会杀死消费者的产品，烟草流行是一种无情的不分国家和社会的公共卫生灾难。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当发达国家的烟草商因在本国受到限制与责难，千方百计地向中国和发展中国家推销香烟、诱惑青少年吸洋烟时，我们广大青少年决不能误上贼船。 为了使人们意识到吸烟所带来的各种各样的危害，各国政府都在不遗余力地宣传吸烟有害健康，我国就有禁止香烟广告的规定，联合国也特别制定了每年的5月31日为世界无烟日。目的是创造一个清新、环保、绿色的地球村，让全人类的生活环境变得更健康、更美好。</w:t>
      </w:r>
      <w:r>
        <w:rPr>
          <w:lang w:eastAsia="zh-CN"/>
        </w:rPr>
        <w:br/>
      </w:r>
      <w:r>
        <w:rPr>
          <w:lang w:eastAsia="zh-CN"/>
        </w:rPr>
        <w:t>　　提神不妨清茶;消愁不如朋友;若吸烟，又何苦?我坚信 少年强则国强，少年弱则国弱。为了摘掉烟草大国的帽子，为了我们的健康成长，我们要大声呐喊：从我做起、从身边做起，不要让烟雾笼罩我们!</w:t>
      </w:r>
      <w:r>
        <w:rPr>
          <w:lang w:eastAsia="zh-CN"/>
        </w:rPr>
        <w:br/>
      </w:r>
      <w:r>
        <w:rPr>
          <w:lang w:eastAsia="zh-CN"/>
        </w:rPr>
        <w:t>　　我的演讲完毕，谢谢大家!</w:t>
      </w:r>
      <w:r>
        <w:rPr>
          <w:lang w:eastAsia="zh-CN"/>
        </w:rPr>
        <w:br/>
      </w:r>
      <w:r>
        <w:rPr>
          <w:lang w:eastAsia="zh-CN"/>
        </w:rPr>
        <w:t xml:space="preserve">    世界无烟日宣传总结演讲稿 篇11 </w:t>
      </w:r>
      <w:r>
        <w:rPr>
          <w:lang w:eastAsia="zh-CN"/>
        </w:rPr>
        <w:br/>
      </w:r>
      <w:r>
        <w:rPr>
          <w:lang w:eastAsia="zh-CN"/>
        </w:rPr>
        <w:t>　　尊敬的各位老师，同学们：</w:t>
      </w:r>
      <w:r>
        <w:rPr>
          <w:lang w:eastAsia="zh-CN"/>
        </w:rPr>
        <w:br/>
      </w:r>
      <w:r>
        <w:rPr>
          <w:lang w:eastAsia="zh-CN"/>
        </w:rPr>
        <w:t>　　大家好!</w:t>
      </w:r>
      <w:r>
        <w:rPr>
          <w:lang w:eastAsia="zh-CN"/>
        </w:rPr>
        <w:br/>
      </w:r>
      <w:r>
        <w:rPr>
          <w:lang w:eastAsia="zh-CN"/>
        </w:rPr>
        <w:t>　　吸烟危害健康，这句话无论是在家里，在学校里，还是社会中，都被我们听过很多遍了。可是，吸烟到底有哪些危害呢?许多同学对此却不是太清楚。那么，先让我们来看一组令人触目惊心的数据吧!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从20__年起，全球每年约有500万人因吸烟死亡。在个别国家，因吸烟而死亡的人数甚至已超过了因自杀，谋杀，交通事故致死的总和。如果不加以控制，在20__年，全球13亿烟民中就会有6.3亿死于非命。除众所周知的致癌作用以外，吸烟还会导致缺血性心脏病，慢性阻梗性肺病，肺气肿等。可以说，在进入老年期后，没有几个烟民不是在无数的病痛中走完一生的。</w:t>
      </w:r>
      <w:r>
        <w:rPr>
          <w:lang w:eastAsia="zh-CN"/>
        </w:rPr>
        <w:br/>
      </w:r>
      <w:r>
        <w:rPr>
          <w:lang w:eastAsia="zh-CN"/>
        </w:rPr>
        <w:t>　　正是因为吸烟有着如此巨大的危害，在许多国家都成立了民间反烟组织，甚至就在许多国家的政府也都纷纷下令禁止在公共场合吸烟，以抑制烟民的热情。然而，就是在今天这样一个全球上下一片反烟之声的时代里，我们学校的少数同学却正在尝试着吸烟，或许，他们自认为自己的行为很酷，很吸引人注目。可是，当他们在走廊的转角，在无人的车棚，甚至是在厕所里抽烟时能睁开眼睛好好看一看的话，就不难发现周围同学的震惊，反感和不屑。的确，香烟或许能给人以逃避现实中不顺的机会，可是我们正处在生长发育期，如果此时抽烟的话，不但会引发诸多疾病，还会干扰我们身体的正常发育。长期如此的话，大量的尼古丁甚至还有可能诱导器官的畸变，使人发育畸形，这都是我们为一时之快所付出的代价，更何况，科学研究已经证实：因为青少年的呼吸道与神经系统尚未完全发育，此时吸烟除了使人的喉咙肿痛，干涩外，不会给人带来任何舒适感。所谓的“吸烟能给青少年减轻压力”只是一句天大的谎言而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同学们，吸烟对我们有百害而无一利，为了我们自己的将来，也为了别人的明天，让我们携起手来，一同抵制吸烟吧!当有人向你递上香烟时，请有礼貌而坚定的拒绝;当看到亲朋好友吸烟时，请勇敢地走上前去制止他们;当看家陌生人在吸烟时，也请礼貌地向他宣传吸烟的害处。同学们，抵制吸烟不仅需要国家、政府的努力，更需要我们的支持，让我们从细节做起，从生活中的一点一滴做起吧!我相信，当真正的无烟社会到来时，受益的一定会是我们所有人!</w:t>
      </w:r>
      <w:r>
        <w:rPr>
          <w:lang w:eastAsia="zh-CN"/>
        </w:rPr>
        <w:br/>
      </w:r>
      <w:r>
        <w:rPr>
          <w:lang w:eastAsia="zh-CN"/>
        </w:rPr>
        <w:t>　　我的演讲结束，谢谢大家!</w:t>
      </w:r>
      <w:r>
        <w:rPr>
          <w:lang w:eastAsia="zh-CN"/>
        </w:rPr>
        <w:br/>
      </w:r>
      <w:r>
        <w:rPr>
          <w:lang w:eastAsia="zh-CN"/>
        </w:rPr>
        <w:t xml:space="preserve">    世界无烟日宣传总结演讲稿 篇12 </w:t>
      </w:r>
      <w:r>
        <w:rPr>
          <w:lang w:eastAsia="zh-CN"/>
        </w:rPr>
        <w:br/>
      </w:r>
      <w:r>
        <w:rPr>
          <w:lang w:eastAsia="zh-CN"/>
        </w:rPr>
        <w:t>　　老师们，同学们：</w:t>
      </w:r>
      <w:r>
        <w:rPr>
          <w:lang w:eastAsia="zh-CN"/>
        </w:rPr>
        <w:br/>
      </w:r>
      <w:r>
        <w:rPr>
          <w:lang w:eastAsia="zh-CN"/>
        </w:rPr>
        <w:t>　　大家好!</w:t>
      </w:r>
      <w:r>
        <w:rPr>
          <w:lang w:eastAsia="zh-CN"/>
        </w:rPr>
        <w:br/>
      </w:r>
      <w:r>
        <w:rPr>
          <w:lang w:eastAsia="zh-CN"/>
        </w:rPr>
        <w:t>　　5月31日世界无烟日。相信每一个人都知道，烟草危害当今世界最严重公共卫生问题之一，人类健康所面临最大危险因素。目前全球烟民总量已突破13亿人，每年因吸烟致死近500万人。为此，1987年11月联合国世界卫生组织建议将1988年4月7日定为第一个世界无烟日，以后固定为每年5月31日。开展这项活动，目在于警醒世人吸烟有害健康，呼吁人们放弃烟草，为人类自己创造一个健康生存环境。 那么烟草究竟有多大危害呢?</w:t>
      </w:r>
      <w:r>
        <w:rPr>
          <w:lang w:eastAsia="zh-CN"/>
        </w:rPr>
        <w:br/>
      </w:r>
      <w:r>
        <w:rPr>
          <w:lang w:eastAsia="zh-CN"/>
        </w:rPr>
        <w:t>　　据研究，一支香烟里含尼古丁可毒死一只老鼠，而约一包香烟中尼古丁能毒死一头牛。每天吸一包香烟，相当于吸入了50&amp;&amp;70毫克尼古丁，如果一次性地服用了这些量，人足以被置于死地。除尼古丁外，点燃香烟时产生约5000种化合物，都导致癌症元凶。</w:t>
      </w:r>
      <w:r>
        <w:rPr>
          <w:lang w:eastAsia="zh-CN"/>
        </w:rPr>
        <w:br/>
      </w:r>
      <w:r>
        <w:rPr>
          <w:lang w:eastAsia="zh-CN"/>
        </w:rPr>
        <w:t>　　既然烟草有如此可怕危害，为什么有众多人吸烟呢?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分析其原因主要有两个：一烟草中所含尼古丁令人上瘾，使人对它产生依赖，不容易戒掉;另一个原因大多数人还没有把吸烟看成一个丑陋，既害人又害己恶习。相反，认为这一件很有派头，很潇洒事情。因此，吸烟人群像滚雪球一样越滚越大，人们对它依赖也越来越强。</w:t>
      </w:r>
      <w:r>
        <w:rPr>
          <w:lang w:eastAsia="zh-CN"/>
        </w:rPr>
        <w:br/>
      </w:r>
      <w:r>
        <w:rPr>
          <w:lang w:eastAsia="zh-CN"/>
        </w:rPr>
        <w:t>　　我国世界上最大香烟生产国，也最大香烟消费国。全世界三分之一以上香烟由中国人一口一口吸掉。而在我国烟民中，青少年又占了很大一部分。对青少年来说，吸烟危害远比想象中大得多，不仅会导致很多疾病，还会影响骨骼生长发育。这因为青少年正处于身体迅速成长发育阶段，身体各器官系统还没有发育成熟，对各种有毒物质抵抗力不强，受烟雾毒害也就更深，甚至可以导致早衰，早亡。吸烟还可能使青少年养成不良生活习惯，诱发不良行为，甚至引发犯罪。</w:t>
      </w:r>
      <w:r>
        <w:rPr>
          <w:lang w:eastAsia="zh-CN"/>
        </w:rPr>
        <w:br/>
      </w:r>
      <w:r>
        <w:rPr>
          <w:lang w:eastAsia="zh-CN"/>
        </w:rPr>
        <w:t>　　反吸烟已成为我国迫在眉睫当务之急。为此，我国政府提出了在今后20__年中，将我国烟民总数减少1.1亿总体目标。</w:t>
      </w:r>
      <w:r>
        <w:rPr>
          <w:lang w:eastAsia="zh-CN"/>
        </w:rPr>
        <w:br/>
      </w:r>
      <w:r>
        <w:rPr>
          <w:lang w:eastAsia="zh-CN"/>
        </w:rPr>
        <w:t>　　为了积极响应政府号召，更为了我们自己健康，我们呼吁，全体同学都要自觉地远离香烟，并劝说吸烟亲友尽量戒烟。毕竟，香烟对我们有害无益;毕竟，没有烟雾空气会更加清新，没有烟草生命会更加绚烂!</w:t>
      </w:r>
      <w:r>
        <w:rPr>
          <w:lang w:eastAsia="zh-CN"/>
        </w:rPr>
        <w:br/>
      </w:r>
      <w:r>
        <w:rPr>
          <w:lang w:eastAsia="zh-CN"/>
        </w:rPr>
        <w:t xml:space="preserve">    世界无烟日宣传总结演讲稿 篇13 </w:t>
      </w:r>
      <w:r>
        <w:rPr>
          <w:lang w:eastAsia="zh-CN"/>
        </w:rPr>
        <w:br/>
      </w:r>
      <w:r>
        <w:rPr>
          <w:lang w:eastAsia="zh-CN"/>
        </w:rPr>
        <w:t>　　众所周知，</w:t>
      </w:r>
      <w:r>
        <w:rPr>
          <w:lang w:eastAsia="zh-CN"/>
        </w:rPr>
        <w:br/>
      </w:r>
      <w:r>
        <w:rPr>
          <w:lang w:eastAsia="zh-CN"/>
        </w:rPr>
        <w:t>　　烟草危害健康并可以导致多种疾病，</w:t>
      </w:r>
      <w:r>
        <w:rPr>
          <w:lang w:eastAsia="zh-CN"/>
        </w:rPr>
        <w:br/>
      </w:r>
      <w:r>
        <w:rPr>
          <w:lang w:eastAsia="zh-CN"/>
        </w:rPr>
        <w:t>　　同时也给公众健康和国民经济的发展产生巨大影响。</w:t>
      </w:r>
      <w:r>
        <w:rPr>
          <w:lang w:eastAsia="zh-CN"/>
        </w:rPr>
        <w:br/>
      </w:r>
      <w:r>
        <w:rPr>
          <w:lang w:eastAsia="zh-CN"/>
        </w:rPr>
        <w:t>　　烟草烟雾中含有7000种化学物质，至少69种是致癌物</w:t>
      </w:r>
      <w:r>
        <w:rPr>
          <w:lang w:eastAsia="zh-CN"/>
        </w:rPr>
        <w:br/>
      </w:r>
      <w:r>
        <w:rPr>
          <w:lang w:eastAsia="zh-CN"/>
        </w:rPr>
        <w:t>　　吸烟可以导致诸多疾病: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联合国第70届大会通过的并于20__年生效的全球《2030年可持续发展议程》中的17项指标，其中至少有7项与健康和疾病有关，而又有足够的证据证明现在的诸如心脑血管病疾病，癌症，糖尿病，高血压病等都与烟草有关，因此有理由相信控制烟草有助于实现其他的全球目标。</w:t>
      </w:r>
      <w:r>
        <w:rPr>
          <w:lang w:eastAsia="zh-CN"/>
        </w:rPr>
        <w:br/>
      </w:r>
      <w:r>
        <w:rPr>
          <w:lang w:eastAsia="zh-CN"/>
        </w:rPr>
        <w:t>　　WHO为呼应全球《2030年可持续发展议程》并着眼于世界各国经济可持续发展的战略目标，提出:</w:t>
      </w:r>
      <w:r>
        <w:rPr>
          <w:lang w:eastAsia="zh-CN"/>
        </w:rPr>
        <w:br/>
      </w:r>
      <w:r>
        <w:rPr>
          <w:lang w:eastAsia="zh-CN"/>
        </w:rPr>
        <w:t>　　世界无烟日主发言稿</w:t>
      </w:r>
      <w:r>
        <w:rPr>
          <w:lang w:eastAsia="zh-CN"/>
        </w:rPr>
        <w:br/>
      </w:r>
      <w:r>
        <w:rPr>
          <w:lang w:eastAsia="zh-CN"/>
        </w:rPr>
        <w:t>　　烟草--对发展的威胁</w:t>
      </w:r>
      <w:r>
        <w:rPr>
          <w:lang w:eastAsia="zh-CN"/>
        </w:rPr>
        <w:br/>
      </w:r>
      <w:r>
        <w:rPr>
          <w:lang w:eastAsia="zh-CN"/>
        </w:rPr>
        <w:t>　　控制烟草可以挽救生命和减少对公众不健康因素的影响，极大地有利于减少疾病的发生率，有助于降低贫穷和促进经济发展。从而可以打破因吸烟致病，因有病致贫，并加大个人和国家对卫生和疾病负担的支出，使国民经济发展受到严重的恶性循环。</w:t>
      </w:r>
      <w:r>
        <w:rPr>
          <w:lang w:eastAsia="zh-CN"/>
        </w:rPr>
        <w:br/>
      </w:r>
      <w:r>
        <w:rPr>
          <w:lang w:eastAsia="zh-CN"/>
        </w:rPr>
        <w:t>　　有效控制烟草的最好策略和办法就是，政府尽快出台有关烟草控制政策和法律，履行在公共场所全面禁烟立法，提高烟草税价，烟包上使用警示图片等国际社会公认有效的办法。同时让吸烟者戒烟，非吸烟者尤其是青少年远离烟草。</w:t>
      </w:r>
      <w:r>
        <w:rPr>
          <w:lang w:eastAsia="zh-CN"/>
        </w:rPr>
        <w:br/>
      </w:r>
      <w:r>
        <w:rPr>
          <w:lang w:eastAsia="zh-CN"/>
        </w:rPr>
        <w:t>　　烟草烟雾影响你、我、他、</w:t>
      </w:r>
      <w:r>
        <w:rPr>
          <w:lang w:eastAsia="zh-CN"/>
        </w:rPr>
        <w:br/>
      </w:r>
      <w:r>
        <w:rPr>
          <w:lang w:eastAsia="zh-CN"/>
        </w:rPr>
        <w:t>　　我们呼吁:</w:t>
      </w:r>
      <w:r>
        <w:rPr>
          <w:lang w:eastAsia="zh-CN"/>
        </w:rPr>
        <w:br/>
      </w:r>
      <w:r>
        <w:rPr>
          <w:lang w:eastAsia="zh-CN"/>
        </w:rPr>
        <w:t>　　大家共同行动起来，</w:t>
      </w:r>
      <w:r>
        <w:rPr>
          <w:lang w:eastAsia="zh-CN"/>
        </w:rPr>
        <w:br/>
      </w:r>
      <w:r>
        <w:rPr>
          <w:lang w:eastAsia="zh-CN"/>
        </w:rPr>
        <w:t>　　共同响应今年无烟日的主题，</w:t>
      </w:r>
      <w:r>
        <w:rPr>
          <w:lang w:eastAsia="zh-CN"/>
        </w:rPr>
        <w:br/>
      </w:r>
      <w:r>
        <w:rPr>
          <w:lang w:eastAsia="zh-CN"/>
        </w:rPr>
        <w:t>　　为减少烟草烟雾和促进经济的可持续发展做出新的贡献!</w:t>
      </w:r>
      <w:r>
        <w:rPr>
          <w:lang w:eastAsia="zh-CN"/>
        </w:rPr>
        <w:br/>
      </w:r>
      <w:r>
        <w:rPr>
          <w:lang w:eastAsia="zh-CN"/>
        </w:rPr>
        <w:t>　　被吸烟 我不干!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世界无烟日宣传总结演讲稿 篇14 </w:t>
      </w:r>
      <w:r>
        <w:rPr>
          <w:lang w:eastAsia="zh-CN"/>
        </w:rPr>
        <w:br/>
      </w:r>
      <w:r>
        <w:rPr>
          <w:lang w:eastAsia="zh-CN"/>
        </w:rPr>
        <w:t>　　同学们，老师们：</w:t>
      </w:r>
      <w:r>
        <w:rPr>
          <w:lang w:eastAsia="zh-CN"/>
        </w:rPr>
        <w:br/>
      </w:r>
      <w:r>
        <w:rPr>
          <w:lang w:eastAsia="zh-CN"/>
        </w:rPr>
        <w:t>　　大家早上好，我今天演讲的题目是《远离烟草，珍爱生命》。</w:t>
      </w:r>
      <w:r>
        <w:rPr>
          <w:lang w:eastAsia="zh-CN"/>
        </w:rPr>
        <w:br/>
      </w:r>
      <w:r>
        <w:rPr>
          <w:lang w:eastAsia="zh-CN"/>
        </w:rPr>
        <w:t>　　同学们，你们知道5月31日是什么日子吗？是世界无烟日。</w:t>
      </w:r>
      <w:r>
        <w:rPr>
          <w:lang w:eastAsia="zh-CN"/>
        </w:rPr>
        <w:br/>
      </w:r>
      <w:r>
        <w:rPr>
          <w:lang w:eastAsia="zh-CN"/>
        </w:rPr>
        <w:t>　　同学们，你知道吸烟对人体的危害吗？一支香烟里含的尼古丁可毒死一只老鼠，而约一包香烟中的尼古丁能毒死一头牛。每天吸一包香烟，相当于吸入了50——70毫克尼古丁，如果一次性地服用了这些量，人足以被置于死地。除尼古丁外，点燃香烟时产生约5000种化合物，都是导致癌症的元凶。</w:t>
      </w:r>
      <w:r>
        <w:rPr>
          <w:lang w:eastAsia="zh-CN"/>
        </w:rPr>
        <w:br/>
      </w:r>
      <w:r>
        <w:rPr>
          <w:lang w:eastAsia="zh-CN"/>
        </w:rPr>
        <w:t>　　如今全球平均每年有40O万例、每天有11000例死亡与烟草有关。世界卫生组织发表的一项声明中指出：“如今烟草已经成为全球第二大杀手。吸烟所产生破坏比非典和海啸还要严重。</w:t>
      </w:r>
      <w:r>
        <w:rPr>
          <w:lang w:eastAsia="zh-CN"/>
        </w:rPr>
        <w:br/>
      </w:r>
      <w:r>
        <w:rPr>
          <w:lang w:eastAsia="zh-CN"/>
        </w:rPr>
        <w:t>　　我国世界上最大香烟生产国，也是最大香烟消费国。全世界三分之一以上香烟由中国人一口一口吸掉。而在我国烟民中，青少年又占了很大一部分。对青少年来说，吸烟危害远比想象中大得多，不仅会导致很多疾病，还会影响骨骼生长发育。因为青少年正处于身体迅速成长发育阶段，身体各器官系统还没有发育成熟，对各种有毒物质抵抗力不强，受烟雾毒害也就更深。</w:t>
      </w:r>
      <w:r>
        <w:rPr>
          <w:lang w:eastAsia="zh-CN"/>
        </w:rPr>
        <w:br/>
      </w:r>
      <w:r>
        <w:rPr>
          <w:lang w:eastAsia="zh-CN"/>
        </w:rPr>
        <w:t>　　反吸烟在我国已经是迫在眉睫。为此，我国政府提出了在今后25年中，将我国烟民总数减少1。1亿总体目标。</w:t>
      </w:r>
      <w:r>
        <w:rPr>
          <w:lang w:eastAsia="zh-CN"/>
        </w:rPr>
        <w:br/>
      </w:r>
      <w:r>
        <w:rPr>
          <w:lang w:eastAsia="zh-CN"/>
        </w:rPr>
        <w:t>　　为了积极响应政府号召，更为了我们自己的健康，我们呼吁，全体同学远离烟草，珍爱生命。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世界无烟日宣传总结演讲稿 篇15 </w:t>
      </w:r>
      <w:r>
        <w:rPr>
          <w:lang w:eastAsia="zh-CN"/>
        </w:rPr>
        <w:br/>
      </w:r>
      <w:r>
        <w:rPr>
          <w:lang w:eastAsia="zh-CN"/>
        </w:rPr>
        <w:t>　　各位老师、同学们：</w:t>
      </w:r>
      <w:r>
        <w:rPr>
          <w:lang w:eastAsia="zh-CN"/>
        </w:rPr>
        <w:br/>
      </w:r>
      <w:r>
        <w:rPr>
          <w:lang w:eastAsia="zh-CN"/>
        </w:rPr>
        <w:t>　　日前，一个由国家烟草专卖局、宋庆龄基金会、全国少工委、吸烟与健康协会主办，英美烟草公司协办、宋庆龄基金会《中华少年》杂志社承办的，旨在引导青少年选择积极向上的生活方式，有效劝阻取未成年人吸烟的“我们的选择——‘太阳花’杯系列公益活动”即日起正式启动。</w:t>
      </w:r>
      <w:r>
        <w:rPr>
          <w:lang w:eastAsia="zh-CN"/>
        </w:rPr>
        <w:br/>
      </w:r>
      <w:r>
        <w:rPr>
          <w:lang w:eastAsia="zh-CN"/>
        </w:rPr>
        <w:t>　　青少年的健康成长是全社会的共同责任，而青少年吸烟更是一个倍受人们关注的社会问题。因此，为了有效地劝阻青少年吸烟，养成良好的行为习惯，提高自身的文化素质，宋庆龄基金会、国家烟草专卖局及英美烟草公司在连续四年进行了青少年不应吸烟的宣传后，于年举办了“我们的选择——‘太阳花’杯系列公益活动”。此项活动得到了全国广大的中小学生的热烈响应，得到了教师与家长的好评和欢迎。经过去年一年的运作，活动产生了良好的社会影响和宣传效果，达到了预期的目的。为了巩固取得的成绩，进一步劝阻青少年远离烟草和一切不良嗜好，活动的主办单位与协办单位决定在今年继续开展这一活动。</w:t>
      </w:r>
      <w:r>
        <w:rPr>
          <w:lang w:eastAsia="zh-CN"/>
        </w:rPr>
        <w:br/>
      </w:r>
    </w:p>
    <w:p w:rsidR="001B1F19" w14:textId="27C3F48A">
      <w:pPr>
        <w:rPr>
          <w:rFonts w:hint="eastAsia"/>
          <w:lang w:eastAsia="zh-CN"/>
        </w:rPr>
      </w:pPr>
      <w:r>
        <w:rPr>
          <w:lang w:eastAsia="zh-CN"/>
        </w:rPr>
        <w:t>　　据悉，今年的“我们的选择——‘太阳花’杯系列公益活动”从指导与具体内容两个方面，在去年活动的基础上，进一步深化了活动主题对中小学生的理念教育与引导，同时根据教师与家长的反馈，扩大了活动的内容。整个活动包括：全国中小学生比赛、全国中小学生摄影比赛、全国中小学生棋类比赛(围棋和国际象棋)、比赛夏令营、摄影比赛夏令营、颁奖晚会、编辑纪念册和制作专题片等内容。</w:t>
      </w:r>
      <w:r>
        <w:rPr>
          <w:lang w:eastAsia="zh-CN"/>
        </w:rPr>
        <w:br/>
      </w:r>
      <w:r>
        <w:rPr>
          <w:lang w:eastAsia="zh-CN"/>
        </w:rPr>
        <w:t>　　活动将从4月10日起至12月底前在全国各地的中学生和小学高年级学生中展开。活动将在大连、深圳、广西柳州、内蒙古包头等4个城市设立分会场。并在全国主要城市的售烟柜台摆放“禁止中小学生吸烟”的警示牌，在全国中小学校园及公共场所张贴宣传品，展开广泛的宣传活动。</w:t>
      </w:r>
      <w:r>
        <w:rPr>
          <w:lang w:eastAsia="zh-CN"/>
        </w:rPr>
        <w:br/>
      </w:r>
      <w:r>
        <w:rPr>
          <w:lang w:eastAsia="zh-CN"/>
        </w:rPr>
        <w:t>　　宋庆龄基金会秘书长李宁先生说：“是一个烟草的生产与消费大国，在全国的3亿吸烟者中，青少年占有一定的人数而且呈上升的趋势，这样的情况严重影响了青少年的身体与心理的健康。关心青少年的健康成长，教育青少年面向未来，面向世界，培养他们的创新和实践能力，促进他们的德智体美劳的全面发展，是宋庆龄基金会的工作宗旨之一。四年来，我们与国家烟草专卖局及英美烟草公司连续四年进行青少年不应吸烟的宣传，并在去年和今年启动了‘我们的选择——“太阳花”杯系列公益活动’，希望能够帮助青少年养成良好的生活习惯，让我们的孩子们在充满阳光和绿色的清闲世界里茁壮成长。”</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https://d.book118.com/138122115010006044</w:t>
        </w:r>
      </w:hyperlink>
    </w:p>
    <w:p w:rsidR="001B1F19">
      <w:pPr>
        <w:rPr>
          <w:rFonts w:hint="eastAsia"/>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8122115010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