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高中数学教师个人总结（31篇）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高中数学教师个人总结（精选31篇）</w:t>
      </w:r>
      <w:r>
        <w:rPr>
          <w:lang w:eastAsia="zh-CN"/>
        </w:rPr>
        <w:br/>
      </w:r>
      <w:r>
        <w:rPr>
          <w:lang w:eastAsia="zh-CN"/>
        </w:rPr>
        <w:t xml:space="preserve">    高中数学教师个人总结 篇1 </w:t>
      </w:r>
      <w:r>
        <w:rPr>
          <w:lang w:eastAsia="zh-CN"/>
        </w:rPr>
        <w:br/>
      </w:r>
      <w:r>
        <w:rPr>
          <w:lang w:eastAsia="zh-CN"/>
        </w:rPr>
        <w:t>　　我担任__班的数学教师以来，本着实事求是的态度，可以说紧张忙碌而收获多多。把新课程标准的新思想、新理念和数学课堂教学的新思路、新设想结合起来，转变思想，积极探索，大胆创新，并不断完善。总结如下：</w:t>
      </w:r>
      <w:r>
        <w:rPr>
          <w:lang w:eastAsia="zh-CN"/>
        </w:rPr>
        <w:br/>
      </w:r>
      <w:r>
        <w:rPr>
          <w:lang w:eastAsia="zh-CN"/>
        </w:rPr>
        <w:t>　　一、 认真备课</w:t>
      </w:r>
      <w:r>
        <w:rPr>
          <w:lang w:eastAsia="zh-CN"/>
        </w:rPr>
        <w:br/>
      </w:r>
      <w:r>
        <w:rPr>
          <w:lang w:eastAsia="zh-CN"/>
        </w:rPr>
        <w:t>　　不但备学生而且备教材备教法，根据教材内容及学生的实际，设计课的类型，拟定采用的教学方法，并对教学过程的程序及时间安排都作了详细的记录，认真写好教案。每一课都做到“有备而来”， 课后及时对该课作出总结。</w:t>
      </w:r>
      <w:r>
        <w:rPr>
          <w:lang w:eastAsia="zh-CN"/>
        </w:rPr>
        <w:br/>
      </w:r>
      <w:r>
        <w:rPr>
          <w:lang w:eastAsia="zh-CN"/>
        </w:rPr>
        <w:t>　　二、 增强上课技能，提高教学质量，</w:t>
      </w:r>
      <w:r>
        <w:rPr>
          <w:lang w:eastAsia="zh-CN"/>
        </w:rPr>
        <w:br/>
      </w:r>
      <w:r>
        <w:rPr>
          <w:lang w:eastAsia="zh-CN"/>
        </w:rPr>
        <w:t>　　使讲解清晰化，条理化，准确化，情感化，生动化，做到线索清晰，层次分明，言简意赅，深入浅出。在课堂上特别注意调动学生的积极性，加强师生交流，充分体现学生的主作用，让学生学得容易，学得轻松，学得愉快；注意精讲精练，注重学生的动手参能力。</w:t>
      </w:r>
      <w:r>
        <w:rPr>
          <w:lang w:eastAsia="zh-CN"/>
        </w:rPr>
        <w:br/>
      </w:r>
      <w:r>
        <w:rPr>
          <w:lang w:eastAsia="zh-CN"/>
        </w:rPr>
        <w:t>　　三、 其他老师。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教学上都积极征求其他老师的意见，学习他们的方法，同时，多听老师特别是指导老师的课，做到边听边讲，学习别人的优点，克服自己的不足，并常常邀请其他老师来听课，征求他们的意见，改进工作。</w:t>
      </w:r>
      <w:r>
        <w:rPr>
          <w:lang w:eastAsia="zh-CN"/>
        </w:rPr>
        <w:br/>
      </w:r>
      <w:r>
        <w:rPr>
          <w:lang w:eastAsia="zh-CN"/>
        </w:rPr>
        <w:t>　　四、 真批改作业：布置作业做到精读精练。</w:t>
      </w:r>
      <w:r>
        <w:rPr>
          <w:lang w:eastAsia="zh-CN"/>
        </w:rPr>
        <w:br/>
      </w:r>
      <w:r>
        <w:rPr>
          <w:lang w:eastAsia="zh-CN"/>
        </w:rPr>
        <w:t>　　将他们在作业过程出现的问题作出分类总结，进行透切的评讲，并针对有关情况及时改进教学方法，做到有的放矢。</w:t>
      </w:r>
      <w:r>
        <w:rPr>
          <w:lang w:eastAsia="zh-CN"/>
        </w:rPr>
        <w:br/>
      </w:r>
      <w:r>
        <w:rPr>
          <w:lang w:eastAsia="zh-CN"/>
        </w:rPr>
        <w:t>　　五、 做好课后辅导工作，注意分层教学。</w:t>
      </w:r>
      <w:r>
        <w:rPr>
          <w:lang w:eastAsia="zh-CN"/>
        </w:rPr>
        <w:br/>
      </w:r>
      <w:r>
        <w:rPr>
          <w:lang w:eastAsia="zh-CN"/>
        </w:rPr>
        <w:t>　　在课后，为不同层次的学生进行相应的辅导，以满足不同层次的学生的需求，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在此基础上，再教给他们学习的方法，提高他们的技能。</w:t>
      </w:r>
      <w:r>
        <w:rPr>
          <w:lang w:eastAsia="zh-CN"/>
        </w:rPr>
        <w:br/>
      </w:r>
      <w:r>
        <w:rPr>
          <w:lang w:eastAsia="zh-CN"/>
        </w:rPr>
        <w:t>　　六、 积极推进素质教育。</w:t>
      </w:r>
      <w:r>
        <w:rPr>
          <w:lang w:eastAsia="zh-CN"/>
        </w:rPr>
        <w:br/>
      </w:r>
      <w:r>
        <w:rPr>
          <w:lang w:eastAsia="zh-CN"/>
        </w:rPr>
        <w:t>　　我在教学工作中注意了学生能力的培养，把传受知识、技能和发展智力、能力结合起来，在知识层面上注入了思想情感教育的因素，发挥学生的创新意识和创新能力。让学生的各种素质都得到有效的发展和培养。</w:t>
      </w:r>
      <w:r>
        <w:rPr>
          <w:lang w:eastAsia="zh-CN"/>
        </w:rPr>
        <w:br/>
      </w:r>
      <w:r>
        <w:rPr>
          <w:lang w:eastAsia="zh-CN"/>
        </w:rPr>
        <w:t>　　七、 加强学风建设</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提倡一种认真、求实的学风，与此同时，为了提高同学的学习积极性，开展了学习竞赛活动，在学生中兴起一种你追我赶的学习风气。经过一个学期，绝大部分的同学都养成了勤学苦练的习惯，形成了良好的学风。</w:t>
      </w:r>
      <w:r>
        <w:rPr>
          <w:lang w:eastAsia="zh-CN"/>
        </w:rPr>
        <w:br/>
      </w:r>
      <w:r>
        <w:rPr>
          <w:lang w:eastAsia="zh-CN"/>
        </w:rPr>
        <w:t>　　八、 需要改进的地方</w:t>
      </w:r>
      <w:r>
        <w:rPr>
          <w:lang w:eastAsia="zh-CN"/>
        </w:rPr>
        <w:br/>
      </w:r>
      <w:r>
        <w:rPr>
          <w:lang w:eastAsia="zh-CN"/>
        </w:rPr>
        <w:t>　　争取更好的把握教材的连贯性，规范教学过程中的语言表达，加强与学生之间的沟通，以便正确引导学生认真学习，多熟悉教材，尽量把握教学的重点内容，提高教学效果。</w:t>
      </w:r>
      <w:r>
        <w:rPr>
          <w:lang w:eastAsia="zh-CN"/>
        </w:rPr>
        <w:br/>
      </w:r>
      <w:r>
        <w:rPr>
          <w:lang w:eastAsia="zh-CN"/>
        </w:rPr>
        <w:t xml:space="preserve">    高中数学教师个人总结 篇2 </w:t>
      </w:r>
      <w:r>
        <w:rPr>
          <w:lang w:eastAsia="zh-CN"/>
        </w:rPr>
        <w:br/>
      </w:r>
      <w:r>
        <w:rPr>
          <w:lang w:eastAsia="zh-CN"/>
        </w:rPr>
        <w:t>　　又一个学期过去了，回想起来，在这一年的数学教学中，我担任了高一（_）、（_）、（_）三个班的数学教师，虽然我付出了许许多多的汗水，同时也收获了很多很多。由于担任学校普通班的数学课，学生基础很差，上课常常感到很吃力、压力之大，责任之重，可想而知。现将本学期教学情况简要总结如下，以便总结经验，寻找不足。</w:t>
      </w:r>
      <w:r>
        <w:rPr>
          <w:lang w:eastAsia="zh-CN"/>
        </w:rPr>
        <w:br/>
      </w:r>
      <w:r>
        <w:rPr>
          <w:lang w:eastAsia="zh-CN"/>
        </w:rPr>
        <w:t>　　一、加强理论学习，积极学习新课程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是第一年接触到新课程的新授课，对新课程的认识了解还不够，因此，必须积极学习新课程改革的相关要求理论，仔细研究新的课程标准，并结合贵州省的考试说明，及时更新自己的大脑，以适应新课程改革的需要。同时为了和教学一线的同行们交流，积极利用好互联网络，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r>
        <w:rPr>
          <w:lang w:eastAsia="zh-CN"/>
        </w:rPr>
        <w:br/>
      </w:r>
      <w:r>
        <w:rPr>
          <w:lang w:eastAsia="zh-CN"/>
        </w:rPr>
        <w:t>　　二、关心爱护学生，积极研究学情</w:t>
      </w:r>
      <w:r>
        <w:rPr>
          <w:lang w:eastAsia="zh-CN"/>
        </w:rPr>
        <w:br/>
      </w:r>
      <w:r>
        <w:rPr>
          <w:lang w:eastAsia="zh-CN"/>
        </w:rPr>
        <w:t>　　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r>
        <w:rPr>
          <w:lang w:eastAsia="zh-CN"/>
        </w:rPr>
        <w:br/>
      </w:r>
      <w:r>
        <w:rPr>
          <w:lang w:eastAsia="zh-CN"/>
        </w:rPr>
        <w:t>　　三、充分备课，精心钻研教材及考题</w:t>
      </w:r>
      <w:r>
        <w:rPr>
          <w:lang w:eastAsia="zh-CN"/>
        </w:rPr>
        <w:br/>
      </w:r>
      <w:r>
        <w:rPr>
          <w:lang w:eastAsia="zh-CN"/>
        </w:rPr>
        <w:t>　　一节课的好坏，关键在于备课，备课是教师教学中的一个重要环节，备课的质量直接影响到学生学习的效果。备课中我着重注意了这样几点：</w:t>
      </w:r>
      <w:r>
        <w:rPr>
          <w:lang w:eastAsia="zh-CN"/>
        </w:rPr>
        <w:br/>
      </w:r>
      <w:r>
        <w:rPr>
          <w:lang w:eastAsia="zh-CN"/>
        </w:rPr>
        <w:t>　　1、新课程与老课程之间的联系与区别；</w:t>
      </w:r>
      <w:r>
        <w:rPr>
          <w:lang w:eastAsia="zh-CN"/>
        </w:rPr>
        <w:br/>
      </w:r>
      <w:r>
        <w:rPr>
          <w:lang w:eastAsia="zh-CN"/>
        </w:rPr>
        <w:t>　　2、本节内容在整个高中数学中的地位；</w:t>
      </w:r>
      <w:r>
        <w:rPr>
          <w:lang w:eastAsia="zh-CN"/>
        </w:rPr>
        <w:br/>
      </w:r>
      <w:r>
        <w:rPr>
          <w:lang w:eastAsia="zh-CN"/>
        </w:rPr>
        <w:t>　　3、课程标准与考试说明对本节内容的要求；</w:t>
      </w:r>
      <w:r>
        <w:rPr>
          <w:lang w:eastAsia="zh-CN"/>
        </w:rPr>
        <w:br/>
      </w:r>
      <w:r>
        <w:rPr>
          <w:lang w:eastAsia="zh-CN"/>
        </w:rPr>
        <w:t>　　4、近几年高考试题对本节内容的考查情况；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5、学生对本节内容预习中可能存在的问题；</w:t>
      </w:r>
      <w:r>
        <w:rPr>
          <w:lang w:eastAsia="zh-CN"/>
        </w:rPr>
        <w:br/>
      </w:r>
      <w:r>
        <w:rPr>
          <w:lang w:eastAsia="zh-CN"/>
        </w:rPr>
        <w:t>　　6、本节内容还可以补充哪些典型例题和习题；</w:t>
      </w:r>
      <w:r>
        <w:rPr>
          <w:lang w:eastAsia="zh-CN"/>
        </w:rPr>
        <w:br/>
      </w:r>
      <w:r>
        <w:rPr>
          <w:lang w:eastAsia="zh-CN"/>
        </w:rPr>
        <w:t>　　7、本节内容在数学发展有怎样的地位；</w:t>
      </w:r>
      <w:r>
        <w:rPr>
          <w:lang w:eastAsia="zh-CN"/>
        </w:rPr>
        <w:br/>
      </w:r>
      <w:r>
        <w:rPr>
          <w:lang w:eastAsia="zh-CN"/>
        </w:rPr>
        <w:t>　　8、本节内容哪些是学生可以自学会的，哪些是必须要仔细讲解的；哪些是可以不用做要求的；</w:t>
      </w:r>
      <w:r>
        <w:rPr>
          <w:lang w:eastAsia="zh-CN"/>
        </w:rPr>
        <w:br/>
      </w:r>
      <w:r>
        <w:rPr>
          <w:lang w:eastAsia="zh-CN"/>
        </w:rPr>
        <w:t>　　9、本节内容的重点如何处理，难点如何突破，关键点如何引导，疑惑点如何澄清等。</w:t>
      </w:r>
      <w:r>
        <w:rPr>
          <w:lang w:eastAsia="zh-CN"/>
        </w:rPr>
        <w:br/>
      </w:r>
      <w:r>
        <w:rPr>
          <w:lang w:eastAsia="zh-CN"/>
        </w:rPr>
        <w:t>　　四、落实常规，确保教学质量</w:t>
      </w:r>
      <w:r>
        <w:rPr>
          <w:lang w:eastAsia="zh-CN"/>
        </w:rPr>
        <w:br/>
      </w:r>
      <w:r>
        <w:rPr>
          <w:lang w:eastAsia="zh-CN"/>
        </w:rPr>
        <w:t>　　在教学过程中，特别关注学生的落实情况，学生的落实在教师教学的最后一个环节，也是最出成绩的一环。因此，教学中特别抓好了一下几点：</w:t>
      </w:r>
      <w:r>
        <w:rPr>
          <w:lang w:eastAsia="zh-CN"/>
        </w:rPr>
        <w:br/>
      </w:r>
      <w:r>
        <w:rPr>
          <w:lang w:eastAsia="zh-CN"/>
        </w:rPr>
        <w:t>　　1、书面作业狠抓质量和规范，注重培养学生的满分意识，关注细节与过程；</w:t>
      </w:r>
      <w:r>
        <w:rPr>
          <w:lang w:eastAsia="zh-CN"/>
        </w:rPr>
        <w:br/>
      </w:r>
      <w:r>
        <w:rPr>
          <w:lang w:eastAsia="zh-CN"/>
        </w:rPr>
        <w:t>　　2、提前预习，以提高课堂效率；</w:t>
      </w:r>
      <w:r>
        <w:rPr>
          <w:lang w:eastAsia="zh-CN"/>
        </w:rPr>
        <w:br/>
      </w:r>
      <w:r>
        <w:rPr>
          <w:lang w:eastAsia="zh-CN"/>
        </w:rPr>
        <w:t>　　3、单元测试及时批改，及时整理错题订正本；</w:t>
      </w:r>
      <w:r>
        <w:rPr>
          <w:lang w:eastAsia="zh-CN"/>
        </w:rPr>
        <w:br/>
      </w:r>
      <w:r>
        <w:rPr>
          <w:lang w:eastAsia="zh-CN"/>
        </w:rPr>
        <w:t>　　4、注重基础知识的训练。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r>
        <w:rPr>
          <w:lang w:eastAsia="zh-CN"/>
        </w:rPr>
        <w:br/>
      </w:r>
      <w:r>
        <w:rPr>
          <w:lang w:eastAsia="zh-CN"/>
        </w:rPr>
        <w:t>　　五、更新观念，积极进行新课改</w:t>
      </w:r>
      <w:r>
        <w:rPr>
          <w:lang w:eastAsia="zh-CN"/>
        </w:rPr>
        <w:br/>
      </w:r>
      <w:r>
        <w:rPr>
          <w:lang w:eastAsia="zh-CN"/>
        </w:rPr>
        <w:t>　　首先，转变观念要充分认识新课改是教育教学的必然，教师要更新观念，要认真领会新课改的理念，了解课改革的目的。这样才不会在改革当中迷失方向。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r>
        <w:rPr>
          <w:lang w:eastAsia="zh-CN"/>
        </w:rPr>
        <w:br/>
      </w:r>
      <w:r>
        <w:rPr>
          <w:lang w:eastAsia="zh-CN"/>
        </w:rPr>
        <w:t>　　以上就是我在本学期的教学工作总结。由于经验颇浅，许多地方存在不足，希望在未来的日子里，能在学校领导老师，前辈的指导下，取得更好成绩。</w:t>
      </w:r>
      <w:r>
        <w:rPr>
          <w:lang w:eastAsia="zh-CN"/>
        </w:rPr>
        <w:br/>
      </w:r>
      <w:r>
        <w:rPr>
          <w:lang w:eastAsia="zh-CN"/>
        </w:rPr>
        <w:t xml:space="preserve">    高中数学教师个人总结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忙碌的教学工作已经结束。这学期里我担任八所中学高三年级(5)、(6)、班的数学教师，完成了高三数学第一轮复习三维设计的1-8章内容。本学期数学科的教学主要内容有：集合与常用逻辑用语、函数、导数及其应用、解三角形、三角函数、解三角形、平面向量、数系的扩充与复数的引入、数列、不等式、推理与证明、立体几何、平面解析几何等内容的复习。现将本学期的教学工作总结如下：</w:t>
      </w:r>
      <w:r>
        <w:rPr>
          <w:lang w:eastAsia="zh-CN"/>
        </w:rPr>
        <w:br/>
      </w:r>
      <w:r>
        <w:rPr>
          <w:lang w:eastAsia="zh-CN"/>
        </w:rPr>
        <w:t>　　1、备课：根据考试说明要求，提前备好课，备好复习题。备课时认真钻研复习资料，学习好总复习大纲，主动向数学组老师学习、请教。深刻理解复习资料，找准重点、难点。积极参加科组的教研活动，进行集体备课，仔细听，认真记，领会精神实质。第一轮复习阶段，我把每一单元的知识框架、重点内容印在试卷上，为的就是让学生有个清晰的复习印象随时能复习。</w:t>
      </w:r>
      <w:r>
        <w:rPr>
          <w:lang w:eastAsia="zh-CN"/>
        </w:rPr>
        <w:br/>
      </w:r>
      <w:r>
        <w:rPr>
          <w:lang w:eastAsia="zh-CN"/>
        </w:rPr>
        <w:t>　　2、上课：尽力上好每一堂课，上好课的前提是做好课前准备，上课时认真讲课，力求抓住重点，突破难点，精讲精练。运用多种教学方法，从学生的实际出发，注意调动学生学习的积极性和创造性思维，使学生有举一反三的能力。注意对学困生进行面对面的辅导，课后及时做课教学反思，找出教学的不足与失误。</w:t>
      </w:r>
      <w:r>
        <w:rPr>
          <w:lang w:eastAsia="zh-CN"/>
        </w:rPr>
        <w:br/>
      </w:r>
      <w:r>
        <w:rPr>
          <w:lang w:eastAsia="zh-CN"/>
        </w:rPr>
        <w:t>　　3、晚修辅导：我利用晚修时间对学生进行辅导，不明白的耐心讲解，教给他们好的记忆方法，好的学习习惯，做到对所学知识巩固复习，及时查缺补漏。</w:t>
      </w:r>
      <w:r>
        <w:rPr>
          <w:lang w:eastAsia="zh-CN"/>
        </w:rPr>
        <w:br/>
      </w:r>
      <w:r>
        <w:rPr>
          <w:lang w:eastAsia="zh-CN"/>
        </w:rPr>
        <w:t>　　4、作业：由于高三的课业负担较重，我只布置适量作业，我班用的是《课时检测》，精心地挑选，适当地留一些有利于学生能力发展的、发挥主动性和创造性的作业。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5、测试，月考：每完成一章的复习，我就组织学生测试。认真带动学生复习，组织测试，月考，监考，评卷，统分，讲解试题等。每次测试过后及时总结，采取单独谈话及集体探讨的形式对每次考试进行总结。</w:t>
      </w:r>
      <w:r>
        <w:rPr>
          <w:lang w:eastAsia="zh-CN"/>
        </w:rPr>
        <w:br/>
      </w:r>
      <w:r>
        <w:rPr>
          <w:lang w:eastAsia="zh-CN"/>
        </w:rPr>
        <w:t>　　6、优化练习：努力提高了学生练习的有效性知识的巩固，技能的熟练，精选练习题，适度设计题量，注意题目的典型性和层次性，以适应不同层次的学生;对练习全批全改，做好学生的错题统计，对于错的较多的题目，找出错的原因。对于典型问题，让学生板演，充分暴露学生的思维过程，加强了教学的针对性。</w:t>
      </w:r>
      <w:r>
        <w:rPr>
          <w:lang w:eastAsia="zh-CN"/>
        </w:rPr>
        <w:br/>
      </w:r>
      <w:r>
        <w:rPr>
          <w:lang w:eastAsia="zh-CN"/>
        </w:rPr>
        <w:t>　　7、应试指导：我充分利用每一次练习、测试的机会，培养学生的应试技巧，提高学生的得分能力，如对选择题、填空题，要注意寻求合理、简洁的解题途经，要力争“保准求快”，对解答题要规范做答，努力作到“会而对，对而全”，减少无谓失分。指导学生经常总结临场时的审题答题顺序、技巧，总结考前和考场上心理调节的做法与经验，力争找到适合自己的心理调节方式和临场审题、答题的具体方法，逐步提高自己的应试能力;帮助学生树立信心、纠正不良的答题习惯、优化答题策略、强化一些注意事项。</w:t>
      </w:r>
      <w:r>
        <w:rPr>
          <w:lang w:eastAsia="zh-CN"/>
        </w:rPr>
        <w:br/>
      </w:r>
      <w:r>
        <w:rPr>
          <w:lang w:eastAsia="zh-CN"/>
        </w:rPr>
        <w:t>　　8、与学生沟通。平常关心学生的数学学习情况，经常找学生谈话，理解学生要从青少年的心理发展特点出发，理解他们的要求和想法，理解他们学习困难;信任他们的潜在能力，缩小与学生的心理距离。继续强对班级数学后进生，差生的思想教育，加强他们转化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9、个人学习：坚持每天看书，解题，每天学习历届高考试卷，高考题，了解高考的动态与发展。上网搜索高考试题，高考复习资料，以充实自己。作为青年教师，我努力学生钻研适合自己的教学方法，提高自己的专业水平和教学水平，多做，多问，多去归纳和总结，不断地学习。</w:t>
      </w:r>
      <w:r>
        <w:rPr>
          <w:lang w:eastAsia="zh-CN"/>
        </w:rPr>
        <w:br/>
      </w:r>
      <w:r>
        <w:rPr>
          <w:lang w:eastAsia="zh-CN"/>
        </w:rPr>
        <w:t>　　以上是我这学期的教学工作总结，我作为一位第一次教高三数学的教师，没有高三复习备考经验，在复习计划的制定上，计划赶不上变化快。在今后的工作中我还得通过各种渠道学习，不断提高自己的数学教学水平，提升自己的能力。</w:t>
      </w:r>
      <w:r>
        <w:rPr>
          <w:lang w:eastAsia="zh-CN"/>
        </w:rPr>
        <w:br/>
      </w:r>
      <w:r>
        <w:rPr>
          <w:lang w:eastAsia="zh-CN"/>
        </w:rPr>
        <w:t xml:space="preserve">    高中数学教师个人总结 篇4 </w:t>
      </w:r>
      <w:r>
        <w:rPr>
          <w:lang w:eastAsia="zh-CN"/>
        </w:rPr>
        <w:br/>
      </w:r>
      <w:r>
        <w:rPr>
          <w:lang w:eastAsia="zh-CN"/>
        </w:rPr>
        <w:t>　　这学期，我担任了高二(11)班的数学教学工作，完成了必修5和选修2—1的教学。回想起已经过去的半年时间，工作有付出，也有收获。为了今后更高效地组织教学，现将本学期工作总结如下：</w:t>
      </w:r>
      <w:r>
        <w:rPr>
          <w:lang w:eastAsia="zh-CN"/>
        </w:rPr>
        <w:br/>
      </w:r>
      <w:r>
        <w:rPr>
          <w:lang w:eastAsia="zh-CN"/>
        </w:rPr>
        <w:t>　　一、教育教学方面</w:t>
      </w:r>
      <w:r>
        <w:rPr>
          <w:lang w:eastAsia="zh-CN"/>
        </w:rPr>
        <w:br/>
      </w:r>
      <w:r>
        <w:rPr>
          <w:lang w:eastAsia="zh-CN"/>
        </w:rPr>
        <w:t>　　1、认真备课。由于学生基础薄弱，以前的课件、教学设计需大幅修改、补充。我在备课时力求突出重点、降低难点，设计巩固基础知识的例、习题，分层次落实好训练内容，使全体学生都能学有所获。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2、精心授课。为了让学生有兴趣，在每节课的情景创设环节，我尽可能从网络上找一些贴近生活的数学问题，通过问题教学唤起学生的求知欲，激发学生的学习的兴趣。合理使用教科书，提高课堂效益。对教材内容，教学时需要作适当处理，适当补充或降低难度是备课必须处理的。灵活使用教材，才能在教学中少走弯路，提高教学质量。对教材中不符合学生实际的题目要作适当的调整。</w:t>
      </w:r>
      <w:r>
        <w:rPr>
          <w:lang w:eastAsia="zh-CN"/>
        </w:rPr>
        <w:br/>
      </w:r>
      <w:r>
        <w:rPr>
          <w:lang w:eastAsia="zh-CN"/>
        </w:rPr>
        <w:t>　　3、在课后作业，反馈练习中培养学生自学能力。课后作业和反馈练习、测试是检查学生学习效果的重要手段。抓好这一环节的教学，也有利于复习和巩固旧课，还锻炼了学生的自学能力。在学完一课、一单元后，让学生主动归纳总结，要求学生尽量自己独立完成，以便正确反馈教学效果。</w:t>
      </w:r>
      <w:r>
        <w:rPr>
          <w:lang w:eastAsia="zh-CN"/>
        </w:rPr>
        <w:br/>
      </w:r>
      <w:r>
        <w:rPr>
          <w:lang w:eastAsia="zh-CN"/>
        </w:rPr>
        <w:t>　　4、注意培养学生良好的学习习惯和学习方法。学生在从初中到高中的过渡阶段，往往会有些不能适应新的学习环境。例如新的竞争压力，以往的学习方法不能适应高中的学习，不良的学习习惯和学习态度等一些问题困扰和制约着学生的学习。为了解决这些问题，我从下面几方面下功夫：</w:t>
      </w:r>
      <w:r>
        <w:rPr>
          <w:lang w:eastAsia="zh-CN"/>
        </w:rPr>
        <w:br/>
      </w:r>
      <w:r>
        <w:rPr>
          <w:lang w:eastAsia="zh-CN"/>
        </w:rPr>
        <w:t>　　(1)改变学生学习数学的一些思想观念，树立学好数学的信心。</w:t>
      </w:r>
      <w:r>
        <w:rPr>
          <w:lang w:eastAsia="zh-CN"/>
        </w:rPr>
        <w:br/>
      </w:r>
      <w:r>
        <w:rPr>
          <w:lang w:eastAsia="zh-CN"/>
        </w:rPr>
        <w:t>　　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r>
        <w:rPr>
          <w:lang w:eastAsia="zh-CN"/>
        </w:rPr>
        <w:br/>
      </w:r>
      <w:r>
        <w:rPr>
          <w:lang w:eastAsia="zh-CN"/>
        </w:rPr>
        <w:t>　　(2)改变学生不良的学习习惯，建立良好的学习方法和学习态度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r>
        <w:rPr>
          <w:lang w:eastAsia="zh-CN"/>
        </w:rPr>
        <w:br/>
      </w:r>
      <w:r>
        <w:rPr>
          <w:lang w:eastAsia="zh-CN"/>
        </w:rPr>
        <w:t>　　二、存在困惑</w:t>
      </w:r>
      <w:r>
        <w:rPr>
          <w:lang w:eastAsia="zh-CN"/>
        </w:rPr>
        <w:br/>
      </w:r>
      <w:r>
        <w:rPr>
          <w:lang w:eastAsia="zh-CN"/>
        </w:rPr>
        <w:t>　　1、书本习题都较简单和基础，而我们的教辅题目偏难，加重了学生的学习负担，而且学生完成情况很不好。课时又不足，教学时间紧，没时间讲评这些练习题。</w:t>
      </w:r>
      <w:r>
        <w:rPr>
          <w:lang w:eastAsia="zh-CN"/>
        </w:rPr>
        <w:br/>
      </w:r>
      <w:r>
        <w:rPr>
          <w:lang w:eastAsia="zh-CN"/>
        </w:rPr>
        <w:t>　　2、在教学中，经常出现一节课的教学任务完不成的现象，更少巩固练习的时间。勉强按规定时间讲完，一些学生听得似懂非懂，造成差生越来越多。而且知识内容需要补充的内容有：乘法公式;因式分解的十字相乘法;一元二次方程及根与系数的关系;根式的运算;解不等式等知识。</w:t>
      </w:r>
      <w:r>
        <w:rPr>
          <w:lang w:eastAsia="zh-CN"/>
        </w:rPr>
        <w:br/>
      </w:r>
      <w:r>
        <w:rPr>
          <w:lang w:eastAsia="zh-CN"/>
        </w:rPr>
        <w:t>　　3、虽然经常要求学生课后要去完成教辅上的精选的题目，但是，相当部分的同学还是没办法完成。学生的课业负担太重，有的学生则是学习意识淡薄。</w:t>
      </w:r>
      <w:r>
        <w:rPr>
          <w:lang w:eastAsia="zh-CN"/>
        </w:rPr>
        <w:br/>
      </w:r>
      <w:r>
        <w:rPr>
          <w:lang w:eastAsia="zh-CN"/>
        </w:rPr>
        <w:t>　　三、今后要注意的几点</w:t>
      </w:r>
      <w:r>
        <w:rPr>
          <w:lang w:eastAsia="zh-CN"/>
        </w:rPr>
        <w:br/>
      </w:r>
      <w:r>
        <w:rPr>
          <w:lang w:eastAsia="zh-CN"/>
        </w:rPr>
        <w:t>　　1、要处理好课时紧张与教学内容多的矛盾，加强对教材的研究;</w:t>
      </w:r>
      <w:r>
        <w:rPr>
          <w:lang w:eastAsia="zh-CN"/>
        </w:rPr>
        <w:br/>
      </w:r>
      <w:r>
        <w:rPr>
          <w:lang w:eastAsia="zh-CN"/>
        </w:rPr>
        <w:t>　　2、进一步精选练习题分层布置作业;</w:t>
      </w:r>
      <w:r>
        <w:rPr>
          <w:lang w:eastAsia="zh-CN"/>
        </w:rPr>
        <w:br/>
      </w:r>
      <w:r>
        <w:rPr>
          <w:lang w:eastAsia="zh-CN"/>
        </w:rPr>
        <w:t>　　3、加强对数学学困生的思想教育，改变学生不良的学习习惯。</w:t>
      </w:r>
      <w:r>
        <w:rPr>
          <w:lang w:eastAsia="zh-CN"/>
        </w:rPr>
        <w:br/>
      </w:r>
      <w:r>
        <w:rPr>
          <w:lang w:eastAsia="zh-CN"/>
        </w:rPr>
        <w:t xml:space="preserve">    高中数学教师个人总结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吾日三省吾身”是我国古代教育家对反思问题最简洁的表达。新课程标准的颁布，既为新一轮教学改革指明了方向，也为教师今后的教学方法方式提供了参考的依据。作为教师的我们，必须认真学习新课程标准和现代教学教育理论，深刻反思自己的教学实践并上升到理性思考，尽快跟上时代的步伐。</w:t>
      </w:r>
      <w:r>
        <w:rPr>
          <w:lang w:eastAsia="zh-CN"/>
        </w:rPr>
        <w:br/>
      </w:r>
      <w:r>
        <w:rPr>
          <w:lang w:eastAsia="zh-CN"/>
        </w:rPr>
        <w:t>　　一、教学观念</w:t>
      </w:r>
      <w:r>
        <w:rPr>
          <w:lang w:eastAsia="zh-CN"/>
        </w:rPr>
        <w:br/>
      </w:r>
      <w:r>
        <w:rPr>
          <w:lang w:eastAsia="zh-CN"/>
        </w:rPr>
        <w:t>　　课改，首先要改变传统的教学观念，打破陈旧的教学模式。教师，作为新课程推行的主体，长期以来已经习惯于“以教师为中心”的教学模式，过分强调教师的“传道”作用，在思想上把学生消极地看做知识容器，以“填鸭式”的方法传授知识，学生只能被动地接受，其结果往往事倍功半。新课改强调学生的全面发展、师生互动以及培养学生终身学习的能力。学生在老师的引导下，积极主动地参与学习，获取知识，提升思维能力，在猜测、尝试、探索中体会成功的喜悦，达到真正的寓教于乐!因此，在新课改背景下，教师应该尝试在动态的教学过程中，通过对学生的观察，“适时”地点拨思维受阻的学生，“适度”地为不同心理特点及不同认知水平的学生设计不同层次的思考问题，“适法”地针对不同类型知识选择恰当的引导方法与技巧。</w:t>
      </w:r>
      <w:r>
        <w:rPr>
          <w:lang w:eastAsia="zh-CN"/>
        </w:rPr>
        <w:br/>
      </w:r>
      <w:r>
        <w:rPr>
          <w:lang w:eastAsia="zh-CN"/>
        </w:rPr>
        <w:t>　　二、关注初高中衔接问题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和初中数学教材相比，高中教材跨度大，知识的广度、深度较之都有较大的变化。这种巨大的差异，往往容易使刚刚从初中升到高中的学生无所适从。由于学生并没有为这种反差做好充分的思想准备，依然按照初中的思维模式和学习方法来学习高中数学，因而容易与高中数学教学脱节，进而导致学习情绪骤降，出现成绩分化。</w:t>
      </w:r>
      <w:r>
        <w:rPr>
          <w:lang w:eastAsia="zh-CN"/>
        </w:rPr>
        <w:br/>
      </w:r>
      <w:r>
        <w:rPr>
          <w:lang w:eastAsia="zh-CN"/>
        </w:rPr>
        <w:t>　　此时，教师应该特别关注这种现象，充分了解学生在初中阶段学习了哪些内容，哪些内容在高中阶段还要继续学习等等，注意初高中数学学习方式的衔接与转变。就方法而言，在教学过程中，老师应该有意识地加强对学生学习方法的指导，引导学生归纳、总结学习经验，提高学生的自学能力。同时，老师还应该重视培养学生正确对待困难和挫折的良好心理素质，提高学生的学习适应性能力。</w:t>
      </w:r>
      <w:r>
        <w:rPr>
          <w:lang w:eastAsia="zh-CN"/>
        </w:rPr>
        <w:br/>
      </w:r>
      <w:r>
        <w:rPr>
          <w:lang w:eastAsia="zh-CN"/>
        </w:rPr>
        <w:t>　　三、教学中的反思</w:t>
      </w:r>
      <w:r>
        <w:rPr>
          <w:lang w:eastAsia="zh-CN"/>
        </w:rPr>
        <w:br/>
      </w:r>
      <w:r>
        <w:rPr>
          <w:lang w:eastAsia="zh-CN"/>
        </w:rPr>
        <w:t>　　教学中的反思，即及时、自动地在行动过程对自己进行评价与定位。课堂教学既是学生掌握知识，培养学生思维能力的过程，又是师生交往、积极互动、共同提高的过程。教师不再是特权式人物，教学是师生之间彼此敞开心扉、相互理解、相互接纳的对话过程。</w:t>
      </w:r>
      <w:r>
        <w:rPr>
          <w:lang w:eastAsia="zh-CN"/>
        </w:rPr>
        <w:br/>
      </w:r>
      <w:r>
        <w:rPr>
          <w:lang w:eastAsia="zh-CN"/>
        </w:rPr>
        <w:t>　　波利亚曾说：“教师讲了什么并非不重要，但更重要千万倍的是学生想了些什么。”学生的思路应该在学生自己的头脑中产生，教师的作用在于“系统地给学生发现事物的机会”。教学中教师要根据学生反馈的信息，反思“出现这样的问题，如何调整教学计划，采取怎样有效的策略与措施，需要在哪方面进行补充”，从而顺着学生的思路组织教学，确保教学过程沿着最佳的轨道运行，这种反思能使教学高质高效地进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教师必须围绕教学目的进行教学设计，根据学生已有的知识水平精心设计，启发学生积极有效的思维，从而保持课堂张力。学生只有经过思考，教学内容才能真正进入他们的头脑，否则容易造成学生对老师的依赖，不利于培养学生独立思考的能力和新方法的形成。教师在激发学生学习热情时，也应妥善地加以管理，使课堂教学秩序有利于教师“教”和学生的“学”，要引导学生学会倾听，并加强学生合理表达自己观点的训练。</w:t>
      </w:r>
      <w:r>
        <w:rPr>
          <w:lang w:eastAsia="zh-CN"/>
        </w:rPr>
        <w:br/>
      </w:r>
      <w:r>
        <w:rPr>
          <w:lang w:eastAsia="zh-CN"/>
        </w:rPr>
        <w:t>　　四、对学生学习方法的反思</w:t>
      </w:r>
      <w:r>
        <w:rPr>
          <w:lang w:eastAsia="zh-CN"/>
        </w:rPr>
        <w:br/>
      </w:r>
      <w:r>
        <w:rPr>
          <w:lang w:eastAsia="zh-CN"/>
        </w:rPr>
        <w:t>　　初高中数学存在巨大差异，高中无论是知识的深度、难度和广度，还是能力的要求，都有一次大飞跃。学习方法是否科学，是学生能否学好数学的极其重要的因素。当前高中生数学学习方法还处在比较被动的状态，存在问题较多。如学习懒散，不肯动脑;不订计划，惯性运转;忽视预习，坐等上课，缺乏学习积极性和主动性;诸如此类。</w:t>
      </w:r>
      <w:r>
        <w:rPr>
          <w:lang w:eastAsia="zh-CN"/>
        </w:rPr>
        <w:br/>
      </w:r>
      <w:r>
        <w:rPr>
          <w:lang w:eastAsia="zh-CN"/>
        </w:rPr>
        <w:t>　　因此，教师需多花时间了解学生具体情况、学习状态，对学生数学学习方法进行指导，力求做到转变思想与传授方法结合，课上与课下结合，学法与教法结合，统一指导与个别指导结合，促进学生掌握正确的学习方法。只有凭借着良好的学习方法，才能达到“事半功倍”的学习效果。</w:t>
      </w:r>
      <w:r>
        <w:rPr>
          <w:lang w:eastAsia="zh-CN"/>
        </w:rPr>
        <w:br/>
      </w:r>
      <w:r>
        <w:rPr>
          <w:lang w:eastAsia="zh-CN"/>
        </w:rPr>
        <w:t>　　五、对小组合作学习的反思</w:t>
      </w:r>
      <w:r>
        <w:rPr>
          <w:lang w:eastAsia="zh-CN"/>
        </w:rPr>
        <w:br/>
      </w:r>
      <w:r>
        <w:rPr>
          <w:lang w:eastAsia="zh-CN"/>
        </w:rPr>
        <w:t>　　“小组合作学习”目前已经成为新课标理念下的一项重要教学组织形式，但在实践中，我们发现小组合作学习方式的实施存在着误区。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1、小组合作活动流于形式，缺乏实质的合作。教师为追求学习方式的多样化，不根据教学内容的特点和学生实际盲目地采用小组合作学习方式。</w:t>
      </w:r>
      <w:r>
        <w:rPr>
          <w:lang w:eastAsia="zh-CN"/>
        </w:rPr>
        <w:br/>
      </w:r>
      <w:r>
        <w:rPr>
          <w:lang w:eastAsia="zh-CN"/>
        </w:rPr>
        <w:t>　　2、合作人员搭配不合理，责任扩散和“搭车”现象时有发生，不利于让不同特质、不同层次的学生进行优势互补、相互促进。</w:t>
      </w:r>
      <w:r>
        <w:rPr>
          <w:lang w:eastAsia="zh-CN"/>
        </w:rPr>
        <w:br/>
      </w:r>
      <w:r>
        <w:rPr>
          <w:lang w:eastAsia="zh-CN"/>
        </w:rPr>
        <w:t>　　3、学生社交技能欠缺，之间缺乏沟通和深层次的交流，合作效率低下，结果是优等生的想法代替了小组其他成员的意见和想法，差生成了陪衬。</w:t>
      </w:r>
      <w:r>
        <w:rPr>
          <w:lang w:eastAsia="zh-CN"/>
        </w:rPr>
        <w:br/>
      </w:r>
      <w:r>
        <w:rPr>
          <w:lang w:eastAsia="zh-CN"/>
        </w:rPr>
        <w:t>　　4、教师课前对合作学习的目的、时机及过程没有认真设计，也有教师在合作学习中只是按照预定的设计，把学生往教学框架里赶。</w:t>
      </w:r>
      <w:r>
        <w:rPr>
          <w:lang w:eastAsia="zh-CN"/>
        </w:rPr>
        <w:br/>
      </w:r>
      <w:r>
        <w:rPr>
          <w:lang w:eastAsia="zh-CN"/>
        </w:rPr>
        <w:t>　　5、合作时间给予不足。在小组合作学习时，教师呈现问题后，未留给学生片刻思考时间就宣布“开始”，不到几分钟就叫“停止”。这样的小组合作学习不但达不到目的，而且很容易挫伤学生合作学习的热情。</w:t>
      </w:r>
      <w:r>
        <w:rPr>
          <w:lang w:eastAsia="zh-CN"/>
        </w:rPr>
        <w:br/>
      </w:r>
      <w:r>
        <w:rPr>
          <w:lang w:eastAsia="zh-CN"/>
        </w:rPr>
        <w:t>　　6、表面上的“假热闹”，实际上“活而无序”。课堂秩序混乱，学生发言七嘴八舌，教师对小组学习缺乏必要的计划与调控、当学生和小组面临问题时，教师无法对一些问题进行辨别分析，为学生提供有效帮助。</w:t>
      </w:r>
      <w:r>
        <w:rPr>
          <w:lang w:eastAsia="zh-CN"/>
        </w:rPr>
        <w:br/>
      </w:r>
      <w:r>
        <w:rPr>
          <w:lang w:eastAsia="zh-CN"/>
        </w:rPr>
        <w:t>　　7、评价体系没有跟上，三重三轻突出，小组合作名存实亡。小组代表或个别优等生的发言，多数代表本组意见，而是代表个人意见。合作学习结果变为：重个体评价轻小组评价;重学习成果评价轻合作意识、合作方法、合作技能评价;重课堂随机评价轻定期评价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我们应明确，合作学习这只是有效学习方式中的一种，教学中根据教学目标、教学内容等合理的选择教学行为和学习方式，要避免“将所有的原料配料放入合作学习之盘”。教师需关注学情，提前建立评价体系，挖掘合作点，顺学而导，使学生掌握技能会合作，同时应提供充裕的合作学习时间，激活内因真正促发展。</w:t>
      </w:r>
      <w:r>
        <w:rPr>
          <w:lang w:eastAsia="zh-CN"/>
        </w:rPr>
        <w:br/>
      </w:r>
      <w:r>
        <w:rPr>
          <w:lang w:eastAsia="zh-CN"/>
        </w:rPr>
        <w:t>　　六、习题、试卷评讲</w:t>
      </w:r>
      <w:r>
        <w:rPr>
          <w:lang w:eastAsia="zh-CN"/>
        </w:rPr>
        <w:br/>
      </w:r>
      <w:r>
        <w:rPr>
          <w:lang w:eastAsia="zh-CN"/>
        </w:rPr>
        <w:t>　　习题、试卷评讲不能仅停留于指出不足、改正错误及讲解方法阶段，而应当着眼于数学能力的培养。要结合示例挖掘、归纳其中的思想方法，抓“通病”与典型错误，找“通法”与典型思路，加深学生对思想方法的认识，使其领悟思想方法实质，不断提高解题能力和纠错、防错能力。数学教学需要反思的地方很多，没有反思，专业能力不可能有实质性的提高。教师要在数学教学过程中充分理解新课程的要求，不断地更新观念、不断探索，提高自身的学识和身心修养，掌握新的专业要求和技能，以适应新课程改革的需要。</w:t>
      </w:r>
      <w:r>
        <w:rPr>
          <w:lang w:eastAsia="zh-CN"/>
        </w:rPr>
        <w:br/>
      </w:r>
      <w:r>
        <w:rPr>
          <w:lang w:eastAsia="zh-CN"/>
        </w:rPr>
        <w:t xml:space="preserve">    高中数学教师个人总结 篇6 </w:t>
      </w:r>
      <w:r>
        <w:rPr>
          <w:lang w:eastAsia="zh-CN"/>
        </w:rPr>
        <w:br/>
      </w:r>
      <w:r>
        <w:rPr>
          <w:lang w:eastAsia="zh-CN"/>
        </w:rPr>
        <w:t>　　本学期，本人担任高一(4)、(5)班数学学科的教学工作，一学期来，本人以学校及教研组工作计划为指导;以提高教育教学成绩为中心，以深化课改实验工作为动力，认真履行岗位职责，较好地完成了工作目标任务，现将一学期来的工作总结如下：</w:t>
      </w:r>
      <w:r>
        <w:rPr>
          <w:lang w:eastAsia="zh-CN"/>
        </w:rPr>
        <w:br/>
      </w:r>
      <w:r>
        <w:rPr>
          <w:lang w:eastAsia="zh-CN"/>
        </w:rPr>
        <w:t>　　一、授人以鱼，不如授人以渔</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古人云：“授人以鱼，不如授人以渔。”也就是说，教师不仅要教学生学会，而且更重要的是要学生会学，这是二十一世纪现代素质教育的要求。这就需要教师要更新观念，改变教法，把学生看作学习的主人，培养他们自觉阅读，提出问题，释疑归纳的能力。逐步培养和提高学生的自学能力，思考问题、解决问题的能力，使他们能终身受益。</w:t>
      </w:r>
      <w:r>
        <w:rPr>
          <w:lang w:eastAsia="zh-CN"/>
        </w:rPr>
        <w:br/>
      </w:r>
      <w:r>
        <w:rPr>
          <w:lang w:eastAsia="zh-CN"/>
        </w:rPr>
        <w:t>　　(1)在课前预习中培养学生的自学能力</w:t>
      </w:r>
      <w:r>
        <w:rPr>
          <w:lang w:eastAsia="zh-CN"/>
        </w:rPr>
        <w:br/>
      </w:r>
      <w:r>
        <w:rPr>
          <w:lang w:eastAsia="zh-CN"/>
        </w:rPr>
        <w:t>　　课前预习是教学中的一个重要的环节，从教学实践来看，学生在课前做不做预习，学习的效果和课堂的气氛都不一样。为了抓好这一环节，我常要求学生在预习中做好以下几点，促使他们去看书，去动脑，逐步培养他们的预习能力。</w:t>
      </w:r>
      <w:r>
        <w:rPr>
          <w:lang w:eastAsia="zh-CN"/>
        </w:rPr>
        <w:br/>
      </w:r>
      <w:r>
        <w:rPr>
          <w:lang w:eastAsia="zh-CN"/>
        </w:rPr>
        <w:t>　　1、本小节主要讲了哪些基本概念，有哪些注意点?</w:t>
      </w:r>
      <w:r>
        <w:rPr>
          <w:lang w:eastAsia="zh-CN"/>
        </w:rPr>
        <w:br/>
      </w:r>
      <w:r>
        <w:rPr>
          <w:lang w:eastAsia="zh-CN"/>
        </w:rPr>
        <w:t>　　2、本小节还有哪些定理、性质及公式，它们是如何得到的，你看过之后能否复述一遍?</w:t>
      </w:r>
      <w:r>
        <w:rPr>
          <w:lang w:eastAsia="zh-CN"/>
        </w:rPr>
        <w:br/>
      </w:r>
      <w:r>
        <w:rPr>
          <w:lang w:eastAsia="zh-CN"/>
        </w:rPr>
        <w:t>　　3、对照课本上的例题，你能否回答课本中的练习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4、通过预习，你有哪些疑问，把它写在“数学摘抄本”上，而且从来没有要求学生应该记什么不应该记什么，而是让学生自己评价什么有用，什么没用，少数学生的问题具有一定的代表性，也有一定的灵活性。这些要求刚开始实施时，还有一定困难，有些学生还不够自觉，通过一个阶段的实践，绝大多数学生能养成良好的习惯。另外，在课前预习时，我有时要求学生在学习过程中进行角色转移，站在教师的角度想问题，这叫换位思考法。在学习每一个问题，每项学习内容时，先让学生问问自己，假如我是老师，我是否弄明白了?怎样才能给别人讲清楚?这样，学生就会产生一种学习的内驱力，对每一个概念，每一个问题主动钻研，积极思考，自觉地把自己放在了主动学习的位置。</w:t>
      </w:r>
      <w:r>
        <w:rPr>
          <w:lang w:eastAsia="zh-CN"/>
        </w:rPr>
        <w:br/>
      </w:r>
      <w:r>
        <w:rPr>
          <w:lang w:eastAsia="zh-CN"/>
        </w:rPr>
        <w:t>　　(2)在课堂教学中培养学生的自学能力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课堂是教学活动的主阵地，也是学生获取知识和能力的主要渠道。作为数学教师改变以往的“一言堂”“满堂灌”的教学方式显得至关重要，而应采用组织引导，设置问题和问题情境，控制以及解答疑问的方法，形成以学生为中心的生动活泼的学习局面，激发学生的创造激情，从而培养学生的解决问题的能力。在尊重学生主体性的同时，我也考虑到学生之间的个体差异，要因材施教，发掘出每个学生的学习潜能，尽量做到基础分流，弹性管理。在教学中我采用分类教学，分层指导的方法，使每一位同学都能够稳步地前进。调动他们的学习积极性。对于问题我没有急于告诉学生答案，让他们在交流中掌握知识，在讨论中提高能力。尽量让学生发现问题，尽量让学生质疑问题，尽量让学生标新立异。在课堂教学中，我的一个主要的教学特征就是：给学生足够的时间，这时间包括学生的思考时间、演算时间、讨论时间和深入探究问题的时间，在我的课堂上可以看到更多的是学生正在积极的思考、热烈的讨论、亲自动脑，亲自动手，不等不靠，不会将问题结果完全寄托于老师的传授，而是在积极主动的探索。当然数学教学过程作为师生双边活动过程，学生的探索要依靠教师的启发和引导。在教学过程中，我也从来没有放弃对于学生的指导，尤其在讲授新课时，我将教材组成一定的尝试层次，创造探索活动的环境和条件。让学生通过观察归纳，从特殊去探索一般，通过类比、联想，从旧知去探索新知，收到较好的效果。</w:t>
      </w:r>
      <w:r>
        <w:rPr>
          <w:lang w:eastAsia="zh-CN"/>
        </w:rPr>
        <w:br/>
      </w:r>
      <w:r>
        <w:rPr>
          <w:lang w:eastAsia="zh-CN"/>
        </w:rPr>
        <w:t>　　(3)在课后作业，反馈练习中培养学生自学能力</w:t>
      </w:r>
      <w:r>
        <w:rPr>
          <w:lang w:eastAsia="zh-CN"/>
        </w:rPr>
        <w:br/>
      </w:r>
      <w:r>
        <w:rPr>
          <w:lang w:eastAsia="zh-CN"/>
        </w:rPr>
        <w:t>　　课后作业和反馈练习、测试是检查学生学习效果的重要手段。抓好这一环节的教学，也有利于复习和巩固旧课，还锻炼了学生的自学能力。在学完一节、一课、一单元后，让学生动手“列菜单”，归纳总结，要求学生尽量自己独立完成，以便正确反馈教学效果，通过一系列的实践活动，把每个学生的学习积极性都调动起来，成为教学活动的参与者和组织者。</w:t>
      </w:r>
      <w:r>
        <w:rPr>
          <w:lang w:eastAsia="zh-CN"/>
        </w:rPr>
        <w:br/>
      </w:r>
      <w:r>
        <w:rPr>
          <w:lang w:eastAsia="zh-CN"/>
        </w:rPr>
        <w:t>　　学生自学能力的培养不是靠一朝一夕，要长期坚持的，三年来就是靠着这扎扎实实的教学，扎扎实实的学习才使我所教的两个班级的学生在自学能力上得到了长足的进步。科学安排，课前、课堂、课后三者结合，留给学生充分的自学机会。真正把学生推向主动地位，使其变成学习的主人，我想这是每一位教育工作者所梦寐以求的结果吧。</w:t>
      </w:r>
      <w:r>
        <w:rPr>
          <w:lang w:eastAsia="zh-CN"/>
        </w:rPr>
        <w:br/>
      </w:r>
      <w:r>
        <w:rPr>
          <w:lang w:eastAsia="zh-CN"/>
        </w:rPr>
        <w:t>　　二、数学教育创新</w:t>
      </w:r>
      <w:r>
        <w:rPr>
          <w:lang w:eastAsia="zh-CN"/>
        </w:rPr>
        <w:br/>
      </w:r>
      <w:r>
        <w:rPr>
          <w:lang w:eastAsia="zh-CN"/>
        </w:rPr>
        <w:t>　　大家都知道中学数学的教学内容为初等数学的基础知识，这些基础知识源远流长。不可能再有什么知识层面的创新了。更不可能要求学生发明创造什么新的初等数学的.结论。因此，我个人认为数学教育创新应该着眼于学生建构新的认知过程，用数学的语言就是--“认知建模”。而这过程的创新应该体现在以下三个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1、勤于思考：创新的前题是理解。我们知道，数学离不开概念，由概念又引伸出性质，这些性质往往以定理或公式呈现出来。对定理、公式少不了要进行逻辑推理论证，形成这些论证的理路需要思维过程。为此，我们首先必须让学生对学习的对象有所理解。因为数学知识的获得主要依赖紧张思维活动后的理解，只有透彻的理解才能溶入其认知结构。这就需要拼弃过去那种单靠记往教师在课堂上传授的数学结论，然后套用这些结论或机械地模仿某种模式去解题的坏习惯。而要做到理解，就需要勤于思考。对知识和方法要多问几个为什么?如：为什么要形成这个概念?为什么要导出这个性质?这个性质、定理、公式有什么功能?如何应用?勤于思考的表现还在于对认知过程的不断反思、回顾，不断总结挫折的教训和成功的经验。避免墨守成规，勇于创新。</w:t>
      </w:r>
      <w:r>
        <w:rPr>
          <w:lang w:eastAsia="zh-CN"/>
        </w:rPr>
        <w:br/>
      </w:r>
      <w:r>
        <w:rPr>
          <w:lang w:eastAsia="zh-CN"/>
        </w:rPr>
        <w:t>　　2、善于提问：学生在数学课堂中通过观察、感知学习的对象以后，要学会分析，要有自己的见解，不要人云亦云，要善于挖掘自己尚不清楚的问题，多角度，全方位地探究，并提出质疑。作为一个中学生，不见得也毋须什么问题都能自己解决。我们倡导的只是能对学习的对象提出多角度的问题，尤其是善于提出新颖的具有独特见解的问题。我认为会提问是创新的一个重要标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3、解决问题：学数学离不开解题，解题是在掌握所学知识和方法的基础上进行运用。解题可以训练技巧，磨炼意志。在解题过程中，首先应判断解题的大方向，大致有什么思路，在引导学生解题的探索过程中，要注意联想，要学会用不同的立意、不同的知识、不同的方法去思考，并善于在解题全过程监控自己的行为：是否走弯路?是否走入死胡同?有没有出错?需要及时调整，排除障碍。这样长期形成习惯后，往往可以别出心裁，另辟解题捷径。这种思维品质也是创新的重要标志。为了让学生达到这个境界，必须让学生明确不要为解题而解题，要在解题后不断反思、回顾，积累经验，增强解题意识，提高能力。</w:t>
      </w:r>
      <w:r>
        <w:rPr>
          <w:lang w:eastAsia="zh-CN"/>
        </w:rPr>
        <w:br/>
      </w:r>
      <w:r>
        <w:rPr>
          <w:lang w:eastAsia="zh-CN"/>
        </w:rPr>
        <w:t xml:space="preserve">    高中数学教师个人总结 篇7 </w:t>
      </w:r>
      <w:r>
        <w:rPr>
          <w:lang w:eastAsia="zh-CN"/>
        </w:rPr>
        <w:br/>
      </w:r>
      <w:r>
        <w:rPr>
          <w:lang w:eastAsia="zh-CN"/>
        </w:rPr>
        <w:t>　　本学期，我本着无私奉献、敬业爱岗的精神，我认真履行自己的职责，现就本人的工作小结如下：</w:t>
      </w:r>
      <w:r>
        <w:rPr>
          <w:lang w:eastAsia="zh-CN"/>
        </w:rPr>
        <w:br/>
      </w:r>
      <w:r>
        <w:rPr>
          <w:lang w:eastAsia="zh-CN"/>
        </w:rPr>
        <w:t>　　一、 政治思想方面：</w:t>
      </w:r>
      <w:r>
        <w:rPr>
          <w:lang w:eastAsia="zh-CN"/>
        </w:rPr>
        <w:br/>
      </w:r>
      <w:r>
        <w:rPr>
          <w:lang w:eastAsia="zh-CN"/>
        </w:rPr>
        <w:t>　　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并积极参与听课、评课，虚心向同行学习教学方法，博采众长，不断的提高自己的理论水平和教育教学水平，以适应教育的发展，时刻以做为一个优秀数学教师应该具备的条件来要求自己，努力做到更好。</w:t>
      </w:r>
      <w:r>
        <w:rPr>
          <w:lang w:eastAsia="zh-CN"/>
        </w:rPr>
        <w:br/>
      </w:r>
      <w:r>
        <w:rPr>
          <w:lang w:eastAsia="zh-CN"/>
        </w:rPr>
        <w:t>　　二、教育教学方面：</w:t>
      </w:r>
      <w:r>
        <w:rPr>
          <w:lang w:eastAsia="zh-CN"/>
        </w:rPr>
        <w:br/>
      </w:r>
      <w:r>
        <w:rPr>
          <w:lang w:eastAsia="zh-CN"/>
        </w:rPr>
        <w:t>　　新课改的形式下，对教师的素质要求更高了，在今后的教育教学工作中，我将更严格要求自己，多方面全方位的提高自己的素质，使自己成为新形式下学生喜爱、家长放心、学校肯定的合格教师。备学生：了解学生原有的知识技能的质量，他们的兴趣、需要、方法、习惯，学习新知识可能会有哪些困难，采取相应的预防措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备教法：考虑教法，解决如何把已掌握的教材传授给学生，包括如何组织教材、如何安排每节课的活动。</w:t>
      </w:r>
      <w:r>
        <w:rPr>
          <w:lang w:eastAsia="zh-CN"/>
        </w:rPr>
        <w:br/>
      </w:r>
      <w:r>
        <w:rPr>
          <w:lang w:eastAsia="zh-CN"/>
        </w:rPr>
        <w:t>　　我一直坚持课前批改完作业，及时地把出现的问题汇总后在课上解决。这样可以让我很快了解学生的学习情况，尤其是中等生中作业中出现的问题，我会有目的的对他们进行辅导，为培优做好充足的准备。同时也让我看到了不少抄袭作业的学困生，我耐心地给他们辅导，一个月后他们基本上都开始独立完成作业了。我每天精心地挑选一些有利于学生能力发展的、发挥主动性和创造性的作业给优等生。</w:t>
      </w:r>
      <w:r>
        <w:rPr>
          <w:lang w:eastAsia="zh-CN"/>
        </w:rPr>
        <w:br/>
      </w:r>
      <w:r>
        <w:rPr>
          <w:lang w:eastAsia="zh-CN"/>
        </w:rPr>
        <w:t>　　坚持听课，注意学习组里老师的教学经验，努力探索适合自己的教学模式。本学年平均每周听课二到三节，对自己的教学促进很大。注重教育理论的学习，并注意把一些先进的理论运用在课堂上，教会学生运用脑图总结各章的知识结构，使学生能够深刻地理解知识间的联系与区别，并使学生清晰地意识到每个知识点的考法与解题方法、解题思路。</w:t>
      </w:r>
      <w:r>
        <w:rPr>
          <w:lang w:eastAsia="zh-CN"/>
        </w:rPr>
        <w:br/>
      </w:r>
      <w:r>
        <w:rPr>
          <w:lang w:eastAsia="zh-CN"/>
        </w:rPr>
        <w:t>　　三、工作考勤方面</w:t>
      </w:r>
      <w:r>
        <w:rPr>
          <w:lang w:eastAsia="zh-CN"/>
        </w:rPr>
        <w:br/>
      </w:r>
      <w:r>
        <w:rPr>
          <w:lang w:eastAsia="zh-CN"/>
        </w:rPr>
        <w:t>　　本人热爱自己的事业，从不因为个人的私事耽误工作的时间。并积极运用有效的工作时间尽力将自己的分内工作做得更好。</w:t>
      </w:r>
      <w:r>
        <w:rPr>
          <w:lang w:eastAsia="zh-CN"/>
        </w:rPr>
        <w:br/>
      </w:r>
      <w:r>
        <w:rPr>
          <w:lang w:eastAsia="zh-CN"/>
        </w:rPr>
        <w:t>　　金无足赤，人无完人，在教学工作中难免有缺陷，例如，对尖子生的培养方面做得还很不够，我将在后面的工作中做得更好。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总之，教育教学工作，是一项常做常新、永无止境的工作。今后我会继续在教学上下功夫，努力使班级学生的成绩在原有的基础上有更大的进步。及时发现、研究和解决学生教育教学工作中的新情况、新问题，掌握其特点、发现其规律，尽职尽责地做好工作。新课改的形式下，对教师的素质要求更高了，在今后的教育教学工作中，我将更严格要求自己，多方面全方位的提高自己的素质，使自己成为新形式下学生喜爱、家长放心、学校肯定的合格教师。</w:t>
      </w:r>
      <w:r>
        <w:rPr>
          <w:lang w:eastAsia="zh-CN"/>
        </w:rPr>
        <w:br/>
      </w:r>
      <w:r>
        <w:rPr>
          <w:lang w:eastAsia="zh-CN"/>
        </w:rPr>
        <w:t xml:space="preserve">    高中数学教师个人总结 篇8 </w:t>
      </w:r>
      <w:r>
        <w:rPr>
          <w:lang w:eastAsia="zh-CN"/>
        </w:rPr>
        <w:br/>
      </w:r>
      <w:r>
        <w:rPr>
          <w:lang w:eastAsia="zh-CN"/>
        </w:rPr>
        <w:t>　　这个学期我很荣幸地参加了高中数学教师研修，研修的内容丰富多彩，研修的方式多种多样，既有专家的报告，又有学科带头人的核心理念，还有实体课的观摩研讨。为期五天的培训，我感觉每天都是充实的，因为每天都能面对不同风格的讲师，每天都能感受到思想火花的冲击。在研修中，我进一步认识了新课程的发展方向和目标，反思了自己以往在工作中的不足。作为一名青年教师，我深知自己在教学上有待改进，但是，经过一段时间的学习，我感觉自己受益匪浅。一些对教育教学工作很有见解的专家以鲜活的案例和丰富的知识内涵，给了我具体的操作指导，使我的教育观念进一步得到了更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首先，在研修过程中，我深刻认识到以往“满堂灌”的教学方式固然错误，但随着不断提倡教学改革的今天，教师似乎又走入了让学生“过度”研讨的误区。有的教师在大多数课中，将大部分时间或全部时间让学生探究或做题或上台讲演，这样的做法并不正确。课堂不应该拘泥于一种形式，“纯讲授”或“纯探究”，而应该因“课”制宜，该以讲授为主的就讲授，以探究为主的就探究，还可以多种教学手段同时使用。所以在不断推行教育改革的今天，总是探究的教育理念也片面化了。</w:t>
      </w:r>
      <w:r>
        <w:rPr>
          <w:lang w:eastAsia="zh-CN"/>
        </w:rPr>
        <w:br/>
      </w:r>
      <w:r>
        <w:rPr>
          <w:lang w:eastAsia="zh-CN"/>
        </w:rPr>
        <w:t>　　其次，在鲜活的教学案例中，我学到了不少的教学经验。关于选修1-2和2-2中一些课的教学素材的选取，我有了进一步的理解。对于不同层次的学生，有不同的教授方法，书上的素材不一定非讲不可，总之适合学生的素材才是最好的，而非“教材”上的是必选的。</w:t>
      </w:r>
      <w:r>
        <w:rPr>
          <w:lang w:eastAsia="zh-CN"/>
        </w:rPr>
        <w:br/>
      </w:r>
      <w:r>
        <w:rPr>
          <w:lang w:eastAsia="zh-CN"/>
        </w:rPr>
        <w:t>　　最后，在教学中要努力实现三个转变：</w:t>
      </w:r>
      <w:r>
        <w:rPr>
          <w:lang w:eastAsia="zh-CN"/>
        </w:rPr>
        <w:br/>
      </w:r>
      <w:r>
        <w:rPr>
          <w:lang w:eastAsia="zh-CN"/>
        </w:rPr>
        <w:t>　　(1)教师“学生观”的转变。做到用学生的心看待一切，不歧视学生，多赏识学生，达到班上“没有差生，只有差异”。</w:t>
      </w:r>
      <w:r>
        <w:rPr>
          <w:lang w:eastAsia="zh-CN"/>
        </w:rPr>
        <w:br/>
      </w:r>
      <w:r>
        <w:rPr>
          <w:lang w:eastAsia="zh-CN"/>
        </w:rPr>
        <w:t>　　(2)教师角色的转变。教学过程中，老师是学生的朋友，是学习活动的组织者、引导者，而不是统治者、长官。教学过程是师生平等对话的过程，是师生双方交往共同发展的互动过程。</w:t>
      </w:r>
      <w:r>
        <w:rPr>
          <w:lang w:eastAsia="zh-CN"/>
        </w:rPr>
        <w:br/>
      </w:r>
      <w:r>
        <w:rPr>
          <w:lang w:eastAsia="zh-CN"/>
        </w:rPr>
        <w:t>　　(3)教学方式的转变。教师课堂上教学过程是师生互动过程，学生学习过程不仅要用脑子想而且要用眼睛看，用耳朵听，用嘴说，用手操作。即用自己的亲身经历、用自己的心灵去感悟，教师要积极参与学生的学习过程。学生才能无拘无束的置身于其中，尝试学习，享受学习的乐趣。课堂才能焕发无限的生命力，学生思维活跃，热情高涨，真正成为了学习的主人、课堂的主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(4)在教学过程中做到：给学生一些权利，让他们自己去选择。给学生一些机会，让他们自己去体验。给学生一点困难，让他们自己去解决。给学生一个问题，让他们自己去找答案。给学生一片空间，让他们自己向前走。</w:t>
      </w:r>
      <w:r>
        <w:rPr>
          <w:lang w:eastAsia="zh-CN"/>
        </w:rPr>
        <w:br/>
      </w:r>
      <w:r>
        <w:rPr>
          <w:lang w:eastAsia="zh-CN"/>
        </w:rPr>
        <w:t>　　总之，这次研修我学到了很多实践知识。今后我在面对新课程中，会确定更高层次的教学目标。对于教学课而言，不能光是知识的传授，而是包括知识与技能、思考、解决问题、情感与态度等几个方面。那种追求“能够教好一节课”或“教出了几个能考高分的学生”为目的的教学已经不符合课改精神了。教会学生知识，教给学生方法，教给学生独立和生存的能力将会成为我的职业追求。</w:t>
      </w:r>
      <w:r>
        <w:rPr>
          <w:lang w:eastAsia="zh-CN"/>
        </w:rPr>
        <w:br/>
      </w:r>
      <w:r>
        <w:rPr>
          <w:lang w:eastAsia="zh-CN"/>
        </w:rPr>
        <w:t xml:space="preserve">    高中数学教师个人总结 篇9 </w:t>
      </w:r>
      <w:r>
        <w:rPr>
          <w:lang w:eastAsia="zh-CN"/>
        </w:rPr>
        <w:br/>
      </w:r>
      <w:r>
        <w:rPr>
          <w:lang w:eastAsia="zh-CN"/>
        </w:rPr>
        <w:t>　　这一学期，我担任高一三个班（高一8班，高一16班，高一19班）的数学教学工作。本学期，高一数学的教学任务是两个必修模块——必修1和必修4。众所周知高一数学是高中数学学习的基础，高一数学难学，内容多时间紧，高中数学教师必须认真研究教材和学生，掌握初、高中数学教学的梯度，把握住初、高中数学教学的衔接，才能教好高一数学，使学生较顺利的完成高一数学学习任务。反思这一学期的教学工作，有得有失。现就这一学期的教学工作总结如下：</w:t>
      </w:r>
      <w:r>
        <w:rPr>
          <w:lang w:eastAsia="zh-CN"/>
        </w:rPr>
        <w:br/>
      </w:r>
      <w:r>
        <w:rPr>
          <w:lang w:eastAsia="zh-CN"/>
        </w:rPr>
        <w:t>　　一、政治思想方面：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并积极参与听课、评课，虚心向同行学习教学方法，博采众长，不断的提高自己的理论水平和教育教学水平，以适应教育的发展，时刻以做为一个优秀高中数学教师应该具备的条件来要求自己，努力做到更好。</w:t>
      </w:r>
      <w:r>
        <w:rPr>
          <w:lang w:eastAsia="zh-CN"/>
        </w:rPr>
        <w:br/>
      </w:r>
      <w:r>
        <w:rPr>
          <w:lang w:eastAsia="zh-CN"/>
        </w:rPr>
        <w:t>　　二、教育教学方面：</w:t>
      </w:r>
      <w:r>
        <w:rPr>
          <w:lang w:eastAsia="zh-CN"/>
        </w:rPr>
        <w:br/>
      </w:r>
      <w:r>
        <w:rPr>
          <w:lang w:eastAsia="zh-CN"/>
        </w:rPr>
        <w:t>　　1、认真做到全面的备课</w:t>
      </w:r>
      <w:r>
        <w:rPr>
          <w:lang w:eastAsia="zh-CN"/>
        </w:rPr>
        <w:br/>
      </w:r>
      <w:r>
        <w:rPr>
          <w:lang w:eastAsia="zh-CN"/>
        </w:rPr>
        <w:t>　　新课改使得原来简单的写写教案，列列知识点就算是备课的方法，再也不能适应新时期的教学的要求了，所以我们的备课要认真做到如下三个方面：</w:t>
      </w:r>
      <w:r>
        <w:rPr>
          <w:lang w:eastAsia="zh-CN"/>
        </w:rPr>
        <w:br/>
      </w:r>
      <w:r>
        <w:rPr>
          <w:lang w:eastAsia="zh-CN"/>
        </w:rPr>
        <w:t>　　⑴、备教材：认真钻研教材，对教材的基本思想、基本概念吃透，了解教材的结构，重点与难点，掌握知识的逻辑，能运用自如，知道应补充哪些资料，怎样才能教好。</w:t>
      </w:r>
      <w:r>
        <w:rPr>
          <w:lang w:eastAsia="zh-CN"/>
        </w:rPr>
        <w:br/>
      </w:r>
      <w:r>
        <w:rPr>
          <w:lang w:eastAsia="zh-CN"/>
        </w:rPr>
        <w:t>　　⑵、备学生：了解学生原有的知识技能的质量，他们的兴趣、需要、方法、习惯，学习新知识可能会有哪些困难，采取相应的预防措施。</w:t>
      </w:r>
      <w:r>
        <w:rPr>
          <w:lang w:eastAsia="zh-CN"/>
        </w:rPr>
        <w:br/>
      </w:r>
      <w:r>
        <w:rPr>
          <w:lang w:eastAsia="zh-CN"/>
        </w:rPr>
        <w:t>　　⑶、备教法：考虑教法，解决如何把已掌握的教材传授给学生，组织教材、如何安排每节课的活动。</w:t>
      </w:r>
      <w:r>
        <w:rPr>
          <w:lang w:eastAsia="zh-CN"/>
        </w:rPr>
        <w:br/>
      </w:r>
      <w:r>
        <w:rPr>
          <w:lang w:eastAsia="zh-CN"/>
        </w:rPr>
        <w:t>　　2、努力营造活跃的课堂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组织好课堂教学，关注全体学生，注意信息反馈，调动学生的有意注意，使其保持相对稳定性固然重要，但活跃课堂，激发学生的情感，使他们产生愉悦的心境，创造良好的课堂气氛显得更为重要，所以我努力做课堂语言简洁明了，同时要求学生大胆发言，遇到生活中与本课有关的知识，认真讲给他们听。同时适当的加点小幽默。注意引发学生学数学的兴趣，课堂上讲练结合，布置好家庭作业，作业少而精，注重层次。</w:t>
      </w:r>
      <w:r>
        <w:rPr>
          <w:lang w:eastAsia="zh-CN"/>
        </w:rPr>
        <w:br/>
      </w:r>
      <w:r>
        <w:rPr>
          <w:lang w:eastAsia="zh-CN"/>
        </w:rPr>
        <w:t>　　3、重视数学概念的讲解、思想的建立与数学方法的训练</w:t>
      </w:r>
      <w:r>
        <w:rPr>
          <w:lang w:eastAsia="zh-CN"/>
        </w:rPr>
        <w:br/>
      </w:r>
      <w:r>
        <w:rPr>
          <w:lang w:eastAsia="zh-CN"/>
        </w:rPr>
        <w:t>　　高中阶段是以函数为基础，学生学不好是因为概念不清楚。加强概念的学习。数学思想的建立与数学方法训练的重要途径是讲解数学习题。讲解习题要注意解题思路和解题方法的指导，有计划地逐步提高学生分析解决数学问题的能力。讲解习题时，要把重点放在过程的分析，并把过程图象化，让学生建立正确的数学模型，形成清晰的解题过程。数学习题做示意图是将抽象变形象、抽象变具体，建立数学模型的重要手段，从高一开始就应训练学生作图的能力，特别是函数、几何内容，一定要强调学生多动手作图，要求学生审题时一边读题一边画图，进而学会用图象分析过程、解决问题，养成习惯。</w:t>
      </w:r>
      <w:r>
        <w:rPr>
          <w:lang w:eastAsia="zh-CN"/>
        </w:rPr>
        <w:br/>
      </w:r>
      <w:r>
        <w:rPr>
          <w:lang w:eastAsia="zh-CN"/>
        </w:rPr>
        <w:t>　　4、加强学生良好学习习惯的培养</w:t>
      </w:r>
      <w:r>
        <w:rPr>
          <w:lang w:eastAsia="zh-CN"/>
        </w:rPr>
        <w:br/>
      </w:r>
      <w:r>
        <w:rPr>
          <w:lang w:eastAsia="zh-CN"/>
        </w:rPr>
        <w:t>　　培养学生良好的学习习惯是教育的一个重要目的，也是培养学生能力、实现教学目标的重要保证。</w:t>
      </w:r>
      <w:r>
        <w:rPr>
          <w:lang w:eastAsia="zh-CN"/>
        </w:rPr>
        <w:br/>
      </w:r>
      <w:r>
        <w:rPr>
          <w:lang w:eastAsia="zh-CN"/>
        </w:rPr>
        <w:t>　　（1）培养学生良好的学习习惯，首先是要培养学生独立思考的'习惯与能力。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独立思考是学好知识的前提。学习数学要重在理解，只是教师讲解，而学生没有经过独立思考，就不可能很好地消化所学知识，不可能真正想清其中的道理掌握它，独立思考是理解和掌握知识的必要条件。在高一阶段首先要求学生独立完成作业，独立钻研教材，课堂教学中要尽量多的给予学生自己思考、讨论、分析的时间与机会，使他们逐步学会思考。</w:t>
      </w:r>
      <w:r>
        <w:rPr>
          <w:lang w:eastAsia="zh-CN"/>
        </w:rPr>
        <w:br/>
      </w:r>
      <w:r>
        <w:rPr>
          <w:lang w:eastAsia="zh-CN"/>
        </w:rPr>
        <w:t>　　（2）培养学生自学能力，使其具有终身学习的能力。</w:t>
      </w:r>
      <w:r>
        <w:rPr>
          <w:lang w:eastAsia="zh-CN"/>
        </w:rPr>
        <w:br/>
      </w:r>
      <w:r>
        <w:rPr>
          <w:lang w:eastAsia="zh-CN"/>
        </w:rPr>
        <w:t>　　阅读是提高自学能力的重要途径，在高一阶段培养学生的自学能力应从指导阅读教材入手，使他们学会抓住课文中心，能提出问题并设法解决。阅读数学教材不能一扫而过，而应潜心研读，边读边思考，挖掘提炼、对重要内容反复推敲，对重要概念和规律要在理解的基础上熟练记忆，养成遇到问题能够独立思考以及通过阅读教材、查阅有关书籍和资料的习惯。</w:t>
      </w:r>
      <w:r>
        <w:rPr>
          <w:lang w:eastAsia="zh-CN"/>
        </w:rPr>
        <w:br/>
      </w:r>
      <w:r>
        <w:rPr>
          <w:lang w:eastAsia="zh-CN"/>
        </w:rPr>
        <w:t>　　5、注重抓好后进生转化</w:t>
      </w:r>
      <w:r>
        <w:rPr>
          <w:lang w:eastAsia="zh-CN"/>
        </w:rPr>
        <w:br/>
      </w:r>
      <w:r>
        <w:rPr>
          <w:lang w:eastAsia="zh-CN"/>
        </w:rPr>
        <w:t>　　要提高教学质量，还要做好课后辅导工作，包括辅导学生课业和抓好学生的思想教育，尤其在后进生的转化上，本学期在对后进生转化工作上，注意针对不同的学生采取不同的方法，先全面了解学生的基本情况，争取准确的找出导致“差”的原因。并在情感上温暖他们，取得他们的信任。从赞美着手，所有的人都渴望得到别人的理解和尊重，在和后进生交谈时，对他的处境、想法表示深刻的理解和尊重；还有在批评学生时，注意阳光语言的使用，使他们真正意识到自己所犯的错误或自身存在的缺点，通过自身的努力尽快的赶超其他同学。</w:t>
      </w:r>
      <w:r>
        <w:rPr>
          <w:lang w:eastAsia="zh-CN"/>
        </w:rPr>
        <w:br/>
      </w:r>
      <w:r>
        <w:rPr>
          <w:lang w:eastAsia="zh-CN"/>
        </w:rPr>
        <w:t xml:space="preserve">    高中数学教师个人总结 篇10 </w:t>
      </w:r>
      <w:r>
        <w:rPr>
          <w:lang w:eastAsia="zh-CN"/>
        </w:rPr>
        <w:br/>
      </w:r>
      <w:r>
        <w:rPr>
          <w:lang w:eastAsia="zh-CN"/>
        </w:rPr>
        <w:t>　　一、思想职业道德方面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我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r>
        <w:rPr>
          <w:lang w:eastAsia="zh-CN"/>
        </w:rPr>
        <w:br/>
      </w:r>
      <w:r>
        <w:rPr>
          <w:lang w:eastAsia="zh-CN"/>
        </w:rPr>
        <w:t>　　二、教育教学能力方面</w:t>
      </w:r>
      <w:r>
        <w:rPr>
          <w:lang w:eastAsia="zh-CN"/>
        </w:rPr>
        <w:br/>
      </w:r>
      <w:r>
        <w:rPr>
          <w:lang w:eastAsia="zh-CN"/>
        </w:rPr>
        <w:t>　　在20__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r>
        <w:rPr>
          <w:lang w:eastAsia="zh-CN"/>
        </w:rPr>
        <w:br/>
      </w:r>
      <w:r>
        <w:rPr>
          <w:lang w:eastAsia="zh-CN"/>
        </w:rPr>
        <w:t>　　三、创新评价，激励促进学生全面发展。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始终把评价作为全面考察学生的学习状况，激励学生的学习热情，促进学生全面发展的手段，也作为教师反思和改进教学的有力手段。</w:t>
      </w:r>
      <w:r>
        <w:rPr>
          <w:lang w:eastAsia="zh-CN"/>
        </w:rPr>
        <w:br/>
      </w:r>
      <w:r>
        <w:rPr>
          <w:lang w:eastAsia="zh-CN"/>
        </w:rPr>
        <w:t>　　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r>
        <w:rPr>
          <w:lang w:eastAsia="zh-CN"/>
        </w:rPr>
        <w:br/>
      </w:r>
      <w:r>
        <w:rPr>
          <w:lang w:eastAsia="zh-CN"/>
        </w:rPr>
        <w:t>　　四、抓实常规，保证教育教学任务全面完成。</w:t>
      </w:r>
      <w:r>
        <w:rPr>
          <w:lang w:eastAsia="zh-CN"/>
        </w:rPr>
        <w:br/>
      </w:r>
      <w:r>
        <w:rPr>
          <w:lang w:eastAsia="zh-CN"/>
        </w:rPr>
        <w:t>　　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r>
        <w:rPr>
          <w:lang w:eastAsia="zh-CN"/>
        </w:rPr>
        <w:br/>
      </w:r>
      <w:r>
        <w:rPr>
          <w:lang w:eastAsia="zh-CN"/>
        </w:rPr>
        <w:t>　　一份耕耘，一份收获。总之今年我的教学工作苦乐相伴。今后我将本着“勤学、善思、实干”的准则，一如既往，再接再励，把工作搞得更好。</w:t>
      </w:r>
      <w:r>
        <w:rPr>
          <w:lang w:eastAsia="zh-CN"/>
        </w:rPr>
        <w:br/>
      </w:r>
      <w:r>
        <w:rPr>
          <w:lang w:eastAsia="zh-CN"/>
        </w:rPr>
        <w:t>　　五、在班主任工作方面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1、做好学生的思想工作，培养学生良好的道德品质，净化学生的心灵，努力培养德智体全面发展的人才。做好学生的思想工作从两方面入手，一是重视班会，开好班会;一是重视与学生的思想交流，多与学生谈心。重视班会，开好班会，为的是在班中形成正确的舆论导向，形成良好的班风学风，为学生提供一个良好的大环境，重视的是学生的共性。配合学校各项工作，我们班积极开展了许多有益于学生身心健康发展的活动，让学生在活动中明事理、长见识。高中的学生已经是十七八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我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学生的爱戴和信任。</w:t>
      </w:r>
      <w:r>
        <w:rPr>
          <w:lang w:eastAsia="zh-CN"/>
        </w:rPr>
        <w:br/>
      </w:r>
      <w:r>
        <w:rPr>
          <w:lang w:eastAsia="zh-CN"/>
        </w:rPr>
        <w:t>　　2、加强班级管理，培养优秀的学风、班风，深入全面地了解学生，努力培养"团结协作，自强不息"的班集体。</w:t>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xml:space="preserve"> 一方面，我主要加大了对学生自治自理能力培养的力度；另一方面，我有效地利用好每周五的班会课开展一些有益于教育的专题性活动。</w:t>
      </w:r>
      <w:r>
        <w:rPr>
          <w:lang w:eastAsia="zh-CN"/>
        </w:rPr>
        <w:br/>
      </w:r>
      <w:r>
        <w:rPr>
          <w:lang w:eastAsia="zh-CN"/>
        </w:rPr>
        <w:t>　　六、校报和诗社工作方面</w:t>
      </w:r>
      <w:r>
        <w:rPr>
          <w:lang w:eastAsia="zh-CN"/>
        </w:rPr>
        <w:br/>
      </w:r>
      <w:r>
        <w:rPr>
          <w:lang w:eastAsia="zh-CN"/>
        </w:rPr>
        <w:t>　　在认真完成教学任务的同时，也没有把学校领导交给的任务落下，我按时编辑出版每期的校报，以及认真配合学校收集相关“申示”的工作资料。</w:t>
      </w:r>
      <w:r>
        <w:rPr>
          <w:lang w:eastAsia="zh-CN"/>
        </w:rPr>
        <w:br/>
      </w:r>
      <w:r>
        <w:rPr>
          <w:lang w:eastAsia="zh-CN"/>
        </w:rPr>
        <w:t>　　七、下学期设想</w:t>
      </w:r>
      <w:r>
        <w:rPr>
          <w:lang w:eastAsia="zh-CN"/>
        </w:rPr>
        <w:br/>
      </w:r>
      <w:r>
        <w:rPr>
          <w:lang w:eastAsia="zh-CN"/>
        </w:rPr>
        <w:t>　　教好高中语文课对我而言是个不小的新课题，下学期，我将继续努力，进一步向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r>
        <w:rPr>
          <w:lang w:eastAsia="zh-CN"/>
        </w:rPr>
        <w:br/>
      </w:r>
      <w:r>
        <w:rPr>
          <w:lang w:eastAsia="zh-CN"/>
        </w:rPr>
        <w:t xml:space="preserve">    高中数学教师个人总结 篇11 </w:t>
      </w:r>
      <w:r>
        <w:rPr>
          <w:lang w:eastAsia="zh-CN"/>
        </w:rPr>
        <w:br/>
      </w:r>
      <w:r>
        <w:rPr>
          <w:lang w:eastAsia="zh-CN"/>
        </w:rPr>
        <w:t>　　本学期，我担任 年级数学教学工作，数学教师工作总结。教学实践中，我发现本班大部分学生都聪明灵活，想象力丰富，上课思维活跃、发言积极，学习成绩比较理想。但也有少数几个不足龄生和插班生基础比较薄弱，作业脏乱，思考速度慢、书写速度慢、对新知的理解也比较慢。结合本班学生的实际情况，和新课标的具体要求，现将本人对这学期教学工作的一点思考总结如下：</w:t>
      </w:r>
      <w:r>
        <w:rPr>
          <w:lang w:eastAsia="zh-CN"/>
        </w:rPr>
        <w:br/>
      </w:r>
      <w:r>
        <w:rPr>
          <w:lang w:eastAsia="zh-CN"/>
        </w:rPr>
        <w:t>　　一、夯实基础，努力减轻学生学习负担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苏霍姆林斯基说过：“只有让学生不把全部的时间都用在学习上，而留下许多自由支配的时间，他才能够顺利地学习。”这句话看似矛盾，其实蕴藏真理：一个学生如果大部分时间都被作业塞满，就没有了思考的时间，没有了智力活动的时间，而缺少了智力生活，学生负担过重、学业落后的可能性就越大，过重的学业负担是对孩子的智力和体力的摧残。正因为如此“减负”的警钟一直长鸣!但在小学低段教学中，计算、操作等基本技能对孩子的后期学习非常重要，如何让孩子既能熟练掌握相关技能又不会负担过重呢?本学期，我作了以下几点尝试：</w:t>
      </w:r>
      <w:r>
        <w:rPr>
          <w:lang w:eastAsia="zh-CN"/>
        </w:rPr>
        <w:br/>
      </w:r>
      <w:r>
        <w:rPr>
          <w:lang w:eastAsia="zh-CN"/>
        </w:rPr>
        <w:t>　　第一、向课堂40分钟要质量。每节新授课都做到“有备而来”，认真阅读教材、教参，了解教材的编排体系，编者意图，每个知识点在全套教材的地位及其与前后相关知识联系和衔接，做到高屋建瓴，胸中有沟壑。观看优秀课例，积极征求同组老师意见，根据学生的年龄特点和知识起点，确定每节课的重难点，思考应该选择什么样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教师工作总结《数学教师工作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第二、及时巩固与定期复习相结合。每节课新授知识都会在当时当天及时巩固，第二天进行适当复习，一段时间后进行第二次复习，提高复习效率。本册教材除了</w:t>
      </w:r>
      <w:r>
        <w:rPr>
          <w:lang w:eastAsia="zh-CN"/>
        </w:rPr>
        <w:t xml:space="preserve"> 10个课时的小单元教学，其余全是数与代数的知识，其中计算是教学的重点，为了帮助孩子提高计算速度，每节课课前花1分钟时间让学生诵读乘法口诀和20以内进位加与退位减口算题，通过一学期的坚持，效果显著。</w:t>
      </w:r>
      <w:r>
        <w:rPr>
          <w:lang w:eastAsia="zh-CN"/>
        </w:rPr>
        <w:br/>
      </w:r>
      <w:r>
        <w:rPr>
          <w:lang w:eastAsia="zh-CN"/>
        </w:rPr>
        <w:t>　　第三、作业布置与批改。本学期我准备了多套教辅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r>
        <w:rPr>
          <w:lang w:eastAsia="zh-CN"/>
        </w:rPr>
        <w:br/>
      </w:r>
      <w:r>
        <w:rPr>
          <w:lang w:eastAsia="zh-CN"/>
        </w:rPr>
        <w:t>　　二、关注全体，尽可能兼顾学优生的培优和学困生的辅导。</w:t>
      </w:r>
      <w:r>
        <w:rPr>
          <w:lang w:eastAsia="zh-CN"/>
        </w:rPr>
        <w:br/>
      </w:r>
      <w:r>
        <w:rPr>
          <w:lang w:eastAsia="zh-CN"/>
        </w:rPr>
        <w:t>　　新课标明确指出：教学要面向全体学生。在我们这样的大班教学中，最难兼顾的是学优生的培优和学困生的辅导。因此，我努力在课堂教学和课后辅导中关注他们的成长：</w:t>
      </w:r>
      <w:r>
        <w:rPr>
          <w:lang w:eastAsia="zh-CN"/>
        </w:rPr>
        <w:br/>
      </w:r>
      <w:r>
        <w:rPr>
          <w:lang w:eastAsia="zh-CN"/>
        </w:rPr>
        <w:t>　　(一)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二)做好课后辅导工作。利用博客平台，创设空中课堂，鼓励并指导学优生在课余自学奥数。同时加大对后进生的辅导，不仅是知识上补缺补差，更重要的是学习思想、学习方法的指导。要提高学困生的成绩，首先激发他们的求知欲和上进心，让他们意识到学习的意义;其次是要教给他们学习的方法，让他们学会观察、学会思考，增强学习自信心，体验到学习的乐趣。有句话说的好：“教是为了不教。”不能让补习伴随孩子成长!</w:t>
      </w:r>
      <w:r>
        <w:rPr>
          <w:lang w:eastAsia="zh-CN"/>
        </w:rPr>
        <w:br/>
      </w:r>
      <w:r>
        <w:rPr>
          <w:lang w:eastAsia="zh-CN"/>
        </w:rPr>
        <w:t xml:space="preserve">    高中数学教师个人总结 篇12 </w:t>
      </w:r>
      <w:r>
        <w:rPr>
          <w:lang w:eastAsia="zh-CN"/>
        </w:rPr>
        <w:br/>
      </w:r>
      <w:r>
        <w:rPr>
          <w:lang w:eastAsia="zh-CN"/>
        </w:rPr>
        <w:t>　　不知不觉20__年已经过去，透过对教学的实践，对学生学情的掌握，以及对“精讲多练”教学要求的认识，我逐步适应了这个层次学生的理解潜力，学生也慢慢适应了我的这种教学模式。这是对我的一个检验，也使得我对教学有了更深层次的认识，为以后的教学做更充足的准备。以下是我在教学过程中的一些认识和感想：</w:t>
      </w:r>
      <w:r>
        <w:rPr>
          <w:lang w:eastAsia="zh-CN"/>
        </w:rPr>
        <w:br/>
      </w:r>
      <w:r>
        <w:rPr>
          <w:lang w:eastAsia="zh-CN"/>
        </w:rPr>
        <w:t>　　一、根据学生学情教学</w:t>
      </w:r>
      <w:r>
        <w:rPr>
          <w:lang w:eastAsia="zh-CN"/>
        </w:rPr>
        <w:br/>
      </w:r>
      <w:r>
        <w:rPr>
          <w:lang w:eastAsia="zh-CN"/>
        </w:rPr>
        <w:t>　　在教学中，我们常常把自己学习数学的经历作为选取教学方法的一个重要参照，我们每一个人都做过学生，我们每一个人都学过数学，在学习过程中所品尝过的喜怒哀乐，紧张、痛苦和欢乐的经历对我们这天的学生仍有必须的启迪。</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但是，在开始的上课过程中，我常常看到学生茫然的眼神，伏案会周公的情形，以及一声声的“老师，我听不懂!”让我的内心觉得十分的不安：我是不是讲的太难了?太艰涩难懂了?回头想想，发现自己是以以前自身作为学生的状况来思考教学，并没有更多的思考此刻学生的状况。这时候，我认识到我们已有的数学学习经历还不够给自己带给更多、更有价值、可用作反思的素材。这时候就就应站在学生的角度，从学生的观点出发，参考并制定适合他们的教学方法，每个学生的状况都未必相同，理应先思考大多数学生的学习状况，然后能够适当的进行针对性的备课与教学。</w:t>
      </w:r>
      <w:r>
        <w:rPr>
          <w:lang w:eastAsia="zh-CN"/>
        </w:rPr>
        <w:br/>
      </w:r>
      <w:r>
        <w:rPr>
          <w:lang w:eastAsia="zh-CN"/>
        </w:rPr>
        <w:t>　　二、备课小组组内交流探讨</w:t>
      </w:r>
      <w:r>
        <w:rPr>
          <w:lang w:eastAsia="zh-CN"/>
        </w:rPr>
        <w:br/>
      </w:r>
      <w:r>
        <w:rPr>
          <w:lang w:eastAsia="zh-CN"/>
        </w:rPr>
        <w:t>　　这一年来透过与同事和学生代表交流，一致认为不就应急于求成赶进度，就应将学生的基础夯实，并将初中的部分相关知识点融入到课堂教学中。新课程对教学过程的要求是用生动的课堂过程激发学生的对数学的兴趣，让学生理解所学的基本知识点，把握学生在一节课内的情感流线，加强学生对解题过程的理解，使学生掌握自主探索的潜力最后才是让学生对知识点的应用。</w:t>
      </w:r>
      <w:r>
        <w:rPr>
          <w:lang w:eastAsia="zh-CN"/>
        </w:rPr>
        <w:br/>
      </w:r>
      <w:r>
        <w:rPr>
          <w:lang w:eastAsia="zh-CN"/>
        </w:rPr>
        <w:t>　　透过对教学过程的探讨与交流，我们高一备课组成员达成对“精讲多练”教学要求的共识，在今后的教学过程中，力争做到精讲多练，更好地提高课堂教学的有效性。</w:t>
      </w:r>
      <w:r>
        <w:rPr>
          <w:lang w:eastAsia="zh-CN"/>
        </w:rPr>
        <w:br/>
      </w:r>
      <w:r>
        <w:rPr>
          <w:lang w:eastAsia="zh-CN"/>
        </w:rPr>
        <w:t>　　三、认真听取学生对数学课的意见和推荐</w:t>
      </w:r>
      <w:r>
        <w:rPr>
          <w:lang w:eastAsia="zh-CN"/>
        </w:rPr>
        <w:br/>
      </w:r>
      <w:r>
        <w:rPr>
          <w:lang w:eastAsia="zh-CN"/>
        </w:rPr>
        <w:t>　　由于在课堂教学过程中，第一周的学生状况不是很好，上课睡觉的学生大有人在，作业完成状况也不乐观，解题格式不清楚，概念混淆等状况时有发生。因此，我经常把他们对数学课的感受以及意见和推荐都写在纸条上交上来(无记名方式)，我在阅读他们的意见和推荐的过程中，发现了许多自身的不足和学生的基本状况：</w:t>
      </w:r>
      <w:r>
        <w:rPr>
          <w:lang w:eastAsia="zh-CN"/>
        </w:rPr>
        <w:br/>
      </w:r>
      <w:r>
        <w:rPr>
          <w:lang w:eastAsia="zh-CN"/>
        </w:rPr>
        <w:t>　　1、讲多练少。这一点在之后的教学过程中已经逐步改善。</w:t>
      </w:r>
      <w:r>
        <w:rPr>
          <w:lang w:eastAsia="zh-CN"/>
        </w:rPr>
        <w:br/>
      </w:r>
      <w:r>
        <w:rPr>
          <w:lang w:eastAsia="zh-CN"/>
        </w:rPr>
        <w:t>　　2、课堂例题应以课本为主，出题要有针对性，还要从易到难逐步递进。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3、题目讲解、分析要清晰明了，步骤要分明。这方面在听取多位老教师讲课后，大为改观，尤为体此刻作业完成状况上，解题格式明显清晰许多。</w:t>
      </w:r>
      <w:r>
        <w:rPr>
          <w:lang w:eastAsia="zh-CN"/>
        </w:rPr>
        <w:br/>
      </w:r>
      <w:r>
        <w:rPr>
          <w:lang w:eastAsia="zh-CN"/>
        </w:rPr>
        <w:t>　　4、上课互动性的增强：在课堂中，对学生完成课堂练习的状况进行分析，分析学生的解题状况，透过提问其他学生，让全班学生帮忙分析错题原因，做到讲、练、评的有效结合。</w:t>
      </w:r>
      <w:r>
        <w:rPr>
          <w:lang w:eastAsia="zh-CN"/>
        </w:rPr>
        <w:br/>
      </w:r>
      <w:r>
        <w:rPr>
          <w:lang w:eastAsia="zh-CN"/>
        </w:rPr>
        <w:t>　　在这一届高一学生中，学生的基础普遍较差，所以要耐心加细心，不能太急于求成。每次备课、上课前都应先思考上一节课学生的掌握状况进行备课、教学。并且在每次尽量将相关的初中知识点进行复习记忆，帮忙学生巩固初中知识。</w:t>
      </w:r>
      <w:r>
        <w:rPr>
          <w:lang w:eastAsia="zh-CN"/>
        </w:rPr>
        <w:br/>
      </w:r>
      <w:r>
        <w:rPr>
          <w:lang w:eastAsia="zh-CN"/>
        </w:rPr>
        <w:t>　　四、对学生的要求及反馈</w:t>
      </w:r>
      <w:r>
        <w:rPr>
          <w:lang w:eastAsia="zh-CN"/>
        </w:rPr>
        <w:br/>
      </w:r>
      <w:r>
        <w:rPr>
          <w:lang w:eastAsia="zh-CN"/>
        </w:rPr>
        <w:t>　　针对学生的上课表现以及课后作业状况，在第二周的时候我明确给学生提出了以下三个要求：</w:t>
      </w:r>
      <w:r>
        <w:rPr>
          <w:lang w:eastAsia="zh-CN"/>
        </w:rPr>
        <w:br/>
      </w:r>
      <w:r>
        <w:rPr>
          <w:lang w:eastAsia="zh-CN"/>
        </w:rPr>
        <w:t>　　1、课前务必要预习新课资料。做好预习工作是学好这堂课的先决条件，没有预习，就不明白这节课所要上的资料是什么，自己所不会的是什么，更不清楚新课中的重点和难点在哪了。</w:t>
      </w:r>
      <w:r>
        <w:rPr>
          <w:lang w:eastAsia="zh-CN"/>
        </w:rPr>
        <w:br/>
      </w:r>
      <w:r>
        <w:rPr>
          <w:lang w:eastAsia="zh-CN"/>
        </w:rPr>
        <w:t>　　2、上课时务必准备一本数学专用的笔记本，用来做课堂笔记以及课堂练习所用。上课要做到动脑、动手、动笔，只有多动手做题，理解解题过程，才能更加有效的将知识点吸收、理解和应用，才能更好的记忆有关知识点。</w:t>
      </w:r>
      <w:r>
        <w:rPr>
          <w:lang w:eastAsia="zh-CN"/>
        </w:rPr>
        <w:br/>
      </w:r>
      <w:r>
        <w:rPr>
          <w:lang w:eastAsia="zh-CN"/>
        </w:rPr>
        <w:t>　　3、课后及时完成复习，认真的对教材中知识要点进行梳理，并且尽量独立自主地完成老师当天布置的练习和作业，透过练习巩固基础。多做题，从中发现自己的不足和缺漏是学好数学的重要方法。</w:t>
      </w:r>
      <w:r>
        <w:rPr>
          <w:lang w:eastAsia="zh-CN"/>
        </w:rPr>
        <w:br/>
      </w:r>
      <w:r>
        <w:rPr>
          <w:lang w:eastAsia="zh-CN"/>
        </w:rPr>
        <w:t xml:space="preserve">    高中数学教师个人总结 篇13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我实习所在学校是__中学，实习基本内容包括两部分：课堂教学和教育调查。基本情况如下：</w:t>
      </w:r>
      <w:r>
        <w:rPr>
          <w:lang w:eastAsia="zh-CN"/>
        </w:rPr>
        <w:br/>
      </w:r>
      <w:r>
        <w:rPr>
          <w:lang w:eastAsia="zh-CN"/>
        </w:rPr>
        <w:t>　　1、课堂教学：完成教案数28份，上课数31节，其中3节重复课;</w:t>
      </w:r>
      <w:r>
        <w:rPr>
          <w:lang w:eastAsia="zh-CN"/>
        </w:rPr>
        <w:br/>
      </w:r>
      <w:r>
        <w:rPr>
          <w:lang w:eastAsia="zh-CN"/>
        </w:rPr>
        <w:t>　　2、教育报告：完成一份教育调查报告。</w:t>
      </w:r>
      <w:r>
        <w:rPr>
          <w:lang w:eastAsia="zh-CN"/>
        </w:rPr>
        <w:br/>
      </w:r>
      <w:r>
        <w:rPr>
          <w:lang w:eastAsia="zh-CN"/>
        </w:rPr>
        <w:t>　　经历了为期8周的实习生活，我尝试到了身为一名教师的苦与乐，也深深地体会到了一名教师所肩负的责任;在这些日子里，我能以教师的身份严格要求自己，为人师表，处处注意自己的言行和仪表，关爱学生，本着对学生负责的态度尽全力做好教学及班主任的每一项工作;同时，作为一名实习生，能够遵守实习学校的规章制度，尊重实习学校领导和老师，虚心听取他们的指导意见，完成我们的实习任务。</w:t>
      </w:r>
      <w:r>
        <w:rPr>
          <w:lang w:eastAsia="zh-CN"/>
        </w:rPr>
        <w:br/>
      </w:r>
      <w:r>
        <w:rPr>
          <w:lang w:eastAsia="zh-CN"/>
        </w:rPr>
        <w:t>　　一、数学教学工作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9"/>
          <w:cols w:space="425"/>
          <w:titlePg w:val="0"/>
          <w:docGrid w:type="lines" w:linePitch="312"/>
        </w:sectPr>
      </w:pPr>
      <w:r>
        <w:rPr>
          <w:lang w:eastAsia="zh-CN"/>
        </w:rPr>
        <w:t>　　我教的是高一_班的数学，由于只有一个班，所以我能够花更多精力去教好这个班。见面会上，指导老师就跟我说：“这个班的数学很差的喔”原班主任老师也跟我介绍了，这两年__中学一直在扩招，招了好些择校生，今年高一年级有20个班，其中又按照学生的入学成绩将班级分为8个提高班和12个普通班，我们班是普通班，基础比较差的。经过两天向老师的了解，从成绩单的分析以及和学生的接触，确实，这个班的数学基础比较薄弱，就对于函数这一部分的知识掌握得很不好，很多同学连怎样去判断函数都不会，很多简单函数的定义域和值域也不会求，对于分段函数更是无从下手，我觉得对于这一问题的出现，是学生对函数的概念不理解，没能抓住其重点以及其实质;还有就是很多学生告诉我他们连初中的数学知识都没有学全，对于这个状况，真的不乐观。</w:t>
      </w:r>
      <w:r>
        <w:rPr>
          <w:lang w:eastAsia="zh-CN"/>
        </w:rPr>
        <w:br/>
      </w:r>
      <w:r>
        <w:rPr>
          <w:lang w:eastAsia="zh-CN"/>
        </w:rPr>
        <w:t>　　还有学生向我诉苦：“老师，我初中数学都学得挺好的，为什么一到高中，我还是那么认真的学习，但是就是成绩跟不上去，很多题老师课堂上讲我听得懂，但是一让我自己做，又不知道从何下手了。”对于这些学生，我一边以坚定的语气鼓励他们：“不怕，万事开头难，高中知识相对初中知识可以说在难度上是一个质的飞跃，但只要你们咬牙坚持，不断地在平时学习的碰壁中摸索高中的学习规律，找到适合自己的学习方法，就会慢慢地找到学数学的感觉了。”给他们学好数学的信心，一边在心里苦苦思索着如何去帮助他们尽快地把学习方式从初中转变到高中来，适应难度较大的高中数学学习。</w:t>
      </w:r>
      <w:r>
        <w:rPr>
          <w:lang w:eastAsia="zh-CN"/>
        </w:rPr>
        <w:br/>
      </w:r>
      <w:r>
        <w:rPr>
          <w:lang w:eastAsia="zh-CN"/>
        </w:rPr>
        <w:t>　　我主要通过培养他们的数学思维能力和解题能力来提高他们的数学学习能力。体现在平时上课和答疑时对他们的思路引导和方法总结上，基于初中知识与高中知识脱节较严重的状况，给这些刚上高一的学生进行了相关知识的补充，如十字相乘法、二次函数最值问题求解、二次不等式的求解等内容。同时，注意培养学生学习数学的兴趣，上课时注意学生情绪的调动;另外，还非常注重学生对学好数学的信心，我发现，很多学生对数学已经失去了信心，我会时常去鼓励他们，鼓励他们要自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0"/>
          <w:cols w:space="425"/>
          <w:titlePg w:val="0"/>
          <w:docGrid w:type="lines" w:linePitch="312"/>
        </w:sectPr>
      </w:pPr>
      <w:r>
        <w:rPr>
          <w:lang w:eastAsia="zh-CN"/>
        </w:rPr>
        <w:t>　　为了尽量给学生更多的课后辅导，每周一晚上的数学下班课，每周的自习课以及室内自习的体育课，我都会到班上进行答疑。大部分同学学习数学的热情都不是很高，课上听不懂的地方、作业、练习册遇到的问题都不怎么理会或者是不怎么敢提出来。经常问问题的都是那几个学生。从学生的问题中，我发现他们的课堂效率很低，课堂上重复了好几次的题型，还是不会做相同类型的作业，有些最基础的数学题目，至今仍有好大一部分学生是不懂的。学习方式也存在较大问题，没有养成课后及时复习的习惯，该记的公式、定理、知识点还没记好没有理解好就做作业做练习，导致做题时无从下手或乱造公式。学生还像我抱怨说，一节课甚至整个晚自修就做几道数学作业题，都没有时间做更多的题了。针对这个问题，答疑时，我会让这种类型的学生先复习书上的相关知识再做作业，若还是不懂，再给他们讲解，避免让他们太过依赖老师，培养他们独立思考的习惯。</w:t>
      </w:r>
      <w:r>
        <w:rPr>
          <w:lang w:eastAsia="zh-CN"/>
        </w:rPr>
        <w:br/>
      </w:r>
      <w:r>
        <w:rPr>
          <w:lang w:eastAsia="zh-CN"/>
        </w:rPr>
        <w:t>　　在批改作业和批改试卷的工作中，及时了解学生的学习情况，存在的突出问题，并做好记录。对学生做法不大肯定时，虚心地向指导老师请教后再批改。同时，在评卷中，学会了如何酌情给分。此外还学会了如何使用e_cel软件进行统计、排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1"/>
          <w:cols w:space="425"/>
          <w:titlePg w:val="0"/>
          <w:docGrid w:type="lines" w:linePitch="312"/>
        </w:sectPr>
      </w:pPr>
      <w:r>
        <w:rPr>
          <w:lang w:eastAsia="zh-CN"/>
        </w:rPr>
        <w:t>　　上课阶段，指导老师给我安排的课还是很充足的，共28节，而且很多时候都是每天一节新课，这就要求我必须充分利用好课后时间去细心琢磨教材，我与另一个队友经常是一起讨论教法、例题、习题设计等内容，进行备课，然后详细写教案，而且每一样都得紧紧结合教学目标和学生的学习情况，尽量让学生在课堂上都能听懂，以便更好地吸收相关知识，争取让课堂效率达到最高。然后交给指导老师审批，在指导老师地批改和建议下再做修改，并且在上课前熟悉甚至是背出整个教学流程。</w:t>
      </w:r>
      <w:r>
        <w:rPr>
          <w:lang w:eastAsia="zh-CN"/>
        </w:rPr>
        <w:br/>
      </w:r>
      <w:r>
        <w:rPr>
          <w:lang w:eastAsia="zh-CN"/>
        </w:rPr>
        <w:t>　　我的每节新课指导老师都会非常负责地坚持去听，做出全面细致地评价，细心地指出我上课过程中所存在的缺点与不足及有效的实际教学建议。指导老师是个幽默有经验的教师，所以在课堂上，他也非常注重我的语言表达能力，要求我用生动幽默的语言去吸引学生的注意力，引起学生的兴趣，的确，每次指导老师上课，学生们都会很兴趣盎然，这个就是幽默的魅力。在老师的悉心指导下，我的教态、语言、板书、提问技巧、与学生互动、对学生的思路引导各方面都有了明显的提高。我认为自己也还存在不少缺陷，如课堂时间掌控得不是很好，有时希望多给学生讲点，忽略了给学生思考得时间，课堂气氛不活跃，语言不够生动幽默。</w:t>
      </w:r>
      <w:r>
        <w:rPr>
          <w:lang w:eastAsia="zh-CN"/>
        </w:rPr>
        <w:br/>
      </w:r>
      <w:r>
        <w:rPr>
          <w:lang w:eastAsia="zh-CN"/>
        </w:rPr>
        <w:t>　　上课之余，我还积极去听学校其他老师的课，如本年级数学老师开的公开课，本实习队的另一个数学指导老师，做好听课记录，学习老师们的长处和丰富的教学经验;此外，对于数学公开课，其他老师还会有针对性地指出不足之处，这也让我学到了不少东西，其中就是一节课不先要求什么，首先也最重要的就是不能犯知识性错误，这个是上课的重中之重，这也要求我们在备课时必须细心，严谨，杜绝出现知识性错误，然后才讲怎样去讲给学生听。</w:t>
      </w:r>
      <w:r>
        <w:rPr>
          <w:lang w:eastAsia="zh-CN"/>
        </w:rPr>
        <w:br/>
      </w:r>
      <w:r>
        <w:rPr>
          <w:lang w:eastAsia="zh-CN"/>
        </w:rPr>
        <w:t>　　二、教育调查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2"/>
          <w:cols w:space="425"/>
          <w:titlePg w:val="0"/>
          <w:docGrid w:type="lines" w:linePitch="312"/>
        </w:sectPr>
      </w:pPr>
      <w:r>
        <w:rPr>
          <w:lang w:eastAsia="zh-CN"/>
        </w:rPr>
        <w:t>　　我们实习队的调研课题是《__中学高一学生学习困难成因及对策》，分别对普通班的学生和提高班的学生进行了问卷调查。队友们积极配合，分工合作，共同完成了问卷派发与回收，数据统计与分析，最终顺利整理成文，完成调查报告的撰写。在这里我们也体会到了分工合作的重要性，以及队友之间的体谅和关怀，记得在统计时，由于负责这块的队友没有事先跟大家说明白要男女分开，对于单选的项却选了多个选项这道题要作废处理的事情说明白，结果很多队友都出现了错误，得重新统计。对于这样的情况，大家都没有抱怨，而是体谅，知道这位队友其实也很辛苦，稍有遗漏不足为奇，所以又认认真真的重新统计一次。</w:t>
      </w:r>
      <w:r>
        <w:rPr>
          <w:lang w:eastAsia="zh-CN"/>
        </w:rPr>
        <w:br/>
      </w:r>
      <w:r>
        <w:rPr>
          <w:lang w:eastAsia="zh-CN"/>
        </w:rPr>
        <w:t>　　三、结语</w:t>
      </w:r>
      <w:r>
        <w:rPr>
          <w:lang w:eastAsia="zh-CN"/>
        </w:rPr>
        <w:br/>
      </w:r>
      <w:r>
        <w:rPr>
          <w:lang w:eastAsia="zh-CN"/>
        </w:rPr>
        <w:t>　　本次教育实习，我顺利完成了教学工作，教育调查的实习任务，达到了了检查、实践、提高的实习目标，为以后的教育工作积累了一些宝贵的教学经验。并且体会到了“爱心”在师生中的关键作用，只有对学生真心付出，才能取得学生的尊重和信任。但我还没有做到“爱”和“严”的很好结合，还要注意对学生的爱要有个度，不能过分迁就，一定要爱和严结合，才能更好的做好教师这一职责;而且还要学习更多好的教育方法、教育机智，才能高效率地管理好、教育好学生。总的来说，本次教育实习是一次成功的实习。</w:t>
      </w:r>
      <w:r>
        <w:rPr>
          <w:lang w:eastAsia="zh-CN"/>
        </w:rPr>
        <w:br/>
      </w:r>
      <w:r>
        <w:rPr>
          <w:lang w:eastAsia="zh-CN"/>
        </w:rPr>
        <w:t xml:space="preserve">    高中数学教师个人总结 篇14 </w:t>
      </w:r>
      <w:r>
        <w:rPr>
          <w:lang w:eastAsia="zh-CN"/>
        </w:rPr>
        <w:br/>
      </w:r>
    </w:p>
    <w:p w:rsidR="001B1F19" w14:textId="27C3F48A">
      <w:pPr>
        <w:rPr>
          <w:rFonts w:hint="eastAsia"/>
          <w:lang w:eastAsia="zh-CN"/>
        </w:rPr>
      </w:pPr>
      <w:r>
        <w:rPr>
          <w:lang w:eastAsia="zh-CN"/>
        </w:rPr>
        <w:t>　　不知不觉__年已经过去，通过对教学的实践，对学生学情的掌握，以及对“精讲多练”教学要求的认识，我逐步适应了这个层次学生的接受能力，学生也慢慢适应了我的这种教学模式。这是对我的一个检验，也使得我对教学有了更深层次的认识，为以后的教学做更充足的准备。以下是我在教学过程中的一些认识和感想一、根据学生学情教学</w:t>
      </w:r>
      <w:r>
        <w:rPr>
          <w:lang w:eastAsia="zh-CN"/>
        </w:rPr>
        <w:br/>
      </w:r>
      <w:r>
        <w:rPr>
          <w:lang w:eastAsia="zh-CN"/>
        </w:rPr>
        <w:t>　　在教学中，我们常常把自己学习数学的经历作为选择教学方法的一个重要参照，我们每一个人都做过学生，我们每一个人都学过数学，在学习过程中所品尝过的喜怒哀乐，紧张、痛苦和欢乐的经历对我们今天的学生仍有一定的启迪。</w:t>
      </w:r>
      <w:r>
        <w:rPr>
          <w:lang w:eastAsia="zh-CN"/>
        </w:rPr>
        <w:br/>
      </w:r>
      <w:r>
        <w:rPr>
          <w:lang w:eastAsia="zh-CN"/>
        </w:rPr>
        <w:t>　　但是，在开始的上课过程中，我常常看到学生茫然的眼神，伏案会周公的情形，以及一声声的“老师，我听不懂!”让我的内心觉得非常的不安：我是不是讲的太难了?太艰涩难懂了?回头想想，发现自己是以以前自身作为学生的情况来考虑教学，并没有的考虑现在学生的情况。这时候，我认识到我们已有的数学学习经历还不够给自己提供、更有价值、可用作反思的素材。这时候就应该站在学生的角度，从学生的观点出发，参考并制定适合他们的教学方法 ，每个学生的情况都未必相同 ，理应先考虑大多数学生的学习情况，然后可以适当的进行针对性的备课与教学。</w:t>
      </w:r>
      <w:r>
        <w:rPr>
          <w:lang w:eastAsia="zh-CN"/>
        </w:rPr>
        <w:br/>
      </w:r>
      <w:r>
        <w:rPr>
          <w:lang w:eastAsia="zh-CN"/>
        </w:rPr>
        <w:t>　　二、备课小组组内交流探讨</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https://d.book118.com/145101214323011113</w:t>
        </w:r>
      </w:hyperlink>
    </w:p>
    <w:p w:rsidR="001B1F19">
      <w:pPr>
        <w:rPr>
          <w:rFonts w:hint="eastAsia"/>
          <w:lang w:eastAsia="zh-CN"/>
        </w:rPr>
      </w:pPr>
    </w:p>
    <w:sectPr>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4510121432301111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