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员工试用期工作总结报告范文大全（30篇）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员工试用期工作总结报告范文大全（通用30篇）</w:t>
      </w:r>
      <w:r>
        <w:rPr>
          <w:lang w:eastAsia="zh-CN"/>
        </w:rPr>
        <w:br/>
      </w:r>
      <w:r>
        <w:rPr>
          <w:lang w:eastAsia="zh-CN"/>
        </w:rPr>
        <w:t xml:space="preserve">    员工试用期工作总结报告范文大全 篇1 </w:t>
      </w:r>
      <w:r>
        <w:rPr>
          <w:lang w:eastAsia="zh-CN"/>
        </w:rPr>
        <w:br/>
      </w:r>
      <w:r>
        <w:rPr>
          <w:lang w:eastAsia="zh-CN"/>
        </w:rPr>
        <w:t>　　时间过的真快，到IT事业部工作已经有一个月了，在这一个月里我由一个刚毕业的学生转变成了一名工作人员，在自己心里有很多的感触。下面我来具体说一下我所学到期的东西：</w:t>
      </w:r>
      <w:r>
        <w:rPr>
          <w:lang w:eastAsia="zh-CN"/>
        </w:rPr>
        <w:br/>
      </w:r>
      <w:r>
        <w:rPr>
          <w:lang w:eastAsia="zh-CN"/>
        </w:rPr>
        <w:t>　　1、学会了专业知识，对维修方面的知识有了一定的了解</w:t>
      </w:r>
      <w:r>
        <w:rPr>
          <w:lang w:eastAsia="zh-CN"/>
        </w:rPr>
        <w:br/>
      </w:r>
      <w:r>
        <w:rPr>
          <w:lang w:eastAsia="zh-CN"/>
        </w:rPr>
        <w:t>　　在每天早晚的会议中，由专业的工程师为我们讲解关于电脑方面的.知识以及常见的故障，使我对专业知识有了一定的了解。</w:t>
      </w:r>
      <w:r>
        <w:rPr>
          <w:lang w:eastAsia="zh-CN"/>
        </w:rPr>
        <w:br/>
      </w:r>
      <w:r>
        <w:rPr>
          <w:lang w:eastAsia="zh-CN"/>
        </w:rPr>
        <w:t>　　2、学会了与人沟通的重要性</w:t>
      </w:r>
      <w:r>
        <w:rPr>
          <w:lang w:eastAsia="zh-CN"/>
        </w:rPr>
        <w:br/>
      </w:r>
      <w:r>
        <w:rPr>
          <w:lang w:eastAsia="zh-CN"/>
        </w:rPr>
        <w:t>　　我所负责的工作是前台接待，在这个工作中最重要的就是与客户之间的沟通，在这个环节如果做的好了，就会提高客户的满意度，从而也提高了部门的利润，为部门带来了更多的利益。相反如果做的不好，老客户也会变成陌生人。</w:t>
      </w:r>
      <w:r>
        <w:rPr>
          <w:lang w:eastAsia="zh-CN"/>
        </w:rPr>
        <w:br/>
      </w:r>
      <w:r>
        <w:rPr>
          <w:lang w:eastAsia="zh-CN"/>
        </w:rPr>
        <w:t>　　3、学会了与同事之间和平相处</w:t>
      </w:r>
      <w:r>
        <w:rPr>
          <w:lang w:eastAsia="zh-CN"/>
        </w:rPr>
        <w:br/>
      </w:r>
      <w:r>
        <w:rPr>
          <w:lang w:eastAsia="zh-CN"/>
        </w:rPr>
        <w:t>　　我喜欢这个部门里所有的同事，因为他们都很随和，当看到我在某些地方做的不对时，会主动跟我提出，并告诉我应该怎么去做，使我在工作中很愉快。</w:t>
      </w:r>
      <w:r>
        <w:rPr>
          <w:lang w:eastAsia="zh-CN"/>
        </w:rPr>
        <w:br/>
      </w:r>
      <w:r>
        <w:rPr>
          <w:lang w:eastAsia="zh-CN"/>
        </w:rPr>
        <w:t>　　4、学会了责任的重要性，懂得了诚信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给我印象最深的一名话是给客户的承诺必须做到！给了客户的承诺如果做不到，就不应该给客户承诺，给了就应该做到！要为自己的言行负责，可能因为自己的一句话，整个部门都会受到影响。所以一定要明白自己的承诺能不能做到。</w:t>
      </w:r>
      <w:r>
        <w:rPr>
          <w:lang w:eastAsia="zh-CN"/>
        </w:rPr>
        <w:br/>
      </w:r>
      <w:r>
        <w:rPr>
          <w:lang w:eastAsia="zh-CN"/>
        </w:rPr>
        <w:t xml:space="preserve">    员工试用期工作总结报告范文大全 篇2 </w:t>
      </w:r>
      <w:r>
        <w:rPr>
          <w:lang w:eastAsia="zh-CN"/>
        </w:rPr>
        <w:br/>
      </w:r>
      <w:r>
        <w:rPr>
          <w:lang w:eastAsia="zh-CN"/>
        </w:rPr>
        <w:t>　　我从入职至今已快三个月了，这几个月里，在领导和同事的帮助下，我对工作流程了解许多，后来又经过公司的专业培训，又使我了解了以“以情服务、用心做事、务实高效、开拓进取”为核心的企业文化及各项规章制度。</w:t>
      </w:r>
      <w:r>
        <w:rPr>
          <w:lang w:eastAsia="zh-CN"/>
        </w:rPr>
        <w:br/>
      </w:r>
      <w:r>
        <w:rPr>
          <w:lang w:eastAsia="zh-CN"/>
        </w:rPr>
        <w:t>　　一、以情服务、用心做事。</w:t>
      </w:r>
      <w:r>
        <w:rPr>
          <w:lang w:eastAsia="zh-CN"/>
        </w:rPr>
        <w:br/>
      </w:r>
      <w:r>
        <w:rPr>
          <w:lang w:eastAsia="zh-CN"/>
        </w:rPr>
        <w:t>　　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r>
        <w:rPr>
          <w:lang w:eastAsia="zh-CN"/>
        </w:rPr>
        <w:br/>
      </w:r>
      <w:r>
        <w:rPr>
          <w:lang w:eastAsia="zh-CN"/>
        </w:rPr>
        <w:t>　　二、遵守制度、敢抓敢管。</w:t>
      </w:r>
      <w:r>
        <w:rPr>
          <w:lang w:eastAsia="zh-CN"/>
        </w:rPr>
        <w:br/>
      </w:r>
      <w:r>
        <w:rPr>
          <w:lang w:eastAsia="zh-CN"/>
        </w:rPr>
        <w:t>　　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三、任劳任怨、孜孜不倦。</w:t>
      </w:r>
      <w:r>
        <w:rPr>
          <w:lang w:eastAsia="zh-CN"/>
        </w:rPr>
        <w:br/>
      </w:r>
      <w:r>
        <w:rPr>
          <w:lang w:eastAsia="zh-CN"/>
        </w:rPr>
        <w:t>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w:t>
      </w:r>
      <w:r>
        <w:rPr>
          <w:lang w:eastAsia="zh-CN"/>
        </w:rPr>
        <w:br/>
      </w:r>
      <w:r>
        <w:rPr>
          <w:lang w:eastAsia="zh-CN"/>
        </w:rPr>
        <w:t xml:space="preserve">    员工试用期工作总结报告范文大全 篇3 </w:t>
      </w:r>
      <w:r>
        <w:rPr>
          <w:lang w:eastAsia="zh-CN"/>
        </w:rPr>
        <w:br/>
      </w:r>
      <w:r>
        <w:rPr>
          <w:lang w:eastAsia="zh-CN"/>
        </w:rPr>
        <w:t>　　4 月 16 日进入公司 掌 以来，主要从事室内覆 幼 盖工程项目的工作，在 老 公司领导和同事关怀与 勿 培养下，认真学习、努 宙 力工作，积极投身到工 涝 作中，逐渐迚入了工作 调 角色。对公司的组织架 咕 构、企业文化、规章制 柄 度项目流程已熟悉，并 研 且融入网络建设部这个 谦 大家庭。 半年来， 轮 按照岗位职责要求和行 愿 为规范，认认真真地做 轨 好了本职工作，较好地 饯 完成了领导所交给的各 嘲 项工作任务。以下是本 篱 人对迚公司以来的工作 鸟 情况说明：</w:t>
      </w:r>
      <w:r>
        <w:rPr>
          <w:lang w:eastAsia="zh-CN"/>
        </w:rPr>
        <w:br/>
      </w:r>
      <w:r>
        <w:rPr>
          <w:lang w:eastAsia="zh-CN"/>
        </w:rPr>
        <w:t>　　1在 桑 迚入公司后前期,前往 墓 __ 地区负责联通室内 精 分布系统工程项目，在 窒 当地深入迚行对本项目 妖 的实地沟通了解分析及 欲 结合公司发展方针，实 获 施了 __ 地区联通室内 藻 分布系统工程项目代理 域 事项。</w:t>
      </w:r>
      <w:r>
        <w:rPr>
          <w:lang w:eastAsia="zh-CN"/>
        </w:rPr>
        <w:br/>
      </w:r>
      <w:r>
        <w:rPr>
          <w:lang w:eastAsia="zh-CN"/>
        </w:rPr>
        <w:t>　　2中期应</w:t>
      </w:r>
      <w:r>
        <w:rPr>
          <w:lang w:eastAsia="zh-CN"/>
        </w:rPr>
        <w:t xml:space="preserve"> 杉</w:t>
      </w:r>
      <w:r>
        <w:rPr>
          <w:lang w:eastAsia="zh-CN"/>
        </w:rPr>
        <w:t xml:space="preserve"> 公司要求，协助</w:t>
      </w:r>
      <w:r>
        <w:rPr>
          <w:lang w:eastAsia="zh-CN"/>
        </w:rPr>
        <w:t xml:space="preserve"> __</w:t>
      </w:r>
      <w:r>
        <w:rPr>
          <w:lang w:eastAsia="zh-CN"/>
        </w:rPr>
        <w:t xml:space="preserve"> 对</w:t>
      </w:r>
      <w:r>
        <w:rPr>
          <w:lang w:eastAsia="zh-CN"/>
        </w:rPr>
        <w:t xml:space="preserve"> 占</w:t>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各流程及数据文档的管</w:t>
      </w:r>
      <w:r>
        <w:rPr>
          <w:lang w:eastAsia="zh-CN"/>
        </w:rPr>
        <w:t xml:space="preserve"> 柒理更合理清晰，做为小</w:t>
      </w:r>
      <w:r>
        <w:rPr>
          <w:lang w:eastAsia="zh-CN"/>
        </w:rPr>
        <w:t xml:space="preserve"> 天</w:t>
      </w:r>
      <w:r>
        <w:rPr>
          <w:lang w:eastAsia="zh-CN"/>
        </w:rPr>
        <w:t xml:space="preserve"> 组成员对</w:t>
      </w:r>
      <w:r>
        <w:rPr>
          <w:lang w:eastAsia="zh-CN"/>
        </w:rPr>
        <w:t xml:space="preserve"> __</w:t>
      </w:r>
      <w:r>
        <w:rPr>
          <w:lang w:eastAsia="zh-CN"/>
        </w:rPr>
        <w:t xml:space="preserve"> 联通项目</w:t>
      </w:r>
      <w:r>
        <w:rPr>
          <w:lang w:eastAsia="zh-CN"/>
        </w:rPr>
        <w:t xml:space="preserve"> 芯</w:t>
      </w:r>
      <w:r>
        <w:rPr>
          <w:lang w:eastAsia="zh-CN"/>
        </w:rPr>
        <w:t xml:space="preserve"> 当前数据及文档梳理工</w:t>
      </w:r>
      <w:r>
        <w:rPr>
          <w:lang w:eastAsia="zh-CN"/>
        </w:rPr>
        <w:t xml:space="preserve"> 功</w:t>
      </w:r>
      <w:r>
        <w:rPr>
          <w:lang w:eastAsia="zh-CN"/>
        </w:rPr>
        <w:t xml:space="preserve"> 作，使之更规范合理。</w:t>
      </w:r>
      <w:r>
        <w:rPr>
          <w:lang w:eastAsia="zh-CN"/>
        </w:rPr>
        <w:t xml:space="preserve"> 匈</w:t>
      </w:r>
      <w:r>
        <w:rPr>
          <w:lang w:eastAsia="zh-CN"/>
        </w:rPr>
        <w:t xml:space="preserve"> 日前与</w:t>
      </w:r>
      <w:r>
        <w:rPr>
          <w:lang w:eastAsia="zh-CN"/>
        </w:rPr>
        <w:t xml:space="preserve"> __</w:t>
      </w:r>
      <w:r>
        <w:rPr>
          <w:lang w:eastAsia="zh-CN"/>
        </w:rPr>
        <w:t xml:space="preserve"> 沟通得知经</w:t>
      </w:r>
      <w:r>
        <w:rPr>
          <w:lang w:eastAsia="zh-CN"/>
        </w:rPr>
        <w:t xml:space="preserve"> 往</w:t>
      </w:r>
      <w:r>
        <w:rPr>
          <w:lang w:eastAsia="zh-CN"/>
        </w:rPr>
        <w:t xml:space="preserve"> 过梳</w:t>
      </w:r>
      <w:r>
        <w:rPr>
          <w:lang w:eastAsia="zh-CN"/>
        </w:rPr>
        <w:t xml:space="preserve"> 理后</w:t>
      </w:r>
      <w:r>
        <w:rPr>
          <w:lang w:eastAsia="zh-CN"/>
        </w:rPr>
        <w:t xml:space="preserve"> __</w:t>
      </w:r>
      <w:r>
        <w:rPr>
          <w:lang w:eastAsia="zh-CN"/>
        </w:rPr>
        <w:t xml:space="preserve"> 的各线条</w:t>
      </w:r>
      <w:r>
        <w:rPr>
          <w:lang w:eastAsia="zh-CN"/>
        </w:rPr>
        <w:t xml:space="preserve"> 长</w:t>
      </w:r>
      <w:r>
        <w:rPr>
          <w:lang w:eastAsia="zh-CN"/>
        </w:rPr>
        <w:t xml:space="preserve"> 流程及数据都更清晰明</w:t>
      </w:r>
      <w:r>
        <w:rPr>
          <w:lang w:eastAsia="zh-CN"/>
        </w:rPr>
        <w:t xml:space="preserve"> 兽</w:t>
      </w:r>
      <w:r>
        <w:rPr>
          <w:lang w:eastAsia="zh-CN"/>
        </w:rPr>
        <w:t xml:space="preserve"> 了使之更容易掌握真实</w:t>
      </w:r>
      <w:r>
        <w:rPr>
          <w:lang w:eastAsia="zh-CN"/>
        </w:rPr>
        <w:t xml:space="preserve"> 渡</w:t>
      </w:r>
      <w:r>
        <w:rPr>
          <w:lang w:eastAsia="zh-CN"/>
        </w:rPr>
        <w:t xml:space="preserve"> 工作情况。</w:t>
      </w:r>
      <w:r>
        <w:rPr>
          <w:lang w:eastAsia="zh-CN"/>
        </w:rPr>
        <w:br/>
      </w:r>
      <w:r>
        <w:rPr>
          <w:lang w:eastAsia="zh-CN"/>
        </w:rPr>
        <w:t>　　3后 复 期针对项目组目前现状 陀 ，为提高各人员工作极 殃 积性编制了《项目经理 月 绩效考核管理办法》《 姻 工程人员绩效考核管理 浦 办法》。</w:t>
      </w:r>
      <w:r>
        <w:rPr>
          <w:lang w:eastAsia="zh-CN"/>
        </w:rPr>
        <w:br/>
      </w:r>
      <w:r>
        <w:rPr>
          <w:lang w:eastAsia="zh-CN"/>
        </w:rPr>
        <w:t>　　4结合 赴 项目组目前实际情况， 雇 拟制了《物业人员谈点 欲费率及奖劫试行办法》 应 。</w:t>
      </w:r>
      <w:r>
        <w:rPr>
          <w:lang w:eastAsia="zh-CN"/>
        </w:rPr>
        <w:br/>
      </w:r>
      <w:r>
        <w:rPr>
          <w:lang w:eastAsia="zh-CN"/>
        </w:rPr>
        <w:t>　　5现阶段协助 淫 __ 联通项目组对联通 凤 项目当前数据及文档梳 语 理及站点物料核查工作 耻 。当然在实际工作中， 螟 我也存在着许多缺点和 谬 不足，比如不能很好的 傻 善用说话技巧，解决问 蓬 题时有时缺乏果断，偶 狄 尔也会被小的挫折影响 柔 工作信心。</w:t>
      </w:r>
      <w:r>
        <w:rPr>
          <w:lang w:eastAsia="zh-CN"/>
        </w:rPr>
        <w:br/>
      </w:r>
      <w:r>
        <w:rPr>
          <w:lang w:eastAsia="zh-CN"/>
        </w:rPr>
        <w:t>　　认识到不足 雾 的同时，我始终坚信， 狠 自省是改迚提高的前提 疫 。 在此，我想借此 哺 机会，正式向公司领导 芋 提出转正申请，希望公 溶 司领导能对我的工作态 绣 度、能力与表现，以正 麦 式员工的要求做一个全 呀 面的考量。</w:t>
      </w:r>
      <w:r>
        <w:rPr>
          <w:lang w:eastAsia="zh-CN"/>
        </w:rPr>
        <w:br/>
      </w:r>
      <w:r>
        <w:rPr>
          <w:lang w:eastAsia="zh-CN"/>
        </w:rPr>
        <w:t>　　在今后的工</w:t>
      </w:r>
      <w:r>
        <w:rPr>
          <w:lang w:eastAsia="zh-CN"/>
        </w:rPr>
        <w:t xml:space="preserve"> 航</w:t>
      </w:r>
      <w:r>
        <w:rPr>
          <w:lang w:eastAsia="zh-CN"/>
        </w:rPr>
        <w:t xml:space="preserve"> 作中尽心的工作,不但</w:t>
      </w:r>
      <w:r>
        <w:rPr>
          <w:lang w:eastAsia="zh-CN"/>
        </w:rPr>
        <w:t xml:space="preserve"> 尖</w:t>
      </w:r>
      <w:r>
        <w:rPr>
          <w:lang w:eastAsia="zh-CN"/>
        </w:rPr>
        <w:t xml:space="preserve"> 要发扬自己的优点，还</w:t>
      </w:r>
      <w:r>
        <w:rPr>
          <w:lang w:eastAsia="zh-CN"/>
        </w:rPr>
        <w:t xml:space="preserve"> 辅</w:t>
      </w:r>
      <w:r>
        <w:rPr>
          <w:lang w:eastAsia="zh-CN"/>
        </w:rPr>
        <w:t xml:space="preserve"> 要客观地面对自己的不</w:t>
      </w:r>
      <w:r>
        <w:rPr>
          <w:lang w:eastAsia="zh-CN"/>
        </w:rPr>
        <w:t xml:space="preserve"> 诫</w:t>
      </w:r>
      <w:r>
        <w:rPr>
          <w:lang w:eastAsia="zh-CN"/>
        </w:rPr>
        <w:t xml:space="preserve"> 足之处，逐渐改掉缺点</w:t>
      </w:r>
      <w:r>
        <w:rPr>
          <w:lang w:eastAsia="zh-CN"/>
        </w:rPr>
        <w:t xml:space="preserve"> 钉</w:t>
      </w:r>
      <w:r>
        <w:rPr>
          <w:lang w:eastAsia="zh-CN"/>
        </w:rPr>
        <w:t xml:space="preserve"> ，注重锻炼自己的应变</w:t>
      </w:r>
      <w:r>
        <w:rPr>
          <w:lang w:eastAsia="zh-CN"/>
        </w:rPr>
        <w:t xml:space="preserve"> 直</w:t>
      </w:r>
      <w:r>
        <w:rPr>
          <w:lang w:eastAsia="zh-CN"/>
        </w:rPr>
        <w:t xml:space="preserve"> 能力、协调能力、组织</w:t>
      </w:r>
      <w:r>
        <w:rPr>
          <w:lang w:eastAsia="zh-CN"/>
        </w:rPr>
        <w:t xml:space="preserve"> 录</w:t>
      </w:r>
      <w:r>
        <w:rPr>
          <w:lang w:eastAsia="zh-CN"/>
        </w:rPr>
        <w:t xml:space="preserve"> 能力以及创造能力，不</w:t>
      </w:r>
      <w:r>
        <w:rPr>
          <w:lang w:eastAsia="zh-CN"/>
        </w:rPr>
        <w:t xml:space="preserve"> 侍</w:t>
      </w:r>
      <w:r>
        <w:rPr>
          <w:lang w:eastAsia="zh-CN"/>
        </w:rPr>
        <w:t xml:space="preserve"> 断在工作中学习、迚取</w:t>
      </w:r>
      <w:r>
        <w:rPr>
          <w:lang w:eastAsia="zh-CN"/>
        </w:rPr>
        <w:t xml:space="preserve"> 叮</w:t>
      </w:r>
      <w:r>
        <w:rPr>
          <w:lang w:eastAsia="zh-CN"/>
        </w:rPr>
        <w:t xml:space="preserve"> 、完善自己。为公司通</w:t>
      </w:r>
      <w:r>
        <w:rPr>
          <w:lang w:eastAsia="zh-CN"/>
        </w:rPr>
        <w:t xml:space="preserve"> 祭</w:t>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xml:space="preserve"> 信工程项目的顺利开展</w:t>
      </w:r>
      <w:r>
        <w:rPr>
          <w:lang w:eastAsia="zh-CN"/>
        </w:rPr>
        <w:t xml:space="preserve"> 必</w:t>
      </w:r>
      <w:r>
        <w:rPr>
          <w:lang w:eastAsia="zh-CN"/>
        </w:rPr>
        <w:t xml:space="preserve"> ，尽一名员工所能做的</w:t>
      </w:r>
      <w:r>
        <w:rPr>
          <w:lang w:eastAsia="zh-CN"/>
        </w:rPr>
        <w:t xml:space="preserve"> 肾</w:t>
      </w:r>
      <w:r>
        <w:rPr>
          <w:lang w:eastAsia="zh-CN"/>
        </w:rPr>
        <w:t xml:space="preserve"> 最大努力。</w:t>
      </w:r>
      <w:r>
        <w:rPr>
          <w:lang w:eastAsia="zh-CN"/>
        </w:rPr>
        <w:br/>
      </w:r>
      <w:r>
        <w:rPr>
          <w:lang w:eastAsia="zh-CN"/>
        </w:rPr>
        <w:t xml:space="preserve">    员工试用期工作总结报告范文大全 篇4 </w:t>
      </w:r>
      <w:r>
        <w:rPr>
          <w:lang w:eastAsia="zh-CN"/>
        </w:rPr>
        <w:br/>
      </w:r>
      <w:r>
        <w:rPr>
          <w:lang w:eastAsia="zh-CN"/>
        </w:rPr>
        <w:t>　　您好!本人于___年_月_日进入____公司,公司是以房地产开发为主的企业,我有幸成这个温馨大家庭中的一员,在工程管理部担任现场施工管理员。在试用期的3个月内，我成长了很多，但也还存在很多不足。接下来的工作中,我将总结经验、吸取教训，付出更大的努力，以更加扎实的工作作风投入到工作中去。</w:t>
      </w:r>
      <w:r>
        <w:rPr>
          <w:lang w:eastAsia="zh-CN"/>
        </w:rPr>
        <w:br/>
      </w:r>
      <w:r>
        <w:rPr>
          <w:lang w:eastAsia="zh-CN"/>
        </w:rPr>
        <w:t>　　试用期期间，我通过工程现场实践工作的锻炼，积累了一定的现场工作经验，主要得益于工程管理部领导的关心及培养和同事们的热心帮助。我所在的项目是____，建筑面积45683平方米。工作期间，我主要做了以下工作,现做工作小结:</w:t>
      </w:r>
      <w:r>
        <w:rPr>
          <w:lang w:eastAsia="zh-CN"/>
        </w:rPr>
        <w:br/>
      </w:r>
      <w:r>
        <w:rPr>
          <w:lang w:eastAsia="zh-CN"/>
        </w:rPr>
        <w:t>　　一、工程质量管理工作</w:t>
      </w:r>
      <w:r>
        <w:rPr>
          <w:lang w:eastAsia="zh-CN"/>
        </w:rPr>
        <w:br/>
      </w:r>
      <w:r>
        <w:rPr>
          <w:lang w:eastAsia="zh-CN"/>
        </w:rPr>
        <w:t>　　积极对施工现场进行巡查、督促、检查施工区域的施工质量，对发现的质量问题及时反馈至部门领导，对各施工阶段容易出现的质量隐患，通知施工单位进行预防，确保工程施工质量。平时轮流值班检查一期各栋号工程桩的质量。</w:t>
      </w:r>
      <w:r>
        <w:rPr>
          <w:lang w:eastAsia="zh-CN"/>
        </w:rPr>
        <w:br/>
      </w:r>
      <w:r>
        <w:rPr>
          <w:lang w:eastAsia="zh-CN"/>
        </w:rPr>
        <w:t>　　二、工程进度管理工作</w:t>
      </w:r>
      <w:r>
        <w:rPr>
          <w:lang w:eastAsia="zh-CN"/>
        </w:rPr>
        <w:br/>
      </w:r>
      <w:r>
        <w:rPr>
          <w:lang w:eastAsia="zh-CN"/>
        </w:rPr>
        <w:t>　　对施工单位提交上来的总进度计划与周工作进度计划同实际进度进行对比，要求施工单位对滞后的原因进行分析，将发现的问题及时反馈，便于施工单位调整后期施工计划，增加人力物力，加快施工进度，确保施工总进度计划按期完成。</w:t>
      </w:r>
      <w:r>
        <w:rPr>
          <w:lang w:eastAsia="zh-CN"/>
        </w:rPr>
        <w:br/>
      </w:r>
      <w:r>
        <w:rPr>
          <w:lang w:eastAsia="zh-CN"/>
        </w:rPr>
        <w:t>　　三、施工安全管理工作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积极加强对施工现场进行巡查，对现场有安全隐患的地方及时通知施工单位采取防护措施，正在施工但存在安全隐患的地方要求整改，安全隐患未消除之前不允许进行下道工序的施工，确保施工安全。</w:t>
      </w:r>
      <w:r>
        <w:rPr>
          <w:lang w:eastAsia="zh-CN"/>
        </w:rPr>
        <w:br/>
      </w:r>
      <w:r>
        <w:rPr>
          <w:lang w:eastAsia="zh-CN"/>
        </w:rPr>
        <w:t>　　四、工程量核对工作</w:t>
      </w:r>
      <w:r>
        <w:rPr>
          <w:lang w:eastAsia="zh-CN"/>
        </w:rPr>
        <w:br/>
      </w:r>
      <w:r>
        <w:rPr>
          <w:lang w:eastAsia="zh-CN"/>
        </w:rPr>
        <w:t>　　参与现场实际工程量、现场签证工程量的核对工作，严格按场地实测、合同约定对施工单位进行已发生的工程量进行核实、验收。</w:t>
      </w:r>
      <w:r>
        <w:rPr>
          <w:lang w:eastAsia="zh-CN"/>
        </w:rPr>
        <w:br/>
      </w:r>
      <w:r>
        <w:rPr>
          <w:lang w:eastAsia="zh-CN"/>
        </w:rPr>
        <w:t>　　五、现场材料的检查工作</w:t>
      </w:r>
      <w:r>
        <w:rPr>
          <w:lang w:eastAsia="zh-CN"/>
        </w:rPr>
        <w:br/>
      </w:r>
      <w:r>
        <w:rPr>
          <w:lang w:eastAsia="zh-CN"/>
        </w:rPr>
        <w:t>　　对施工现场材料进行检查，同监理单位一起对施工单位进场的材料进行检查、取样、送检，并到混凝土搅拌站监督___添加剂的添加情况。对没有送检、送检不合格的材料坚决不允许使用，从而保证施工材料不影响施工质量。</w:t>
      </w:r>
      <w:r>
        <w:rPr>
          <w:lang w:eastAsia="zh-CN"/>
        </w:rPr>
        <w:br/>
      </w:r>
      <w:r>
        <w:rPr>
          <w:lang w:eastAsia="zh-CN"/>
        </w:rPr>
        <w:t>　　六、工程资料管理工作</w:t>
      </w:r>
      <w:r>
        <w:rPr>
          <w:lang w:eastAsia="zh-CN"/>
        </w:rPr>
        <w:br/>
      </w:r>
      <w:r>
        <w:rPr>
          <w:lang w:eastAsia="zh-CN"/>
        </w:rPr>
        <w:t>　　日常工作来往中，对施工单位签字不全、模糊不清的材料作退回处理。及时下发工程联系单，并完善资料。每天写施工日志、现场拍照，记录现场发生的事情。</w:t>
      </w:r>
      <w:r>
        <w:rPr>
          <w:lang w:eastAsia="zh-CN"/>
        </w:rPr>
        <w:br/>
      </w:r>
      <w:r>
        <w:rPr>
          <w:lang w:eastAsia="zh-CN"/>
        </w:rPr>
        <w:t>　　在前一阶段的工作中，我还存在很多不足之处。工程管理部领导给了我机会与指导，同事之间也给了我很多帮助，工作中领导指出的错误，我也认真的进行反省、改正。自身的性格缺陷我也会努力的去改变，今后将以更好的姿态融入到工作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在今后的工作中，我将加大对施工现场的巡查、督促、检查力度，在完成好工作的同时，进一步提升自已的专业技能及自我价值。并在做好本职工作的基础上，不断学习钻研，努力提高自己的业务水平，切实提高自身综合素质，以适应时代和企业的发展，与公司共同进步、共同成长。</w:t>
      </w:r>
      <w:r>
        <w:rPr>
          <w:lang w:eastAsia="zh-CN"/>
        </w:rPr>
        <w:br/>
      </w:r>
      <w:r>
        <w:rPr>
          <w:lang w:eastAsia="zh-CN"/>
        </w:rPr>
        <w:t>　　以上为本人在试用期期间的工作小结，不对之处请领导批评指正。</w:t>
      </w:r>
      <w:r>
        <w:rPr>
          <w:lang w:eastAsia="zh-CN"/>
        </w:rPr>
        <w:br/>
      </w:r>
      <w:r>
        <w:rPr>
          <w:lang w:eastAsia="zh-CN"/>
        </w:rPr>
        <w:t xml:space="preserve">    员工试用期工作总结报告范文大全 篇5 </w:t>
      </w:r>
      <w:r>
        <w:rPr>
          <w:lang w:eastAsia="zh-CN"/>
        </w:rPr>
        <w:br/>
      </w:r>
      <w:r>
        <w:rPr>
          <w:lang w:eastAsia="zh-CN"/>
        </w:rPr>
        <w:t>　　20__年_月_日，我通过面试竞聘成为广东南方宝塔投资控股有限公司设计院的一员，到现在已经两个月了。在领导和同事们的关怀和指导协助下，我顺利完成了自己职责范围内的工作。在工作中多留心，多思考、多学习，积极向上级领导请教、与同事们沟通，了解设计院各专业小组之间的关系。技术上加强对设备标准，规范的学习，同时利用网络资源加深理解，向资深员工询问、学习，提高自己的技术水平。</w:t>
      </w:r>
      <w:r>
        <w:rPr>
          <w:lang w:eastAsia="zh-CN"/>
        </w:rPr>
        <w:br/>
      </w:r>
      <w:r>
        <w:rPr>
          <w:lang w:eastAsia="zh-CN"/>
        </w:rPr>
        <w:t>　　经过两个月的试用期，我认为我能够积极、主动的完成自己的工作，并在工作中能够发现问题，全面的配合领导的要求来展开工作，与同事能够很好的配合和协调。在以后的工作中我会继续努力，不断的提高技术水平及综合素质，为我司的发展尽自己的一份力量。</w:t>
      </w:r>
      <w:r>
        <w:rPr>
          <w:lang w:eastAsia="zh-CN"/>
        </w:rPr>
        <w:br/>
      </w:r>
      <w:r>
        <w:rPr>
          <w:lang w:eastAsia="zh-CN"/>
        </w:rPr>
        <w:t>　　二、试用期工作内容</w:t>
      </w:r>
      <w:r>
        <w:rPr>
          <w:lang w:eastAsia="zh-CN"/>
        </w:rPr>
        <w:br/>
      </w:r>
      <w:r>
        <w:rPr>
          <w:lang w:eastAsia="zh-CN"/>
        </w:rPr>
        <w:t>　　1、完成硫磺回收装置改造尾气吸收塔图纸，计算书的校对;</w:t>
      </w:r>
      <w:r>
        <w:rPr>
          <w:lang w:eastAsia="zh-CN"/>
        </w:rPr>
        <w:br/>
      </w:r>
      <w:r>
        <w:rPr>
          <w:lang w:eastAsia="zh-CN"/>
        </w:rPr>
        <w:t>　　2、完成硫磺回收装置改造尾气吸收塔梯子平台图纸的绘制及材料表的统计;</w:t>
      </w:r>
      <w:r>
        <w:rPr>
          <w:lang w:eastAsia="zh-CN"/>
        </w:rPr>
        <w:br/>
      </w:r>
      <w:r>
        <w:rPr>
          <w:lang w:eastAsia="zh-CN"/>
        </w:rPr>
        <w:t>　　3、对中南汇项目20__0立方米柴油罐进行计算，图纸绘制;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4、对中南汇项目20__立方米化工品罐图纸，计算书进行校对;</w:t>
      </w:r>
      <w:r>
        <w:rPr>
          <w:lang w:eastAsia="zh-CN"/>
        </w:rPr>
        <w:br/>
      </w:r>
      <w:r>
        <w:rPr>
          <w:lang w:eastAsia="zh-CN"/>
        </w:rPr>
        <w:t>　　5、完成上级交办的其它各项任务。</w:t>
      </w:r>
      <w:r>
        <w:rPr>
          <w:lang w:eastAsia="zh-CN"/>
        </w:rPr>
        <w:br/>
      </w:r>
      <w:r>
        <w:rPr>
          <w:lang w:eastAsia="zh-CN"/>
        </w:rPr>
        <w:t>　　三、试用期工作成果</w:t>
      </w:r>
      <w:r>
        <w:rPr>
          <w:lang w:eastAsia="zh-CN"/>
        </w:rPr>
        <w:br/>
      </w:r>
      <w:r>
        <w:rPr>
          <w:lang w:eastAsia="zh-CN"/>
        </w:rPr>
        <w:t>　　1、完成对尾气吸收塔图纸的校对，提供施工图给生产部门使用;</w:t>
      </w:r>
      <w:r>
        <w:rPr>
          <w:lang w:eastAsia="zh-CN"/>
        </w:rPr>
        <w:br/>
      </w:r>
      <w:r>
        <w:rPr>
          <w:lang w:eastAsia="zh-CN"/>
        </w:rPr>
        <w:t>　　2、完成尾气吸收塔梯子平台图纸的绘制及材料表的统计，提供施工图给生产部门使用及方便生产部门备料;</w:t>
      </w:r>
      <w:r>
        <w:rPr>
          <w:lang w:eastAsia="zh-CN"/>
        </w:rPr>
        <w:br/>
      </w:r>
      <w:r>
        <w:rPr>
          <w:lang w:eastAsia="zh-CN"/>
        </w:rPr>
        <w:t>　　3、完成20__0立方米柴油罐主体图纸的绘制，提供图纸给生产部门备料，完成《设计土建资料委托单》，促进设计院各专业组相互工作的展开;</w:t>
      </w:r>
      <w:r>
        <w:rPr>
          <w:lang w:eastAsia="zh-CN"/>
        </w:rPr>
        <w:br/>
      </w:r>
      <w:r>
        <w:rPr>
          <w:lang w:eastAsia="zh-CN"/>
        </w:rPr>
        <w:t>　　四、个人对未来工作的展望</w:t>
      </w:r>
      <w:r>
        <w:rPr>
          <w:lang w:eastAsia="zh-CN"/>
        </w:rPr>
        <w:br/>
      </w:r>
      <w:r>
        <w:rPr>
          <w:lang w:eastAsia="zh-CN"/>
        </w:rPr>
        <w:t>　　1、加强对标准，规范的学习，多向资深员工请教，提高自己的技术水平。</w:t>
      </w:r>
      <w:r>
        <w:rPr>
          <w:lang w:eastAsia="zh-CN"/>
        </w:rPr>
        <w:br/>
      </w:r>
      <w:r>
        <w:rPr>
          <w:lang w:eastAsia="zh-CN"/>
        </w:rPr>
        <w:t>　　2、尽快熟悉设计院各专业组之间工作联系，及时完成各专业组相互条件的提供;</w:t>
      </w:r>
      <w:r>
        <w:rPr>
          <w:lang w:eastAsia="zh-CN"/>
        </w:rPr>
        <w:br/>
      </w:r>
      <w:r>
        <w:rPr>
          <w:lang w:eastAsia="zh-CN"/>
        </w:rPr>
        <w:t>　　3、利用现有的网络资源，下载并整理出一套常用的设计标准，规范，方便相关同事可以随时查阅，提高大家设计水平，降低设计过程中的失误;</w:t>
      </w:r>
      <w:r>
        <w:rPr>
          <w:lang w:eastAsia="zh-CN"/>
        </w:rPr>
        <w:br/>
      </w:r>
      <w:r>
        <w:rPr>
          <w:lang w:eastAsia="zh-CN"/>
        </w:rPr>
        <w:t>　　4、帮助有需要的同事对清华天河绘图插件的学习使用，提高绘图效率;</w:t>
      </w:r>
      <w:r>
        <w:rPr>
          <w:lang w:eastAsia="zh-CN"/>
        </w:rPr>
        <w:br/>
      </w:r>
      <w:r>
        <w:rPr>
          <w:lang w:eastAsia="zh-CN"/>
        </w:rPr>
        <w:t>　　5、希望设计院能接到更多的项目，进一步发展壮大，而自己能在设备设计这一块中尽一份力量。</w:t>
      </w:r>
      <w:r>
        <w:rPr>
          <w:lang w:eastAsia="zh-CN"/>
        </w:rPr>
        <w:br/>
      </w:r>
      <w:r>
        <w:rPr>
          <w:lang w:eastAsia="zh-CN"/>
        </w:rPr>
        <w:t xml:space="preserve">    员工试用期工作总结报告范文大全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时间过得真快，一转眼到公司工作已经实习半年了，感受颇多，收获颇多。进入碧桂园房地产开发公司，对我来说是一个良好的发展机遇，也是一个很好的锻炼和提升自己各方面能力的机会。“管理规范、运作有序、各司其职、兢兢业业、争创一流、工作愉快、亲如一家”是我这近一年来的切身感受。</w:t>
      </w:r>
      <w:r>
        <w:rPr>
          <w:lang w:eastAsia="zh-CN"/>
        </w:rPr>
        <w:br/>
      </w:r>
      <w:r>
        <w:rPr>
          <w:lang w:eastAsia="zh-CN"/>
        </w:rPr>
        <w:t>　　在此，首先特别感谢公司领导和同事们给予我的大力支持、关心和帮助，使我能够很快地适应了公司的管理与运作程序，努力做好本职工作。进入公司工作以来，我认真了解了公司的发展概况，学习了公司的规章制度，熟悉了公司操作流程。同时，更是真切地感受到了积极向上、催人奋进的企业文化，使我受益匪浅。现将本人今年的工作情况如下：　</w:t>
      </w:r>
      <w:r>
        <w:rPr>
          <w:lang w:eastAsia="zh-CN"/>
        </w:rPr>
        <w:br/>
      </w:r>
      <w:r>
        <w:rPr>
          <w:lang w:eastAsia="zh-CN"/>
        </w:rPr>
        <w:t>　　参与设计pws-200b　　与毛工一起设计，对液压夹头，气液增压泵等的工作原理有了更深入的理解，从毛工身上学到了很多东西。比如，设计的严谨和严肃性，此产品已发货。　</w:t>
      </w:r>
      <w:r>
        <w:rPr>
          <w:lang w:eastAsia="zh-CN"/>
        </w:rPr>
        <w:br/>
      </w:r>
      <w:r>
        <w:rPr>
          <w:lang w:eastAsia="zh-CN"/>
        </w:rPr>
        <w:t>　　设计、调试出口印度的摩托车试验机　　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r>
        <w:rPr>
          <w:lang w:eastAsia="zh-CN"/>
        </w:rPr>
        <w:br/>
      </w:r>
      <w:r>
        <w:rPr>
          <w:lang w:eastAsia="zh-CN"/>
        </w:rPr>
        <w:t xml:space="preserve">    员工试用期工作总结报告范文大全 篇7 </w:t>
      </w:r>
      <w:r>
        <w:rPr>
          <w:lang w:eastAsia="zh-CN"/>
        </w:rPr>
        <w:br/>
      </w:r>
      <w:r>
        <w:rPr>
          <w:lang w:eastAsia="zh-CN"/>
        </w:rPr>
        <w:t>　　自20__年_月进入宜乐居物业以来已经有3个月之久了，在这3个月的工作和学习中，我深深的体会到作为一名优秀客服人员的艰辛和挑战。尤其是我从未接触过物业这个行业，物业这个名词在我的印象和字典里根本就没有一个正确的解释。对于自我的潜力更是心知肚明，明白自我只有付出更多的汗水与辛劳，才能做好本职工作，不辜负领导的期望。所幸的是，单位领导们尤其是我们客服部李经理给了我足够的宽容和耐心，无论是思想上还是工作上我都得到了很大的锻炼和提高，取得了长足的发展和巨大的收获。</w:t>
      </w:r>
      <w:r>
        <w:rPr>
          <w:lang w:eastAsia="zh-CN"/>
        </w:rPr>
        <w:br/>
      </w:r>
      <w:r>
        <w:rPr>
          <w:lang w:eastAsia="zh-CN"/>
        </w:rPr>
        <w:t>　　工作3个多月了，接触了不少人和事，在为自我的成长欢欣鼓舞的同时，我也明白自我尚有许多缺点需要改正。首先需要改正的就是心态和急躁的脾气，在日常工作中遇到问题的时候总是不能冷静的思考，语气太过生硬，造成了许多误会，如果不是领导及时为我指正，教会我作为物业客服的基本要求，恐怕到此刻我也不自知而无法提高自我，因此我经常是带着一种感恩的心态在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总结近3个多月来的工作：忙碌伴随着充实，汗水伴随着收获。我满怀信心地期盼着能继续做好以后的工作，我也同时期望领导能够更多的指点我工作中的不足，我必须用心改正，朝着更好的方向去发展，记得来物业有一个多月的时候我被领导安排在2号楼3单元大堂，因为之前早就已经独自站过大堂，所以已经习惯了和业主以及装修工人打交道，也熟记着所有的工作流程，当时因为上货及下垃圾的工人比较多，在详细的做着记录的同时也监督着工人们对电梯的使用状况，客梯是禁止运货的、但难免有些工人为了节省时光和体力，趁客服人员不注意的时候偷偷的使用，这个时候客服就要加大看管力度。</w:t>
      </w:r>
      <w:r>
        <w:rPr>
          <w:lang w:eastAsia="zh-CN"/>
        </w:rPr>
        <w:br/>
      </w:r>
      <w:r>
        <w:rPr>
          <w:lang w:eastAsia="zh-CN"/>
        </w:rPr>
        <w:t>　　就在这时3单元的一个业主执意要用客梯往自我家里运送瓷砖，不管我怎样劝说，根本不去理会，而且竟然说出一些很难听的话来教训我，当时我迅速的跑出大堂躲在楼道内哭了起来，哭的个性委屈，因为觉得为了工作我都丢了尊严，当着所有被我制止用客梯运货的工人们受到了业主的教训，刹那间身边的眼神都具有极大的杀伤力。这是我从工作到此刻以来都没有碰到过的事情，所以一时之间难以理解，客服部李经理听到了这个消息迅速赶到，在劝我不要哭的同时，给我耐心的讲解作为一名优秀的客服工作人员的专业素质以及承受潜力，给了我极大的鼓舞和工作信心，也叫我懂得了人生难免有不如意的时候，放平心态，勇敢的去理解，这样才能有所改变。</w:t>
      </w:r>
      <w:r>
        <w:rPr>
          <w:lang w:eastAsia="zh-CN"/>
        </w:rPr>
        <w:br/>
      </w:r>
      <w:r>
        <w:rPr>
          <w:lang w:eastAsia="zh-CN"/>
        </w:rPr>
        <w:t>　　就在那一刻我下定决心，必须不辜负领导对我的信任，同事们对我的帮忙，做好每一件工作，而且更要认真仔细的去完成，对待工作时的不尽人意放宽心态去理解，做到灵活运用公司所指定的规章制度。[由整理]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虽然这3个多月的时光不算长，但我已经深深被宜乐居物业氛围所吸引。领导注重人性化管理，工作氛围用心向上，在这样的群体里，能够极大地激发我的自身潜力，使我以更用心的心态投入到每一天的工作。</w:t>
      </w:r>
      <w:r>
        <w:rPr>
          <w:lang w:eastAsia="zh-CN"/>
        </w:rPr>
        <w:br/>
      </w:r>
      <w:r>
        <w:rPr>
          <w:lang w:eastAsia="zh-CN"/>
        </w:rPr>
        <w:t>　　在今后的工作中，我要自觉的加强理论学习和业务知识的学习，多向老员工学习，学习他们的经验、接人待物、说话办事，加强自身素质，认真履行工作职责，不断要求自我，使自我在工作当中得到锻炼和提高，我会在我们温暖的群众当中团结同事、听从领导安排、努力工作，请大家多给我提出宝贵意见。</w:t>
      </w:r>
      <w:r>
        <w:rPr>
          <w:lang w:eastAsia="zh-CN"/>
        </w:rPr>
        <w:br/>
      </w:r>
      <w:r>
        <w:rPr>
          <w:lang w:eastAsia="zh-CN"/>
        </w:rPr>
        <w:t xml:space="preserve">    员工试用期工作总结报告范文大全 篇8 </w:t>
      </w:r>
      <w:r>
        <w:rPr>
          <w:lang w:eastAsia="zh-CN"/>
        </w:rPr>
        <w:br/>
      </w:r>
      <w:r>
        <w:rPr>
          <w:lang w:eastAsia="zh-CN"/>
        </w:rPr>
        <w:t>　　一、试用期内的主要工作内容以及开展的主要业务活动？取得了哪些工作成果？</w:t>
      </w:r>
      <w:r>
        <w:rPr>
          <w:lang w:eastAsia="zh-CN"/>
        </w:rPr>
        <w:br/>
      </w:r>
      <w:r>
        <w:rPr>
          <w:lang w:eastAsia="zh-CN"/>
        </w:rPr>
        <w:t>　　二、个人的体会和收获有哪些？</w:t>
      </w:r>
      <w:r>
        <w:rPr>
          <w:lang w:eastAsia="zh-CN"/>
        </w:rPr>
        <w:br/>
      </w:r>
      <w:r>
        <w:rPr>
          <w:lang w:eastAsia="zh-CN"/>
        </w:rPr>
        <w:t>　　在公司实习期间体会到了领导对我们下属之间的关心以及同事们之间的团结友爱、互助。通过公司的培养和对产品知识、销售技巧的学习,以及在市场上的磨练,使我在较短的时间内适应了公司的工作环境,也熟悉了公司的操作流程。我觉得自己的市场把控能力、沟通能力、承压能力都得到了一定的提高,现已具备了做一名医药代表的素质和能力。三、了解了哪些与工作或与公司有关的信息？工作：</w:t>
      </w:r>
      <w:r>
        <w:rPr>
          <w:lang w:eastAsia="zh-CN"/>
        </w:rPr>
        <w:br/>
      </w:r>
      <w:r>
        <w:rPr>
          <w:lang w:eastAsia="zh-CN"/>
        </w:rPr>
        <w:t>　　了解了有关部门的工作内容，规章制度，学习了关于日常拜访准备、分析需求、目标达成、客户分级管理等相关销售技巧，以及产品开发高层客户的拜访技巧和日常维护方式。公司：</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1、发展历程及企业文化2、主要产品3、认识到了公司的在行业中所处的位置，让我看到了公司突出的人性化管理，看到了各个部门之间的精心规划、协调工作，看到了一个积极向上、活力四射的企业！</w:t>
      </w:r>
      <w:r>
        <w:rPr>
          <w:lang w:eastAsia="zh-CN"/>
        </w:rPr>
        <w:br/>
      </w:r>
      <w:r>
        <w:rPr>
          <w:lang w:eastAsia="zh-CN"/>
        </w:rPr>
        <w:t>　　四、个人希望得到什么样的支持？还希望获得什么样的信息？</w:t>
      </w:r>
      <w:r>
        <w:rPr>
          <w:lang w:eastAsia="zh-CN"/>
        </w:rPr>
        <w:br/>
      </w:r>
      <w:r>
        <w:rPr>
          <w:lang w:eastAsia="zh-CN"/>
        </w:rPr>
        <w:t>　　希望公司以后能提供更多关于本公司、本行业的一些最新动态，让我们这些新员工对医药行业有一个更好的认识，让我们更好更快的融入到企业中去，更好的为公司服务</w:t>
      </w:r>
      <w:r>
        <w:rPr>
          <w:lang w:eastAsia="zh-CN"/>
        </w:rPr>
        <w:br/>
      </w:r>
      <w:r>
        <w:rPr>
          <w:lang w:eastAsia="zh-CN"/>
        </w:rPr>
        <w:t>　　五、个人今后的工作行动计划和职业规划？</w:t>
      </w:r>
      <w:r>
        <w:rPr>
          <w:lang w:eastAsia="zh-CN"/>
        </w:rPr>
        <w:br/>
      </w:r>
      <w:r>
        <w:rPr>
          <w:lang w:eastAsia="zh-CN"/>
        </w:rPr>
        <w:t>　　答：首先，加强自我学习能力，提高业务素养，多向公司及部门领导学习讨教，与同事积极沟通；其次，加强公关能力的锻炼，公关能力的提高亦即良好人际关系的培养，工作需要一个和谐、团结的工作团队，以做人做事的价值理念为标准，严格要求自己，做一名合格的员工；最后，要树立踏实稳健的工作态度，在踏实稳健的基础上，努力工作，明确工作重点，完善学习方法，提高自身的创新思维。具体岗位，具体计划，制定一个适合岗位工作、发展的规划，学习知识并贡献自己。</w:t>
      </w:r>
      <w:r>
        <w:rPr>
          <w:lang w:eastAsia="zh-CN"/>
        </w:rPr>
        <w:br/>
      </w:r>
      <w:r>
        <w:rPr>
          <w:lang w:eastAsia="zh-CN"/>
        </w:rPr>
        <w:t xml:space="preserve">    员工试用期工作总结报告范文大全 篇9 </w:t>
      </w:r>
      <w:r>
        <w:rPr>
          <w:lang w:eastAsia="zh-CN"/>
        </w:rPr>
        <w:br/>
      </w:r>
      <w:r>
        <w:rPr>
          <w:lang w:eastAsia="zh-CN"/>
        </w:rPr>
        <w:t>　　从20年8月21日来公司报到上班，转眼间，三个月就过去了，在这段期间内，承蒙公司领导以及其他同事的帮助、关心以及工作的支持，我的工作开展得十分顺利，在此表示感谢!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货代方面的业务知识是我以前从未接触过的，和我的专业知识相差也较大，初来公司，曾经很担心不知能否做好工作，但是领导和同事的耐心指导，使我在较短的时间内适应了公司的工作环境，也熟悉了公司的整个操作流程：从接单到订舱，与货主及船公司的提单确认，货物通关，装船，及收款等方面，已经能够熟练操作，同时坚持打电话，积极开拓积累客户……在此，我要特别感谢公司领导和同事们对我的入职指引和帮助，感谢他们对我工作中出现的失误的提醒和指正。　</w:t>
      </w:r>
      <w:r>
        <w:rPr>
          <w:lang w:eastAsia="zh-CN"/>
        </w:rPr>
        <w:br/>
      </w:r>
      <w:r>
        <w:rPr>
          <w:lang w:eastAsia="zh-CN"/>
        </w:rPr>
        <w:t>　　工作中，我自觉遵守公司的规章制度，对待工作认真负责、高标准严要求，不懂的问题及时虚心向同事学习请教，不断提高充实自己，希望能尽早独当一面。　</w:t>
      </w:r>
      <w:r>
        <w:rPr>
          <w:lang w:eastAsia="zh-CN"/>
        </w:rPr>
        <w:br/>
      </w:r>
      <w:r>
        <w:rPr>
          <w:lang w:eastAsia="zh-CN"/>
        </w:rPr>
        <w:t>　　看到公司蒸蒸日上的发展，我深深地感到骄傲和自豪，公司给我们提供了这样良好的发展平台，自己迫切的希望以一名正式员工的身份在这里工作，实现自己的奋斗目标，体现自己的人生价值，和公司一起成长。　　在此我提出转正申请，恳请领导给我继续锻炼自己、实现理想的机会。我将一如继往地保持高度的工作责任心，用谦虚的态度和饱满的热情做好我的本职工作，为公司创造价值，同公司一起展望美好的未来。</w:t>
      </w:r>
      <w:r>
        <w:rPr>
          <w:lang w:eastAsia="zh-CN"/>
        </w:rPr>
        <w:br/>
      </w:r>
      <w:r>
        <w:rPr>
          <w:lang w:eastAsia="zh-CN"/>
        </w:rPr>
        <w:t xml:space="preserve">    员工试用期工作总结报告范文大全 篇10 </w:t>
      </w:r>
      <w:r>
        <w:rPr>
          <w:lang w:eastAsia="zh-CN"/>
        </w:rPr>
        <w:br/>
      </w:r>
      <w:r>
        <w:rPr>
          <w:lang w:eastAsia="zh-CN"/>
        </w:rPr>
        <w:t>　　__ 年 7 月 9 日 实习 苑 地点：东郊初中建筑工 殉 地 实习内容：在李 窗 组长的指导下，学习国 行 家相关的规章制度，了 绽 解各种工程程序;通过 锈 阅读图纸，了解设计的 炎 意图、设计方案、施工 僚 细部;了解在工程建设 淀 中可能发生的实际问题 倔 ，并学习切实可行的解 令 决方法等。</w:t>
      </w:r>
      <w:r>
        <w:rPr>
          <w:lang w:eastAsia="zh-CN"/>
        </w:rPr>
        <w:br/>
      </w:r>
      <w:r>
        <w:rPr>
          <w:lang w:eastAsia="zh-CN"/>
        </w:rPr>
        <w:t>　　一)建筑学</w:t>
      </w:r>
      <w:r>
        <w:rPr>
          <w:lang w:eastAsia="zh-CN"/>
        </w:rPr>
        <w:t xml:space="preserve"> 九</w:t>
      </w:r>
      <w:r>
        <w:rPr>
          <w:lang w:eastAsia="zh-CN"/>
        </w:rPr>
        <w:t xml:space="preserve"> 知识</w:t>
      </w:r>
      <w:r>
        <w:rPr>
          <w:lang w:eastAsia="zh-CN"/>
        </w:rPr>
        <w:t xml:space="preserve"> 参观东郊初中建筑</w:t>
      </w:r>
      <w:r>
        <w:rPr>
          <w:lang w:eastAsia="zh-CN"/>
        </w:rPr>
        <w:t xml:space="preserve"> 陛</w:t>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工地了解分析以下内容</w:t>
      </w:r>
      <w:r>
        <w:rPr>
          <w:lang w:eastAsia="zh-CN"/>
        </w:rPr>
        <w:t xml:space="preserve"> 鸣</w:t>
      </w:r>
      <w:r>
        <w:rPr>
          <w:lang w:eastAsia="zh-CN"/>
        </w:rPr>
        <w:t xml:space="preserve"> ：</w:t>
      </w:r>
      <w:r>
        <w:rPr>
          <w:lang w:eastAsia="zh-CN"/>
        </w:rPr>
        <w:br/>
      </w:r>
      <w:r>
        <w:rPr>
          <w:lang w:eastAsia="zh-CN"/>
        </w:rPr>
        <w:t>　　1、根据所学知 返 识，对所参观建筑组群 己 的总平面布局的合理性 贰 或不合理性进行分析。</w:t>
      </w:r>
      <w:r>
        <w:rPr>
          <w:lang w:eastAsia="zh-CN"/>
        </w:rPr>
        <w:br/>
      </w:r>
      <w:r>
        <w:rPr>
          <w:lang w:eastAsia="zh-CN"/>
        </w:rPr>
        <w:t>　　层 2、参观建筑物外 诲 观及内部，了解各层平 打 面布局及房间布置，观 筑 察建筑外观特点。运用 涝 所学 知识分析该建 目 筑平面布局、空间造型 替 和立面处理方法。</w:t>
      </w:r>
      <w:r>
        <w:rPr>
          <w:lang w:eastAsia="zh-CN"/>
        </w:rPr>
        <w:br/>
      </w:r>
      <w:r>
        <w:rPr>
          <w:lang w:eastAsia="zh-CN"/>
        </w:rPr>
        <w:t>　　二) 院 房屋构造 通过去参观在 娩 建工程现场情况，了解 声 以下内容</w:t>
      </w:r>
      <w:r>
        <w:rPr>
          <w:lang w:eastAsia="zh-CN"/>
        </w:rPr>
        <w:br/>
      </w:r>
      <w:r>
        <w:rPr>
          <w:lang w:eastAsia="zh-CN"/>
        </w:rPr>
        <w:t>　　1、了解 数 该建筑物的结构形式、 屹 构造特点、建筑作法、 囚承重方式、施工方式、 名 抗震等级等;</w:t>
      </w:r>
      <w:r>
        <w:rPr>
          <w:lang w:eastAsia="zh-CN"/>
        </w:rPr>
        <w:br/>
      </w:r>
      <w:r>
        <w:rPr>
          <w:lang w:eastAsia="zh-CN"/>
        </w:rPr>
        <w:t>　　2、 裴 了解该建筑物的地基及 铬 基础类型、构造形式及 栽 施工方法;</w:t>
      </w:r>
      <w:r>
        <w:rPr>
          <w:lang w:eastAsia="zh-CN"/>
        </w:rPr>
        <w:br/>
      </w:r>
      <w:r>
        <w:rPr>
          <w:lang w:eastAsia="zh-CN"/>
        </w:rPr>
        <w:t>　　3、了 票 解该建筑物的墙体类型 涟 、结构布置、细部构造 芜 及施工特点;</w:t>
      </w:r>
      <w:r>
        <w:rPr>
          <w:lang w:eastAsia="zh-CN"/>
        </w:rPr>
        <w:br/>
      </w:r>
      <w:r>
        <w:rPr>
          <w:lang w:eastAsia="zh-CN"/>
        </w:rPr>
        <w:t>　　4、 炕 了解该建筑物板、梁、 宪 柱等的类型，配筋方式 鞋 及其 与墙、梁的连接构 襟 造，了 解楼地面、屋面 喷 构造及顶蓬构造特点; 坦</w:t>
      </w:r>
      <w:r>
        <w:rPr>
          <w:lang w:eastAsia="zh-CN"/>
        </w:rPr>
        <w:br/>
      </w:r>
      <w:r>
        <w:rPr>
          <w:lang w:eastAsia="zh-CN"/>
        </w:rPr>
        <w:t>　　5、了解该建筑的 轩 楼梯、阳台等的详细构 翰 造;</w:t>
      </w:r>
      <w:r>
        <w:rPr>
          <w:lang w:eastAsia="zh-CN"/>
        </w:rPr>
        <w:br/>
      </w:r>
      <w:r>
        <w:rPr>
          <w:lang w:eastAsia="zh-CN"/>
        </w:rPr>
        <w:t>　　6、了解建筑物的 茸 建筑装修构造。</w:t>
      </w:r>
      <w:r>
        <w:rPr>
          <w:lang w:eastAsia="zh-CN"/>
        </w:rPr>
        <w:br/>
      </w:r>
      <w:r>
        <w:rPr>
          <w:lang w:eastAsia="zh-CN"/>
        </w:rPr>
        <w:t>　　三)建 黔 筑材料 通过去建筑工地 豫 实地参观，了解以下内 械 容：</w:t>
      </w:r>
      <w:r>
        <w:rPr>
          <w:lang w:eastAsia="zh-CN"/>
        </w:rPr>
        <w:br/>
      </w:r>
      <w:r>
        <w:rPr>
          <w:lang w:eastAsia="zh-CN"/>
        </w:rPr>
        <w:t>　　1、了解水泥</w:t>
      </w:r>
      <w:r>
        <w:rPr>
          <w:lang w:eastAsia="zh-CN"/>
        </w:rPr>
        <w:t xml:space="preserve"> 芒</w:t>
      </w:r>
      <w:r>
        <w:rPr>
          <w:lang w:eastAsia="zh-CN"/>
        </w:rPr>
        <w:t xml:space="preserve"> 、砖、砂子、石子、钢</w:t>
      </w:r>
      <w:r>
        <w:rPr>
          <w:lang w:eastAsia="zh-CN"/>
        </w:rPr>
        <w:t xml:space="preserve"> 李</w:t>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筋等主要材料的规格、</w:t>
      </w:r>
      <w:r>
        <w:rPr>
          <w:lang w:eastAsia="zh-CN"/>
        </w:rPr>
        <w:t xml:space="preserve"> 喳</w:t>
      </w:r>
      <w:r>
        <w:rPr>
          <w:lang w:eastAsia="zh-CN"/>
        </w:rPr>
        <w:t xml:space="preserve"> 标号、特性及使用要求</w:t>
      </w:r>
      <w:r>
        <w:rPr>
          <w:lang w:eastAsia="zh-CN"/>
        </w:rPr>
        <w:t xml:space="preserve"> 咒</w:t>
      </w:r>
      <w:r>
        <w:rPr>
          <w:lang w:eastAsia="zh-CN"/>
        </w:rPr>
        <w:t xml:space="preserve"> ;</w:t>
      </w:r>
      <w:r>
        <w:rPr>
          <w:lang w:eastAsia="zh-CN"/>
        </w:rPr>
        <w:br/>
      </w:r>
      <w:r>
        <w:rPr>
          <w:lang w:eastAsia="zh-CN"/>
        </w:rPr>
        <w:t>　　2、了解混凝土 投 、砂浆的配合比、标号 歼 、生产工艺所用设备以 纫 及养护要求;</w:t>
      </w:r>
      <w:r>
        <w:rPr>
          <w:lang w:eastAsia="zh-CN"/>
        </w:rPr>
        <w:br/>
      </w:r>
      <w:r>
        <w:rPr>
          <w:lang w:eastAsia="zh-CN"/>
        </w:rPr>
        <w:t>　　3、了解 郧 各种钢筋加工情况;</w:t>
      </w:r>
      <w:r>
        <w:rPr>
          <w:lang w:eastAsia="zh-CN"/>
        </w:rPr>
        <w:br/>
      </w:r>
      <w:r>
        <w:rPr>
          <w:lang w:eastAsia="zh-CN"/>
        </w:rPr>
        <w:t>　　4 菊 、了解有关装饰材料的 肇 情况。</w:t>
      </w:r>
      <w:r>
        <w:rPr>
          <w:lang w:eastAsia="zh-CN"/>
        </w:rPr>
        <w:br/>
      </w:r>
      <w:r>
        <w:rPr>
          <w:lang w:eastAsia="zh-CN"/>
        </w:rPr>
        <w:t>　　四)建筑施工 通 摧 过去施工现场参观，要 碗 求了解以下内容：</w:t>
      </w:r>
      <w:r>
        <w:rPr>
          <w:lang w:eastAsia="zh-CN"/>
        </w:rPr>
        <w:br/>
      </w:r>
      <w:r>
        <w:rPr>
          <w:lang w:eastAsia="zh-CN"/>
        </w:rPr>
        <w:t>　　沛 1、了解各施工工种的 迭 工艺过程，生产特点以 涌 及各工种之间的配合及 律 穿插作业情况;</w:t>
      </w:r>
      <w:r>
        <w:rPr>
          <w:lang w:eastAsia="zh-CN"/>
        </w:rPr>
        <w:br/>
      </w:r>
      <w:r>
        <w:rPr>
          <w:lang w:eastAsia="zh-CN"/>
        </w:rPr>
        <w:t>　　2 哮 、砖混结构施工工序， 妄 现浇构件的施工工序;</w:t>
      </w:r>
      <w:r>
        <w:rPr>
          <w:lang w:eastAsia="zh-CN"/>
        </w:rPr>
        <w:br/>
      </w:r>
      <w:r>
        <w:rPr>
          <w:lang w:eastAsia="zh-CN"/>
        </w:rPr>
        <w:t>　　擒 3、建筑工程与安 远 装工程的施工配合及工 吝 序要求;</w:t>
      </w:r>
      <w:r>
        <w:rPr>
          <w:lang w:eastAsia="zh-CN"/>
        </w:rPr>
        <w:br/>
      </w:r>
      <w:r>
        <w:rPr>
          <w:lang w:eastAsia="zh-CN"/>
        </w:rPr>
        <w:t>　　4、土建 这 工程与安装工程的施工 茵 配合及工序要求;</w:t>
      </w:r>
      <w:r>
        <w:rPr>
          <w:lang w:eastAsia="zh-CN"/>
        </w:rPr>
        <w:br/>
      </w:r>
      <w:r>
        <w:rPr>
          <w:lang w:eastAsia="zh-CN"/>
        </w:rPr>
        <w:t>　　5、 园 装修工程的施工过程， 坟 施工特点及方法; 改 比如，钢筋的绑扎，底 联 层基础钢筋的绑扎首先 荧 要放样，每一跨度里钢 寺 筋的接头数只有 25% 闭 ，即 4 根钢筋里只有一 距 个 接头，另外，接头要 六 尽量放在受压区内</w:t>
      </w:r>
      <w:r>
        <w:rPr>
          <w:lang w:eastAsia="zh-CN"/>
        </w:rPr>
        <w:br/>
      </w:r>
      <w:r>
        <w:rPr>
          <w:lang w:eastAsia="zh-CN"/>
        </w:rPr>
        <w:t>　　。在 申 砌墙的过程中，如遇到 薛 墙要转角或相交的时候 意 ，两墙要一起砌起来， 咋 在留槎的过程中，可以 丫 留斜槎，如果要留直槎 绘 ，则必须留阳槎，且要 掌 有拉结筋，不能留阴槎 郝 。在进行混凝土施工的 慌 过程中，要特别注意混 寓 凝土的配合比，在天热 炒 的时候要注意养护。</w:t>
      </w:r>
      <w:r>
        <w:rPr>
          <w:lang w:eastAsia="zh-CN"/>
        </w:rPr>
        <w:br/>
      </w:r>
      <w:r>
        <w:rPr>
          <w:lang w:eastAsia="zh-CN"/>
        </w:rPr>
        <w:t>　　五 肆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基础 1.基础选 芋 用类型采用独立基础， 诸 基底标高为-</w:t>
      </w:r>
      <w:r>
        <w:rPr>
          <w:lang w:eastAsia="zh-CN"/>
        </w:rPr>
        <w:br/>
      </w:r>
      <w:r>
        <w:rPr>
          <w:lang w:eastAsia="zh-CN"/>
        </w:rPr>
        <w:t>　　2. 斑 钢筋基础地面应作强度 政 等级为 C10 的 100 溪 厚垫层，垫层宜比基础 梳 每侧宽出 100</w:t>
      </w:r>
      <w:r>
        <w:rPr>
          <w:lang w:eastAsia="zh-CN"/>
        </w:rPr>
        <w:br/>
      </w:r>
      <w:r>
        <w:rPr>
          <w:lang w:eastAsia="zh-CN"/>
        </w:rPr>
        <w:t>　　3 谋 .钢筋基础曾厚度，有 蜘 垫层处》40，无垫层 辕 处 70，与土壤直接触 掩 外侧建筑防水做法的钢 畜 筋挡土墙，柱在室外地 医面部分保护层厚度应向 糟 外增加到 40。</w:t>
      </w:r>
      <w:r>
        <w:rPr>
          <w:lang w:eastAsia="zh-CN"/>
        </w:rPr>
        <w:br/>
      </w:r>
      <w:r>
        <w:rPr>
          <w:lang w:eastAsia="zh-CN"/>
        </w:rPr>
        <w:t xml:space="preserve">    员工试用期工作总结报告范文大全 篇11 </w:t>
      </w:r>
      <w:r>
        <w:rPr>
          <w:lang w:eastAsia="zh-CN"/>
        </w:rPr>
        <w:br/>
      </w:r>
      <w:r>
        <w:rPr>
          <w:lang w:eastAsia="zh-CN"/>
        </w:rPr>
        <w:t>　　去年_月，我通过了选调生的选拔考试，从一名大学生村官变成了一名选调生，成为枣强县枣强镇党政办公室的一员。一年多来，在领导的关怀和同事的帮助下，我虚心学习，努力工作，较好地完成了各项工作任务，在工作岗位上迈出了坚实的一步。现将一年来的工作情况汇报如下：</w:t>
      </w:r>
      <w:r>
        <w:rPr>
          <w:lang w:eastAsia="zh-CN"/>
        </w:rPr>
        <w:br/>
      </w:r>
      <w:r>
        <w:rPr>
          <w:lang w:eastAsia="zh-CN"/>
        </w:rPr>
        <w:t>　　一、加强学习，提高政治素质和岗位知识水平，主动适应新的工作环境。</w:t>
      </w:r>
      <w:r>
        <w:rPr>
          <w:lang w:eastAsia="zh-CN"/>
        </w:rPr>
        <w:br/>
      </w:r>
      <w:r>
        <w:rPr>
          <w:lang w:eastAsia="zh-CN"/>
        </w:rPr>
        <w:t>　　一是在平时的工作中，我自觉加强政治理论学习，提高党性修养。我积极参加各种会议培训以及通过自己读书、看报、网络等方式，加强了对政治理论和业务知识的学习，重点学习了党的__届四中、五中全会精神及省、市、县各级党代会精神和中央关于三农工作的重要文件，用先进的理论知识武装头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二是主动适应党政办公室这个新的工作环境。为更好的做好办公室的信息工作，我对镇里信息写作的有关材料和文件进行了全面学习，参加县委组织的信息员培训班，同时在工作中向领导和同事积极请教经验，提高了信息业务能力和水平。</w:t>
      </w:r>
      <w:r>
        <w:rPr>
          <w:lang w:eastAsia="zh-CN"/>
        </w:rPr>
        <w:br/>
      </w:r>
      <w:r>
        <w:rPr>
          <w:lang w:eastAsia="zh-CN"/>
        </w:rPr>
        <w:t>　　二、端正态度，勤于实践，认真做好办公室各项日常工作。 在镇办公室的工作中，我认识到办公室可以说是镇机关的中枢机构，承担着上传下达的重要任务，协调着多方面的关系，可以说办公室的工作是比较繁杂、沉重的。办公室工作无小事，任何一件小事出现纰漏，都会引来大的麻烦。所以在工作之初，我就树立了办公室工作无小事的观念，端正自己的工作态度，严肃认真的对待每一项日常工作，从工作的实践中收获知识，不断进步。</w:t>
      </w:r>
      <w:r>
        <w:rPr>
          <w:lang w:eastAsia="zh-CN"/>
        </w:rPr>
        <w:br/>
      </w:r>
      <w:r>
        <w:rPr>
          <w:lang w:eastAsia="zh-CN"/>
        </w:rPr>
        <w:t>　　1、初到办公室上班，很多工作无法立即上手，第一项主要工作就是值班。从值班中熟悉工作环境和工作内容。为了提高值班的效率，我熟记了镇机关所有办公电话和科室负责人电话，遇到紧急的传真和通知，我能在第一时间通知到相关的领导和科室，提高了工作效率，加速了上传下达的时间。有几次，夜里收到有关灾害天气的紧急传真，我都在第一时间通过电话通知到各区长及包村干部，及时采取防范措施，有效减少了不必要的损失。</w:t>
      </w:r>
      <w:r>
        <w:rPr>
          <w:lang w:eastAsia="zh-CN"/>
        </w:rPr>
        <w:br/>
      </w:r>
      <w:r>
        <w:rPr>
          <w:lang w:eastAsia="zh-CN"/>
        </w:rPr>
        <w:t>　　2、在办公室工作，写作文字材料是一个重要的工作内容，办公室的文字材料质量也直接体现着以文辅政的综合水平。由于以前对写作材料接触不多，所以在这方面是个弱项。为了克服这个弱点，我制定了读、思、练、改、比的方案。读，就是多读那些公认的好材料，包括主要领导的讲话稿、上级部门下发的正式公文、各类简报通讯刊发的信息以及报纸上的好新闻等等，不拘一格，广泛涉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在工作之余，我抽出时间学习《现代公文写作实用大全》、《秘书工作》，翻看《衡水日报》坚持学习，不断提高自己的文字水平。一年来，随着写作能力的提高，我负责了《枣强政府信息》、《枣强县委信息》、《一周工作动态》、《重点工作进度》等信息的上报工作，共上报各类信息90余篇，采用30余篇，得到了领导的初步认可，被评为优秀信息员。</w:t>
      </w:r>
      <w:r>
        <w:rPr>
          <w:lang w:eastAsia="zh-CN"/>
        </w:rPr>
        <w:br/>
      </w:r>
      <w:r>
        <w:rPr>
          <w:lang w:eastAsia="zh-CN"/>
        </w:rPr>
        <w:t>　　同时我负责镇机关刊物《枣强镇工作周报》的编辑工作，每周对我镇各个管理区、各个委办室的工作情况、重点工作进展等进行采集、汇总，编辑成枣强镇一周工作周报，使镇领导和上级领导能及时掌握工作动态，为领导做出工作决策提供参考。另外，我通过今年_月参加《衡水日报》通讯员培训工作，成为一名《衡水日报》的通讯员，在通讯中，通过报社编辑的讲解和与其他通讯员的交流中，我开阔了眼界，提高了认知，收获颇丰。</w:t>
      </w:r>
      <w:r>
        <w:rPr>
          <w:lang w:eastAsia="zh-CN"/>
        </w:rPr>
        <w:br/>
      </w:r>
      <w:r>
        <w:rPr>
          <w:lang w:eastAsia="zh-CN"/>
        </w:rPr>
        <w:t xml:space="preserve">    员工试用期工作总结报告范文大全 篇12 </w:t>
      </w:r>
      <w:r>
        <w:rPr>
          <w:lang w:eastAsia="zh-CN"/>
        </w:rPr>
        <w:br/>
      </w:r>
      <w:r>
        <w:rPr>
          <w:lang w:eastAsia="zh-CN"/>
        </w:rPr>
        <w:t>　　根据教学计划的安排，在学校和系部领导的关怀下，我们旅游教研室组织04旅游管理专业学生于20_年4月下旬起至6月中旬止到无锡进行了为期五十天的试用期，圆满完成了规定的目标任务，达到了预期的目的，现总结如下：</w:t>
      </w:r>
      <w:r>
        <w:rPr>
          <w:lang w:eastAsia="zh-CN"/>
        </w:rPr>
        <w:br/>
      </w:r>
      <w:r>
        <w:rPr>
          <w:lang w:eastAsia="zh-CN"/>
        </w:rPr>
        <w:t>　　一、准备充分，是做好试用期工作的前提。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这次试用期是教学计划的重要内容，学生和老师早就有了思想准备。我们从三月底就着手准备，与试用期单位联系，就试用期的相关事宜进行商谈。四月中旬，我们又派专人到无锡，具体解决了学生试用期过程中的具体问题，包括试用期单位的进一步落实、试用期生的生活等问题。我们还召开了多次会议进行动员，讲清这次试用期的目的、意义、目标、任务、具体要求等，统一了学生的思想，为做好试用期工作打下坚实的基础。</w:t>
      </w:r>
      <w:r>
        <w:rPr>
          <w:lang w:eastAsia="zh-CN"/>
        </w:rPr>
        <w:br/>
      </w:r>
      <w:r>
        <w:rPr>
          <w:lang w:eastAsia="zh-CN"/>
        </w:rPr>
        <w:t>　　二、措施扎实，是做好试用期工作的保证。</w:t>
      </w:r>
      <w:r>
        <w:rPr>
          <w:lang w:eastAsia="zh-CN"/>
        </w:rPr>
        <w:br/>
      </w:r>
      <w:r>
        <w:rPr>
          <w:lang w:eastAsia="zh-CN"/>
        </w:rPr>
        <w:t>　　1、做好思想政治工作。</w:t>
      </w:r>
      <w:r>
        <w:rPr>
          <w:lang w:eastAsia="zh-CN"/>
        </w:rPr>
        <w:br/>
      </w:r>
      <w:r>
        <w:rPr>
          <w:lang w:eastAsia="zh-CN"/>
        </w:rPr>
        <w:t>　　做好学生的宣传思想政治工作十分重要。系部领导对此十分重视，提出明确要求并多次亲临学生中进行思想动员，真正把思想统一到试用期工作中来，带队老师能结合自己的试用期经验、实践经验、社会经验和学生的专业实际、思想实际，精心准备，仔细分析主客观因素，让学生明白这次试用期的目的、意义、目标、任务、方法、要求，可能出现的各种矛盾、困难及解决办法。把问题讲清、讲深、讲透、讲全，为试用期工作的顺利开展打下坚实的思想基础。在具体工作实践中，还结合_提出的以“八荣八耻”为主要内容的新时期社会主义荣辱观进行宣传教育，把思想教育工作与社会实践相结合，要求学生发扬团队精神，展现新时期大学生良好的道德风貌，维护学校的良好形象，开展了以“为学校争光，为系部添彩，为社会作贡献，为自己树形象”为内容的“四为”主题教育活动，激发学生的热情，掀起比、学、赶、帮、超的热潮。与此同时，还要对学生进行安全教育(如：食品卫生的安全、交通的安全、水电火的安全、防盗安全等等)、理想信念教育等。对工作中涌现出的先进典型通过板报等方式进行广泛宣传，借身边事教育身边人，起到了良好的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2、做好分工协作工作。</w:t>
      </w:r>
      <w:r>
        <w:rPr>
          <w:lang w:eastAsia="zh-CN"/>
        </w:rPr>
        <w:br/>
      </w:r>
      <w:r>
        <w:rPr>
          <w:lang w:eastAsia="zh-CN"/>
        </w:rPr>
        <w:t>　　学生与学生之间、学生与试用期单位之间、学生与学校之间、试用期单位与学校之间以及与带队老师之间都要保持经常性的联系与沟通，及时传递有关试用期的各种信息、倾听领导的工作指导、试用期单位的建议和学生的合理要求，带队老师们做出有利于试用期工作的决定，使“三位”真正成为“一体”。由于分工明确、协作有力，带队过程中自然能够做到情况了如指掌、问题紧抓不放、关系保持顺当、学生心情舒畅。试用期期间，没有发生一起事前担心的严重违法违纪违规的现象。</w:t>
      </w:r>
      <w:r>
        <w:rPr>
          <w:lang w:eastAsia="zh-CN"/>
        </w:rPr>
        <w:br/>
      </w:r>
      <w:r>
        <w:rPr>
          <w:lang w:eastAsia="zh-CN"/>
        </w:rPr>
        <w:t>　　3、做好考勤考核工作。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我们制定了《04旅游专业学生试用期要求》和《做好试用期的八条纪律》，每个同学都在《04旅游专业学生试用期保证书》上签了字。根据试用期单位和学生的不同情况，我们把全班学生分成三个组分别安排在两个景区和一个旅行社，每个组明确一名组长负责考核，带队老师巡查，保证考勤考核的质量与效果。凡是请假的，必须经过试用期单位领导、组长和带队老师的批准，缺一不可。病假还须持县以上的医院证明。在试用期之前，我们从德、能、勤、绩四个方面制定了《试用期生百分考核实施细则》让学生学习了解，与学分挂钩。考核采取走访、调查、互相测评、试用期单位综合评价等多种方法与手段，结合考勤情况以及其他表现与业绩。考核分两次进行，初评和总评，最后进行综合评估。要求每个试用期生在做好工作的同时，认真填写自己的《试用期手册》，撰写心得体会文章和试用期论文进行交流。</w:t>
      </w:r>
      <w:r>
        <w:rPr>
          <w:lang w:eastAsia="zh-CN"/>
        </w:rPr>
        <w:br/>
      </w:r>
      <w:r>
        <w:rPr>
          <w:lang w:eastAsia="zh-CN"/>
        </w:rPr>
        <w:t>　　4、做好亲情服务工作。</w:t>
      </w:r>
      <w:r>
        <w:rPr>
          <w:lang w:eastAsia="zh-CN"/>
        </w:rPr>
        <w:br/>
      </w:r>
      <w:r>
        <w:rPr>
          <w:lang w:eastAsia="zh-CN"/>
        </w:rPr>
        <w:t>　　学生在学校生活环境很好、学习很有规律，到了试用期单位后，出现了一些变化，心理的反差、身体的不适应带来一连串的新情况、新问题。我们带队老师能够及时掌握情况，体贴学生，及时为他们提供服务，解决他们的实际问题。如：我们住在一所大学招待所，房屋陈旧，卫生条件不尽人意，天气炎热，学生下班回来都是一身汗，洗澡成了最基本的要求，而招待所无法提供天天开放，针对这一实际，我们积极与相关单位协商在可能的情况下帮助解决，本着既要为学生省钱，又要改善学生的生活环境的指导思想，最终得到了圆满地解决，为学生创造一个愉悦的生活环境，保证他们有良好的心情投入到试用期工作中去。</w:t>
      </w:r>
      <w:r>
        <w:rPr>
          <w:lang w:eastAsia="zh-CN"/>
        </w:rPr>
        <w:br/>
      </w:r>
      <w:r>
        <w:rPr>
          <w:lang w:eastAsia="zh-CN"/>
        </w:rPr>
        <w:t>　　5、做好试用期指导工作。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试用期期间，我们根据学生的专业性质、年龄特征、技能形成的规律及试用期单位的情况，尽可能做到“应知”、“应会”和“应变”相统一，侧重提高应变能力，与试用期单位共同制订试用期方案。一是请知识丰富型和经验丰富型的两类“专家”做试用期指导老师，通过辅导和示范，让学生模仿，老师指导;二是让试用期学生自成“旅行团”，认真讲，轮流练，相互听;三是主动为游客义务试讲，让游客评;四是带队老师组织考，相互比，发现问题及时纠。五是对进步快、应变能力相对强的同学委以重任——“实战演练”。六是进行经常性、多方位、多层次的岗位轮换与交流。虽然有的岗位与专业关联度不高，但对于从教室、宿舍、食堂“小三维”向学校、家庭、社会“大三维”跨越的大学生来说，一样具有新鲜感，能更全面地接触社会、了解社会，更好地服务社会。在学习业务技能的同时，也能获得相关管理方面的技巧，了解试用期单位这一大的有机体是如何运作的，上层与下层、部门与部门以及部门内部之间的关系。每个岗位都有其特点，都有学问，熟悉这些情况，对于丰富实践经验、提高适应能力、促进教学相长等大有好处。试用期期间，恰逢中国徐霞客国际旅游节在无锡举办，我们抓住这一千载难逢的机会，选派三名比较优秀的学生参加筹委会服务工作，让他们亲身体验一下国际重大节庆活动的浓裂氛围和对服务人才的要求，也丰富了试用期经历。</w:t>
      </w:r>
      <w:r>
        <w:rPr>
          <w:lang w:eastAsia="zh-CN"/>
        </w:rPr>
        <w:br/>
      </w:r>
      <w:r>
        <w:rPr>
          <w:lang w:eastAsia="zh-CN"/>
        </w:rPr>
        <w:t xml:space="preserve">    员工试用期工作总结报告范文大全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时间一晃而过，转眼间，我进入__有限公司这个大家庭已一个半月。这将是我人生中弥足珍贵的一段经历，给我留下了精彩而美好的回忆，也为我开启了新的职业生涯征程。在这段时间，公司的领导和同事给予了我工作上足够的支持、理解和帮助，让我充分感受到了他们所具有的“海纳百川”的胸襟。他们对我工作和生活上的引导，让我很快熟悉了公司环境，理解了企业文化及各项管理制度，从而更快地融入到这个温馨的集体。能成为公司人力资源部的一员，我深感荣幸。从进公司以来，在部门领导和同事们的大力支持、信任和帮助下，我认真学习，严格履行岗位职责，比较圆满地完成了试用期所安排的工作任务。现将试用期的工作与感受总结如下，请领导批评指正。</w:t>
      </w:r>
      <w:r>
        <w:rPr>
          <w:lang w:eastAsia="zh-CN"/>
        </w:rPr>
        <w:br/>
      </w:r>
      <w:r>
        <w:rPr>
          <w:lang w:eastAsia="zh-CN"/>
        </w:rPr>
        <w:t>　　思想上与公司保持一致</w:t>
      </w:r>
      <w:r>
        <w:rPr>
          <w:lang w:eastAsia="zh-CN"/>
        </w:rPr>
        <w:br/>
      </w:r>
      <w:r>
        <w:rPr>
          <w:lang w:eastAsia="zh-CN"/>
        </w:rPr>
        <w:t>　　在进入公司前，我都深知只有从思想上对公司的认同，从心底接受公司，与公司时刻保持一致，积极上进，才能更快地、更好地融入到新的公司中。鉴于此，本人自进入公司以来，便加强了对公司企业文化、经营理念、规章制度学习，深入地理解了公司的工作环境和文化内涵。工作开展中，坚持以“三统一”和“三重原则”为指导，用自己的实际行动证明自己对公司的态度、对工作的态度，踏实而富有激情地开展岗位各项工作。</w:t>
      </w:r>
      <w:r>
        <w:rPr>
          <w:lang w:eastAsia="zh-CN"/>
        </w:rPr>
        <w:br/>
      </w:r>
      <w:r>
        <w:rPr>
          <w:lang w:eastAsia="zh-CN"/>
        </w:rPr>
        <w:t>　　不断学习，提高自身综合素质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当今社会是一个知识空前繁荣的社会，信息以爆炸形式在递增。处于这个社会当中的公司也不断进行着知识和信息的更新，要适应这样的公司，也必须用更强的学习能力来更新自己的知识库，适应社会、适应公司的发展。对于我来说，公司是一个全新的行业，所涉及的绝大部分知识都是全新的，这个更加要求我不断地学习，了解行业特征、工作特性，才能把握住工作的要点，也才能适应工作之需，解决工作中的问题。进公司以来，在部门领导和同事们的引导下，我逐步学习本公司、本部门、本岗位的各项制度、流程，并严格按照公司各项工作制度、流程开展工作。在坚持学习本岗位工作相关的知识之余，还积极参加各项培训学习活动，获取更丰富的知识，为我所用。试用期就是学习期，我抓住时机，向同事们请教，收获甚多，经过过这一段时间的学习，业务水平和理论素养都得到了明显的提高。</w:t>
      </w:r>
      <w:r>
        <w:rPr>
          <w:lang w:eastAsia="zh-CN"/>
        </w:rPr>
        <w:br/>
      </w:r>
      <w:r>
        <w:rPr>
          <w:lang w:eastAsia="zh-CN"/>
        </w:rPr>
        <w:t xml:space="preserve">    员工试用期工作总结报告范文大全 篇14 </w:t>
      </w:r>
      <w:r>
        <w:rPr>
          <w:lang w:eastAsia="zh-CN"/>
        </w:rPr>
        <w:br/>
      </w:r>
      <w:r>
        <w:rPr>
          <w:lang w:eastAsia="zh-CN"/>
        </w:rPr>
        <w:t>　　尊敬的领导：</w:t>
      </w:r>
      <w:r>
        <w:rPr>
          <w:lang w:eastAsia="zh-CN"/>
        </w:rPr>
        <w:br/>
      </w:r>
      <w:r>
        <w:rPr>
          <w:lang w:eastAsia="zh-CN"/>
        </w:rPr>
        <w:t>　　您好!</w:t>
      </w:r>
      <w:r>
        <w:rPr>
          <w:lang w:eastAsia="zh-CN"/>
        </w:rPr>
        <w:br/>
      </w:r>
      <w:r>
        <w:rPr>
          <w:lang w:eastAsia="zh-CN"/>
        </w:rPr>
        <w:t>　　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述职如下：</w:t>
      </w:r>
      <w:r>
        <w:rPr>
          <w:lang w:eastAsia="zh-CN"/>
        </w:rPr>
        <w:br/>
      </w:r>
      <w:r>
        <w:rPr>
          <w:lang w:eastAsia="zh-CN"/>
        </w:rPr>
        <w:t>　　一、加强业务学习，提高业务素质。</w:t>
      </w:r>
      <w:r>
        <w:rPr>
          <w:lang w:eastAsia="zh-CN"/>
        </w:rPr>
        <w:br/>
      </w:r>
      <w:r>
        <w:rPr>
          <w:lang w:eastAsia="zh-CN"/>
        </w:rPr>
        <w:t>　　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公司管理咨询建设项目建议书》、《--公司管理咨询建设项目调研方案及调研提纲》、《--公司企业文化建设项目调研报告提纲》等相关文件。</w:t>
      </w:r>
      <w:r>
        <w:rPr>
          <w:lang w:eastAsia="zh-CN"/>
        </w:rPr>
        <w:br/>
      </w:r>
      <w:r>
        <w:rPr>
          <w:lang w:eastAsia="zh-CN"/>
        </w:rPr>
        <w:t>　　二、改变思想，转换角色，严于律己。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r>
        <w:rPr>
          <w:lang w:eastAsia="zh-CN"/>
        </w:rPr>
        <w:br/>
      </w:r>
      <w:r>
        <w:rPr>
          <w:lang w:eastAsia="zh-CN"/>
        </w:rPr>
        <w:t>　　三、体会与感悟。</w:t>
      </w:r>
      <w:r>
        <w:rPr>
          <w:lang w:eastAsia="zh-CN"/>
        </w:rPr>
        <w:br/>
      </w:r>
      <w:r>
        <w:rPr>
          <w:lang w:eastAsia="zh-CN"/>
        </w:rPr>
        <w:t>　　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r>
        <w:rPr>
          <w:lang w:eastAsia="zh-CN"/>
        </w:rPr>
        <w:br/>
      </w:r>
      <w:r>
        <w:rPr>
          <w:lang w:eastAsia="zh-CN"/>
        </w:rPr>
        <w:t>　　总之，工作上虽有不足，但在公司领导及同事的关怀与呵护下，不断提高、成长。对于接下来的工作，充分信心!</w:t>
      </w:r>
      <w:r>
        <w:rPr>
          <w:lang w:eastAsia="zh-CN"/>
        </w:rPr>
        <w:br/>
      </w:r>
      <w:r>
        <w:rPr>
          <w:lang w:eastAsia="zh-CN"/>
        </w:rPr>
        <w:t xml:space="preserve">    员工试用期工作总结报告范文大全 篇15 </w:t>
      </w:r>
      <w:r>
        <w:rPr>
          <w:lang w:eastAsia="zh-CN"/>
        </w:rPr>
        <w:br/>
      </w:r>
      <w:r>
        <w:rPr>
          <w:lang w:eastAsia="zh-CN"/>
        </w:rPr>
        <w:t>　　进入公司的时间不长，只有一个月的时间。在这一个月里，我学会了很多东西，很多知识很多道理都是我在学校里不曾学到的。我很感谢公司里领导们对我的栽培，也很感谢部门里同事对我无私的帮助。现在我的试用期结束，我即将转正。心态上的变化也从刚刚走出校园的大学生逐渐转变为一名公司职员。这段时间的工作，对我来说有些煎熬，有些困难。现在将我这一个月里的工作进行一个总结：</w:t>
      </w:r>
      <w:r>
        <w:rPr>
          <w:lang w:eastAsia="zh-CN"/>
        </w:rPr>
        <w:br/>
      </w:r>
      <w:r>
        <w:rPr>
          <w:lang w:eastAsia="zh-CN"/>
        </w:rPr>
        <w:t>　　一、心态的转变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我是通过学校里的招聘会，进行了简单的面试而被公司应聘的。最开始的我，觉得自己在学校里顺风顺水，在公司里做事的时候也不会太差，所以我最开始的时候，心气是很浮躁的。领导交代给我的任务，我也能完成的很好，我自觉不比部门里其他的同事差。初进公司的那几天，我一直都是一个人，一个人吃饭，一个人默不作声的干活，休息的时候也是一个人拿着手机玩或是趴在桌上睡觉。同事们看起来挺好相处的，但我其实是自己的没有放正自己的位置，他们是我的同事，而不是我的对手。</w:t>
      </w:r>
      <w:r>
        <w:rPr>
          <w:lang w:eastAsia="zh-CN"/>
        </w:rPr>
        <w:br/>
      </w:r>
      <w:r>
        <w:rPr>
          <w:lang w:eastAsia="zh-CN"/>
        </w:rPr>
        <w:t>　　我自己孤立了自己一个礼拜后，我忽然意识到，自己这么做真的是在上班吗?这些人到底是我的同事还是敌人?于是我开始试着和同事们接触，意外的发现，其实每个同事都很好相处。他们也很意外我会主动跟他们打招呼，还说私下里讨论过我是不是有些太傲气，现在看起来好像不是这样。我不禁有些汗颜，是我自己给自己竖立了一道围墙，大家都是同事，工作上其实很多时候都需要大家通力合作。一个人固然可以把事情做好，但一个人做事终究是有极限的。</w:t>
      </w:r>
      <w:r>
        <w:rPr>
          <w:lang w:eastAsia="zh-CN"/>
        </w:rPr>
        <w:br/>
      </w:r>
      <w:r>
        <w:rPr>
          <w:lang w:eastAsia="zh-CN"/>
        </w:rPr>
        <w:t>　　二、能力上的进步</w:t>
      </w:r>
      <w:r>
        <w:rPr>
          <w:lang w:eastAsia="zh-CN"/>
        </w:rPr>
        <w:br/>
      </w:r>
      <w:r>
        <w:rPr>
          <w:lang w:eastAsia="zh-CN"/>
        </w:rPr>
        <w:t>　　在上班之后，我才发现我要学习的东西还有太多太多，大学里所学的知识固然有用，专业上的知识很多都能帮上忙，但我最后才发现，这些东西都太过于笼统，不够精细。很多知识在实际操作中，经不住钻研。我的工作是会计，我只能说会计专业真的是需要实践才能够真正的去掌握，一味的在课本上学习，是无法领悟到精髓的。我最开始的时候，常常犯错，那时候一个人完成领导交代的任务，每次的都是错了又改，改了又错。领导居然还没有责怪我，亏我之前还觉得自己完成的很好。</w:t>
      </w:r>
      <w:r>
        <w:rPr>
          <w:lang w:eastAsia="zh-CN"/>
        </w:rPr>
        <w:br/>
      </w:r>
      <w:r>
        <w:rPr>
          <w:lang w:eastAsia="zh-CN"/>
        </w:rPr>
        <w:t>　　三、下一步的打算</w:t>
      </w:r>
      <w:r>
        <w:rPr>
          <w:lang w:eastAsia="zh-CN"/>
        </w:rPr>
        <w:br/>
      </w:r>
    </w:p>
    <w:p w:rsidR="001B1F19" w14:textId="27C3F48A">
      <w:pPr>
        <w:rPr>
          <w:rFonts w:hint="eastAsia"/>
          <w:lang w:eastAsia="zh-CN"/>
        </w:rPr>
      </w:pPr>
      <w:r>
        <w:rPr>
          <w:lang w:eastAsia="zh-CN"/>
        </w:rPr>
        <w:t>　　转正之后，我会继续努力工作，虚心请教部门的其他同事，学习更多的知识。学无止境，人只有不断的进步才有更好的未来。</w:t>
      </w:r>
      <w:r>
        <w:rPr>
          <w:lang w:eastAsia="zh-CN"/>
        </w:rPr>
        <w:br/>
      </w:r>
      <w:r>
        <w:rPr>
          <w:lang w:eastAsia="zh-CN"/>
        </w:rPr>
        <w:t xml:space="preserve">    员工试用期工作总结报告范文大全 篇16 </w:t>
      </w:r>
      <w:r>
        <w:rPr>
          <w:lang w:eastAsia="zh-CN"/>
        </w:rPr>
        <w:br/>
      </w:r>
      <w:r>
        <w:rPr>
          <w:lang w:eastAsia="zh-CN"/>
        </w:rPr>
        <w:t>　　时光飞逝，转眼20--年即将过去，20--年已经向我们招手，入司以来的工作，在各位领导和同事的支持和领导下，各项工作取得了长足的进步。</w:t>
      </w:r>
      <w:r>
        <w:rPr>
          <w:lang w:eastAsia="zh-CN"/>
        </w:rPr>
        <w:br/>
      </w:r>
      <w:r>
        <w:rPr>
          <w:lang w:eastAsia="zh-CN"/>
        </w:rPr>
        <w:t>　　20--，再回首，思考亦多，感慨亦多，收获亦多。入司以来，公司制度及岗位工作流程已深入了解，工作技能和处事能力有待提高，另外还需加强各方面的深入学习，一开始认为简单的工作做一万遍做好是一件不简单的事，把容易的事做一万遍做对也是一件不容易的事。入司到现在，也出现若干次备错货的情况，其中有几次造成客户投诉;还有几次摔坏桶情况。出现过这样或那样的错误，造成这些错误的主要原因是工作不够认真和工作流程的不熟悉;间接因素是对业务的不熟悉，包括：不同客户需求产品的各类，部门人员之间的协调沟通及外界因素对心理的影响等。</w:t>
      </w:r>
      <w:r>
        <w:rPr>
          <w:lang w:eastAsia="zh-CN"/>
        </w:rPr>
        <w:br/>
      </w:r>
      <w:r>
        <w:rPr>
          <w:lang w:eastAsia="zh-CN"/>
        </w:rPr>
        <w:t>　　因此严格按照工作流程去做必不少，另外还需多留意不同客户对不同产品的不同需求，加强部门人员之间的沟通，优化自我的心理素质。相信前事之鉴，后事之师，我也会在错误中学到经验，杜绝二次犯错，让自己以后在处理各种问题时考虑的更全面，努力把工作做到更好。</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https://d.book118.com/145204142321011112</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4520414232101111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