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第13个爱国卫生法制宣传周工作总结范文（34篇）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第13个爱国卫生法制宣传周工作总结范文（精选34篇）</w:t>
      </w:r>
      <w:r>
        <w:rPr>
          <w:lang w:eastAsia="zh-CN"/>
        </w:rPr>
        <w:br/>
      </w:r>
      <w:r>
        <w:rPr>
          <w:lang w:eastAsia="zh-CN"/>
        </w:rPr>
        <w:t xml:space="preserve">    第13个爱国卫生法制宣传周工作总结范文 篇1 </w:t>
      </w:r>
      <w:r>
        <w:rPr>
          <w:lang w:eastAsia="zh-CN"/>
        </w:rPr>
        <w:br/>
      </w:r>
      <w:r>
        <w:rPr>
          <w:lang w:eastAsia="zh-CN"/>
        </w:rPr>
        <w:t>　　9月23日，在相王国际购物广场开展第__个爱国卫生法制宣传周集中宣传活动。副市长王莉莉出席。</w:t>
      </w:r>
      <w:r>
        <w:rPr>
          <w:lang w:eastAsia="zh-CN"/>
        </w:rPr>
        <w:br/>
      </w:r>
      <w:r>
        <w:rPr>
          <w:lang w:eastAsia="zh-CN"/>
        </w:rPr>
        <w:t>　　据了解，9月23日至30日，是全省第__个爱国卫生法制宣传周。在活动现场，各县区爱卫办、市级以上卫生先进单位和卫生村镇通过设立咨询台、摆放展板、发放宣传资料和展示消杀“四害”药具等形式，向群众介绍爱国卫生方面的常识、科普消杀知识和防病知识，吸引了大量群众前来观看咨询。</w:t>
      </w:r>
      <w:r>
        <w:rPr>
          <w:lang w:eastAsia="zh-CN"/>
        </w:rPr>
        <w:br/>
      </w:r>
      <w:r>
        <w:rPr>
          <w:lang w:eastAsia="zh-CN"/>
        </w:rPr>
        <w:t>　　为助力“创卫”，活动当天还启动了“全市秋冬季统一灭鼠行动”。市爱卫办要求，各级各部门要认真落实好本单位内部等区域的消杀活动和环境整治;县区爱卫办要加强对辖区内农贸市场、老旧小区、城乡结合部及小餐饮等重点区域除“四害”工作的管理和指导，以促进爱国卫生运动制度化、常态化，提高广大市民的卫生和健康意识。</w:t>
      </w:r>
      <w:r>
        <w:rPr>
          <w:lang w:eastAsia="zh-CN"/>
        </w:rPr>
        <w:br/>
      </w:r>
      <w:r>
        <w:rPr>
          <w:lang w:eastAsia="zh-CN"/>
        </w:rPr>
        <w:t xml:space="preserve">    第13个爱国卫生法制宣传周工作总结范文 篇2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20__年，在县爱卫办的指导下，我所周密部署，大力宣传卫生法律法规工作，健康教育工作持续推进。现就20__年我所健康教育工作总结如下:</w:t>
      </w:r>
      <w:r>
        <w:rPr>
          <w:lang w:eastAsia="zh-CN"/>
        </w:rPr>
        <w:br/>
      </w:r>
      <w:r>
        <w:rPr>
          <w:lang w:eastAsia="zh-CN"/>
        </w:rPr>
        <w:t>　　一、高度重视，加强领导</w:t>
      </w:r>
      <w:r>
        <w:rPr>
          <w:lang w:eastAsia="zh-CN"/>
        </w:rPr>
        <w:br/>
      </w:r>
      <w:r>
        <w:rPr>
          <w:lang w:eastAsia="zh-CN"/>
        </w:rPr>
        <w:t>　　制定了20__年健康教育工作计划，成立了以所长为组长的领导小组，对健康教育工作进行了统一安排部署，确保各项工作的组织实施和顺利落实。</w:t>
      </w:r>
      <w:r>
        <w:rPr>
          <w:lang w:eastAsia="zh-CN"/>
        </w:rPr>
        <w:br/>
      </w:r>
      <w:r>
        <w:rPr>
          <w:lang w:eastAsia="zh-CN"/>
        </w:rPr>
        <w:t>　　二、广泛宣传，强化学习</w:t>
      </w:r>
      <w:r>
        <w:rPr>
          <w:lang w:eastAsia="zh-CN"/>
        </w:rPr>
        <w:br/>
      </w:r>
      <w:r>
        <w:rPr>
          <w:lang w:eastAsia="zh-CN"/>
        </w:rPr>
        <w:t>　　1、在干部职工中经常性地开展健康保健知识学习，提倡健康生活和健康行为，提倡戒烟少酒，减少疾病发生，保证全所干部职工的身心健康。</w:t>
      </w:r>
      <w:r>
        <w:rPr>
          <w:lang w:eastAsia="zh-CN"/>
        </w:rPr>
        <w:br/>
      </w:r>
      <w:r>
        <w:rPr>
          <w:lang w:eastAsia="zh-CN"/>
        </w:rPr>
        <w:t>　　2、安排布置学习内容，并认真组织职工学习健康教育工作相关文件和资料。通过认真学习和了解，全所职工的健康意识有了大幅度的提高，使广大职工形成了健康的生活方式、健康的行为习惯。利用工作空闲时间对全所卫生监督执法人员进行了《医疗机构管理条例》、《传染病防治法》、《执业医师法》、《乡村医生从业管理办法》、《公共场所管理条例》、《食品安全法》等各项卫生法律法规知识培训学习，对全县医疗机构负责人、卫生协管员进行了法律法规知识培训。组织全所职工学习了民族、宗教方面的政策及有关民族宗教的法律法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3、利用世界防治结核病日、世界卫生日、全国碘缺乏病日、世界无烟日、全国高血压日、世界精神卫生日、世界糖尿病日、世界艾滋病日等各种健康主题日和辖区重点健康问题，开展健康咨询活动，并根据主题发放宣传资料，共发放各种宣传资料8000余份。</w:t>
      </w:r>
      <w:r>
        <w:rPr>
          <w:lang w:eastAsia="zh-CN"/>
        </w:rPr>
        <w:br/>
      </w:r>
      <w:r>
        <w:rPr>
          <w:lang w:eastAsia="zh-CN"/>
        </w:rPr>
        <w:t>　　4、对监管的公共场所、学校、医疗机构的负责人开展《传染病防治法》、《执业医师法》、《献血法》、《职业病防治法》、《公共场所卫生管理条例》等相关法律法规的培训。</w:t>
      </w:r>
      <w:r>
        <w:rPr>
          <w:lang w:eastAsia="zh-CN"/>
        </w:rPr>
        <w:br/>
      </w:r>
      <w:r>
        <w:rPr>
          <w:lang w:eastAsia="zh-CN"/>
        </w:rPr>
        <w:t xml:space="preserve">    第13个爱国卫生法制宣传周工作总结范文 篇3 </w:t>
      </w:r>
      <w:r>
        <w:rPr>
          <w:lang w:eastAsia="zh-CN"/>
        </w:rPr>
        <w:br/>
      </w:r>
      <w:r>
        <w:rPr>
          <w:lang w:eastAsia="zh-CN"/>
        </w:rPr>
        <w:t>　　为了全面贯彻落实有关爱国卫生运动的精神，让幼儿从小养成爱清洁、讲卫生的习惯，并能够通过实践行动参与到“爱清洁，讲卫生”的活动中来，工大幼儿园组织全园的师生开展了以 “爱护环境人人有责 从小做起 美化家园”为主题的爱国卫生月系列活动。</w:t>
      </w:r>
      <w:r>
        <w:rPr>
          <w:lang w:eastAsia="zh-CN"/>
        </w:rPr>
        <w:br/>
      </w:r>
      <w:r>
        <w:rPr>
          <w:lang w:eastAsia="zh-CN"/>
        </w:rPr>
        <w:t>　　整个活动过程我们不仅将“爱清洁，讲卫生”纳入到教学活动当中，通过主题教学向幼儿进行“爱国卫生”教育，而且以年级组为单位开展适合各年龄阶段的“爱卫活动”。中班的老师和小朋友带上垃圾袋到院子的各个角落寻找落叶和垃圾，充当了一回“环保小卫士”。大班的小朋友带上抹布脸盆，擦洗着大型玩具、健身器材、皮球、球筐、石板凳。最后，我们利用家园联系专栏等方式广泛宣传健康知识及传染病预防知识，对外宣传普及日常健康知识。一系列的活动，让孩子们从实践行动中真真切切的了解到了从小爱清洁，讲卫生的重要性。</w:t>
      </w:r>
      <w:r>
        <w:rPr>
          <w:lang w:eastAsia="zh-CN"/>
        </w:rPr>
        <w:br/>
      </w:r>
      <w:r>
        <w:rPr>
          <w:lang w:eastAsia="zh-CN"/>
        </w:rPr>
        <w:t>　　我们一起到花园里去捡垃圾!</w:t>
      </w:r>
      <w:r>
        <w:rPr>
          <w:lang w:eastAsia="zh-CN"/>
        </w:rPr>
        <w:br/>
      </w:r>
      <w:r>
        <w:rPr>
          <w:lang w:eastAsia="zh-CN"/>
        </w:rPr>
        <w:t>　　孩子们把捡到的垃圾放到了老师的垃圾袋。</w:t>
      </w:r>
      <w:r>
        <w:rPr>
          <w:lang w:eastAsia="zh-CN"/>
        </w:rPr>
        <w:br/>
      </w:r>
      <w:r>
        <w:rPr>
          <w:lang w:eastAsia="zh-CN"/>
        </w:rPr>
        <w:t>　　老师和我们齐动手。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我们一起努力把幼儿园的玩具器械擦干净。</w:t>
      </w:r>
      <w:r>
        <w:rPr>
          <w:lang w:eastAsia="zh-CN"/>
        </w:rPr>
        <w:br/>
      </w:r>
      <w:r>
        <w:rPr>
          <w:lang w:eastAsia="zh-CN"/>
        </w:rPr>
        <w:t>　　看!我们多么能干!</w:t>
      </w:r>
      <w:r>
        <w:rPr>
          <w:lang w:eastAsia="zh-CN"/>
        </w:rPr>
        <w:br/>
      </w:r>
      <w:r>
        <w:rPr>
          <w:lang w:eastAsia="zh-CN"/>
        </w:rPr>
        <w:t>　　我们一起把宣传栏擦干净吧!</w:t>
      </w:r>
      <w:r>
        <w:rPr>
          <w:lang w:eastAsia="zh-CN"/>
        </w:rPr>
        <w:br/>
      </w:r>
      <w:r>
        <w:rPr>
          <w:lang w:eastAsia="zh-CN"/>
        </w:rPr>
        <w:t>　　同时，幼儿园厨房工作人员每天及时做好卫生保洁，窗明几净。利用晨检，卫生教师每天给幼儿喷喉，认真检查手指卫生，杜绝病菌传播。保育员每天定时开窗通风，喷洒消毒水，自觉做到每个班级干净整洁，清除死角。教师在教学活动中，对幼儿进行讲究卫生，关爱健康的教育。</w:t>
      </w:r>
      <w:r>
        <w:rPr>
          <w:lang w:eastAsia="zh-CN"/>
        </w:rPr>
        <w:br/>
      </w:r>
      <w:r>
        <w:rPr>
          <w:lang w:eastAsia="zh-CN"/>
        </w:rPr>
        <w:t>　　爱国卫生从我做起，从细节做起。让我们用实际行动打造一个文明、健康的美丽校园。</w:t>
      </w:r>
      <w:r>
        <w:rPr>
          <w:lang w:eastAsia="zh-CN"/>
        </w:rPr>
        <w:br/>
      </w:r>
      <w:r>
        <w:rPr>
          <w:lang w:eastAsia="zh-CN"/>
        </w:rPr>
        <w:t xml:space="preserve">    第13个爱国卫生法制宣传周工作总结范文 篇4 </w:t>
      </w:r>
      <w:r>
        <w:rPr>
          <w:lang w:eastAsia="zh-CN"/>
        </w:rPr>
        <w:br/>
      </w:r>
      <w:r>
        <w:rPr>
          <w:lang w:eastAsia="zh-CN"/>
        </w:rPr>
        <w:t>　　为深入开展爱国卫生运动，增强爱国卫生法治观念，落实全省__个爱国卫生法治宣传周活动，太和县9月28日—30日在全县开展了__个爱国卫生法治宣传周活动，其中9月30日为集中宣传日，宣传主题为“依法科学治理，共建健康家园”，这次宣传活动取得了良好的社会效果。</w:t>
      </w:r>
      <w:r>
        <w:rPr>
          <w:lang w:eastAsia="zh-CN"/>
        </w:rPr>
        <w:br/>
      </w:r>
      <w:r>
        <w:rPr>
          <w:lang w:eastAsia="zh-CN"/>
        </w:rPr>
        <w:t>　　一、广泛宣传，营造氛围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爱国卫生法治宣传周期间，各乡镇各单位围绕今年活动主题，集中开展一次学习宣传活动。特别是开展卫生乡镇、卫生村（社区）、卫生单位创建的，要采取形式多样的宣传途径，向群众传播卫生防病和病媒生物防制知识、《公民健康素养66条》及食品安全知识，倡导文明健康绿色环保的`生活方式，使健康理念深入人心，健康知识家喻户晓。</w:t>
      </w:r>
      <w:r>
        <w:rPr>
          <w:lang w:eastAsia="zh-CN"/>
        </w:rPr>
        <w:br/>
      </w:r>
      <w:r>
        <w:rPr>
          <w:lang w:eastAsia="zh-CN"/>
        </w:rPr>
        <w:t>　　二、环境整治，保障健康</w:t>
      </w:r>
      <w:r>
        <w:rPr>
          <w:lang w:eastAsia="zh-CN"/>
        </w:rPr>
        <w:br/>
      </w:r>
      <w:r>
        <w:rPr>
          <w:lang w:eastAsia="zh-CN"/>
        </w:rPr>
        <w:t>　　各乡镇各单位要结合爱国卫生运动重点内容和群众关注的热点难点问题，与文明创建卫生创建工作融会贯通，组织开展环境卫生综合整治工作，严格落实相关工作措施。卫生健康、城管执法、城乡建设、市场监管、农业农村、房屋管理、交通运输、商务、教育、工青妇等爱卫会成员单位以及省（市）级卫生镇、卫生村（社区）、卫生先进单位发挥示范带头作用，深入开展环境卫生整治，开展秋季病媒生物消杀灭活动。结合创建卫生县城，加强对农贸市场、老旧小区、背街小巷、小餐饮、小作坊、小食品店等重点区域组织开展病媒生物防治，严格控制“四害”密度，防止虫媒传染病的发生和流行，保障人民群众身体健康。</w:t>
      </w:r>
      <w:r>
        <w:rPr>
          <w:lang w:eastAsia="zh-CN"/>
        </w:rPr>
        <w:br/>
      </w:r>
      <w:r>
        <w:rPr>
          <w:lang w:eastAsia="zh-CN"/>
        </w:rPr>
        <w:t>　　三、推进健康，科学防控</w:t>
      </w:r>
      <w:r>
        <w:rPr>
          <w:lang w:eastAsia="zh-CN"/>
        </w:rPr>
        <w:br/>
      </w:r>
      <w:r>
        <w:rPr>
          <w:lang w:eastAsia="zh-CN"/>
        </w:rPr>
        <w:t>　　当前疫情防控形势严峻复杂，国内接连出现局部零星疫情，“外防输入、内防反弹”任务依然艰巨，尤其国庆节将至，人员流动和聚集更加频繁，加上秋冬季是流感等传染病高发期，疫情防控难度持续增大。各单位要结合爱国卫生法治宣传周活动，进一步落实开展秋季爱国卫生运动为常态化疫情防控营造健康环境的相关要求(皖爱卫办(20__)38号)，积极推进倡导健康文明绿色环保生活方式，引导群众养成并坚持良好卫生健康习惯，进一步在全社会涵养讲文明促健康的良好生活风尚，全面提升群众健康素养水平。</w:t>
      </w:r>
      <w:r>
        <w:rPr>
          <w:lang w:eastAsia="zh-CN"/>
        </w:rPr>
        <w:br/>
      </w:r>
      <w:r>
        <w:rPr>
          <w:lang w:eastAsia="zh-CN"/>
        </w:rPr>
        <w:t>　　四、活动安排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各乡镇各单位要结合实际，组织辖区有关单位在闹市区开展现场宣传咨询活动，通过发放宣传材料、册页、标语、小广播、微信、短信、宣传图版宣传爱国卫生法治知识，指导群众科学防病，除“四害”。</w:t>
      </w:r>
      <w:r>
        <w:rPr>
          <w:lang w:eastAsia="zh-CN"/>
        </w:rPr>
        <w:br/>
      </w:r>
      <w:r>
        <w:rPr>
          <w:lang w:eastAsia="zh-CN"/>
        </w:rPr>
        <w:t>　　请各乡镇、各单位将爱国卫生法治宣传周活动开展的信息、情况总结于10月12前报送至县爱卫办。邮箱：；电话:；地址：太和县人民中路县政府综合楼五楼。</w:t>
      </w:r>
      <w:r>
        <w:rPr>
          <w:lang w:eastAsia="zh-CN"/>
        </w:rPr>
        <w:br/>
      </w:r>
      <w:r>
        <w:rPr>
          <w:lang w:eastAsia="zh-CN"/>
        </w:rPr>
        <w:t xml:space="preserve">    第13个爱国卫生法制宣传周工作总结范文 篇5 </w:t>
      </w:r>
      <w:r>
        <w:rPr>
          <w:lang w:eastAsia="zh-CN"/>
        </w:rPr>
        <w:br/>
      </w:r>
      <w:r>
        <w:rPr>
          <w:lang w:eastAsia="zh-CN"/>
        </w:rPr>
        <w:t>　　一、加强了医疗机构传染病防治监督检查</w:t>
      </w:r>
      <w:r>
        <w:rPr>
          <w:lang w:eastAsia="zh-CN"/>
        </w:rPr>
        <w:br/>
      </w:r>
      <w:r>
        <w:rPr>
          <w:lang w:eastAsia="zh-CN"/>
        </w:rPr>
        <w:t>　　根据《传染病防治法》等有关要求对全县各级医疗机构、疾病预防控制中心的传染病防治工作进行了3次监督检查。</w:t>
      </w:r>
      <w:r>
        <w:rPr>
          <w:lang w:eastAsia="zh-CN"/>
        </w:rPr>
        <w:br/>
      </w:r>
      <w:r>
        <w:rPr>
          <w:lang w:eastAsia="zh-CN"/>
        </w:rPr>
        <w:t>　　（一）对各级医疗机构的疫情报告,消毒隔离措施和医疗废物处置全面进行了监督检查。</w:t>
      </w:r>
      <w:r>
        <w:rPr>
          <w:lang w:eastAsia="zh-CN"/>
        </w:rPr>
        <w:br/>
      </w:r>
      <w:r>
        <w:rPr>
          <w:lang w:eastAsia="zh-CN"/>
        </w:rPr>
        <w:t>　　（二）对各级医疗机构使用的消毒剂标识标签及索证资料进行了检查。</w:t>
      </w:r>
      <w:r>
        <w:rPr>
          <w:lang w:eastAsia="zh-CN"/>
        </w:rPr>
        <w:br/>
      </w:r>
      <w:r>
        <w:rPr>
          <w:lang w:eastAsia="zh-CN"/>
        </w:rPr>
        <w:t>　　（三）继续加强对各项传染病防控措施落实的监督检查。</w:t>
      </w:r>
      <w:r>
        <w:rPr>
          <w:lang w:eastAsia="zh-CN"/>
        </w:rPr>
        <w:br/>
      </w:r>
      <w:r>
        <w:rPr>
          <w:lang w:eastAsia="zh-CN"/>
        </w:rPr>
        <w:t>　　（四）对疾控中心的传染病疫情监测信息报告管理、《疫苗流通和预防接种管理》、《病原微生物实验室生物安全管理条例》、《艾滋病防治条例》等传染病防治法律、法规的贯彻落实情况进行了监督检查，主要检查其建立健全组织机构和各项规章制度，技术操作规范及其制定各项工作目标，人员培训及宣传等情况。</w:t>
      </w:r>
      <w:r>
        <w:rPr>
          <w:lang w:eastAsia="zh-CN"/>
        </w:rPr>
        <w:br/>
      </w:r>
      <w:r>
        <w:rPr>
          <w:lang w:eastAsia="zh-CN"/>
        </w:rPr>
        <w:t>　　二、加强了医疗废物监督管理，规范医疗废物处置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对全县医疗机构废物处置情况进行了3次监督检查，分别从医疗废物管理制度的建立；是否设有专（兼）职人员；是否有相关培训记录；是否有医疗废物登记记录；是否按规定对医疗废物分类收集，进行包装；医疗废物储存设施和处置情况是否符合规定；相关人员卫生防护措施等方面进行监督检查。</w:t>
      </w:r>
      <w:r>
        <w:rPr>
          <w:lang w:eastAsia="zh-CN"/>
        </w:rPr>
        <w:br/>
      </w:r>
      <w:r>
        <w:rPr>
          <w:lang w:eastAsia="zh-CN"/>
        </w:rPr>
        <w:t>　　三、加大了各类医疗服务机构消毒剂及消毒效果的监测监督</w:t>
      </w:r>
      <w:r>
        <w:rPr>
          <w:lang w:eastAsia="zh-CN"/>
        </w:rPr>
        <w:br/>
      </w:r>
      <w:r>
        <w:rPr>
          <w:lang w:eastAsia="zh-CN"/>
        </w:rPr>
        <w:t>　　（一）对医疗机构医院感染管理的规章制度和技术规范进行监督检查。</w:t>
      </w:r>
      <w:r>
        <w:rPr>
          <w:lang w:eastAsia="zh-CN"/>
        </w:rPr>
        <w:br/>
      </w:r>
      <w:r>
        <w:rPr>
          <w:lang w:eastAsia="zh-CN"/>
        </w:rPr>
        <w:t>　　（1）进入人体组织、无菌器官的医疗器械、器具和物品是否达到灭菌水平；</w:t>
      </w:r>
      <w:r>
        <w:rPr>
          <w:lang w:eastAsia="zh-CN"/>
        </w:rPr>
        <w:br/>
      </w:r>
      <w:r>
        <w:rPr>
          <w:lang w:eastAsia="zh-CN"/>
        </w:rPr>
        <w:t>　　（2）接触皮肤、黏膜的医疗器械、器具和物品是否达到消毒水平；</w:t>
      </w:r>
      <w:r>
        <w:rPr>
          <w:lang w:eastAsia="zh-CN"/>
        </w:rPr>
        <w:br/>
      </w:r>
      <w:r>
        <w:rPr>
          <w:lang w:eastAsia="zh-CN"/>
        </w:rPr>
        <w:t>　　（3）各种用于注射、穿刺、采血等有创伤性操作的医疗器具是否一用一灭菌。</w:t>
      </w:r>
      <w:r>
        <w:rPr>
          <w:lang w:eastAsia="zh-CN"/>
        </w:rPr>
        <w:br/>
      </w:r>
      <w:r>
        <w:rPr>
          <w:lang w:eastAsia="zh-CN"/>
        </w:rPr>
        <w:t>　　（二）对各级医疗机构使用的消毒剂标识标签及索证资料进行了检查；同时开展了对标注“卫消证字”等的消毒剂的专项监督检查。</w:t>
      </w:r>
      <w:r>
        <w:rPr>
          <w:lang w:eastAsia="zh-CN"/>
        </w:rPr>
        <w:br/>
      </w:r>
      <w:r>
        <w:rPr>
          <w:lang w:eastAsia="zh-CN"/>
        </w:rPr>
        <w:t>　　（三）加强对手术室、icu、产房、治疗室等重点部门的环境卫生学监测，包括空气、物体表面和医护人员手等项目。</w:t>
      </w:r>
      <w:r>
        <w:rPr>
          <w:lang w:eastAsia="zh-CN"/>
        </w:rPr>
        <w:br/>
      </w:r>
      <w:r>
        <w:rPr>
          <w:lang w:eastAsia="zh-CN"/>
        </w:rPr>
        <w:t>　　（四）对医疗机构血液管理，血液的来源、储存、发放等环节规范管理进行了监督检查。</w:t>
      </w:r>
      <w:r>
        <w:rPr>
          <w:lang w:eastAsia="zh-CN"/>
        </w:rPr>
        <w:br/>
      </w:r>
      <w:r>
        <w:rPr>
          <w:lang w:eastAsia="zh-CN"/>
        </w:rPr>
        <w:t>　　四、加强了对学校传染病防治工作的监督检查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春季、秋季分别两次对各学校落实健康教育课、建立流行性的传染病定期排查制度、建立和完善晨检制度、建立传染病控制机制、应急处理机制等进行了监督检查。</w:t>
      </w:r>
      <w:r>
        <w:rPr>
          <w:lang w:eastAsia="zh-CN"/>
        </w:rPr>
        <w:br/>
      </w:r>
      <w:r>
        <w:rPr>
          <w:lang w:eastAsia="zh-CN"/>
        </w:rPr>
        <w:t>　　高中考期间，为保障考生卫生安全，我所对县中学进行了三次检查检查，并对考生所住宾馆进行了卫生监督检查。</w:t>
      </w:r>
      <w:r>
        <w:rPr>
          <w:lang w:eastAsia="zh-CN"/>
        </w:rPr>
        <w:br/>
      </w:r>
      <w:r>
        <w:rPr>
          <w:lang w:eastAsia="zh-CN"/>
        </w:rPr>
        <w:t>　　20__年3月一10月我所传染病防治监督检查共出动车辆51台次，人员83人次，检查医疗机构228家次，中小学60家次，托幼机构54家次。其中县级医疗机构16家次，乡镇卫生院87家次，村卫生站65家次（乡镇卫生院协管除外），诊所40家次（包括涉旅大药房），学校医务室20家次。</w:t>
      </w:r>
      <w:r>
        <w:rPr>
          <w:lang w:eastAsia="zh-CN"/>
        </w:rPr>
        <w:br/>
      </w:r>
      <w:r>
        <w:rPr>
          <w:lang w:eastAsia="zh-CN"/>
        </w:rPr>
        <w:t>　　对每次检查中存在问题的单位，卫生执法人员依据相关法律法规分别给予了责令限期整改和行政警告。通过3次监督检查，进一步提高了被监督单位负责人在传染病防治方面的法律意识，为下一步扎实做好传染病防治工作打下了基础。</w:t>
      </w:r>
      <w:r>
        <w:rPr>
          <w:lang w:eastAsia="zh-CN"/>
        </w:rPr>
        <w:br/>
      </w:r>
      <w:r>
        <w:rPr>
          <w:lang w:eastAsia="zh-CN"/>
        </w:rPr>
        <w:t xml:space="preserve">    第13个爱国卫生法制宣传周工作总结范文 篇6 </w:t>
      </w:r>
      <w:r>
        <w:rPr>
          <w:lang w:eastAsia="zh-CN"/>
        </w:rPr>
        <w:br/>
      </w:r>
      <w:r>
        <w:rPr>
          <w:lang w:eastAsia="zh-CN"/>
        </w:rPr>
        <w:t>　　9月最后一周是第13个爱国卫生法制宣传周，今年爱国卫生法制宣传周的主题是：爱国卫生70载，共创健康新时代。活动周期间，我区按照市卫健委安排部署，扎实开展一系列活动，全力做好第13个爱国卫生法制宣传周活动。</w:t>
      </w:r>
      <w:r>
        <w:rPr>
          <w:lang w:eastAsia="zh-CN"/>
        </w:rPr>
        <w:br/>
      </w:r>
      <w:r>
        <w:rPr>
          <w:lang w:eastAsia="zh-CN"/>
        </w:rPr>
        <w:t>　　一、积极组织，广泛开展爱卫周宣传工作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我区接市卫健委通知后，迅速组织各镇（办）、开发区、区爱卫会成员单位开展第13个爱国卫生法制宣传周活动。活动期间，镇（办）、开发区在主要交通路段通过悬挂横幅标语、发放宣传资料等措施宣传卫生常识，积极倡导文明健康的生活方式。</w:t>
      </w:r>
      <w:r>
        <w:rPr>
          <w:lang w:eastAsia="zh-CN"/>
        </w:rPr>
        <w:br/>
      </w:r>
      <w:r>
        <w:rPr>
          <w:lang w:eastAsia="zh-CN"/>
        </w:rPr>
        <w:t>　　二、全社会参与，开展爱卫周活动</w:t>
      </w:r>
      <w:r>
        <w:rPr>
          <w:lang w:eastAsia="zh-CN"/>
        </w:rPr>
        <w:br/>
      </w:r>
      <w:r>
        <w:rPr>
          <w:lang w:eastAsia="zh-CN"/>
        </w:rPr>
        <w:t>　　一是街道爱卫办联合街道司法所通过悬挂横幅、发放宣传手册、滚动电子屏、入户面对面等方式深入宣传《安徽省爱国卫生条例》，利用宣传栏宣传健康防病常识及秋季防疫知识，让群众直观了解相关法规及健康、防疫知识，帮助群众形成正确的卫生观念，养成良好的健康习惯。</w:t>
      </w:r>
      <w:r>
        <w:rPr>
          <w:lang w:eastAsia="zh-CN"/>
        </w:rPr>
        <w:br/>
      </w:r>
      <w:r>
        <w:rPr>
          <w:lang w:eastAsia="zh-CN"/>
        </w:rPr>
        <w:t>　　二是镇、开发区爱卫办依托区暖民心行动文艺巡演向群众宣传文明健康生活方式，引导群众养成戴口罩、勤洗手、多通风、分餐制、使用公勺等文明健康的卫生习惯。</w:t>
      </w:r>
      <w:r>
        <w:rPr>
          <w:lang w:eastAsia="zh-CN"/>
        </w:rPr>
        <w:br/>
      </w:r>
      <w:r>
        <w:rPr>
          <w:lang w:eastAsia="zh-CN"/>
        </w:rPr>
        <w:t>　　三是结合农村人居环境整治，积极宣传城乡环境治理，聚焦整治难点，紧盯卫生死角，清除乡村道路两侧、居民房前屋后积存垃圾，为群众提供舒适宜居环境。同时，对背街小巷、公共场所、文化广场等进行消杀作业，进一步筑牢疫情防控屏障，守护广大群众生命健康安全。</w:t>
      </w:r>
      <w:r>
        <w:rPr>
          <w:lang w:eastAsia="zh-CN"/>
        </w:rPr>
        <w:br/>
      </w:r>
      <w:r>
        <w:rPr>
          <w:lang w:eastAsia="zh-CN"/>
        </w:rPr>
        <w:t>　　三、活动效果</w:t>
      </w:r>
      <w:r>
        <w:rPr>
          <w:lang w:eastAsia="zh-CN"/>
        </w:rPr>
        <w:br/>
      </w:r>
      <w:r>
        <w:rPr>
          <w:lang w:eastAsia="zh-CN"/>
        </w:rPr>
        <w:t>　　通过本次宣传活动，让更多的居民进一步了解了《安徽省爱国卫生条例》等知识，积极参与爱国卫生运动，增强健康卫生意识，养成讲文明促健康的良好生活风尚，形成人人参与爱国卫生运动的良好氛围。</w:t>
      </w:r>
      <w:r>
        <w:rPr>
          <w:lang w:eastAsia="zh-CN"/>
        </w:rPr>
        <w:br/>
      </w:r>
      <w:r>
        <w:rPr>
          <w:lang w:eastAsia="zh-CN"/>
        </w:rPr>
        <w:t xml:space="preserve">    第13个爱国卫生法制宣传周工作总结范文 篇7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一、活动目的及对象</w:t>
      </w:r>
      <w:r>
        <w:rPr>
          <w:lang w:eastAsia="zh-CN"/>
        </w:rPr>
        <w:br/>
      </w:r>
      <w:r>
        <w:rPr>
          <w:lang w:eastAsia="zh-CN"/>
        </w:rPr>
        <w:t>　　为了营造良好的学习生活环境，进一步培养同学们的卫生习惯，加强我系对学生卫生督促工作的管理力度。我系经研究决定于十一月十日对全系（大一、大二）进行卫生大检查，对检查结果进行评比。优秀寝室予以颁发“流动红旗”，脏乱差寝室予以曝光。</w:t>
      </w:r>
      <w:r>
        <w:rPr>
          <w:lang w:eastAsia="zh-CN"/>
        </w:rPr>
        <w:br/>
      </w:r>
      <w:r>
        <w:rPr>
          <w:lang w:eastAsia="zh-CN"/>
        </w:rPr>
        <w:t>　　二、活动流程</w:t>
      </w:r>
      <w:r>
        <w:rPr>
          <w:lang w:eastAsia="zh-CN"/>
        </w:rPr>
        <w:br/>
      </w:r>
      <w:r>
        <w:rPr>
          <w:lang w:eastAsia="zh-CN"/>
        </w:rPr>
        <w:t>　　1、检查前的宣传</w:t>
      </w:r>
      <w:r>
        <w:rPr>
          <w:lang w:eastAsia="zh-CN"/>
        </w:rPr>
        <w:br/>
      </w:r>
      <w:r>
        <w:rPr>
          <w:lang w:eastAsia="zh-CN"/>
        </w:rPr>
        <w:t>　　十一月八日组织本部门各部委及各班生活委员开会布置检查前的宣传工作，要求每班必须明确此次卫生检查的重要性并做好宣传工作，做到每个班级每个寝室都知道本次卫生检查。</w:t>
      </w:r>
      <w:r>
        <w:rPr>
          <w:lang w:eastAsia="zh-CN"/>
        </w:rPr>
        <w:br/>
      </w:r>
      <w:r>
        <w:rPr>
          <w:lang w:eastAsia="zh-CN"/>
        </w:rPr>
        <w:t>　　十一月九日同宣传部合作出了一张通知本次卫生检查的海报，进一步做好本次卫生检查的宣传工作。</w:t>
      </w:r>
      <w:r>
        <w:rPr>
          <w:lang w:eastAsia="zh-CN"/>
        </w:rPr>
        <w:br/>
      </w:r>
      <w:r>
        <w:rPr>
          <w:lang w:eastAsia="zh-CN"/>
        </w:rPr>
        <w:t>　　2、检查人员安排</w:t>
      </w:r>
      <w:r>
        <w:rPr>
          <w:lang w:eastAsia="zh-CN"/>
        </w:rPr>
        <w:br/>
      </w:r>
      <w:r>
        <w:rPr>
          <w:lang w:eastAsia="zh-CN"/>
        </w:rPr>
        <w:t>　　人员分成三组进行检查，分别检查女生、大一男生、大二男生。其中检查女生的一组由方霞带队包括刘静静、都娟、吴海宁；检查大二的一组由俞迎春带队包括刘兴、吕鑫海、张雨；检查大一的一组由胡杨样带队包括班安军、韩建、李瑞、廉大伟。</w:t>
      </w:r>
      <w:r>
        <w:rPr>
          <w:lang w:eastAsia="zh-CN"/>
        </w:rPr>
        <w:br/>
      </w:r>
      <w:r>
        <w:rPr>
          <w:lang w:eastAsia="zh-CN"/>
        </w:rPr>
        <w:t>　　3、检查过程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十一月十日下午5：40我部所有人员检查前集合，做检查前动员。5：55各组成员出发前往宿舍楼检查。每个寝室由两名检查人员分别进行评分，以平均分为结果，最后由带队负责人统计评出优秀寝室并组织拍照纪念。同时对于在检查过程中发现的脏乱差寝室由带队负责人予以拍照，在检查结果公布时予以曝光。</w:t>
      </w:r>
      <w:r>
        <w:rPr>
          <w:lang w:eastAsia="zh-CN"/>
        </w:rPr>
        <w:br/>
      </w:r>
      <w:r>
        <w:rPr>
          <w:lang w:eastAsia="zh-CN"/>
        </w:rPr>
        <w:t>　　4、检查结果</w:t>
      </w:r>
      <w:r>
        <w:rPr>
          <w:lang w:eastAsia="zh-CN"/>
        </w:rPr>
        <w:br/>
      </w:r>
      <w:r>
        <w:rPr>
          <w:lang w:eastAsia="zh-CN"/>
        </w:rPr>
        <w:t>　　优秀的寝室：3#205、3#206、3#208、3#225、4#418。</w:t>
      </w:r>
      <w:r>
        <w:rPr>
          <w:lang w:eastAsia="zh-CN"/>
        </w:rPr>
        <w:br/>
      </w:r>
      <w:r>
        <w:rPr>
          <w:lang w:eastAsia="zh-CN"/>
        </w:rPr>
        <w:t>　　脏乱差寝室：3#222、3#230、3#233、3#234、3#244。</w:t>
      </w:r>
      <w:r>
        <w:rPr>
          <w:lang w:eastAsia="zh-CN"/>
        </w:rPr>
        <w:br/>
      </w:r>
      <w:r>
        <w:rPr>
          <w:lang w:eastAsia="zh-CN"/>
        </w:rPr>
        <w:t>　　三、活动自己评估成功完成检查的原因</w:t>
      </w:r>
      <w:r>
        <w:rPr>
          <w:lang w:eastAsia="zh-CN"/>
        </w:rPr>
        <w:br/>
      </w:r>
      <w:r>
        <w:rPr>
          <w:lang w:eastAsia="zh-CN"/>
        </w:rPr>
        <w:t>　　1、检查前宣传工作充分，对每个班每个寝室都尽力通知到。</w:t>
      </w:r>
      <w:r>
        <w:rPr>
          <w:lang w:eastAsia="zh-CN"/>
        </w:rPr>
        <w:br/>
      </w:r>
      <w:r>
        <w:rPr>
          <w:lang w:eastAsia="zh-CN"/>
        </w:rPr>
        <w:t>　　2、检查时工作分配到位做到公开、公平、公正。</w:t>
      </w:r>
      <w:r>
        <w:rPr>
          <w:lang w:eastAsia="zh-CN"/>
        </w:rPr>
        <w:br/>
      </w:r>
      <w:r>
        <w:rPr>
          <w:lang w:eastAsia="zh-CN"/>
        </w:rPr>
        <w:t>　　3、我系同学们的卫生习惯意识强烈，有高昂的积极性。</w:t>
      </w:r>
      <w:r>
        <w:rPr>
          <w:lang w:eastAsia="zh-CN"/>
        </w:rPr>
        <w:br/>
      </w:r>
      <w:r>
        <w:rPr>
          <w:lang w:eastAsia="zh-CN"/>
        </w:rPr>
        <w:t>　　对于工作中不足与反思</w:t>
      </w:r>
      <w:r>
        <w:rPr>
          <w:lang w:eastAsia="zh-CN"/>
        </w:rPr>
        <w:br/>
      </w:r>
      <w:r>
        <w:rPr>
          <w:lang w:eastAsia="zh-CN"/>
        </w:rPr>
        <w:t>　　1、礼貌问题仍需注意，在检查过程中仍有个别检查人员进寝室时仍没做到或做好礼貌用语，只是报了检查部门，这在以后的工作中尤为需要注意（在本部门开</w:t>
      </w:r>
      <w:r>
        <w:rPr>
          <w:lang w:eastAsia="zh-CN"/>
        </w:rPr>
        <w:br/>
      </w:r>
      <w:r>
        <w:rPr>
          <w:lang w:eastAsia="zh-CN"/>
        </w:rPr>
        <w:t>　　会时重点提出并解决）。</w:t>
      </w:r>
      <w:r>
        <w:rPr>
          <w:lang w:eastAsia="zh-CN"/>
        </w:rPr>
        <w:br/>
      </w:r>
      <w:r>
        <w:rPr>
          <w:lang w:eastAsia="zh-CN"/>
        </w:rPr>
        <w:t>　　2、虽然宣传工作做的很充分但仍有部分寝室忘记当天的卫生检查且对检查人员工作不配合，这在以后的工作要重点解决（通过与相关寝室谈话交流等方法改变这种情况）。</w:t>
      </w:r>
      <w:r>
        <w:rPr>
          <w:lang w:eastAsia="zh-CN"/>
        </w:rPr>
        <w:br/>
      </w:r>
      <w:r>
        <w:rPr>
          <w:lang w:eastAsia="zh-CN"/>
        </w:rPr>
        <w:t>　　3、检查效率仍然有些低，在以后工作中要尽量提高，力争不过多影响同学们的休息。</w:t>
      </w:r>
      <w:r>
        <w:rPr>
          <w:lang w:eastAsia="zh-CN"/>
        </w:rPr>
        <w:br/>
      </w:r>
      <w:r>
        <w:rPr>
          <w:lang w:eastAsia="zh-CN"/>
        </w:rPr>
        <w:t>　　四、活动影响</w:t>
      </w:r>
      <w:r>
        <w:rPr>
          <w:lang w:eastAsia="zh-CN"/>
        </w:rPr>
        <w:br/>
      </w:r>
      <w:r>
        <w:rPr>
          <w:lang w:eastAsia="zh-CN"/>
        </w:rPr>
        <w:t>　　1、本次卫生检查活动圆满的完成了既定任务，为营造我系同学们良好的学习生活环境，进一步培养同学们的卫生习惯，加强我系对学生卫生督促工作的管理力度做出了突出贡献。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2、本次卫生检查也是对我生活部工作成果的一次检验，为我部以后工作积累了大量有益经验。</w:t>
      </w:r>
      <w:r>
        <w:rPr>
          <w:lang w:eastAsia="zh-CN"/>
        </w:rPr>
        <w:br/>
      </w:r>
      <w:r>
        <w:rPr>
          <w:lang w:eastAsia="zh-CN"/>
        </w:rPr>
        <w:t>　　3、本次卫生检查也使得我们部各成员之间有了更多的交流，为以后的共同工作打下了良好基础。</w:t>
      </w:r>
      <w:r>
        <w:rPr>
          <w:lang w:eastAsia="zh-CN"/>
        </w:rPr>
        <w:br/>
      </w:r>
      <w:r>
        <w:rPr>
          <w:lang w:eastAsia="zh-CN"/>
        </w:rPr>
        <w:t>　　五、活动用物品归纳</w:t>
      </w:r>
      <w:r>
        <w:rPr>
          <w:lang w:eastAsia="zh-CN"/>
        </w:rPr>
        <w:br/>
      </w:r>
      <w:r>
        <w:rPr>
          <w:lang w:eastAsia="zh-CN"/>
        </w:rPr>
        <w:t>　　1、海报纸2张、笔墨若干。</w:t>
      </w:r>
      <w:r>
        <w:rPr>
          <w:lang w:eastAsia="zh-CN"/>
        </w:rPr>
        <w:br/>
      </w:r>
      <w:r>
        <w:rPr>
          <w:lang w:eastAsia="zh-CN"/>
        </w:rPr>
        <w:t>　　2、活动照相物品。</w:t>
      </w:r>
      <w:r>
        <w:rPr>
          <w:lang w:eastAsia="zh-CN"/>
        </w:rPr>
        <w:br/>
      </w:r>
      <w:r>
        <w:rPr>
          <w:lang w:eastAsia="zh-CN"/>
        </w:rPr>
        <w:t>　　3、检查表、照片、总结书所需打印纸张等。</w:t>
      </w:r>
      <w:r>
        <w:rPr>
          <w:lang w:eastAsia="zh-CN"/>
        </w:rPr>
        <w:br/>
      </w:r>
      <w:r>
        <w:rPr>
          <w:lang w:eastAsia="zh-CN"/>
        </w:rPr>
        <w:t>　　六、附件</w:t>
      </w:r>
      <w:r>
        <w:rPr>
          <w:lang w:eastAsia="zh-CN"/>
        </w:rPr>
        <w:br/>
      </w:r>
      <w:r>
        <w:rPr>
          <w:lang w:eastAsia="zh-CN"/>
        </w:rPr>
        <w:t>　　卫生检查活动日程安排</w:t>
      </w:r>
      <w:r>
        <w:rPr>
          <w:lang w:eastAsia="zh-CN"/>
        </w:rPr>
        <w:br/>
      </w:r>
      <w:r>
        <w:rPr>
          <w:lang w:eastAsia="zh-CN"/>
        </w:rPr>
        <w:t>　　1、十一月八日至十日进行检查前宣传</w:t>
      </w:r>
      <w:r>
        <w:rPr>
          <w:lang w:eastAsia="zh-CN"/>
        </w:rPr>
        <w:br/>
      </w:r>
      <w:r>
        <w:rPr>
          <w:lang w:eastAsia="zh-CN"/>
        </w:rPr>
        <w:t>　　2、十一月十日晚六点开始检查</w:t>
      </w:r>
      <w:r>
        <w:rPr>
          <w:lang w:eastAsia="zh-CN"/>
        </w:rPr>
        <w:br/>
      </w:r>
      <w:r>
        <w:rPr>
          <w:lang w:eastAsia="zh-CN"/>
        </w:rPr>
        <w:t>　　3、十一月十一日至十六日完成活动结果统计及公布</w:t>
      </w:r>
      <w:r>
        <w:rPr>
          <w:lang w:eastAsia="zh-CN"/>
        </w:rPr>
        <w:br/>
      </w:r>
      <w:r>
        <w:rPr>
          <w:lang w:eastAsia="zh-CN"/>
        </w:rPr>
        <w:t>　　检查过程具体分工</w:t>
      </w:r>
      <w:r>
        <w:rPr>
          <w:lang w:eastAsia="zh-CN"/>
        </w:rPr>
        <w:br/>
      </w:r>
      <w:r>
        <w:rPr>
          <w:lang w:eastAsia="zh-CN"/>
        </w:rPr>
        <w:t>　　1、前期准备及宣传：胡杨样、俞迎春、方霞、团总支宣传部及各班生活委员</w:t>
      </w:r>
      <w:r>
        <w:rPr>
          <w:lang w:eastAsia="zh-CN"/>
        </w:rPr>
        <w:br/>
      </w:r>
      <w:r>
        <w:rPr>
          <w:lang w:eastAsia="zh-CN"/>
        </w:rPr>
        <w:t>　　2、检查过程负责人：胡杨样、俞迎春、方霞</w:t>
      </w:r>
      <w:r>
        <w:rPr>
          <w:lang w:eastAsia="zh-CN"/>
        </w:rPr>
        <w:br/>
      </w:r>
      <w:r>
        <w:rPr>
          <w:lang w:eastAsia="zh-CN"/>
        </w:rPr>
        <w:t>　　3、检查具体执行人员：学生会生活部所有部委</w:t>
      </w:r>
      <w:r>
        <w:rPr>
          <w:lang w:eastAsia="zh-CN"/>
        </w:rPr>
        <w:br/>
      </w:r>
      <w:r>
        <w:rPr>
          <w:lang w:eastAsia="zh-CN"/>
        </w:rPr>
        <w:t>　　4、卫生检查活动工作总结：本部门人员具体讨论，胡杨样整理。</w:t>
      </w:r>
      <w:r>
        <w:rPr>
          <w:lang w:eastAsia="zh-CN"/>
        </w:rPr>
        <w:br/>
      </w:r>
      <w:r>
        <w:rPr>
          <w:lang w:eastAsia="zh-CN"/>
        </w:rPr>
        <w:t>　　活动过程摄影（略）</w:t>
      </w:r>
      <w:r>
        <w:rPr>
          <w:lang w:eastAsia="zh-CN"/>
        </w:rPr>
        <w:br/>
      </w:r>
      <w:r>
        <w:rPr>
          <w:lang w:eastAsia="zh-CN"/>
        </w:rPr>
        <w:t xml:space="preserve">    第13个爱国卫生法制宣传周工作总结范文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今年9月的第四周是我省第__个爱国卫生法制宣传周，我区专门印发了《关于组织开展“干干净净迎国庆”暨__个爱国卫生法制宣传周活动的通知》(区文明办〔20__〕33号)，扎实开展了一系列活动，全力做好__个爱国卫生法制宣传周活动。</w:t>
      </w:r>
      <w:r>
        <w:rPr>
          <w:lang w:eastAsia="zh-CN"/>
        </w:rPr>
        <w:br/>
      </w:r>
      <w:r>
        <w:rPr>
          <w:lang w:eastAsia="zh-CN"/>
        </w:rPr>
        <w:t>　　一、广泛宣传、普及卫生知识。一是组织动员各镇办社区，在人员叫聚集的场地广泛开展了一次集中宣传活动，并大控烟宣传教育力度，广泛宣传吸烟危害健康的科学知识，强化公众对烟草危害的认识，促进形成不吸烟、不敬烟、不劝烟的社会风气，活动现场发放各类宣传资料，解答群众各类咨询，累计展出宣传展板100余块，发放宣传资料6000余份。二是利用微信、宣传栏、电子显示屏、发放宣传资料等形式开展爱国卫生宣传活动，全方位宣传《条例》的主要内容及制定实施的重要意义，扩大《条例》的影响力，使《条例》家喻户晓。三是在街道、主要交通路段通过悬挂横幅标语、电子显示屏、发放宣传资料等措施广泛宣传卫生常识，积极倡导文明健康的生活方式。通过爱国卫生法制宣传活动，普及了爱国卫生知识，让居民的爱国卫生法制观念进一步得到提高，增强了全民携手参与文明城市、卫生城市创建意识和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二、积极行动，开展环境治理。各镇办社区、区直机关、区属小学、辖区文明单位在宣传周期间开展了环境整治、“四害”消杀工作以及蚊虫孳生地清理工作。宣传周期间，共清理乱堆放200处，清运杂物80处，清理“四害”孳生地52处，清理小广告（牛皮癣）1千余张（处）。各镇办社区组织物业公司并发动志愿者、机关干部、在校师生、单位职工在辖区内集中开展环境整治活动，重点对老旧小区、城中村、城乡结合部等重点区域的环境卫生进行治理，铲除小菜地，清除卫生死角，同时广泛发动居民搞好室内和庭院环境卫生，清理房前屋后乱堆乱放，营造卫生良好的生活环境。全区各党政机关特别是获得市级以上文明单位称号的，严格对照《关于开展无烟党政机关创建活动的通知》（铜卫宣传〔20__〕14号）要求，加强内部管理，充分发挥党政机关和领导干部在控烟工作中的示范引领作用，形成控烟、戒烟的良好氛围。</w:t>
      </w:r>
      <w:r>
        <w:rPr>
          <w:lang w:eastAsia="zh-CN"/>
        </w:rPr>
        <w:br/>
      </w:r>
      <w:r>
        <w:rPr>
          <w:lang w:eastAsia="zh-CN"/>
        </w:rPr>
        <w:t>　　三、精心组织，开展除“四害”工作。</w:t>
      </w:r>
      <w:r>
        <w:rPr>
          <w:lang w:eastAsia="zh-CN"/>
        </w:rPr>
        <w:br/>
      </w:r>
      <w:r>
        <w:rPr>
          <w:lang w:eastAsia="zh-CN"/>
        </w:rPr>
        <w:t>　　组织各相关单位对办公场所、医疗机构、市场、公厕、下水道口、排水沟、绿化带等重要场所和重点区域开展全方位、集中统一灭“四害”消杀工作，确保投药覆盖到位、设施完好。做好鼠迹清理工作，及时深埋或焚烧死鼠，堵塞鼠洞。加强灭鼠毒饵站管理，加大督查力度，查漏补缺，发现问题及时解决，真正做到不留死角、不留隐患。充分动员群众开展家庭卫生大扫除，翻盆倒罐，清除室内和庭院积水，铲除蚊虫孳生环境。活动周期间，相关社区邀请各类专家走进社区开展各类知识讲座10余场。</w:t>
      </w:r>
      <w:r>
        <w:rPr>
          <w:lang w:eastAsia="zh-CN"/>
        </w:rPr>
        <w:br/>
      </w:r>
      <w:r>
        <w:rPr>
          <w:lang w:eastAsia="zh-CN"/>
        </w:rPr>
        <w:t>　　通过开展爱国卫生法制宣传活动，全面提升了全区环境卫生的管理水平，同时促进爱国卫生运动的制度化、常态化，提高广大村民卫生和健康意识，形成全民健康的生活方式。</w:t>
      </w:r>
      <w:r>
        <w:rPr>
          <w:lang w:eastAsia="zh-CN"/>
        </w:rPr>
        <w:br/>
      </w:r>
      <w:r>
        <w:rPr>
          <w:lang w:eastAsia="zh-CN"/>
        </w:rPr>
        <w:t xml:space="preserve">    第13个爱国卫生法制宣传周工作总结范文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为了让学生有一个良好的休息空间。营造安全、安静、整洁、文明的宿舍环境。本学期在校委会的正确领导下，在各处室的精诚协作下，在各年级各班主任的共同努力下，宿管工作取得了较好的成绩，同时也还存在些问题，为使今后工作更具针对性、实效性，学校进行了宿舍内务卫生、宿舍美化检查评比。本次检查的目的是树立样板，查找差距，剖析原因，统一思想，明确目标，争先创优。</w:t>
      </w:r>
      <w:r>
        <w:rPr>
          <w:lang w:eastAsia="zh-CN"/>
        </w:rPr>
        <w:t xml:space="preserve"> 寝室评比主要从寝室卫生、寝室内务、寝室文化、和寝室安全等方面进行。从总体上看，通过评比活动，增强了学生的自律意识，激发了学生的集体荣誉感，学生宿舍管理更加规范化、制度化，学生宿舍环境变得整洁、优雅、舒服。从寝室检查情况和寝室评比情况看，有以下一些地方值得总结：</w:t>
      </w:r>
      <w:r>
        <w:rPr>
          <w:lang w:eastAsia="zh-CN"/>
        </w:rPr>
        <w:br/>
      </w:r>
      <w:r>
        <w:rPr>
          <w:lang w:eastAsia="zh-CN"/>
        </w:rPr>
        <w:t>　　一、好的方面：</w:t>
      </w:r>
      <w:r>
        <w:rPr>
          <w:lang w:eastAsia="zh-CN"/>
        </w:rPr>
        <w:br/>
      </w:r>
      <w:r>
        <w:rPr>
          <w:lang w:eastAsia="zh-CN"/>
        </w:rPr>
        <w:t>　　（1）全体班主任给予了足够的重视，积极地配合我们开展工作。按时打扫了宿舍的清洁卫生，并且大部分寝室保持较好。</w:t>
      </w:r>
      <w:r>
        <w:rPr>
          <w:lang w:eastAsia="zh-CN"/>
        </w:rPr>
        <w:br/>
      </w:r>
      <w:r>
        <w:rPr>
          <w:lang w:eastAsia="zh-CN"/>
        </w:rPr>
        <w:t>　　（2）地板、墙壁打扫彻底，基本制止了在墙上乱涂乱画的现象，墙角屋顶的蜘蛛网得到了彻底清除。</w:t>
      </w:r>
      <w:r>
        <w:rPr>
          <w:lang w:eastAsia="zh-CN"/>
        </w:rPr>
        <w:br/>
      </w:r>
      <w:r>
        <w:rPr>
          <w:lang w:eastAsia="zh-CN"/>
        </w:rPr>
        <w:t>　　（3）各寝室内务整理较好，大部分寝室内的日常用品摆放整洁、有序。</w:t>
      </w:r>
      <w:r>
        <w:rPr>
          <w:lang w:eastAsia="zh-CN"/>
        </w:rPr>
        <w:br/>
      </w:r>
      <w:r>
        <w:rPr>
          <w:lang w:eastAsia="zh-CN"/>
        </w:rPr>
        <w:t>　　（4）大部分寝室内有健康、上进的名言警句，文化氛围浓。没有发现有粘贴不良信息的宿舍。</w:t>
      </w:r>
      <w:r>
        <w:rPr>
          <w:lang w:eastAsia="zh-CN"/>
        </w:rPr>
        <w:br/>
      </w:r>
      <w:r>
        <w:rPr>
          <w:lang w:eastAsia="zh-CN"/>
        </w:rPr>
        <w:t>　　比较好的宿舍有：八（13）班的107号八（14）班的111号 七（3）班的203号七（6）班的206号九（6）班的419号九（4）班的417号 ；这些宿舍都能做到环境干净整洁，物品摆放整齐，文化氛围好。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样板宿舍 ：九（11）班的303号 特点宿舍整齐干净，尤其是被子折叠军事化，床单下垂部分一条线 九（8）班的420号 特色有花，尤其是园地布置，有学生相片、人生格言，特别是有学生的联系地址和电话号码，这一点值得推广。</w:t>
      </w:r>
      <w:r>
        <w:rPr>
          <w:lang w:eastAsia="zh-CN"/>
        </w:rPr>
        <w:br/>
      </w:r>
      <w:r>
        <w:rPr>
          <w:lang w:eastAsia="zh-CN"/>
        </w:rPr>
        <w:t>　　二、存在的问题：</w:t>
      </w:r>
      <w:r>
        <w:rPr>
          <w:lang w:eastAsia="zh-CN"/>
        </w:rPr>
        <w:br/>
      </w:r>
      <w:r>
        <w:rPr>
          <w:lang w:eastAsia="zh-CN"/>
        </w:rPr>
        <w:t>　　学生宿舍中存在的突出问题</w:t>
      </w:r>
      <w:r>
        <w:rPr>
          <w:lang w:eastAsia="zh-CN"/>
        </w:rPr>
        <w:br/>
      </w:r>
      <w:r>
        <w:rPr>
          <w:lang w:eastAsia="zh-CN"/>
        </w:rPr>
        <w:t>　　1.部分寝室气味不佳，室内空气质量差。</w:t>
      </w:r>
      <w:r>
        <w:rPr>
          <w:lang w:eastAsia="zh-CN"/>
        </w:rPr>
        <w:br/>
      </w:r>
      <w:r>
        <w:rPr>
          <w:lang w:eastAsia="zh-CN"/>
        </w:rPr>
        <w:t>　　2.寝室物品过多，摆放杂乱无章，整体上显得凌乱不堪，尤其被子叠的不方正，床单拉的不平整。</w:t>
      </w:r>
      <w:r>
        <w:rPr>
          <w:lang w:eastAsia="zh-CN"/>
        </w:rPr>
        <w:br/>
      </w:r>
      <w:r>
        <w:rPr>
          <w:lang w:eastAsia="zh-CN"/>
        </w:rPr>
        <w:t>　　3.个别宿舍存在安全隐患，主要体现于开关问题，有安全隐患。</w:t>
      </w:r>
      <w:r>
        <w:rPr>
          <w:lang w:eastAsia="zh-CN"/>
        </w:rPr>
        <w:br/>
      </w:r>
      <w:r>
        <w:rPr>
          <w:lang w:eastAsia="zh-CN"/>
        </w:rPr>
        <w:t>　　4. 床铺叠放不整齐，有部分同学床铺上的被褥和毡露出来，还有的同学乱放衣物、袜子、毛巾等。</w:t>
      </w:r>
      <w:r>
        <w:rPr>
          <w:lang w:eastAsia="zh-CN"/>
        </w:rPr>
        <w:br/>
      </w:r>
      <w:r>
        <w:rPr>
          <w:lang w:eastAsia="zh-CN"/>
        </w:rPr>
        <w:t>　　5. 床下面摆放的杂物过多，乱扔乱放鞋子等；摆放开水壶的位置不够合理安全。</w:t>
      </w:r>
      <w:r>
        <w:rPr>
          <w:lang w:eastAsia="zh-CN"/>
        </w:rPr>
        <w:br/>
      </w:r>
      <w:r>
        <w:rPr>
          <w:lang w:eastAsia="zh-CN"/>
        </w:rPr>
        <w:t>　　6、个别寝室打扫不够彻底，如门、窗的后面及有些垃圾死角，个别宿舍窗台夹层里的垃圾没有处理干净。</w:t>
      </w:r>
      <w:r>
        <w:rPr>
          <w:lang w:eastAsia="zh-CN"/>
        </w:rPr>
        <w:br/>
      </w:r>
      <w:r>
        <w:rPr>
          <w:lang w:eastAsia="zh-CN"/>
        </w:rPr>
        <w:t>　　7、有部分宿舍文化园地上的张贴不合理，超出了设计的边框线；还有张贴边角已开。</w:t>
      </w:r>
      <w:r>
        <w:rPr>
          <w:lang w:eastAsia="zh-CN"/>
        </w:rPr>
        <w:br/>
      </w:r>
      <w:r>
        <w:rPr>
          <w:lang w:eastAsia="zh-CN"/>
        </w:rPr>
        <w:t>　　存在以上问题，需要改进的宿舍有：七（11、13）班的215号 混合宿舍脏、差、乱 ；七（8）班的208号 八（10）班的113号 八（11）班的111号和112号 九（7）班的302号九（9）班的301号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三、整改措施：</w:t>
      </w:r>
      <w:r>
        <w:rPr>
          <w:lang w:eastAsia="zh-CN"/>
        </w:rPr>
        <w:br/>
      </w:r>
      <w:r>
        <w:rPr>
          <w:lang w:eastAsia="zh-CN"/>
        </w:rPr>
        <w:t>　　1、责任落实到人。班主任负责本班学生宿舍，舍长负责本宿舍，值日生负责当天宿舍清洁工作。</w:t>
      </w:r>
      <w:r>
        <w:rPr>
          <w:lang w:eastAsia="zh-CN"/>
        </w:rPr>
        <w:br/>
      </w:r>
      <w:r>
        <w:rPr>
          <w:lang w:eastAsia="zh-CN"/>
        </w:rPr>
        <w:t>　　2、加强宣传教育。班主任利用开班会和检查宿舍等机会，对学生宿舍的安全用电规定、文明宿舍要求等内容传达到各班级、各宿舍。</w:t>
      </w:r>
      <w:r>
        <w:rPr>
          <w:lang w:eastAsia="zh-CN"/>
        </w:rPr>
        <w:br/>
      </w:r>
      <w:r>
        <w:rPr>
          <w:lang w:eastAsia="zh-CN"/>
        </w:rPr>
        <w:t>　　3、加强检查督促。宿舍的安全、卫生能否搞好，关键是否落实到具体行动上。坚持自己检查与学校管理部门检查相结合的原则，同时坚持学生检查小组每天公布检查结果1次，班主任每周至少到本班宿舍检查3次，宿管对宿舍的用膳、卫生、就寝、安全情况进行检查并登记，宿管部则及时公布，并以此为主要依据对班主任进行考核，进行文明寝室和优秀寝室长的评比评选，及时张榜表彰，借此广树典型，以点带面，充分发挥其示范、辐射作用。</w:t>
      </w:r>
      <w:r>
        <w:rPr>
          <w:lang w:eastAsia="zh-CN"/>
        </w:rPr>
        <w:br/>
      </w:r>
      <w:r>
        <w:rPr>
          <w:lang w:eastAsia="zh-CN"/>
        </w:rPr>
        <w:t xml:space="preserve">    第13个爱国卫生法制宣传周工作总结范文 篇10 </w:t>
      </w:r>
      <w:r>
        <w:rPr>
          <w:lang w:eastAsia="zh-CN"/>
        </w:rPr>
        <w:br/>
      </w:r>
      <w:r>
        <w:rPr>
          <w:lang w:eastAsia="zh-CN"/>
        </w:rPr>
        <w:t>　　为弘扬爱国卫生运动优良传统，彰显爱国卫生运动历久弥新的生命力，扩大爱国卫生运动影响力，动员广大群众积极参与爱国卫生运动。根据市爱卫办《关于组织开展全市第13个爱国卫生法制宣传周活动的通知》（池爱卫办〔20__〕24号）文件精神，结合我县工作实际，于9月26-30日在全县开展了第13个爱国卫生法制宣传周活动，现将工作开展情况总结如下：</w:t>
      </w:r>
      <w:r>
        <w:rPr>
          <w:lang w:eastAsia="zh-CN"/>
        </w:rPr>
        <w:br/>
      </w:r>
      <w:r>
        <w:rPr>
          <w:lang w:eastAsia="zh-CN"/>
        </w:rPr>
        <w:t>　　一、高度重视，强化爱国卫生观念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县爱卫办深刻认识爱国卫生工作的重要性，认真谋划，制定此次宣传周活动方案，安排好活动时间，组织学习，特别是关于爱国卫生运动的重要论述和《安徽省爱国卫生条例》《安徽省防控病媒生物管理办法》等法律法规，印发了《关于组织开展全县第13个爱国卫生法制宣传周活动的通知》，对爱卫会各成员单位开展活动提出明确要求。</w:t>
      </w:r>
      <w:r>
        <w:rPr>
          <w:lang w:eastAsia="zh-CN"/>
        </w:rPr>
        <w:br/>
      </w:r>
      <w:r>
        <w:rPr>
          <w:lang w:eastAsia="zh-CN"/>
        </w:rPr>
        <w:t>　　二、广泛宣传，营造活动浓厚氛围</w:t>
      </w:r>
      <w:r>
        <w:rPr>
          <w:lang w:eastAsia="zh-CN"/>
        </w:rPr>
        <w:br/>
      </w:r>
      <w:r>
        <w:rPr>
          <w:lang w:eastAsia="zh-CN"/>
        </w:rPr>
        <w:t>　　1、各成员单位利用LED大屏幕、公示栏、宣传手册等媒介，向群众普及文明卫生的健康生活方式，播放《安徽省爱国卫生条例》和《安徽省防控病媒生物管理办法》，全面提升群众的健康素养水平，巩固疫情防控成果，为健康青阳建设提供良好的爱国卫生舆论氛围。</w:t>
      </w:r>
      <w:r>
        <w:rPr>
          <w:lang w:eastAsia="zh-CN"/>
        </w:rPr>
        <w:br/>
      </w:r>
      <w:r>
        <w:rPr>
          <w:lang w:eastAsia="zh-CN"/>
        </w:rPr>
        <w:t>　　2、9月28日上午县爱卫办组织县卫生健康执法监督所、县疾控中心、县血防站、蓉城社区卫生服务中心（九华社区卫生服务站）开展了一次集中宣传活动，通过现场拉横幅、竖展板，发放各种宣传资料，为群众提供卫生健康咨询服务，免费测量血压和血糖，此次宣传活动共发放宣传资料500余份。</w:t>
      </w:r>
      <w:r>
        <w:rPr>
          <w:lang w:eastAsia="zh-CN"/>
        </w:rPr>
        <w:br/>
      </w:r>
      <w:r>
        <w:rPr>
          <w:lang w:eastAsia="zh-CN"/>
        </w:rPr>
        <w:t>　　3、县爱卫会各成员单位纷纷组织开展爱国卫生环境集中整治和病媒防制集中消杀工作。针对辖区环境进行一次集中大扫除，清除杂草和积水，清理病媒滋生地，开展“除四害”活动。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4、督促县爱卫会各成员单位结合爱国卫生法制宣传周活动的契机，大力营造爱国卫生宣传的良好氛围，倡导文明健康的生活方式，利用报纸、广播、电视和微信公众号、微博、单位网站等多种媒体，通过专题、专栏、宣传栏、宣传标语、宣传手册等方式，宣传普及文明卫生的健康生活方式。</w:t>
      </w:r>
      <w:r>
        <w:rPr>
          <w:lang w:eastAsia="zh-CN"/>
        </w:rPr>
        <w:br/>
      </w:r>
      <w:r>
        <w:rPr>
          <w:lang w:eastAsia="zh-CN"/>
        </w:rPr>
        <w:t xml:space="preserve">    第13个爱国卫生法制宣传周工作总结范文 篇11 </w:t>
      </w:r>
      <w:r>
        <w:rPr>
          <w:lang w:eastAsia="zh-CN"/>
        </w:rPr>
        <w:br/>
      </w:r>
      <w:r>
        <w:rPr>
          <w:lang w:eastAsia="zh-CN"/>
        </w:rPr>
        <w:t>　　一、活动时间</w:t>
      </w:r>
      <w:r>
        <w:rPr>
          <w:lang w:eastAsia="zh-CN"/>
        </w:rPr>
        <w:br/>
      </w:r>
      <w:r>
        <w:rPr>
          <w:lang w:eastAsia="zh-CN"/>
        </w:rPr>
        <w:t>　　20__年3月- 20__年6月</w:t>
      </w:r>
      <w:r>
        <w:rPr>
          <w:lang w:eastAsia="zh-CN"/>
        </w:rPr>
        <w:br/>
      </w:r>
      <w:r>
        <w:rPr>
          <w:lang w:eastAsia="zh-CN"/>
        </w:rPr>
        <w:t>　　二、活动地点</w:t>
      </w:r>
      <w:r>
        <w:rPr>
          <w:lang w:eastAsia="zh-CN"/>
        </w:rPr>
        <w:br/>
      </w:r>
      <w:r>
        <w:rPr>
          <w:lang w:eastAsia="zh-CN"/>
        </w:rPr>
        <w:t>　　学院学生宿舍</w:t>
      </w:r>
      <w:r>
        <w:rPr>
          <w:lang w:eastAsia="zh-CN"/>
        </w:rPr>
        <w:br/>
      </w:r>
      <w:r>
        <w:rPr>
          <w:lang w:eastAsia="zh-CN"/>
        </w:rPr>
        <w:t>　　三、活动类别</w:t>
      </w:r>
      <w:r>
        <w:rPr>
          <w:lang w:eastAsia="zh-CN"/>
        </w:rPr>
        <w:br/>
      </w:r>
      <w:r>
        <w:rPr>
          <w:lang w:eastAsia="zh-CN"/>
        </w:rPr>
        <w:t>　　思想政治与道德素养</w:t>
      </w:r>
      <w:r>
        <w:rPr>
          <w:lang w:eastAsia="zh-CN"/>
        </w:rPr>
        <w:br/>
      </w:r>
      <w:r>
        <w:rPr>
          <w:lang w:eastAsia="zh-CN"/>
        </w:rPr>
        <w:t>　　四、活动叙述</w:t>
      </w:r>
      <w:r>
        <w:rPr>
          <w:lang w:eastAsia="zh-CN"/>
        </w:rPr>
        <w:br/>
      </w:r>
      <w:r>
        <w:rPr>
          <w:lang w:eastAsia="zh-CN"/>
        </w:rPr>
        <w:t>　　（一）宣传发动阶段</w:t>
      </w:r>
      <w:r>
        <w:rPr>
          <w:lang w:eastAsia="zh-CN"/>
        </w:rPr>
        <w:br/>
      </w:r>
      <w:r>
        <w:rPr>
          <w:lang w:eastAsia="zh-CN"/>
        </w:rPr>
        <w:t>　　1、提前将活动通知和评分细则下发给各个班级，再由各个班级的负责人下发到各个宿舍。</w:t>
      </w:r>
      <w:r>
        <w:rPr>
          <w:lang w:eastAsia="zh-CN"/>
        </w:rPr>
        <w:br/>
      </w:r>
      <w:r>
        <w:rPr>
          <w:lang w:eastAsia="zh-CN"/>
        </w:rPr>
        <w:t>　　2、制定活动海报，并在我院学生所在宿舍楼的宣传栏上进行公布。</w:t>
      </w:r>
      <w:r>
        <w:rPr>
          <w:lang w:eastAsia="zh-CN"/>
        </w:rPr>
        <w:br/>
      </w:r>
      <w:r>
        <w:rPr>
          <w:lang w:eastAsia="zh-CN"/>
        </w:rPr>
        <w:t>　　（二）检查落实阶段</w:t>
      </w:r>
      <w:r>
        <w:rPr>
          <w:lang w:eastAsia="zh-CN"/>
        </w:rPr>
        <w:br/>
      </w:r>
      <w:r>
        <w:rPr>
          <w:lang w:eastAsia="zh-CN"/>
        </w:rPr>
        <w:t>　　1、所有成员一共分为四个小组（男生两组，女生两组），每小组三名成员，各小组负责一定区域的宿舍卫生检查。</w:t>
      </w:r>
      <w:r>
        <w:rPr>
          <w:lang w:eastAsia="zh-CN"/>
        </w:rPr>
        <w:br/>
      </w:r>
      <w:r>
        <w:rPr>
          <w:lang w:eastAsia="zh-CN"/>
        </w:rPr>
        <w:t>　　2、各小组成员在每双周周二中午12:20～</w:t>
      </w:r>
      <w:r>
        <w:rPr>
          <w:lang w:eastAsia="zh-CN"/>
        </w:rPr>
        <w:br/>
      </w:r>
      <w:r>
        <w:rPr>
          <w:lang w:eastAsia="zh-CN"/>
        </w:rPr>
        <w:t>　　13:00对我院学生寝室卫生进行检查并打分（评分标准见附录）。</w:t>
      </w:r>
      <w:r>
        <w:rPr>
          <w:lang w:eastAsia="zh-CN"/>
        </w:rPr>
        <w:br/>
      </w:r>
    </w:p>
    <w:p w:rsidR="001B1F19" w14:textId="27C3F48A">
      <w:pPr>
        <w:rPr>
          <w:rFonts w:hint="eastAsia"/>
          <w:lang w:eastAsia="zh-CN"/>
        </w:rPr>
      </w:pPr>
      <w:r>
        <w:rPr>
          <w:lang w:eastAsia="zh-CN"/>
        </w:rPr>
        <w:t>　　3、各小组组长对检查结果进行统计，取该小组3名成员所打分数的平均分，并进行分数排名，确定优秀寝室和不及格寝室，将统计结果上交给负责人。</w:t>
      </w:r>
      <w:r>
        <w:rPr>
          <w:lang w:eastAsia="zh-CN"/>
        </w:rPr>
        <w:br/>
      </w:r>
      <w:r>
        <w:rPr>
          <w:lang w:eastAsia="zh-CN"/>
        </w:rPr>
        <w:t>　　（三）打分细则</w:t>
      </w:r>
      <w:r>
        <w:rPr>
          <w:lang w:eastAsia="zh-CN"/>
        </w:rPr>
        <w:br/>
      </w:r>
      <w:r>
        <w:rPr>
          <w:lang w:eastAsia="zh-CN"/>
        </w:rPr>
        <w:t>　　1、各小组成员对所检查的每一个宿舍进行卫生打分，卫生检查完后每小组组长统计所在小组的分数，并取该小组3名成员所打分数的平均值（保留一位小数），上交给负责人。</w:t>
      </w:r>
      <w:r>
        <w:rPr>
          <w:lang w:eastAsia="zh-CN"/>
        </w:rPr>
        <w:br/>
      </w:r>
      <w:r>
        <w:rPr>
          <w:lang w:eastAsia="zh-CN"/>
        </w:rPr>
        <w:t>　　2、每学期进行一次总的分数统计，根据每次检查所得分数的平均值，确定本学期“卫生优秀寝室”和本学期“卫生不合格寝室”。</w:t>
      </w:r>
      <w:r>
        <w:rPr>
          <w:lang w:eastAsia="zh-CN"/>
        </w:rPr>
        <w:br/>
      </w:r>
      <w:r>
        <w:rPr>
          <w:lang w:eastAsia="zh-CN"/>
        </w:rPr>
        <w:t>　　（四）奖惩制度</w:t>
      </w:r>
      <w:r>
        <w:rPr>
          <w:lang w:eastAsia="zh-CN"/>
        </w:rPr>
        <w:br/>
      </w:r>
      <w:r>
        <w:rPr>
          <w:lang w:eastAsia="zh-CN"/>
        </w:rPr>
        <w:t>　　1、在检查完卫生的第三天对优秀寝室进行通报表扬，对不及格寝室进行通报批评并加强对不及格寝室的整顿。</w:t>
      </w:r>
      <w:r>
        <w:rPr>
          <w:lang w:eastAsia="zh-CN"/>
        </w:rPr>
        <w:br/>
      </w:r>
      <w:r>
        <w:rPr>
          <w:lang w:eastAsia="zh-CN"/>
        </w:rPr>
        <w:t>　　2、对本学期获得“卫生优秀寝室”的寝室进行通报表扬，并颁发奖状。对本学期获得“卫生不合格寝室”的寝室进行通报批评，该寝室成员在年度成绩综合测评上得到相应的扣分。</w:t>
      </w:r>
      <w:r>
        <w:rPr>
          <w:lang w:eastAsia="zh-CN"/>
        </w:rPr>
        <w:br/>
      </w:r>
      <w:r>
        <w:rPr>
          <w:lang w:eastAsia="zh-CN"/>
        </w:rPr>
        <w:t>　　3、在本学期内，凡有一次以上（包括一次）被评为“不合格寝室”的寝室不得参与本学期“卫生优秀寝室”评比。</w:t>
      </w:r>
      <w:r>
        <w:rPr>
          <w:lang w:eastAsia="zh-CN"/>
        </w:rPr>
        <w:br/>
      </w:r>
      <w:r>
        <w:rPr>
          <w:lang w:eastAsia="zh-CN"/>
        </w:rPr>
        <w:t>　　五、组织人员</w:t>
      </w:r>
      <w:r>
        <w:rPr>
          <w:lang w:eastAsia="zh-CN"/>
        </w:rPr>
        <w:br/>
      </w:r>
      <w:r>
        <w:rPr>
          <w:lang w:eastAsia="zh-CN"/>
        </w:rPr>
        <w:t>　　学院学生会生活部全体成员及学院10级、11级的全体学生</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https://d.book118.com/147154066012006051</w:t>
        </w:r>
      </w:hyperlink>
    </w:p>
    <w:p w:rsidR="001B1F19">
      <w:pPr>
        <w:rPr>
          <w:rFonts w:hint="eastAsia"/>
          <w:lang w:eastAsia="zh-CN"/>
        </w:rPr>
      </w:pPr>
    </w:p>
    <w:sectPr>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4715406601200605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