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后勤食堂工作总结（33篇）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后勤食堂工作总结（通用33篇）</w:t>
      </w:r>
      <w:r>
        <w:rPr>
          <w:lang w:eastAsia="zh-CN"/>
        </w:rPr>
        <w:br/>
      </w:r>
      <w:r>
        <w:rPr>
          <w:lang w:eastAsia="zh-CN"/>
        </w:rPr>
        <w:t xml:space="preserve">    后勤食堂工作总结 篇1 </w:t>
      </w:r>
      <w:r>
        <w:rPr>
          <w:lang w:eastAsia="zh-CN"/>
        </w:rPr>
        <w:br/>
      </w:r>
      <w:r>
        <w:rPr>
          <w:lang w:eastAsia="zh-CN"/>
        </w:rPr>
        <w:t>　　u“民以食为天”，作为后勤工作重点之一的食堂管理，怎样激活内部活力，完善竞争机制，提高劳动效率，更好地为师生服务，这是我们后勤管理人员孜孜以求的目标之一，食堂后勤工作总结。为此，自我校食堂创建以来，我们更加努力地探索食堂的新路子。多年来，我们基本形成了一套自己的管理模式，为了更好地总结经验、弥补不足，我从以下几方面作简要回顾：</w:t>
      </w:r>
      <w:r>
        <w:rPr>
          <w:lang w:eastAsia="zh-CN"/>
        </w:rPr>
        <w:br/>
      </w:r>
      <w:r>
        <w:rPr>
          <w:lang w:eastAsia="zh-CN"/>
        </w:rPr>
        <w:t>　　一、抓机构建立，促组织落实：</w:t>
      </w:r>
      <w:r>
        <w:rPr>
          <w:lang w:eastAsia="zh-CN"/>
        </w:rPr>
        <w:br/>
      </w:r>
      <w:r>
        <w:rPr>
          <w:lang w:eastAsia="zh-CN"/>
        </w:rPr>
        <w:t>　　1、机构设置及人员管理</w:t>
      </w:r>
      <w:r>
        <w:rPr>
          <w:lang w:eastAsia="zh-CN"/>
        </w:rPr>
        <w:br/>
      </w:r>
      <w:r>
        <w:rPr>
          <w:lang w:eastAsia="zh-CN"/>
        </w:rPr>
        <w:t>　　(2)建立建全各项规章制度的组织落实，年终进行考核评比。</w:t>
      </w:r>
      <w:r>
        <w:rPr>
          <w:lang w:eastAsia="zh-CN"/>
        </w:rPr>
        <w:br/>
      </w:r>
      <w:r>
        <w:rPr>
          <w:lang w:eastAsia="zh-CN"/>
        </w:rPr>
        <w:t>　　2、食堂工作人员的身体执行学年度体检制度，发现身体状况欠佳的，采取暂时停用休养的办法，待身体完全恢复后再考虑安排;对食堂环境卫生实行周检查制度，发现问题，立即指出改正。</w:t>
      </w:r>
      <w:r>
        <w:rPr>
          <w:lang w:eastAsia="zh-CN"/>
        </w:rPr>
        <w:br/>
      </w:r>
      <w:r>
        <w:rPr>
          <w:lang w:eastAsia="zh-CN"/>
        </w:rPr>
        <w:t>　　3、抓文明礼貌的落实：我们提倡文明用餐、礼貌服务，要求班主任做好在校用餐学生的文明用餐的教育，而且，每天学生用餐时都要求值周领导入餐厅巡视，值日教师定桌服务，帮助解决学生用餐中的具体问题。</w:t>
      </w:r>
      <w:r>
        <w:rPr>
          <w:lang w:eastAsia="zh-CN"/>
        </w:rPr>
        <w:br/>
      </w:r>
    </w:p>
    <w:p w:rsidR="001B1F19" w14:textId="0AE8485B">
      <w:pPr>
        <w:pStyle w:val="Heading1"/>
        <w:jc w:val="center"/>
        <w:rPr>
          <w:rFonts w:hint="eastAsia"/>
          <w:lang w:eastAsia="zh-CN"/>
        </w:rPr>
      </w:pPr>
      <w:r>
        <w:rPr>
          <w:sz w:val="44"/>
          <w:lang w:eastAsia="zh-CN"/>
        </w:rPr>
        <w:t>后勤食堂工作总结（33篇）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后勤食堂工作总结（通用33篇）</w:t>
      </w:r>
      <w:r>
        <w:rPr>
          <w:lang w:eastAsia="zh-CN"/>
        </w:rPr>
        <w:br/>
      </w:r>
      <w:r>
        <w:rPr>
          <w:lang w:eastAsia="zh-CN"/>
        </w:rPr>
        <w:t xml:space="preserve">    后勤食堂工作总结 篇1 </w:t>
      </w:r>
      <w:r>
        <w:rPr>
          <w:lang w:eastAsia="zh-CN"/>
        </w:rPr>
        <w:br/>
      </w:r>
      <w:r>
        <w:rPr>
          <w:lang w:eastAsia="zh-CN"/>
        </w:rPr>
        <w:t>　　u“民以食为天”，作为后勤工作重点之一的食堂管理，怎样激活内部活力，完善竞争机制，提高劳动效率，更好地为师生服务，这是我们后勤管理人员孜孜以求的目标之一，食堂后勤工作总结。为此，自我校食堂创建以来，我们更加努力地探索食堂的新路子。多年来，我们基本形成了一套自己的管理模式，为了更好地总结经验、弥补不足，我从以下几方面作简要回顾：</w:t>
      </w:r>
      <w:r>
        <w:rPr>
          <w:lang w:eastAsia="zh-CN"/>
        </w:rPr>
        <w:br/>
      </w:r>
      <w:r>
        <w:rPr>
          <w:lang w:eastAsia="zh-CN"/>
        </w:rPr>
        <w:t>　　一、抓机构建立，促组织落实：</w:t>
      </w:r>
      <w:r>
        <w:rPr>
          <w:lang w:eastAsia="zh-CN"/>
        </w:rPr>
        <w:br/>
      </w:r>
      <w:r>
        <w:rPr>
          <w:lang w:eastAsia="zh-CN"/>
        </w:rPr>
        <w:t>　　1、机构设置及人员管理</w:t>
      </w:r>
      <w:r>
        <w:rPr>
          <w:lang w:eastAsia="zh-CN"/>
        </w:rPr>
        <w:br/>
      </w:r>
      <w:r>
        <w:rPr>
          <w:lang w:eastAsia="zh-CN"/>
        </w:rPr>
        <w:t>　　(2)建立建全各项规章制度的组织落实，年终进行考核评比。</w:t>
      </w:r>
      <w:r>
        <w:rPr>
          <w:lang w:eastAsia="zh-CN"/>
        </w:rPr>
        <w:br/>
      </w:r>
      <w:r>
        <w:rPr>
          <w:lang w:eastAsia="zh-CN"/>
        </w:rPr>
        <w:t>　　2、食堂工作人员的身体执行学年度体检制度，发现身体状况欠佳的，采取暂时停用休养的办法，待身体完全恢复后再考虑安排;对食堂环境卫生实行周检查制度，发现问题，立即指出改正。</w:t>
      </w:r>
      <w:r>
        <w:rPr>
          <w:lang w:eastAsia="zh-CN"/>
        </w:rPr>
        <w:br/>
      </w:r>
      <w:r>
        <w:rPr>
          <w:lang w:eastAsia="zh-CN"/>
        </w:rPr>
        <w:t>　　3、抓文明礼貌的落实：我们提倡文明用餐、礼貌服务，要求班主任做好在校用餐学生的文明用餐的教育，而且，每天学生用餐时都要求值周领导入餐厅巡视，值日教师定桌服务，帮助解决学生用餐中的具体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二、食堂管理的具体做法：</w:t>
      </w:r>
      <w:r>
        <w:rPr>
          <w:lang w:eastAsia="zh-CN"/>
        </w:rPr>
        <w:br/>
      </w:r>
      <w:r>
        <w:rPr>
          <w:lang w:eastAsia="zh-CN"/>
        </w:rPr>
        <w:t>　　(一)严格管理制度，共创文明服务。</w:t>
      </w:r>
      <w:r>
        <w:rPr>
          <w:lang w:eastAsia="zh-CN"/>
        </w:rPr>
        <w:br/>
      </w:r>
      <w:r>
        <w:rPr>
          <w:lang w:eastAsia="zh-CN"/>
        </w:rPr>
        <w:t>　　学校的主要工作是教学，后勤管理的宗旨是坚持为教学服务，而作为后勤管理重中之重的工作——食堂管理工作，更是直接影响学校工作的正常开展。为此，我们特制订了一系列的规章制度，确保食堂工作的正常开展。</w:t>
      </w:r>
      <w:r>
        <w:rPr>
          <w:lang w:eastAsia="zh-CN"/>
        </w:rPr>
        <w:br/>
      </w:r>
      <w:r>
        <w:rPr>
          <w:lang w:eastAsia="zh-CN"/>
        </w:rPr>
        <w:t>　　1、出勤制度：</w:t>
      </w:r>
      <w:r>
        <w:rPr>
          <w:lang w:eastAsia="zh-CN"/>
        </w:rPr>
        <w:br/>
      </w:r>
      <w:r>
        <w:rPr>
          <w:lang w:eastAsia="zh-CN"/>
        </w:rPr>
        <w:t>　　不随意更改作息时间</w:t>
      </w:r>
      <w:r>
        <w:rPr>
          <w:lang w:eastAsia="zh-CN"/>
        </w:rPr>
        <w:br/>
      </w:r>
      <w:r>
        <w:rPr>
          <w:lang w:eastAsia="zh-CN"/>
        </w:rPr>
        <w:t>　　2、劳动管理：</w:t>
      </w:r>
      <w:r>
        <w:rPr>
          <w:lang w:eastAsia="zh-CN"/>
        </w:rPr>
        <w:br/>
      </w:r>
      <w:r>
        <w:rPr>
          <w:lang w:eastAsia="zh-CN"/>
        </w:rPr>
        <w:t>　　(1)和睦相处、礼貌待人，杜绝与就餐人员发生冲突，情节严重第一范文网解，并对目前现状不足之处即时改进.如卫生情况：我亲自到厨房带头和他们一起将天花板、墙壁、灶台、蒸箱、地面、以及库房等，统统进行了彻底大清扫.每次清理行之有效，厨房有了明显改观，工作总结《食堂后勤工作总结》。</w:t>
      </w:r>
      <w:r>
        <w:rPr>
          <w:lang w:eastAsia="zh-CN"/>
        </w:rPr>
        <w:br/>
      </w:r>
      <w:r>
        <w:rPr>
          <w:lang w:eastAsia="zh-CN"/>
        </w:rPr>
        <w:t>　　三、存在问题</w:t>
      </w:r>
      <w:r>
        <w:rPr>
          <w:lang w:eastAsia="zh-CN"/>
        </w:rPr>
        <w:br/>
      </w:r>
      <w:r>
        <w:rPr>
          <w:lang w:eastAsia="zh-CN"/>
        </w:rPr>
        <w:t>　　随着国民经济的发展，人民的生活水平也得到了改善，同时也给我们的独生子女养成了娇生惯养的坏习惯，主要表现在：</w:t>
      </w:r>
      <w:r>
        <w:rPr>
          <w:lang w:eastAsia="zh-CN"/>
        </w:rPr>
        <w:br/>
      </w:r>
      <w:r>
        <w:rPr>
          <w:lang w:eastAsia="zh-CN"/>
        </w:rPr>
        <w:t>　　1、挑食、偏食，导致倒菜现象严重;</w:t>
      </w:r>
      <w:r>
        <w:rPr>
          <w:lang w:eastAsia="zh-CN"/>
        </w:rPr>
        <w:br/>
      </w:r>
      <w:r>
        <w:rPr>
          <w:lang w:eastAsia="zh-CN"/>
        </w:rPr>
        <w:t>　　2、小朋友们独立生活能力较差，有时会出现吃不饱、吃不好的现象，而引起家长的不放心。</w:t>
      </w:r>
      <w:r>
        <w:rPr>
          <w:lang w:eastAsia="zh-CN"/>
        </w:rPr>
        <w:br/>
      </w:r>
      <w:r>
        <w:rPr>
          <w:lang w:eastAsia="zh-CN"/>
        </w:rPr>
        <w:t>　　忧患意识。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食堂卫生是隐患的源泉、发源地。在卫生管理上我们坚持每周召开生活会，做到警钟长鸣，增强职工的忧患意识，尽可能地把隐患扼制在盟芽状态;我们要求每一位职工必须做到：</w:t>
      </w:r>
      <w:r>
        <w:rPr>
          <w:lang w:eastAsia="zh-CN"/>
        </w:rPr>
        <w:br/>
      </w:r>
      <w:r>
        <w:rPr>
          <w:lang w:eastAsia="zh-CN"/>
        </w:rPr>
        <w:t>　　1、上班时间所有职工，一律要穿工作服。</w:t>
      </w:r>
      <w:r>
        <w:rPr>
          <w:lang w:eastAsia="zh-CN"/>
        </w:rPr>
        <w:br/>
      </w:r>
      <w:r>
        <w:rPr>
          <w:lang w:eastAsia="zh-CN"/>
        </w:rPr>
        <w:t>　　2、注意个人卫生，勤理发、勤剪指甲、勤换衣服、勤洗澡，不留长发、小胡子，开饭先洗手。</w:t>
      </w:r>
      <w:r>
        <w:rPr>
          <w:lang w:eastAsia="zh-CN"/>
        </w:rPr>
        <w:br/>
      </w:r>
      <w:r>
        <w:rPr>
          <w:lang w:eastAsia="zh-CN"/>
        </w:rPr>
        <w:t>　　3、食堂内外实行定人、定点、定时间、定要求，必须做到每日清扫、周末大扫。</w:t>
      </w:r>
      <w:r>
        <w:rPr>
          <w:lang w:eastAsia="zh-CN"/>
        </w:rPr>
        <w:br/>
      </w:r>
      <w:r>
        <w:rPr>
          <w:lang w:eastAsia="zh-CN"/>
        </w:rPr>
        <w:t>　　4、各种餐具、笼布、机械等要洗刷干净，做到木见本色，铁见光，用后摆列整齐，生熟用具严格分开不得混用。</w:t>
      </w:r>
      <w:r>
        <w:rPr>
          <w:lang w:eastAsia="zh-CN"/>
        </w:rPr>
        <w:br/>
      </w:r>
      <w:r>
        <w:rPr>
          <w:lang w:eastAsia="zh-CN"/>
        </w:rPr>
        <w:t>　　5、开饭时不准吸烟，不准面向食品说话、咳嗽，不准涂脂抹粉。</w:t>
      </w:r>
      <w:r>
        <w:rPr>
          <w:lang w:eastAsia="zh-CN"/>
        </w:rPr>
        <w:br/>
      </w:r>
      <w:r>
        <w:rPr>
          <w:lang w:eastAsia="zh-CN"/>
        </w:rPr>
        <w:t>　　6、认真执行《食品卫生法》和卫生制度，形成制度，对照评比。</w:t>
      </w:r>
      <w:r>
        <w:rPr>
          <w:lang w:eastAsia="zh-CN"/>
        </w:rPr>
        <w:br/>
      </w:r>
      <w:r>
        <w:rPr>
          <w:lang w:eastAsia="zh-CN"/>
        </w:rPr>
        <w:t>　　(三)严格检测与监督，创名牌效应。</w:t>
      </w:r>
      <w:r>
        <w:rPr>
          <w:lang w:eastAsia="zh-CN"/>
        </w:rPr>
        <w:br/>
      </w:r>
      <w:r>
        <w:rPr>
          <w:lang w:eastAsia="zh-CN"/>
        </w:rPr>
        <w:t>　　食堂管理既要有一套完善的管理制度，更要有过硬的检测与监督机制，才能确保制度的纯粹性、真实性，也才能吸引更多的家长了解学校，了解学校食堂管理，也只有这样，学校才能在家长中树立起名牌效应，才能让更多的家长放心地把自己的孩子送到学校来用餐。我们具体做法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控制进货渠道，不进劣质低价菜、不进来路不明菜。1000多人用餐需要每周去凌家塘采购各种食品，如：肉、菜、蛋、主、副食等.由我校行政亲自去采购，严把没有检疫证、食品卫生许可证的食品，一律不采购存放时间长的、变质变味的统统拒之门外，严防食物中毒事件的发生，切实保证每位师生的身体健康.在此期间我食堂用餐师生无发生任何肠道疾病和食物中毒事故.</w:t>
      </w:r>
      <w:r>
        <w:rPr>
          <w:lang w:eastAsia="zh-CN"/>
        </w:rPr>
        <w:br/>
      </w:r>
      <w:r>
        <w:rPr>
          <w:lang w:eastAsia="zh-CN"/>
        </w:rPr>
        <w:t>　　2、不定期对工作人员进行思想教育、贯彻落实食品卫生法的要求等.通过学习，增加工作人员在工作中的服务质量和意识.切实做好我校食堂的食品卫生、餐具的一洗、二冲、三消毒工作，做到随用随清，每周对厨房一次大清扫.如发现工作中有不到位之处立即指出，勒令改正即时到位.全体工作人员能够认真作好本职工作，明确职责、各司其职、服从分配、随叫随到，保证职工的工作正常运转.</w:t>
      </w:r>
      <w:r>
        <w:rPr>
          <w:lang w:eastAsia="zh-CN"/>
        </w:rPr>
        <w:br/>
      </w:r>
      <w:r>
        <w:rPr>
          <w:lang w:eastAsia="zh-CN"/>
        </w:rPr>
        <w:t>　　3、由保管员负责经常检查食堂仓库，不把变质变腐的米煮给学生吃。</w:t>
      </w:r>
      <w:r>
        <w:rPr>
          <w:lang w:eastAsia="zh-CN"/>
        </w:rPr>
        <w:br/>
      </w:r>
      <w:r>
        <w:rPr>
          <w:lang w:eastAsia="zh-CN"/>
        </w:rPr>
        <w:t>　　4、对库存食品进行盘点交接，每天我都亲自下厨房和他(她)们一起工作、沟通，对食堂工作方面的所需与不足详细了解，并对目前现状不足之处即时改进.如卫生情况：我亲自到厨房带头和他们一起将天花板、墙壁、灶台、蒸箱、地面、以及库房等，统统进行了彻底大清扫.每次清理行之有效，厨房有了明显改观。</w:t>
      </w:r>
      <w:r>
        <w:rPr>
          <w:lang w:eastAsia="zh-CN"/>
        </w:rPr>
        <w:br/>
      </w:r>
      <w:r>
        <w:rPr>
          <w:lang w:eastAsia="zh-CN"/>
        </w:rPr>
        <w:t>　　三、存在问题</w:t>
      </w:r>
      <w:r>
        <w:rPr>
          <w:lang w:eastAsia="zh-CN"/>
        </w:rPr>
        <w:br/>
      </w:r>
      <w:r>
        <w:rPr>
          <w:lang w:eastAsia="zh-CN"/>
        </w:rPr>
        <w:t>　　随着国民经济的发展，人民的生活水平也得到了改善，同时也给我们的独生子女养成了娇生惯养的坏习惯，主要表现在：</w:t>
      </w:r>
      <w:r>
        <w:rPr>
          <w:lang w:eastAsia="zh-CN"/>
        </w:rPr>
        <w:br/>
      </w:r>
      <w:r>
        <w:rPr>
          <w:lang w:eastAsia="zh-CN"/>
        </w:rPr>
        <w:t>　　1、挑食、偏食，导致倒菜现象严重;</w:t>
      </w:r>
      <w:r>
        <w:rPr>
          <w:lang w:eastAsia="zh-CN"/>
        </w:rPr>
        <w:br/>
      </w:r>
      <w:r>
        <w:rPr>
          <w:lang w:eastAsia="zh-CN"/>
        </w:rPr>
        <w:t>　　2、小朋友们独立生活能力较差，有时会出现吃不饱、吃不好的现象，而引起家长的不放心。</w:t>
      </w:r>
      <w:r>
        <w:rPr>
          <w:lang w:eastAsia="zh-CN"/>
        </w:rPr>
        <w:br/>
      </w:r>
      <w:r>
        <w:rPr>
          <w:lang w:eastAsia="zh-CN"/>
        </w:rPr>
        <w:t xml:space="preserve">    后勤食堂工作总结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__年即将结束，审视自己在物业部一年来的工作，总结一年的得失，感触良多。一年来，我热衷于本职工作，严格要求自己，摆正自己的工作位置，时刻保持“谦虚”、“谨慎”、“律己”的态度。在领导的关心、栽培和同事们的帮助支持下，始终勤奋学习、积极进取，努力提高自我，始终勤奋工作，认真完成任务，履行好岗位职责。作为一名安保员，但在我心中，数据产业园区就是我的家园，领导就是我的家长,同事就是我的兄弟姐妹，园区的事就是我自己的事，我要精心守卫我的家园，使它在安全的环境中茁壮成长。我明白作为一个家庭成员，一名安保员“守卫园区、守卫我家”的责任重大。</w:t>
      </w:r>
      <w:r>
        <w:rPr>
          <w:lang w:eastAsia="zh-CN"/>
        </w:rPr>
        <w:br/>
      </w:r>
      <w:r>
        <w:rPr>
          <w:lang w:eastAsia="zh-CN"/>
        </w:rPr>
        <w:t>　　安保是一项特殊的、并具有很大危险性的工作，可我没有因此而胆怯、畏惧。记得有位名人曾经说过“我们不是在为老板打工，更不是单纯为了赚钱，我是在为自己的梦想打工，为自己的远大前途打工。我们只能在业绩中提升自己。”因此，我们必须秉承严肃认真的工作态度，干好日常看似平淡的工作，要想得到，做得全。坚决完成上级领导交给我们的每一项任务，做到让领导放心。</w:t>
      </w:r>
      <w:r>
        <w:rPr>
          <w:lang w:eastAsia="zh-CN"/>
        </w:rPr>
        <w:br/>
      </w:r>
      <w:r>
        <w:rPr>
          <w:lang w:eastAsia="zh-CN"/>
        </w:rPr>
        <w:t>　　在部门薛炜部长的带领下，我们圆满地完成了今年的工作任务，得到了企业、租户的满意，同时也得到了领导的认可。我们今年的工作是比较繁琐的一年，有企业、租户的装修施工，进出的人员多且复杂，加上因当前安保队员不足的影响而愈加加剧了当前治安形式的严峻，这都对我们的工作增加了压力，在这种情况下我们加强了对进出人员、施工人员的监管和登记，加强巡查大楼的力度，把事故彻底消灭在萌芽状态下，确保了数据产业园区的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在工作之余，在部门的部署下，我们进行了保安员体能训练，内容包括，队列训练，军体拳等。坚持完成预期目标，保质保量地完成训练计划，我刚开始时也和队员一样有怨言，觉得成天训练这个没什么必要，但最终我明白要想有整体过硬的业务本领和强壮的体能素质，没有刻苦训练关键时刻怎么能发挥出我们“养兵千日、用兵一时”的作用呢？所以我们一直坚持。</w:t>
      </w:r>
      <w:r>
        <w:rPr>
          <w:lang w:eastAsia="zh-CN"/>
        </w:rPr>
        <w:br/>
      </w:r>
      <w:r>
        <w:rPr>
          <w:lang w:eastAsia="zh-CN"/>
        </w:rPr>
        <w:t>　　在现有的硬件设施(监控、消防设施、ck报警器)我们应加强管理。我们可以通过监控录像显示观察到各个楼道电梯环境、状况。发现在楼道电梯有不良行为、抽烟等我们的安保员及时出现制止。在监控室值班的安保员严格遵守监控室制度，记录消防设施、ck报警器实时数据。保持各部位设施的整洁</w:t>
      </w:r>
      <w:r>
        <w:rPr>
          <w:lang w:eastAsia="zh-CN"/>
        </w:rPr>
        <w:br/>
      </w:r>
      <w:r>
        <w:rPr>
          <w:lang w:eastAsia="zh-CN"/>
        </w:rPr>
        <w:t>　　作为安保员还是一名义务的消防员，今年在部门组织的几次消防安全培训和发生火灾时的应急处理方案中，能认真地学习记录，掌握消防知识，结合园区应有的消防设备、设施，定期组织人员进行设备的巡查和维护工作，以“预防为主、防消结合”的方针，确保企业、租户的生命财产和安全。</w:t>
      </w:r>
      <w:r>
        <w:rPr>
          <w:lang w:eastAsia="zh-CN"/>
        </w:rPr>
        <w:br/>
      </w:r>
      <w:r>
        <w:rPr>
          <w:lang w:eastAsia="zh-CN"/>
        </w:rPr>
        <w:t>　　在工作生活当中本人在一年的总结如下：</w:t>
      </w:r>
      <w:r>
        <w:rPr>
          <w:lang w:eastAsia="zh-CN"/>
        </w:rPr>
        <w:br/>
      </w:r>
      <w:r>
        <w:rPr>
          <w:lang w:eastAsia="zh-CN"/>
        </w:rPr>
        <w:t>　　1、坚决服从领导、认真领会并执行数据产业园区管理策略和指示精神，并贯彻落实到岗位实际工作当中始终把维护园区利益放在第一位。</w:t>
      </w:r>
      <w:r>
        <w:rPr>
          <w:lang w:eastAsia="zh-CN"/>
        </w:rPr>
        <w:br/>
      </w:r>
      <w:r>
        <w:rPr>
          <w:lang w:eastAsia="zh-CN"/>
        </w:rPr>
        <w:t>　　2、认真对待并坚决完成部门交给的各项工作任务，积极协助主管做好队伍的日常工作，并为队伍的建设出谋划策。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3、工作中不怕吃苦受累，勇挑重担，主动找事干，做到“眼勤、嘴勤、手勤、腿勤”，积极适应各种艰苦环境，在繁重的工作中磨练自己的意志，增长自己的才干；并勇于发现和纠正自己工作中的缺点、错误，不断调整自己的思维方式和工作方法，分阶段提出较高的学习和工作目标，不断追求更大的进步。</w:t>
      </w:r>
      <w:r>
        <w:rPr>
          <w:lang w:eastAsia="zh-CN"/>
        </w:rPr>
        <w:br/>
      </w:r>
      <w:r>
        <w:rPr>
          <w:lang w:eastAsia="zh-CN"/>
        </w:rPr>
        <w:t>　　4、加强学习，勇于实践，不断积累，勇于开拓。在理论学习的同时注意讲究学习方法，端正学习态度，提高学习效率，努力培养自己扎实的理论功底、正确的思想观点、踏实的工作作风、周密的组织能力、机智的分析能力、果敢的处事能力、广泛的社交能力;并虚心好学，不断地向部门主管请教取经，吸取他们的成功经验，不断鞭策自己使自己有学习的方向和目标。</w:t>
      </w:r>
      <w:r>
        <w:rPr>
          <w:lang w:eastAsia="zh-CN"/>
        </w:rPr>
        <w:br/>
      </w:r>
      <w:r>
        <w:rPr>
          <w:lang w:eastAsia="zh-CN"/>
        </w:rPr>
        <w:t>　　5、坚持“预防为主、防消结合”的消防方针，完善消防设备巡查及保养措施，并加强消防知识的培训，提高防火意识，掌握消防设备的操作方法，确保安全。</w:t>
      </w:r>
      <w:r>
        <w:rPr>
          <w:lang w:eastAsia="zh-CN"/>
        </w:rPr>
        <w:br/>
      </w:r>
      <w:r>
        <w:rPr>
          <w:lang w:eastAsia="zh-CN"/>
        </w:rPr>
        <w:t>　　以上是我在物业部一年时间做得好的方面，纵观一年时间的工作，客观自我剖析，自己也存在以下不足之处，恳请领导的指正与批评，以待在今后的工作中进一步加强和改正。</w:t>
      </w:r>
      <w:r>
        <w:rPr>
          <w:lang w:eastAsia="zh-CN"/>
        </w:rPr>
        <w:br/>
      </w:r>
      <w:r>
        <w:rPr>
          <w:lang w:eastAsia="zh-CN"/>
        </w:rPr>
        <w:t>　　1、工作当中有松懈。</w:t>
      </w:r>
      <w:r>
        <w:rPr>
          <w:lang w:eastAsia="zh-CN"/>
        </w:rPr>
        <w:br/>
      </w:r>
      <w:r>
        <w:rPr>
          <w:lang w:eastAsia="zh-CN"/>
        </w:rPr>
        <w:t>　　2、工作经验和相关管理知识仍需进一步学习，积累。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20__年即将过去，我们将满怀热情地迎来20__年，新的一年意味着新的机遇和新的挑战。“今朝花开胜往昔，料得明日花更红”，我坚信在数据产业园区领导的英明决策下数据产业园区的明天会更好，作为公司的一份子，在明年的工作当中我将一如既往，全心全意的为园区的不断发展壮大贡献自己的一份微薄之力。</w:t>
      </w:r>
      <w:r>
        <w:rPr>
          <w:lang w:eastAsia="zh-CN"/>
        </w:rPr>
        <w:br/>
      </w:r>
      <w:r>
        <w:rPr>
          <w:lang w:eastAsia="zh-CN"/>
        </w:rPr>
        <w:t xml:space="preserve">    后勤食堂工作总结 篇3 </w:t>
      </w:r>
      <w:r>
        <w:rPr>
          <w:lang w:eastAsia="zh-CN"/>
        </w:rPr>
        <w:br/>
      </w:r>
      <w:r>
        <w:rPr>
          <w:lang w:eastAsia="zh-CN"/>
        </w:rPr>
        <w:t>　　树立“服务育人”的宗旨规范学校饭堂安全卫生管理。我们苟堂小学现有743人，分16个教学班，在岗教师45人，厨房聘用职工2人。学生在校早餐人数在130人左右，在校中餐人数在400人左右。学校在教育主管部门和卫生主管部门的正确领导与监督下，牢固树立“服务育人”的宗旨，规范了学校饭堂安全卫生管理工作，保障了师生员工的生活需求以及身体健康，维护了正常的教学秩序，受到了师生和家长的好评。</w:t>
      </w:r>
      <w:r>
        <w:rPr>
          <w:lang w:eastAsia="zh-CN"/>
        </w:rPr>
        <w:br/>
      </w:r>
      <w:r>
        <w:rPr>
          <w:lang w:eastAsia="zh-CN"/>
        </w:rPr>
        <w:t>　　一、以人为本，牢固树立师生服务意识</w:t>
      </w:r>
      <w:r>
        <w:rPr>
          <w:lang w:eastAsia="zh-CN"/>
        </w:rPr>
        <w:br/>
      </w:r>
      <w:r>
        <w:rPr>
          <w:lang w:eastAsia="zh-CN"/>
        </w:rPr>
        <w:t>　　我校饭堂目前有专兼职行管人员1人，炊事员2人。炊工的招聘、选拔、考核、上岗培训、技能比武都严格按照程序公正、公开进行。为确立服务育人意识，让师生到饭堂就有到家的感觉，感到省心、舒心、放心。</w:t>
      </w:r>
      <w:r>
        <w:rPr>
          <w:lang w:eastAsia="zh-CN"/>
        </w:rPr>
        <w:br/>
      </w:r>
      <w:r>
        <w:rPr>
          <w:lang w:eastAsia="zh-CN"/>
        </w:rPr>
        <w:t>　　二、规范学校饭堂安全卫生管理的规章制度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以制度制约人制定了科学的、具有可操作性的管理制度。这些制度，从资料上大致可分三类：工作人员职责类，食品卫生安全管理类和财物管理类。有国家制定的，有市、县主管部门制定的，也有饭堂管理小组根据本校实际制定的，如《饭堂安全卫生制度》《从业人员卫生知识培训制度》《饭堂员工考勤制度》《消防安全制度》、《采购人员岗位职责制度》《从业人员健康检查制度》《餐具消毒岗位职责制》。饭堂工作人员不仅仅要对这些制度资料熟悉，而且一切行为都要受到这些制度的约束。</w:t>
      </w:r>
      <w:r>
        <w:rPr>
          <w:lang w:eastAsia="zh-CN"/>
        </w:rPr>
        <w:br/>
      </w:r>
      <w:r>
        <w:rPr>
          <w:lang w:eastAsia="zh-CN"/>
        </w:rPr>
        <w:t>　　三、切实加强饭堂食品卫生安全工作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学校饭堂卫生安全工作是一项事关师生生命安全的大事，无论把这项工作提高到多么重要的程度来认识都不为过。为确保万无一失，我们进行了全方位、全过程、全天候的立体式档案化管理，饭堂目前共印制各式表格10多校，在确保卫生安全过程中，做到了严把“五关”。首先是严把采买准入关。对原料的购入日期、产品商标、生产日期、保质期、健康证、经营许可证、产品检验报告等都要认真登记、验收，由事务长把关。不合要求的坚决不准进入原料库房；严禁向无卫生许可证的单位和个人购买原材料、半成品和成品；严禁采购无生产厂家、无生产日期及保质期和超过保质期的食品及原料；饭堂所购肉类务必有动物检疫合格证明。对所有供货商进行建档、所供商品索证齐全，对供货商的生产基地进行现场考察。学校还与供货商签定了食品卫生安全职责书。原料进入库房隔墙离地，成品与半成品分开，生熟分开，非定型食品存放于干净容器中，并加盖加罩，防止交叉感染。其次，严把生产操作关。在食品加工过程中，严格按照有关规定，该消毒的消毒，该煮透的煮透。粗加工间做到择菜切菜上案板。操作间做到清洁卫生，餐厅做到整洁明亮，所有门窗都安装沙门、沙窗。每个班组每一天都要填写饭堂考勤和饭堂操作日志，生产食品质检表。洗菜有学问，什么菜先洗后切，什么菜先切后洗，什么菜只洗不泡，什么菜既泡又洗，什么菜用冷水浸泡，什么菜用热水浸泡，什么菜用盐水浸泡，什么菜泡多长时间，我们要求工人师傅严格按规程操作。荤素食物分柜存放，砧板分开，分刀加工。不用发芽土豆，四季豆要过水煮熟，豆浆要煮沸，冷菜要热透，避免中毒事件发生。为了加强职责，学校与饭堂各操作间班组签定了食品卫生安全职责书。第三，严把成品销售关。每餐烹制的食品均由烹调间移入配餐间进行隔离存放，炊工售饭前务必再次进行洗手、消毒，带好口罩。饭堂对隔夜食品均进冷藏柜，坚决不售霉变食品。第四，严把餐具消毒关。餐具及放作物容器的洗净、消毒，我们一般采用物理消毒和化学消毒两种方法，对消毒物品先用开水清洗，用洁灭净等洗洁剂进行化学消毒，再上蒸柜蒸30分钟以上，大件物品放入稀饭锅中煮沸30分钟以上，既为物理消毒。后进消毒间、消毒柜，实行保洁。以上消毒每一天早、中、晚三次，并详细填写消毒记载表，将消毒工作落到实处。近几年来，市卫生监督局每次抽查我校饭堂餐具的消毒卫生状况，合格率均在100%。第五，严把炊工个人卫生关。要求所有饭堂操作人员实现定期体检，持有健康证上岗。</w:t>
      </w:r>
      <w:r>
        <w:rPr>
          <w:lang w:eastAsia="zh-CN"/>
        </w:rPr>
        <w:br/>
      </w:r>
      <w:r>
        <w:rPr>
          <w:lang w:eastAsia="zh-CN"/>
        </w:rPr>
        <w:t xml:space="preserve">    后勤食堂工作总结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作为后勤工作重点之一的食堂管理，怎样激活内部活力，完善竞争机制，提高劳动效率，更好地为师生服务，这是我们后勤管理人员孜孜以求的目标之一。为此，自我校食堂创建以来，我们更加努力地探索食堂的新路子。多年来，我们基本形成了一套自己的管理模式，为了更好地总结经验、弥补不足，我从以下几方面作简要回顾：</w:t>
      </w:r>
      <w:r>
        <w:rPr>
          <w:lang w:eastAsia="zh-CN"/>
        </w:rPr>
        <w:br/>
      </w:r>
      <w:r>
        <w:rPr>
          <w:lang w:eastAsia="zh-CN"/>
        </w:rPr>
        <w:t>　　一、抓机构建立，促组织落实：</w:t>
      </w:r>
      <w:r>
        <w:rPr>
          <w:lang w:eastAsia="zh-CN"/>
        </w:rPr>
        <w:br/>
      </w:r>
      <w:r>
        <w:rPr>
          <w:lang w:eastAsia="zh-CN"/>
        </w:rPr>
        <w:t>　　1、机构设置及人员管理</w:t>
      </w:r>
      <w:r>
        <w:rPr>
          <w:lang w:eastAsia="zh-CN"/>
        </w:rPr>
        <w:br/>
      </w:r>
      <w:r>
        <w:rPr>
          <w:lang w:eastAsia="zh-CN"/>
        </w:rPr>
        <w:t>　　（1）伙食部所有成员实行聘用制。年度开始，学校领导小组对其进行全面考核，择优录用。被录用的人员必须服从管理，踏实工作，在聘用过程若有违规违纪的，伙食部有权对其进行行政和经济制裁，直至中途解聘。</w:t>
      </w:r>
      <w:r>
        <w:rPr>
          <w:lang w:eastAsia="zh-CN"/>
        </w:rPr>
        <w:br/>
      </w:r>
      <w:r>
        <w:rPr>
          <w:lang w:eastAsia="zh-CN"/>
        </w:rPr>
        <w:t>　　（2）建立建全各项规章制度的组织落实，年终进行考核评比。</w:t>
      </w:r>
      <w:r>
        <w:rPr>
          <w:lang w:eastAsia="zh-CN"/>
        </w:rPr>
        <w:br/>
      </w:r>
      <w:r>
        <w:rPr>
          <w:lang w:eastAsia="zh-CN"/>
        </w:rPr>
        <w:t>　　2、食堂工作人员的身体执行学年度体检制度，发现身体状况欠佳的，采取暂时停用休养的办法，待身体完全恢复后再考虑安排；对食堂环境卫生实行周检查制度，发现问题，立即指出改正。</w:t>
      </w:r>
      <w:r>
        <w:rPr>
          <w:lang w:eastAsia="zh-CN"/>
        </w:rPr>
        <w:br/>
      </w:r>
      <w:r>
        <w:rPr>
          <w:lang w:eastAsia="zh-CN"/>
        </w:rPr>
        <w:t>　　3、抓文明礼貌的落实：我们提倡文明用餐、礼貌服务，要求班主任做好在校用餐学生的文明用餐的教育，而且，每天学生用餐时都要求值周领导入餐厅巡视，值日教师定桌服务，帮助解决学生用餐中的具体问题。</w:t>
      </w:r>
      <w:r>
        <w:rPr>
          <w:lang w:eastAsia="zh-CN"/>
        </w:rPr>
        <w:br/>
      </w:r>
      <w:r>
        <w:rPr>
          <w:lang w:eastAsia="zh-CN"/>
        </w:rPr>
        <w:t>　　二、食堂管理的具体做法：</w:t>
      </w:r>
      <w:r>
        <w:rPr>
          <w:lang w:eastAsia="zh-CN"/>
        </w:rPr>
        <w:br/>
      </w:r>
      <w:r>
        <w:rPr>
          <w:lang w:eastAsia="zh-CN"/>
        </w:rPr>
        <w:t>　　学校的主要工作是教学，后勤管理的宗旨是坚持为教学服务，而作为后勤管理重中之重的工作食堂管理工作，更是直接影响学校工作的正常开展。为此，我们特制订了一系列的规章制度，确保食堂工作的正常开展。</w:t>
      </w:r>
      <w:r>
        <w:rPr>
          <w:lang w:eastAsia="zh-CN"/>
        </w:rPr>
        <w:br/>
      </w:r>
      <w:r>
        <w:rPr>
          <w:lang w:eastAsia="zh-CN"/>
        </w:rPr>
        <w:t>　　1、出勤制度：</w:t>
      </w:r>
      <w:r>
        <w:rPr>
          <w:lang w:eastAsia="zh-CN"/>
        </w:rPr>
        <w:br/>
      </w:r>
      <w:r>
        <w:rPr>
          <w:lang w:eastAsia="zh-CN"/>
        </w:rPr>
        <w:t>　　不随意更改作息时间。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2、劳动管理：</w:t>
      </w:r>
      <w:r>
        <w:rPr>
          <w:lang w:eastAsia="zh-CN"/>
        </w:rPr>
        <w:br/>
      </w:r>
      <w:r>
        <w:rPr>
          <w:lang w:eastAsia="zh-CN"/>
        </w:rPr>
        <w:t>　　和睦相处、礼貌待人，杜绝与就餐人员发生冲突，情节严重，并对目前现状不足之处即时改进。如卫生情况：我亲自到厨房带头和他们一起将天花板、墙壁、灶台、蒸箱、地面、以及库房等，统统进行了彻底大清扫。每次清理行之有效，厨房有了明显改观。</w:t>
      </w:r>
      <w:r>
        <w:rPr>
          <w:lang w:eastAsia="zh-CN"/>
        </w:rPr>
        <w:br/>
      </w:r>
      <w:r>
        <w:rPr>
          <w:lang w:eastAsia="zh-CN"/>
        </w:rPr>
        <w:t>　　三、存在问题</w:t>
      </w:r>
      <w:r>
        <w:rPr>
          <w:lang w:eastAsia="zh-CN"/>
        </w:rPr>
        <w:br/>
      </w:r>
      <w:r>
        <w:rPr>
          <w:lang w:eastAsia="zh-CN"/>
        </w:rPr>
        <w:t>　　随着国民经济的发展，人民的生活水平也得到了改善，同时也给我们的独生子女养成了娇生惯养的坏习惯，主要表现在：</w:t>
      </w:r>
      <w:r>
        <w:rPr>
          <w:lang w:eastAsia="zh-CN"/>
        </w:rPr>
        <w:br/>
      </w:r>
      <w:r>
        <w:rPr>
          <w:lang w:eastAsia="zh-CN"/>
        </w:rPr>
        <w:t>　　1、挑食、偏食，导致倒菜现象严重；</w:t>
      </w:r>
      <w:r>
        <w:rPr>
          <w:lang w:eastAsia="zh-CN"/>
        </w:rPr>
        <w:br/>
      </w:r>
      <w:r>
        <w:rPr>
          <w:lang w:eastAsia="zh-CN"/>
        </w:rPr>
        <w:t>　　2、小朋友们独立生活能力较差，有时会出现吃不饱、吃不好的现象，而引起家长的不放心。</w:t>
      </w:r>
      <w:r>
        <w:rPr>
          <w:lang w:eastAsia="zh-CN"/>
        </w:rPr>
        <w:br/>
      </w:r>
      <w:r>
        <w:rPr>
          <w:lang w:eastAsia="zh-CN"/>
        </w:rPr>
        <w:t>　　忧患意识。</w:t>
      </w:r>
      <w:r>
        <w:rPr>
          <w:lang w:eastAsia="zh-CN"/>
        </w:rPr>
        <w:br/>
      </w:r>
      <w:r>
        <w:rPr>
          <w:lang w:eastAsia="zh-CN"/>
        </w:rPr>
        <w:t>　　食堂卫生是隐患的源泉、发源地。在卫生管理上我们坚持每周召开生活会，做到警钟长鸣，增强职工的忧患意识，尽可能地把隐患扼制在盟芽状态；我们要求每一位职工必须做到：</w:t>
      </w:r>
      <w:r>
        <w:rPr>
          <w:lang w:eastAsia="zh-CN"/>
        </w:rPr>
        <w:br/>
      </w:r>
      <w:r>
        <w:rPr>
          <w:lang w:eastAsia="zh-CN"/>
        </w:rPr>
        <w:t>　　1、上班时间所有职工，一律要穿工作服。</w:t>
      </w:r>
      <w:r>
        <w:rPr>
          <w:lang w:eastAsia="zh-CN"/>
        </w:rPr>
        <w:br/>
      </w:r>
      <w:r>
        <w:rPr>
          <w:lang w:eastAsia="zh-CN"/>
        </w:rPr>
        <w:t>　　2、注意个人卫生，勤理发、勤剪指甲、勤换衣服、勤洗澡，不留长发、小胡子，开饭先洗手。</w:t>
      </w:r>
      <w:r>
        <w:rPr>
          <w:lang w:eastAsia="zh-CN"/>
        </w:rPr>
        <w:br/>
      </w:r>
      <w:r>
        <w:rPr>
          <w:lang w:eastAsia="zh-CN"/>
        </w:rPr>
        <w:t>　　3、食堂内外实行定人、定点、定时间、定要求，必须做到每日清扫、周末大扫。</w:t>
      </w:r>
      <w:r>
        <w:rPr>
          <w:lang w:eastAsia="zh-CN"/>
        </w:rPr>
        <w:br/>
      </w:r>
      <w:r>
        <w:rPr>
          <w:lang w:eastAsia="zh-CN"/>
        </w:rPr>
        <w:t>　　4、各种餐具、笼布、机械等要洗刷干净，做到木见本色，铁见光，用后摆列整齐，生熟用具严格分开不得混用。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5、开饭时不准吸烟，不准面向食品说话、咳嗽，不准涂脂抹粉。</w:t>
      </w:r>
      <w:r>
        <w:rPr>
          <w:lang w:eastAsia="zh-CN"/>
        </w:rPr>
        <w:br/>
      </w:r>
      <w:r>
        <w:rPr>
          <w:lang w:eastAsia="zh-CN"/>
        </w:rPr>
        <w:t>　　6、认真执行《食品卫生法》和卫生制度，形成制度，对照评比。</w:t>
      </w:r>
      <w:r>
        <w:rPr>
          <w:lang w:eastAsia="zh-CN"/>
        </w:rPr>
        <w:br/>
      </w:r>
      <w:r>
        <w:rPr>
          <w:lang w:eastAsia="zh-CN"/>
        </w:rPr>
        <w:t>　　（三）严格检测与监督，创名牌效应。</w:t>
      </w:r>
      <w:r>
        <w:rPr>
          <w:lang w:eastAsia="zh-CN"/>
        </w:rPr>
        <w:br/>
      </w:r>
      <w:r>
        <w:rPr>
          <w:lang w:eastAsia="zh-CN"/>
        </w:rPr>
        <w:t>　　食堂管理既要有一套完善的管理制度，更要有过硬的检测与监督机制，才能确保制度的纯粹性、真实性，也才能吸引更多的家长了解学校，了解学校食堂管理，也只有这样，学校才能在家长中树立起名牌效应，才能让更多的家长放心地把自己的孩子送到学校来用餐。我们具体做法是：</w:t>
      </w:r>
      <w:r>
        <w:rPr>
          <w:lang w:eastAsia="zh-CN"/>
        </w:rPr>
        <w:br/>
      </w:r>
      <w:r>
        <w:rPr>
          <w:lang w:eastAsia="zh-CN"/>
        </w:rPr>
        <w:t>　　1、控制进货渠道，不进劣质低价菜、不进来路不明菜。1000多人用餐需要每周去凌家塘采购各种食品，如：肉、菜、蛋、主、副食等。由我校行政亲自去采购，严把没有检疫证、食品卫生许可证的食品，一律不采购存放时间长的、变质变味的统统拒之门外，严防食物中毒事件的发生，切实保证每位师生的身体健康。在此期间我食堂用餐师生无发生任何肠道疾病和食物中毒事故。</w:t>
      </w:r>
      <w:r>
        <w:rPr>
          <w:lang w:eastAsia="zh-CN"/>
        </w:rPr>
        <w:br/>
      </w:r>
      <w:r>
        <w:rPr>
          <w:lang w:eastAsia="zh-CN"/>
        </w:rPr>
        <w:t>　　2、不定期对工作人员进行思想教育、贯彻落实食品卫生法的要求等。通过学习，增加工作人员在工作中的服务质量和意识。切实做好我校食堂的食品卫生、餐具的一洗、二冲、三消毒工作，做到随用随清，每周对厨房一次大清扫。如发现工作中有不到位之处立即指出，勒令改正即时到位。全体工作人员能够认真作好本职工作，明确职责、各司其职、服从分配、随叫随到，保证职工的工作正常运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3、由保管员负责经常检查食堂仓库，不把变质变腐的米煮给学生吃。</w:t>
      </w:r>
      <w:r>
        <w:rPr>
          <w:lang w:eastAsia="zh-CN"/>
        </w:rPr>
        <w:br/>
      </w:r>
      <w:r>
        <w:rPr>
          <w:lang w:eastAsia="zh-CN"/>
        </w:rPr>
        <w:t>　　4、对库存食品进行盘点交接，每天我都亲自下厨房和他（她）们一起工作、沟通，对食堂工作方面的所需与不足详细了解，并对目前现状不足之处即时改进。如卫生情况：我亲自到厨房带头和他们一起将天花板、墙壁、灶台、蒸箱、地面、以及库房等，统统进行了彻底大清扫。每次清理行之有效，厨房有了明显改观。</w:t>
      </w:r>
      <w:r>
        <w:rPr>
          <w:lang w:eastAsia="zh-CN"/>
        </w:rPr>
        <w:br/>
      </w:r>
      <w:r>
        <w:rPr>
          <w:lang w:eastAsia="zh-CN"/>
        </w:rPr>
        <w:t xml:space="preserve">    后勤食堂工作总结 篇5 </w:t>
      </w:r>
      <w:r>
        <w:rPr>
          <w:lang w:eastAsia="zh-CN"/>
        </w:rPr>
        <w:br/>
      </w:r>
      <w:r>
        <w:rPr>
          <w:lang w:eastAsia="zh-CN"/>
        </w:rPr>
        <w:t>　　时光荏苒，一年的时间转瞬即逝。回首即将过去的20__年，我从一名普通的收费岗位员工成为了方德公司后的勤管理人员，在这一转化的过程中，有领导的关心与教诲，有同事的支持与帮助，有攻坚克难之后的喜悦与欣慰，也有惆怅彷徨之后的不悔抉择。走上管理岗位，意味着更大的压力、更大的责任，但与此同时也面临更大的机遇。一路走来，无论在哪个岗位，我始终坚持边学习边实践、边实践边总结，不断提升工作执行力以及工作业绩，随时准备着迎接新的更大的挑战。现就个人本年度的工作情况做如下总结：</w:t>
      </w:r>
      <w:r>
        <w:rPr>
          <w:lang w:eastAsia="zh-CN"/>
        </w:rPr>
        <w:br/>
      </w:r>
      <w:r>
        <w:rPr>
          <w:lang w:eastAsia="zh-CN"/>
        </w:rPr>
        <w:t>　　（一）砥砺进取，在实践中不断适应、学习后勤管理工作。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起初，食堂的后勤管理工作对于脱胎一线收费岗位的我来说还十分陌生，面对繁琐细致的食堂管理工作我没有气馁，而是大胆迈开步子，在实践中不断适应、在实践中不断学习。在平常工作中，我努力观察其他员工的工作情况，寻找自己在各方面与他人的差距；工作闲暇时，我留心学习其他公司在食堂管理方面的先进经验；并在这些差距、经验中积极探索自身的发展方向。跟其他同事比，我个人欠缺的，就是我需要学习的；与其他公司比，我们在食堂管理上薄弱的就是我需要加强的。在这样有的放矢，不断努力的学习后，我终于基本具备了食堂后勤管理的能力，能够自如应对工作中的.各种状况，能够真正承担起这个岗位赋予我的职责。</w:t>
      </w:r>
      <w:r>
        <w:rPr>
          <w:lang w:eastAsia="zh-CN"/>
        </w:rPr>
        <w:br/>
      </w:r>
      <w:r>
        <w:rPr>
          <w:lang w:eastAsia="zh-CN"/>
        </w:rPr>
        <w:t>　　（二）开拓创新，在实践中不断尝试、创新后勤管理工作。</w:t>
      </w:r>
      <w:r>
        <w:rPr>
          <w:lang w:eastAsia="zh-CN"/>
        </w:rPr>
        <w:br/>
      </w:r>
      <w:r>
        <w:rPr>
          <w:lang w:eastAsia="zh-CN"/>
        </w:rPr>
        <w:t>　　食堂后勤管理涉及面广，如果成本控制不好，将会出现严重的浪费现象和预算超支，为确保全年管理工作稳步开展，我与其他同事在成本方面进行了不断的尝试、创新，对食堂经营成本进行了严格的控制。首先是制定严格规范的采购和监督机制，建立原材料采购计划和审批流程。自6月份以来每月针对采购的菜品全面的进行市场调查，并和供应商进行核定，杜绝供应商漫天喊价的情况，在日常收货过程中除正常的人员验收外管理员也主动参与实行全面监督，杜绝任何人与供货商产生利益关系。通过严格把控原材料采购和流程审批，今年在原材料的采购与去年同期比节约10%。其次是合理利用原材料，尽最大努力做到物尽其用，做到粗料细作，把边角料的再利用再提升，在菜品的安排和质量上都做好控制工作，努力将低成本的菜做成高档次的菜品，并教导员工在工作中学会控制与节约成本。第三是根据经营情况合理设置库存量的上下限，严格控制采购物资的库存量，对库存物品专人负责，以避免原材料变质造成的损失。</w:t>
      </w:r>
      <w:r>
        <w:rPr>
          <w:lang w:eastAsia="zh-CN"/>
        </w:rPr>
        <w:br/>
      </w:r>
      <w:r>
        <w:rPr>
          <w:lang w:eastAsia="zh-CN"/>
        </w:rPr>
        <w:t>　　（三）忠诚执着，在实践中不断总结、提升后勤管理工作。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首先，公司食堂的品质质量和服务规范，决定了接待的水平和能力，今年严抓质量，规范服务，餐饮业务接待能力显著提高。20__年餐饮接待工作不但做好了各类培训人员就餐、运动会人员就餐外，还做好了各级领导及外单位参观学习人员来访的各类型重要就餐接待工作，全年临时就餐接待115次，共计</w:t>
      </w:r>
      <w:r>
        <w:rPr>
          <w:lang w:eastAsia="zh-CN"/>
        </w:rPr>
        <w:t xml:space="preserve"> 4100人次。其次，食堂后勤管理紧紧围绕公司的部署和中心工作，根据餐饮业的新形势和新的发展需求，不断提升服务品质，完善证件的办理，使食堂餐饮业务更加正规正规化和市场化。与此同时进一步完善和做好内控管理，制定科学规范的制度和操作流程，引导食堂的整体工作思路，提高工作效率，提升食堂整体服务水平，为今后食堂各项工作顺利开展打下坚实基础。此外，建立信息收集制度,积极沟通，稳步提升食堂质量。为稳步提升食堂的质量，按照公司建立的电话回访及实地回访制度，通过回访工作的开展，食堂管理质量效果显著。最后，不断做好食堂安全防范工作，创建安全文明的就餐环境，规范食堂内部安全防控。安全生产工作常抓不懈，5月底完成公司食堂安装视频监控系统，形成人防、技防相结合的管控模式，提高了食堂治安防控能力，保障食堂财产安全及食堂内部管理工作的有序开展。年内先后四次开展食堂“灭四害”工作，在后厨工作各区域、公共就餐区域等安装紫光灯消毒、灭蚊灯，并协助南宁公司路产部组织食堂全体员工进行了一次消防演练，使得全体餐饮工作人员提高了安全防范意识。通过这一些措施，从采购到制作再到就餐，食品安全得到了有效保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雄关漫道真如铁，而今迈步从头越。应该看到过去一年自己在食堂后勤管理工作方面取得成绩的同时，工作现实中仍然存在一些亟待解决的问题：如随着食堂餐饮业务的不断加大，食堂现有的管理制度比不是很完善，食品安全的操作流程不能满足现有需要，制度的缺陷容易造成较大的安全隐患。</w:t>
      </w:r>
      <w:r>
        <w:rPr>
          <w:lang w:eastAsia="zh-CN"/>
        </w:rPr>
        <w:br/>
      </w:r>
      <w:r>
        <w:rPr>
          <w:lang w:eastAsia="zh-CN"/>
        </w:rPr>
        <w:t>　　以上是我对于本年工作的简单回顾，再次感谢在迷茫时领导的关心与教诲，在孤独无助时同时的支持与帮助，祝愿新的一年饭堂后勤管理工作再上新的更高台阶，祝愿公司各方面经营管理工作再现新的更大突破。</w:t>
      </w:r>
      <w:r>
        <w:rPr>
          <w:lang w:eastAsia="zh-CN"/>
        </w:rPr>
        <w:br/>
      </w:r>
      <w:r>
        <w:rPr>
          <w:lang w:eastAsia="zh-CN"/>
        </w:rPr>
        <w:t xml:space="preserve">    后勤食堂工作总结 篇6 </w:t>
      </w:r>
      <w:r>
        <w:rPr>
          <w:lang w:eastAsia="zh-CN"/>
        </w:rPr>
        <w:br/>
      </w:r>
      <w:r>
        <w:rPr>
          <w:lang w:eastAsia="zh-CN"/>
        </w:rPr>
        <w:t>　　时间过得真快，茫茫碌碌中已近年中，回顾过去的每一天，我作为一名餐饮部的人员，深感到责任的重大，工作压力之沉重。因为我所从事的工作，很有可能会影响到全体职工的身心健康。所以，为了扬长避短，今后能把工作干得更好，现就这半年的工作情况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首先，作为公司的一名员工，是我莫大的荣幸。在工作阶段，部分工作中出现的不足的地方，在公司领导的指导及同仁的协助下，基本得到了改善并起到了较好的工作效果。我个人的工作能力以及待人处事，也在日常的工作中不断的提升，在意识到自身不足的同时不气馁，虚心接受经验丰富的同事的指教。作为食堂自然是离不开饮食，食堂是每个人生活中不可缺少的一部分，假如我们离开了吃的东西是不可能生存下去，所以作为单位的食堂这也是很重要的。作为食堂工作人员更应多为的饮食着想，为保证每位员工的身心健康而考虑</w:t>
      </w:r>
      <w:r>
        <w:rPr>
          <w:lang w:eastAsia="zh-CN"/>
        </w:rPr>
        <w:t xml:space="preserve"> 。</w:t>
      </w:r>
      <w:r>
        <w:rPr>
          <w:lang w:eastAsia="zh-CN"/>
        </w:rPr>
        <w:br/>
      </w:r>
      <w:r>
        <w:rPr>
          <w:lang w:eastAsia="zh-CN"/>
        </w:rPr>
        <w:t>　　再者，工作期间承蒙各位领导同事对我的照顾，完成公司安排的日常工作，目前主要工作从事于食堂后勤日常收入、支出管理，从任职此职以来，我深深的体会到了做为一名后勤人员的责任，虽然自身工作方式还有待更高的提升，比如在食堂后勤工作方面还缺少经验，解决问题时有时缺乏果断，偶尔也会被小的挫折影响工作信心。当认识到这些不足的同时，我始终坚信，态度是改进提高的前提，我相信在今后的工作中，努力弥补不足，尽心的工作，认真的学习，定能为园区的顺利开展，尽一名员工所能做的最大努力。</w:t>
      </w:r>
      <w:r>
        <w:rPr>
          <w:lang w:eastAsia="zh-CN"/>
        </w:rPr>
        <w:br/>
      </w:r>
      <w:r>
        <w:rPr>
          <w:lang w:eastAsia="zh-CN"/>
        </w:rPr>
        <w:t>　　最后，回顾半年的工作，我在思想上、学习上、工作上取得了新的进步，但我也认识到自己的不足之处，理论知识水平还比较低，现代办公技能还不强。今后，也必定会认真克服缺点，刻苦学习、勤奋工作力争为公司的发展做出最大的贡献！</w:t>
      </w:r>
      <w:r>
        <w:rPr>
          <w:lang w:eastAsia="zh-CN"/>
        </w:rPr>
        <w:br/>
      </w:r>
      <w:r>
        <w:rPr>
          <w:lang w:eastAsia="zh-CN"/>
        </w:rPr>
        <w:t>　　我将在总结过去得失的基础上，与时俱进，加强学习，争取让自己将后勤这块的工作做到更好。目前，对于我来说，加强工作技能的学习是很重要的，但是我相信凭着自己强烈的责任心，一定会将领导交付的工作做好做精，秉着不管是大事还是小事都要做好的原则，在感谢领导对我信任的同时，也鞭笞自己多充电、多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我们将满怀热情地迎来下半年，这就意味着新的机遇和新的挑战。我坚信在领导的决策下公司的明天会更好，作为公司的一份子，在下半年的工作当中我将一如既往，全心全意的为公司的不断发展壮大，贡献自己的一份微薄之力。相信我们通泰全体成员也会再接再厉，使工作更上一层楼！</w:t>
      </w:r>
      <w:r>
        <w:rPr>
          <w:lang w:eastAsia="zh-CN"/>
        </w:rPr>
        <w:br/>
      </w:r>
      <w:r>
        <w:rPr>
          <w:lang w:eastAsia="zh-CN"/>
        </w:rPr>
        <w:t>　　20__年即将结束，审视自己在物业部一年来的工作，总结一年的得失，感触良多。一年来，我热衷于本职工作，严格要求自己，摆正自己的工作位置，时刻保持“谦虚”、“谨慎”、“律己”的态度。在领导的关心、栽培和同事们的帮助支持下，始终勤奋学习、积极进取，努力提高自我，始终勤奋工作，认真完成任务，履行好岗位职责。作为一名安保员，但在我心中，数据产业园区就是我的家园，领导就是我的家长,同事就是我的兄弟姐妹，园区的事就是我自己的事，我要精心守卫我的家园，使它在安全的环境中茁壮成长。我明白作为一个家庭成员，一名安保员“守卫园区、守卫我家”的责任重大。</w:t>
      </w:r>
      <w:r>
        <w:rPr>
          <w:lang w:eastAsia="zh-CN"/>
        </w:rPr>
        <w:br/>
      </w:r>
      <w:r>
        <w:rPr>
          <w:lang w:eastAsia="zh-CN"/>
        </w:rPr>
        <w:t>　　安保是一项特殊的、并具有很大危险性的工作，可我没有因此而胆怯、畏惧。记得有位名人曾经说过“我们不是在为老板打工，更不是单纯为了赚钱，我是在为自己的梦想打工，为自己的远大前途打工。我们只能在业绩中提升自己。”因此，我们必须秉承严肃认真的工作态度，干好日常看似平淡的工作，要想得到，做得全。坚决完成上级领导交给我们的每一项任务，做到让领导放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在部门薛炜部长的带领下，我们圆满地完成了今年的工作任务，得到了企业、租户的满意，同时也得到了领导的认可。我们今年的工作是比较繁琐的一年，有企业、租户的装修施工，进出的人员多且复杂，加上因当前安保队员不足的影响而愈加加剧了当前治安形式的严峻，这都对我们的工作增加了压力，在这种情况下我们加强了对进出人员、施工人员的监管和登记，加强巡查大楼的力度，把事故彻底消灭在萌芽状态下，确保了数据产业园区的安全。</w:t>
      </w:r>
      <w:r>
        <w:rPr>
          <w:lang w:eastAsia="zh-CN"/>
        </w:rPr>
        <w:br/>
      </w:r>
      <w:r>
        <w:rPr>
          <w:lang w:eastAsia="zh-CN"/>
        </w:rPr>
        <w:t>　　在工作之余，在部门的部署下，我们进行了保安员体能训练，内容包括，队列训练，军体拳等。坚持完成预期目标，保质保量地完成训练计划，我刚开始时也和队员一样有怨言，觉得成天训练这个没什么必要，但最终我明白要想有整体过硬的业务本领和强壮的体能素质，没有刻苦训练关键时刻怎么能发挥出我们“养兵千日、用兵一时”的作用呢？所以我们一直坚持。</w:t>
      </w:r>
      <w:r>
        <w:rPr>
          <w:lang w:eastAsia="zh-CN"/>
        </w:rPr>
        <w:br/>
      </w:r>
      <w:r>
        <w:rPr>
          <w:lang w:eastAsia="zh-CN"/>
        </w:rPr>
        <w:t>　　在现有的硬件设施(监控、消防设施、ck报警器)我们应加强管理。我们可以通过监控录像显示观察到各个楼道电梯环境、状况。发现在楼道电梯有不良行为、抽烟等我们的安保员及时出现制止。在监控室值班的安保员严格遵守监控室制度，记录消防设施、ck报警器实时数据。保持各部位设施的整洁</w:t>
      </w:r>
      <w:r>
        <w:rPr>
          <w:lang w:eastAsia="zh-CN"/>
        </w:rPr>
        <w:br/>
      </w:r>
      <w:r>
        <w:rPr>
          <w:lang w:eastAsia="zh-CN"/>
        </w:rPr>
        <w:t>　　作为安保员还是一名义务的消防员，今年在部门组织的几次消防安全培训和发生火灾时的应急处理方案中，能认真地学习记录，掌握消防知识，结合园区应有的消防设备、设施，定期组织人员进行设备的巡查和维护工作，以“预防为主、防消结合”的方针，确保企业、租户的生命财产和安全。</w:t>
      </w:r>
      <w:r>
        <w:rPr>
          <w:lang w:eastAsia="zh-CN"/>
        </w:rPr>
        <w:br/>
      </w:r>
      <w:r>
        <w:rPr>
          <w:lang w:eastAsia="zh-CN"/>
        </w:rPr>
        <w:t>　　在工作生活当中本人在一年的总结如下：</w:t>
      </w:r>
      <w:r>
        <w:rPr>
          <w:lang w:eastAsia="zh-CN"/>
        </w:rPr>
        <w:br/>
      </w:r>
      <w:r>
        <w:rPr>
          <w:lang w:eastAsia="zh-CN"/>
        </w:rPr>
        <w:t>　　1、坚决服从领导、认真领会并执行数据产业园区管理策略和指示精神，并贯彻落实到岗位实际工作当中始终把维护园区利益放在第一位。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2、认真对待并坚决完成部门交给的各项工作任务，积极协助主管做好队伍的日常工作，并为队伍的建设出谋划策。</w:t>
      </w:r>
      <w:r>
        <w:rPr>
          <w:lang w:eastAsia="zh-CN"/>
        </w:rPr>
        <w:br/>
      </w:r>
      <w:r>
        <w:rPr>
          <w:lang w:eastAsia="zh-CN"/>
        </w:rPr>
        <w:t>　　3、工作中不怕吃苦受累，勇挑重担，主动找事干，做到“眼勤、嘴勤、手勤、腿勤”，积极适应各种艰苦环境，在繁重的工作中磨练自己的意志，增长自己的才干；并勇于发现和纠正自己工作中的缺点、错误，不断调整自己的思维方式和工作方法，分阶段提出较高的学习和工作目标，不断追求更大的进步。</w:t>
      </w:r>
      <w:r>
        <w:rPr>
          <w:lang w:eastAsia="zh-CN"/>
        </w:rPr>
        <w:br/>
      </w:r>
      <w:r>
        <w:rPr>
          <w:lang w:eastAsia="zh-CN"/>
        </w:rPr>
        <w:t>　　4、加强学习，勇于实践，不断积累，勇于开拓。在理论学习的同时注意讲究学习方法，端正学习态度，提高学习效率，努力培养自己扎实的理论功底、正确的思想观点、踏实的工作作风、周密的组织能力、机智的分析能力、果敢的处事能力、广泛的社交能力;并虚心好学，不断地向部门主管请教取经，吸取他们的成功经验，不断鞭策自己使自己有学习的方向和目标。</w:t>
      </w:r>
      <w:r>
        <w:rPr>
          <w:lang w:eastAsia="zh-CN"/>
        </w:rPr>
        <w:br/>
      </w:r>
      <w:r>
        <w:rPr>
          <w:lang w:eastAsia="zh-CN"/>
        </w:rPr>
        <w:t>　　5、坚持“预防为主、防消结合”的消防方针，完善消防设备巡查及保养措施，并加强消防知识的培训，提高防火意识，掌握消防设备的操作方法，确保安全。</w:t>
      </w:r>
      <w:r>
        <w:rPr>
          <w:lang w:eastAsia="zh-CN"/>
        </w:rPr>
        <w:br/>
      </w:r>
      <w:r>
        <w:rPr>
          <w:lang w:eastAsia="zh-CN"/>
        </w:rPr>
        <w:t>　　以上是我在物业部一年时间做得好的方面，纵观一年时间的工作，客观自我剖析，自己也存在以下不足之处，恳请领导的指正与批评，以待在今后的工作中进一步加强和改正。</w:t>
      </w:r>
      <w:r>
        <w:rPr>
          <w:lang w:eastAsia="zh-CN"/>
        </w:rPr>
        <w:br/>
      </w:r>
      <w:r>
        <w:rPr>
          <w:lang w:eastAsia="zh-CN"/>
        </w:rPr>
        <w:t>　　1、工作当中有松懈。</w:t>
      </w:r>
      <w:r>
        <w:rPr>
          <w:lang w:eastAsia="zh-CN"/>
        </w:rPr>
        <w:br/>
      </w:r>
      <w:r>
        <w:rPr>
          <w:lang w:eastAsia="zh-CN"/>
        </w:rPr>
        <w:t>　　2、工作经验和相关管理知识仍需进一步学习，积累。</w:t>
      </w:r>
      <w:r>
        <w:rPr>
          <w:lang w:eastAsia="zh-CN"/>
        </w:rPr>
        <w:br/>
      </w:r>
      <w:r>
        <w:rPr>
          <w:lang w:eastAsia="zh-CN"/>
        </w:rPr>
        <w:t xml:space="preserve">    后勤食堂工作总结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我校一直比较重视学校食堂卫生以及早餐质量的管理工作，成立了学校卫生工作管理，校长亲自担任组长，成员由学校行政、后勤的有关人员组成。同时，我们还制订了详细的学校卫生管理制度，并定期深入到食堂进行检查落实。我们还申请了《食品卫生许可证》，并按时进行年审。在具体的食堂管理中，我们采取了以下的一些措施：</w:t>
      </w:r>
      <w:r>
        <w:rPr>
          <w:lang w:eastAsia="zh-CN"/>
        </w:rPr>
        <w:br/>
      </w:r>
      <w:r>
        <w:rPr>
          <w:lang w:eastAsia="zh-CN"/>
        </w:rPr>
        <w:t>　　一、在原料质量及粗加工方面做到：</w:t>
      </w:r>
      <w:r>
        <w:rPr>
          <w:lang w:eastAsia="zh-CN"/>
        </w:rPr>
        <w:br/>
      </w:r>
      <w:r>
        <w:rPr>
          <w:lang w:eastAsia="zh-CN"/>
        </w:rPr>
        <w:t>　　1、原料由专人到指定的长期供应点采购。</w:t>
      </w:r>
      <w:r>
        <w:rPr>
          <w:lang w:eastAsia="zh-CN"/>
        </w:rPr>
        <w:br/>
      </w:r>
      <w:r>
        <w:rPr>
          <w:lang w:eastAsia="zh-CN"/>
        </w:rPr>
        <w:t>　　2、设有专门的原料验收员，经验收，腐烂变质等不合格的原料坚决不予进入学校食堂。</w:t>
      </w:r>
      <w:r>
        <w:rPr>
          <w:lang w:eastAsia="zh-CN"/>
        </w:rPr>
        <w:br/>
      </w:r>
      <w:r>
        <w:rPr>
          <w:lang w:eastAsia="zh-CN"/>
        </w:rPr>
        <w:t>　　3、有专门盛放原料的容器，绝对不能让原料被污染。</w:t>
      </w:r>
      <w:r>
        <w:rPr>
          <w:lang w:eastAsia="zh-CN"/>
        </w:rPr>
        <w:br/>
      </w:r>
      <w:r>
        <w:rPr>
          <w:lang w:eastAsia="zh-CN"/>
        </w:rPr>
        <w:t>　　4、设有原料加工的专用场地。</w:t>
      </w:r>
      <w:r>
        <w:rPr>
          <w:lang w:eastAsia="zh-CN"/>
        </w:rPr>
        <w:br/>
      </w:r>
      <w:r>
        <w:rPr>
          <w:lang w:eastAsia="zh-CN"/>
        </w:rPr>
        <w:t>　　5、原料清洗做到荤、素分开。</w:t>
      </w:r>
      <w:r>
        <w:rPr>
          <w:lang w:eastAsia="zh-CN"/>
        </w:rPr>
        <w:br/>
      </w:r>
      <w:r>
        <w:rPr>
          <w:lang w:eastAsia="zh-CN"/>
        </w:rPr>
        <w:t>　　二、在食品贮有方面做到：</w:t>
      </w:r>
      <w:r>
        <w:rPr>
          <w:lang w:eastAsia="zh-CN"/>
        </w:rPr>
        <w:br/>
      </w:r>
      <w:r>
        <w:rPr>
          <w:lang w:eastAsia="zh-CN"/>
        </w:rPr>
        <w:t>　　1、食品分类存放，排列整齐。</w:t>
      </w:r>
      <w:r>
        <w:rPr>
          <w:lang w:eastAsia="zh-CN"/>
        </w:rPr>
        <w:br/>
      </w:r>
      <w:r>
        <w:rPr>
          <w:lang w:eastAsia="zh-CN"/>
        </w:rPr>
        <w:t>　　2、有食品货架和货柜，并做到离墙、离地存放。</w:t>
      </w:r>
      <w:r>
        <w:rPr>
          <w:lang w:eastAsia="zh-CN"/>
        </w:rPr>
        <w:br/>
      </w:r>
      <w:r>
        <w:rPr>
          <w:lang w:eastAsia="zh-CN"/>
        </w:rPr>
        <w:t>　　3、仓库做到干燥、通风通气，有防潮、防霉设施。</w:t>
      </w:r>
      <w:r>
        <w:rPr>
          <w:lang w:eastAsia="zh-CN"/>
        </w:rPr>
        <w:br/>
      </w:r>
      <w:r>
        <w:rPr>
          <w:lang w:eastAsia="zh-CN"/>
        </w:rPr>
        <w:t>　　三、食品制作及餐间做到：</w:t>
      </w:r>
      <w:r>
        <w:rPr>
          <w:lang w:eastAsia="zh-CN"/>
        </w:rPr>
        <w:br/>
      </w:r>
      <w:r>
        <w:rPr>
          <w:lang w:eastAsia="zh-CN"/>
        </w:rPr>
        <w:t>　　1、通风透光良好，给、排水方便合理。</w:t>
      </w:r>
      <w:r>
        <w:rPr>
          <w:lang w:eastAsia="zh-CN"/>
        </w:rPr>
        <w:br/>
      </w:r>
      <w:r>
        <w:rPr>
          <w:lang w:eastAsia="zh-CN"/>
        </w:rPr>
        <w:t>　　2、地面有无毒，耐腐、蚀材料构筑，无积水。</w:t>
      </w:r>
      <w:r>
        <w:rPr>
          <w:lang w:eastAsia="zh-CN"/>
        </w:rPr>
        <w:br/>
      </w:r>
      <w:r>
        <w:rPr>
          <w:lang w:eastAsia="zh-CN"/>
        </w:rPr>
        <w:t>　　3、粘贴有白色瓷砖墙裙。</w:t>
      </w:r>
      <w:r>
        <w:rPr>
          <w:lang w:eastAsia="zh-CN"/>
        </w:rPr>
        <w:br/>
      </w:r>
      <w:r>
        <w:rPr>
          <w:lang w:eastAsia="zh-CN"/>
        </w:rPr>
        <w:t>　　4、天花板光滑整洁，无霉点，无蜘蛛网。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5、灶台及分餐台粘贴有白色瓷砖，并保持无污渍垢。</w:t>
      </w:r>
      <w:r>
        <w:rPr>
          <w:lang w:eastAsia="zh-CN"/>
        </w:rPr>
        <w:br/>
      </w:r>
      <w:r>
        <w:rPr>
          <w:lang w:eastAsia="zh-CN"/>
        </w:rPr>
        <w:t>　　6、设有能防蝇、防虫、防尘的卫生设施。</w:t>
      </w:r>
      <w:r>
        <w:rPr>
          <w:lang w:eastAsia="zh-CN"/>
        </w:rPr>
        <w:br/>
      </w:r>
      <w:r>
        <w:rPr>
          <w:lang w:eastAsia="zh-CN"/>
        </w:rPr>
        <w:t>　　7、高有青菜浸泡池，买青菜要求先行浸泡20分钟。</w:t>
      </w:r>
      <w:r>
        <w:rPr>
          <w:lang w:eastAsia="zh-CN"/>
        </w:rPr>
        <w:br/>
      </w:r>
      <w:r>
        <w:rPr>
          <w:lang w:eastAsia="zh-CN"/>
        </w:rPr>
        <w:t>　　四、对餐具做到：</w:t>
      </w:r>
      <w:r>
        <w:rPr>
          <w:lang w:eastAsia="zh-CN"/>
        </w:rPr>
        <w:br/>
      </w:r>
      <w:r>
        <w:rPr>
          <w:lang w:eastAsia="zh-CN"/>
        </w:rPr>
        <w:t>　　1、有专人负责洗涤，消毒餐具。</w:t>
      </w:r>
      <w:r>
        <w:rPr>
          <w:lang w:eastAsia="zh-CN"/>
        </w:rPr>
        <w:br/>
      </w:r>
      <w:r>
        <w:rPr>
          <w:lang w:eastAsia="zh-CN"/>
        </w:rPr>
        <w:t>　　2、设有餐具洗涤池，冲洗池及消毒池。</w:t>
      </w:r>
      <w:r>
        <w:rPr>
          <w:lang w:eastAsia="zh-CN"/>
        </w:rPr>
        <w:br/>
      </w:r>
      <w:r>
        <w:rPr>
          <w:lang w:eastAsia="zh-CN"/>
        </w:rPr>
        <w:t>　　3、已消毒的餐具采取了保洁措施。</w:t>
      </w:r>
      <w:r>
        <w:rPr>
          <w:lang w:eastAsia="zh-CN"/>
        </w:rPr>
        <w:br/>
      </w:r>
      <w:r>
        <w:rPr>
          <w:lang w:eastAsia="zh-CN"/>
        </w:rPr>
        <w:t>　　五、食堂卫生人员方面做到：</w:t>
      </w:r>
      <w:r>
        <w:rPr>
          <w:lang w:eastAsia="zh-CN"/>
        </w:rPr>
        <w:br/>
      </w:r>
      <w:r>
        <w:rPr>
          <w:lang w:eastAsia="zh-CN"/>
        </w:rPr>
        <w:t>　　1、食堂从业人员都经过健康检查，并取得健康证</w:t>
      </w:r>
      <w:r>
        <w:rPr>
          <w:lang w:eastAsia="zh-CN"/>
        </w:rPr>
        <w:br/>
      </w:r>
      <w:r>
        <w:rPr>
          <w:lang w:eastAsia="zh-CN"/>
        </w:rPr>
        <w:t>　　2、上班都要求穿戴工作衣帽，头发不得外露</w:t>
      </w:r>
      <w:r>
        <w:rPr>
          <w:lang w:eastAsia="zh-CN"/>
        </w:rPr>
        <w:br/>
      </w:r>
      <w:r>
        <w:rPr>
          <w:lang w:eastAsia="zh-CN"/>
        </w:rPr>
        <w:t>　　3、讲究卫生，不得留长指甲，不得戴此文来源于是文 秘 家 园戒指</w:t>
      </w:r>
      <w:r>
        <w:rPr>
          <w:lang w:eastAsia="zh-CN"/>
        </w:rPr>
        <w:br/>
      </w:r>
      <w:r>
        <w:rPr>
          <w:lang w:eastAsia="zh-CN"/>
        </w:rPr>
        <w:t>　　4、不能随地吐痰，不乱丢废弃物</w:t>
      </w:r>
      <w:r>
        <w:rPr>
          <w:lang w:eastAsia="zh-CN"/>
        </w:rPr>
        <w:br/>
      </w:r>
      <w:r>
        <w:rPr>
          <w:lang w:eastAsia="zh-CN"/>
        </w:rPr>
        <w:t>　　六、在环境卫生方面做到：</w:t>
      </w:r>
      <w:r>
        <w:rPr>
          <w:lang w:eastAsia="zh-CN"/>
        </w:rPr>
        <w:br/>
      </w:r>
      <w:r>
        <w:rPr>
          <w:lang w:eastAsia="zh-CN"/>
        </w:rPr>
        <w:t>　　1、室内水池加盖上锁</w:t>
      </w:r>
      <w:r>
        <w:rPr>
          <w:lang w:eastAsia="zh-CN"/>
        </w:rPr>
        <w:br/>
      </w:r>
      <w:r>
        <w:rPr>
          <w:lang w:eastAsia="zh-CN"/>
        </w:rPr>
        <w:t>　　2、环境卫生保持清洁，无卫生死角，无积灰</w:t>
      </w:r>
      <w:r>
        <w:rPr>
          <w:lang w:eastAsia="zh-CN"/>
        </w:rPr>
        <w:br/>
      </w:r>
      <w:r>
        <w:rPr>
          <w:lang w:eastAsia="zh-CN"/>
        </w:rPr>
        <w:t>　　3、高有垃圾桶并加盖，能及时清除</w:t>
      </w:r>
      <w:r>
        <w:rPr>
          <w:lang w:eastAsia="zh-CN"/>
        </w:rPr>
        <w:br/>
      </w:r>
      <w:r>
        <w:rPr>
          <w:lang w:eastAsia="zh-CN"/>
        </w:rPr>
        <w:t>　　4、排污沟保持通畅</w:t>
      </w:r>
      <w:r>
        <w:rPr>
          <w:lang w:eastAsia="zh-CN"/>
        </w:rPr>
        <w:br/>
      </w:r>
      <w:r>
        <w:rPr>
          <w:lang w:eastAsia="zh-CN"/>
        </w:rPr>
        <w:t>　　存在问题是：由于我校场地有限，房屋残旧，待村委拨款到位后，立即动工改建。</w:t>
      </w:r>
      <w:r>
        <w:rPr>
          <w:lang w:eastAsia="zh-CN"/>
        </w:rPr>
        <w:br/>
      </w:r>
      <w:r>
        <w:rPr>
          <w:lang w:eastAsia="zh-CN"/>
        </w:rPr>
        <w:t xml:space="preserve">    后勤食堂工作总结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民以食为天”，作为后勤工作重点之一的食堂管理，怎样激活内部感召力，完善竞争机制，提高劳动效率，更好地为师生服务，这是我们后勤管理人员孜孜以求的目标之一，食堂后勤工作总结。为此，自本校食堂创建以来，我们更加努力地探索食堂的新路子。多年来，我们基本形成了一套自己的管理模式，为了更进一步地总结经验、弥补不足，我从以下几方面作简要回顾：</w:t>
      </w:r>
      <w:r>
        <w:rPr>
          <w:lang w:eastAsia="zh-CN"/>
        </w:rPr>
        <w:br/>
      </w:r>
      <w:r>
        <w:rPr>
          <w:lang w:eastAsia="zh-CN"/>
        </w:rPr>
        <w:t>　　一、抓机构建立，促组织落实</w:t>
      </w:r>
      <w:r>
        <w:rPr>
          <w:lang w:eastAsia="zh-CN"/>
        </w:rPr>
        <w:br/>
      </w:r>
      <w:r>
        <w:rPr>
          <w:lang w:eastAsia="zh-CN"/>
        </w:rPr>
        <w:t>　　1、机构设置及人员运营管理。建立建全各项线鳍规章制度的组织落实，年终进行考核指标评比。</w:t>
      </w:r>
      <w:r>
        <w:rPr>
          <w:lang w:eastAsia="zh-CN"/>
        </w:rPr>
        <w:br/>
      </w:r>
      <w:r>
        <w:rPr>
          <w:lang w:eastAsia="zh-CN"/>
        </w:rPr>
        <w:t>　　2、食堂工作人员的身体托儿所执行学年度体检制度，发现身体状况每况愈下的，采取暂时停用休养的办法，待身体完全恢复后再考虑精心安排；对食堂邢环境卫生实行周检查制度，发现问题，立即指出改正。</w:t>
      </w:r>
      <w:r>
        <w:rPr>
          <w:lang w:eastAsia="zh-CN"/>
        </w:rPr>
        <w:br/>
      </w:r>
      <w:r>
        <w:rPr>
          <w:lang w:eastAsia="zh-CN"/>
        </w:rPr>
        <w:t>　　3、抓文明礼貌的落实：我们宣扬文明用餐、礼貌服务，要求班主任做好在校用餐学生的文明用餐的教育，而且，每天学生用餐时都都要求值周领导入自助餐厅巡视，值日教师定桌服务，帮助解决学生用餐中会替的具体问题。</w:t>
      </w:r>
      <w:r>
        <w:rPr>
          <w:lang w:eastAsia="zh-CN"/>
        </w:rPr>
        <w:br/>
      </w:r>
      <w:r>
        <w:rPr>
          <w:lang w:eastAsia="zh-CN"/>
        </w:rPr>
        <w:t>　　二、食堂管理的核心思想</w:t>
      </w:r>
      <w:r>
        <w:rPr>
          <w:lang w:eastAsia="zh-CN"/>
        </w:rPr>
        <w:br/>
      </w:r>
      <w:r>
        <w:rPr>
          <w:lang w:eastAsia="zh-CN"/>
        </w:rPr>
        <w:t>　　严格管理制度，共创文明服务。</w:t>
      </w:r>
      <w:r>
        <w:rPr>
          <w:lang w:eastAsia="zh-CN"/>
        </w:rPr>
        <w:br/>
      </w:r>
      <w:r>
        <w:rPr>
          <w:lang w:eastAsia="zh-CN"/>
        </w:rPr>
        <w:t>　　学校的主要工作是课堂教学，后勤管理的宗旨是坚持为教学服务，而作为首要任务后勤管理重中之重的工作——食堂管理工作，更是直接影响学校工作的正常开展。为此，我们特制订了一系列的规章制度，确保食堂此项工作的正常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1、出勤制度：</w:t>
      </w:r>
      <w:r>
        <w:rPr>
          <w:lang w:eastAsia="zh-CN"/>
        </w:rPr>
        <w:br/>
      </w:r>
      <w:r>
        <w:rPr>
          <w:lang w:eastAsia="zh-CN"/>
        </w:rPr>
        <w:t>　　不随意更改作息时间</w:t>
      </w:r>
      <w:r>
        <w:rPr>
          <w:lang w:eastAsia="zh-CN"/>
        </w:rPr>
        <w:br/>
      </w:r>
      <w:r>
        <w:rPr>
          <w:lang w:eastAsia="zh-CN"/>
        </w:rPr>
        <w:t>　　2、劳动管理：</w:t>
      </w:r>
      <w:r>
        <w:rPr>
          <w:lang w:eastAsia="zh-CN"/>
        </w:rPr>
        <w:br/>
      </w:r>
      <w:r>
        <w:rPr>
          <w:lang w:eastAsia="zh-CN"/>
        </w:rPr>
        <w:t>　　和睦相处、礼貌待人，杜绝与喝茶人员发生冲突，情节严重解，并对目前现状不足之处即时改进。如卫生情况：我亲自到厨房带头和他们一起将天花板、墙壁、灶台、蒸箱、地面、以及库房等，统统进行了彻底大清扫。每次回填行之有效，客厅有了明显改观。</w:t>
      </w:r>
      <w:r>
        <w:rPr>
          <w:lang w:eastAsia="zh-CN"/>
        </w:rPr>
        <w:br/>
      </w:r>
      <w:r>
        <w:rPr>
          <w:lang w:eastAsia="zh-CN"/>
        </w:rPr>
        <w:t>　　三、存在问题</w:t>
      </w:r>
      <w:r>
        <w:rPr>
          <w:lang w:eastAsia="zh-CN"/>
        </w:rPr>
        <w:br/>
      </w:r>
      <w:r>
        <w:rPr>
          <w:lang w:eastAsia="zh-CN"/>
        </w:rPr>
        <w:t>　　（一）随着国民经济的发展，人民的'生活水平也得到了改善，同时也给我们的独生子女养成了娇生惯养的坏习惯，主要表现在：</w:t>
      </w:r>
      <w:r>
        <w:rPr>
          <w:lang w:eastAsia="zh-CN"/>
        </w:rPr>
        <w:br/>
      </w:r>
      <w:r>
        <w:rPr>
          <w:lang w:eastAsia="zh-CN"/>
        </w:rPr>
        <w:t>　　1、挑食、偏食，导致倒菜现象严重；</w:t>
      </w:r>
      <w:r>
        <w:rPr>
          <w:lang w:eastAsia="zh-CN"/>
        </w:rPr>
        <w:br/>
      </w:r>
      <w:r>
        <w:rPr>
          <w:lang w:eastAsia="zh-CN"/>
        </w:rPr>
        <w:t>　　2、小朋友们独立生活能力较差，有时会出现吃不饱、吃不好的现象，而引起家长的绝不放心。</w:t>
      </w:r>
      <w:r>
        <w:rPr>
          <w:lang w:eastAsia="zh-CN"/>
        </w:rPr>
        <w:br/>
      </w:r>
      <w:r>
        <w:rPr>
          <w:lang w:eastAsia="zh-CN"/>
        </w:rPr>
        <w:t>　　（二）忧患意识。</w:t>
      </w:r>
      <w:r>
        <w:rPr>
          <w:lang w:eastAsia="zh-CN"/>
        </w:rPr>
        <w:br/>
      </w:r>
      <w:r>
        <w:rPr>
          <w:lang w:eastAsia="zh-CN"/>
        </w:rPr>
        <w:t>　　食堂卫生是隐患的源泉、发源地。在卫生管理上我们坚持每周召开生活会，做到警钟长鸣，增强职工的忧患意识，尽可能地把隐患扼制在盟芽状态；我们其要求每好几位一位职工必须做到：</w:t>
      </w:r>
      <w:r>
        <w:rPr>
          <w:lang w:eastAsia="zh-CN"/>
        </w:rPr>
        <w:br/>
      </w:r>
      <w:r>
        <w:rPr>
          <w:lang w:eastAsia="zh-CN"/>
        </w:rPr>
        <w:t>　　1、办公时间所有职工，一律要穿工作服。</w:t>
      </w:r>
      <w:r>
        <w:rPr>
          <w:lang w:eastAsia="zh-CN"/>
        </w:rPr>
        <w:br/>
      </w:r>
      <w:r>
        <w:rPr>
          <w:lang w:eastAsia="zh-CN"/>
        </w:rPr>
        <w:t>　　2、注意个人卫生，勤理发、勤剪指甲、勤换衣服、勤洗澡，不留长发、小胡子，开饭先洗手。</w:t>
      </w:r>
      <w:r>
        <w:rPr>
          <w:lang w:eastAsia="zh-CN"/>
        </w:rPr>
        <w:br/>
      </w:r>
      <w:r>
        <w:rPr>
          <w:lang w:eastAsia="zh-CN"/>
        </w:rPr>
        <w:t>　　3、食堂内外实行定人、定点、定时间、定要求，必须做到每日清扫、周末大扫。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4、各种餐具、笼布、机械等要洗清干净，做到木见本色，铁见光，用后摆列整齐，生熟用具严格分开不得混用。</w:t>
      </w:r>
      <w:r>
        <w:rPr>
          <w:lang w:eastAsia="zh-CN"/>
        </w:rPr>
        <w:br/>
      </w:r>
      <w:r>
        <w:rPr>
          <w:lang w:eastAsia="zh-CN"/>
        </w:rPr>
        <w:t>　　5、开饭时不准吸烟，不准面向食品说话、咳嗽，不准涂脂抹粉。</w:t>
      </w:r>
      <w:r>
        <w:rPr>
          <w:lang w:eastAsia="zh-CN"/>
        </w:rPr>
        <w:br/>
      </w:r>
      <w:r>
        <w:rPr>
          <w:lang w:eastAsia="zh-CN"/>
        </w:rPr>
        <w:t>　　6、认真执行《食品卫生法》和卫生制度，形成制度，对照评比。</w:t>
      </w:r>
      <w:r>
        <w:rPr>
          <w:lang w:eastAsia="zh-CN"/>
        </w:rPr>
        <w:br/>
      </w:r>
      <w:r>
        <w:rPr>
          <w:lang w:eastAsia="zh-CN"/>
        </w:rPr>
        <w:t>　　（三）严格检测与监督，创效应。</w:t>
      </w:r>
      <w:r>
        <w:rPr>
          <w:lang w:eastAsia="zh-CN"/>
        </w:rPr>
        <w:br/>
      </w:r>
      <w:r>
        <w:rPr>
          <w:lang w:eastAsia="zh-CN"/>
        </w:rPr>
        <w:t>　　食堂管理不断完善既要有一套完善的管理制度，更要有过硬的检测与运行机制，才能确保体制的纯粹性、真实性，也才能赚足吸引更多的家长了解学校，了解学校食堂运营管理，也只有这样，学校才能在家长中树立起效应，才能让更多的家长放心地把自己的孩子送到小朋友学校来用餐。我们具体做法是：</w:t>
      </w:r>
      <w:r>
        <w:rPr>
          <w:lang w:eastAsia="zh-CN"/>
        </w:rPr>
        <w:br/>
      </w:r>
      <w:r>
        <w:rPr>
          <w:lang w:eastAsia="zh-CN"/>
        </w:rPr>
        <w:t>　　1、控制进货渠道，不进劣质低价菜、不进来路不明菜。1000多人用餐需要每周去凌家塘采购各种食品，如：肉、菜、蛋、主、副食等。由我校行政亲自去采购，严把没有＂检疫证＂、＂食品卫生许可证＂的食品，一律不采购存放天数长的、变质变味的统统拒之门外，严防食物中毒事件的会发生，切实保证五组师生的身体健康。疾病我食堂用餐师生无发生任何肠道在此期间和食物中毒事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2、不定期对陈世荣工作人员进行思想教育、贯彻落实食品卫生法的要求等。通过学习，增加工作人员降低在工作中的服务质量和意识。切实做好我校食堂的食品卫生、餐具的＂一洗、二冲、三消毒＂工作，做到随用随清，每周对厨房一次非常大清扫。如发现工作明晰中有不到位之处立即认为，勒令修定即时到位。全体工作人员能够认真作好本职工作，明确职责、各司其职、服从分配、随叫随到，保证职工的工作恒定运转。</w:t>
      </w:r>
      <w:r>
        <w:rPr>
          <w:lang w:eastAsia="zh-CN"/>
        </w:rPr>
        <w:br/>
      </w:r>
      <w:r>
        <w:rPr>
          <w:lang w:eastAsia="zh-CN"/>
        </w:rPr>
        <w:t>　　3、由保管员负责经常安全检查食堂仓库，不把酸败变腐的米煮给学生吃。</w:t>
      </w:r>
      <w:r>
        <w:rPr>
          <w:lang w:eastAsia="zh-CN"/>
        </w:rPr>
        <w:br/>
      </w:r>
      <w:r>
        <w:rPr>
          <w:lang w:eastAsia="zh-CN"/>
        </w:rPr>
        <w:t>　　4、对库存食品进行盘点交接，每天我都亲自下厨房和他（她）们一起工作、沟通，对食堂工作方面的所需与不足详细详细认识，并对现阶段现状不足之处即时改进。如卫生情况：我亲自到厨房带头和他们一起将天花板、墙壁、灶台、蒸箱、地面、以及库房等，统统进行了彻底非常大清扫。每次清理过渡性，厨房有了明显改观。</w:t>
      </w:r>
      <w:r>
        <w:rPr>
          <w:lang w:eastAsia="zh-CN"/>
        </w:rPr>
        <w:br/>
      </w:r>
      <w:r>
        <w:rPr>
          <w:lang w:eastAsia="zh-CN"/>
        </w:rPr>
        <w:t>　　我在学校食堂工作中为我校健康快速发展尽了自己的决心，得到了全校师生的认可，家长的信赖和各级班子成员的肯定肯定。我将在今后的工作中不断努力创新，更多的接受学校领导的监督与指导，更好地为师生服务，使学校食堂工作再上新的台阶。</w:t>
      </w:r>
      <w:r>
        <w:rPr>
          <w:lang w:eastAsia="zh-CN"/>
        </w:rPr>
        <w:br/>
      </w:r>
      <w:r>
        <w:rPr>
          <w:lang w:eastAsia="zh-CN"/>
        </w:rPr>
        <w:t xml:space="preserve">    后勤食堂工作总结 篇9 </w:t>
      </w:r>
      <w:r>
        <w:rPr>
          <w:lang w:eastAsia="zh-CN"/>
        </w:rPr>
        <w:br/>
      </w:r>
      <w:r>
        <w:rPr>
          <w:lang w:eastAsia="zh-CN"/>
        </w:rPr>
        <w:t>　　学校食堂工作事关每一个学生的身心健康,事关学校的声誉与发展。我校对食堂工作人员提出:食堂的发展要以师生安全为重点,满足学生的需要为中心打造师生满意食堂,创办特色食堂。食堂要不断深化服务意识，提升服务档次。工作中始终贯穿两条主线：一是确保食堂安全卫生，二是确保饭菜质量和价格合理。</w:t>
      </w:r>
      <w:r>
        <w:rPr>
          <w:lang w:eastAsia="zh-CN"/>
        </w:rPr>
        <w:br/>
      </w:r>
      <w:r>
        <w:rPr>
          <w:lang w:eastAsia="zh-CN"/>
        </w:rPr>
        <w:t>　　我校通过加强领导，健全机制，加大投入，强化管理等措施，提高了全体员工的认识，明确了各级部门和各类人员的职责，规范了学校食堂硬件建设，把严了食品卫生的各个环节，力争为广大师生提供一流的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一、统一思想，提高认识。</w:t>
      </w:r>
      <w:r>
        <w:rPr>
          <w:lang w:eastAsia="zh-CN"/>
        </w:rPr>
        <w:br/>
      </w:r>
      <w:r>
        <w:rPr>
          <w:lang w:eastAsia="zh-CN"/>
        </w:rPr>
        <w:t>　　认识有了高度，工作才有力度。只有认识到位，工作才能到位。学校领导多次对食堂的管理工作、行为规范提出了明确的要求。学校明确后勤主任分管食堂。在深入调研的基础上学校多次召开会议，广泛宣传，提高大家对学校食品卫生安全的认识，统一了思想。</w:t>
      </w:r>
      <w:r>
        <w:rPr>
          <w:lang w:eastAsia="zh-CN"/>
        </w:rPr>
        <w:br/>
      </w:r>
      <w:r>
        <w:rPr>
          <w:lang w:eastAsia="zh-CN"/>
        </w:rPr>
        <w:t>　　二、加大投入，特色建设。</w:t>
      </w:r>
      <w:r>
        <w:rPr>
          <w:lang w:eastAsia="zh-CN"/>
        </w:rPr>
        <w:br/>
      </w:r>
      <w:r>
        <w:rPr>
          <w:lang w:eastAsia="zh-CN"/>
        </w:rPr>
        <w:t>　　对食堂门面、教工餐厅、厨房间都进行了装修，彻底改变了食堂的面貌。对粗加工间进行了全封闭隔板，整修了食堂内部设施，对食堂进行了内部整体粉刷。此外，还对食堂的电路、电器设施进行了彻</w:t>
      </w:r>
      <w:r>
        <w:rPr>
          <w:lang w:eastAsia="zh-CN"/>
        </w:rPr>
        <w:br/>
      </w:r>
      <w:r>
        <w:rPr>
          <w:lang w:eastAsia="zh-CN"/>
        </w:rPr>
        <w:t>　　底的更新，重新改建了下水道,保证下水道畅通。完成了专用配餐间的改造。学校花大力气全部更换教师餐桌椅。在食堂文化建设上精心筹划，群策群力，美化食堂，受到全校师生的欢迎。真正做到了让师生吃得放心，吃得舒心。经过精心布置的食堂，彰显了校园文化特色，成为学校一道靓丽的风景线。</w:t>
      </w:r>
      <w:r>
        <w:rPr>
          <w:lang w:eastAsia="zh-CN"/>
        </w:rPr>
        <w:br/>
      </w:r>
      <w:r>
        <w:rPr>
          <w:lang w:eastAsia="zh-CN"/>
        </w:rPr>
        <w:t>　　三、加强督查，促进管理规范化。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为构建一个文明卫生的用餐环境，有利于养成学生文明就餐、卫生用餐的习惯，我校结合特色学校建设、校园文化建设，相继把食堂作为一个对学生进行教育的重要阵地和学校文化展示的窗口来进行建设。一是通过建立文明餐桌、星级餐桌评比制、文明就餐考核制、“文明就餐小标兵”评比制等一系列制度，培养学生文明就餐的习惯；二是通过张贴、悬挂名言、警句、名诗、名画，营造浓郁的文化氛围，强化对学生的文化熏陶，引导学生珍惜一粥一饭，尊重劳动，勤俭节约；三是通过配备校园广播、学校校刊、电视、校园网络等媒体，加强对学生文明礼仪常规的教育。</w:t>
      </w:r>
      <w:r>
        <w:rPr>
          <w:lang w:eastAsia="zh-CN"/>
        </w:rPr>
        <w:br/>
      </w:r>
      <w:r>
        <w:rPr>
          <w:lang w:eastAsia="zh-CN"/>
        </w:rPr>
        <w:t>　　如今就餐环境改善了，拥挤混乱的现象不见了，餐厅喧闹吵杂的现象不见了，学生乱倒剩菜剩饭的现象不见了。取而代之的是“排队就餐，安静就餐”的文明就餐景象。学校食堂已经成了教育学生的重要阵地。</w:t>
      </w:r>
      <w:r>
        <w:rPr>
          <w:lang w:eastAsia="zh-CN"/>
        </w:rPr>
        <w:br/>
      </w:r>
      <w:r>
        <w:rPr>
          <w:lang w:eastAsia="zh-CN"/>
        </w:rPr>
        <w:t>　　四、台账工作</w:t>
      </w:r>
      <w:r>
        <w:rPr>
          <w:lang w:eastAsia="zh-CN"/>
        </w:rPr>
        <w:br/>
      </w:r>
      <w:r>
        <w:rPr>
          <w:lang w:eastAsia="zh-CN"/>
        </w:rPr>
        <w:t>　　我校食堂严格按照上级部门的要求，认真规范的做好台账工作，做到定点采购，大宗采购，每日及时登记，做到收支平衡。采购发票及时入档，按规律归类。</w:t>
      </w:r>
      <w:r>
        <w:rPr>
          <w:lang w:eastAsia="zh-CN"/>
        </w:rPr>
        <w:br/>
      </w:r>
      <w:r>
        <w:rPr>
          <w:lang w:eastAsia="zh-CN"/>
        </w:rPr>
        <w:t>　　食堂工作是涉及千家万户的大事情，容不得我们有半点马虎，今后我们定会在上级领导的支持和帮助下极尽全力将食堂工作做好、做优，我们将认真学习借鉴兄弟学校的先进经验，努力改进自己的工作，修正自己的不足，确保学校食品卫生安全，本学期我们将全力创建B级食堂，加快食堂服务现代化建设，让每一个孩子享受到最大的教育实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民以食为天”，作为后勤工作重点之一的食堂管理，怎样激活内部活力，完善竞争机制，提高劳动效率，更好地为师生服务，这是我们后勤管理人员孜孜以求的目标之一，食堂后勤工作总结。为此，自我校食堂创建以来，我们更加努力地探索食堂的新路子。多年来，我们基本形成了一套自己的管理模式，为了更好地总结经验、弥补不足，我从以下几方面作简要回顾：</w:t>
      </w:r>
      <w:r>
        <w:rPr>
          <w:lang w:eastAsia="zh-CN"/>
        </w:rPr>
        <w:br/>
      </w:r>
      <w:r>
        <w:rPr>
          <w:lang w:eastAsia="zh-CN"/>
        </w:rPr>
        <w:t>　　一、抓机构建立，促组织落实</w:t>
      </w:r>
      <w:r>
        <w:rPr>
          <w:lang w:eastAsia="zh-CN"/>
        </w:rPr>
        <w:br/>
      </w:r>
      <w:r>
        <w:rPr>
          <w:lang w:eastAsia="zh-CN"/>
        </w:rPr>
        <w:t>　　1、机构设置及人员管理。建立建全各项规章制度的组织落实，年终进行考核评比。</w:t>
      </w:r>
      <w:r>
        <w:rPr>
          <w:lang w:eastAsia="zh-CN"/>
        </w:rPr>
        <w:br/>
      </w:r>
      <w:r>
        <w:rPr>
          <w:lang w:eastAsia="zh-CN"/>
        </w:rPr>
        <w:t>　　2、食堂工作人员的身体执行学年度体检制度，发现身体状况欠佳的，采取暂时停用休养的办法，待身体完全恢复后再考虑安排；对食堂环境卫生实行周检查制度，发现问题，立即指出改正。</w:t>
      </w:r>
      <w:r>
        <w:rPr>
          <w:lang w:eastAsia="zh-CN"/>
        </w:rPr>
        <w:br/>
      </w:r>
      <w:r>
        <w:rPr>
          <w:lang w:eastAsia="zh-CN"/>
        </w:rPr>
        <w:t>　　3、抓文明礼貌的落实：我们提倡文明用餐、礼貌服务，要求班主任做好在校用餐学生的文明用餐的教育，而且，每天学生用餐时都要求值周领导入餐厅巡视，值日教师定桌服务，帮助解决学生用餐中的具体问题。</w:t>
      </w:r>
      <w:r>
        <w:rPr>
          <w:lang w:eastAsia="zh-CN"/>
        </w:rPr>
        <w:br/>
      </w:r>
      <w:r>
        <w:rPr>
          <w:lang w:eastAsia="zh-CN"/>
        </w:rPr>
        <w:t>　　二、食堂管理的具体做法</w:t>
      </w:r>
      <w:r>
        <w:rPr>
          <w:lang w:eastAsia="zh-CN"/>
        </w:rPr>
        <w:br/>
      </w:r>
      <w:r>
        <w:rPr>
          <w:lang w:eastAsia="zh-CN"/>
        </w:rPr>
        <w:t>　　严格管理制度，共创文明服务。</w:t>
      </w:r>
      <w:r>
        <w:rPr>
          <w:lang w:eastAsia="zh-CN"/>
        </w:rPr>
        <w:br/>
      </w:r>
      <w:r>
        <w:rPr>
          <w:lang w:eastAsia="zh-CN"/>
        </w:rPr>
        <w:t>　　学校的主要工作是教学，后勤管理的宗旨是坚持为教学服务，而作为后勤管理重中之重的工作——食堂管理工作，更是直接影响学校工作的正常开展。为此，我们特制订了一系列的规章制度，确保食堂工作的正常开展。</w:t>
      </w:r>
      <w:r>
        <w:rPr>
          <w:lang w:eastAsia="zh-CN"/>
        </w:rPr>
        <w:br/>
      </w:r>
      <w:r>
        <w:rPr>
          <w:lang w:eastAsia="zh-CN"/>
        </w:rPr>
        <w:t>　　1、出勤制度：</w:t>
      </w:r>
      <w:r>
        <w:rPr>
          <w:lang w:eastAsia="zh-CN"/>
        </w:rPr>
        <w:br/>
      </w:r>
      <w:r>
        <w:rPr>
          <w:lang w:eastAsia="zh-CN"/>
        </w:rPr>
        <w:t>　　不随意更改作息时间</w:t>
      </w:r>
      <w:r>
        <w:rPr>
          <w:lang w:eastAsia="zh-CN"/>
        </w:rPr>
        <w:br/>
      </w:r>
      <w:r>
        <w:rPr>
          <w:lang w:eastAsia="zh-CN"/>
        </w:rPr>
        <w:t>　　2、劳动管理：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和睦相处、礼貌待人，杜绝与就餐人员发生冲突，情节严重解，并对目前现状不足之处即时改进.如卫生情况：我亲自到厨房带头和他们一起将天花板、墙壁、灶台、蒸箱、地面、以及库房等，统统进行了彻底大清扫.每次清理行之有效，厨房有了明显改观。</w:t>
      </w:r>
      <w:r>
        <w:rPr>
          <w:lang w:eastAsia="zh-CN"/>
        </w:rPr>
        <w:br/>
      </w:r>
      <w:r>
        <w:rPr>
          <w:lang w:eastAsia="zh-CN"/>
        </w:rPr>
        <w:t>　　三、存在问题</w:t>
      </w:r>
      <w:r>
        <w:rPr>
          <w:lang w:eastAsia="zh-CN"/>
        </w:rPr>
        <w:br/>
      </w:r>
      <w:r>
        <w:rPr>
          <w:lang w:eastAsia="zh-CN"/>
        </w:rPr>
        <w:t>　　（一）随着国民经济的发展，人民的生活水平也得到了改善，同时也给我们的独生子女养成了娇生惯养的坏习惯，主要表现在：</w:t>
      </w:r>
      <w:r>
        <w:rPr>
          <w:lang w:eastAsia="zh-CN"/>
        </w:rPr>
        <w:br/>
      </w:r>
      <w:r>
        <w:rPr>
          <w:lang w:eastAsia="zh-CN"/>
        </w:rPr>
        <w:t>　　1、挑食、偏食，导致倒菜现象严重；</w:t>
      </w:r>
      <w:r>
        <w:rPr>
          <w:lang w:eastAsia="zh-CN"/>
        </w:rPr>
        <w:br/>
      </w:r>
      <w:r>
        <w:rPr>
          <w:lang w:eastAsia="zh-CN"/>
        </w:rPr>
        <w:t>　　2、小朋友们独立生活能力较差，有时会出现吃不饱、吃不好的现象，而引起家长的不放心。</w:t>
      </w:r>
      <w:r>
        <w:rPr>
          <w:lang w:eastAsia="zh-CN"/>
        </w:rPr>
        <w:br/>
      </w:r>
      <w:r>
        <w:rPr>
          <w:lang w:eastAsia="zh-CN"/>
        </w:rPr>
        <w:t>　　（二）忧患意识。</w:t>
      </w:r>
      <w:r>
        <w:rPr>
          <w:lang w:eastAsia="zh-CN"/>
        </w:rPr>
        <w:br/>
      </w:r>
      <w:r>
        <w:rPr>
          <w:lang w:eastAsia="zh-CN"/>
        </w:rPr>
        <w:t>　　食堂卫生是隐患的源泉、发源地。在卫生管理上我们坚持每周召开生活会，做到警钟长鸣，增强职工的忧患意识，尽可能地把隐患扼制在盟芽状态；我们要求每一位职工必须做到：</w:t>
      </w:r>
      <w:r>
        <w:rPr>
          <w:lang w:eastAsia="zh-CN"/>
        </w:rPr>
        <w:br/>
      </w:r>
      <w:r>
        <w:rPr>
          <w:lang w:eastAsia="zh-CN"/>
        </w:rPr>
        <w:t>　　1、上班时间所有职工，一律要穿工作服。</w:t>
      </w:r>
      <w:r>
        <w:rPr>
          <w:lang w:eastAsia="zh-CN"/>
        </w:rPr>
        <w:br/>
      </w:r>
      <w:r>
        <w:rPr>
          <w:lang w:eastAsia="zh-CN"/>
        </w:rPr>
        <w:t>　　2、注意个人卫生，勤理发、勤剪指甲、勤换衣服、勤洗澡，不留长发、小胡子，开饭先洗手。</w:t>
      </w:r>
      <w:r>
        <w:rPr>
          <w:lang w:eastAsia="zh-CN"/>
        </w:rPr>
        <w:br/>
      </w:r>
      <w:r>
        <w:rPr>
          <w:lang w:eastAsia="zh-CN"/>
        </w:rPr>
        <w:t>　　3、食堂内外实行定人、定点、定时间、定要求，必须做到每日清扫、周末大扫。</w:t>
      </w:r>
      <w:r>
        <w:rPr>
          <w:lang w:eastAsia="zh-CN"/>
        </w:rPr>
        <w:br/>
      </w:r>
      <w:r>
        <w:rPr>
          <w:lang w:eastAsia="zh-CN"/>
        </w:rPr>
        <w:t>　　4、各种餐具、笼布、机械等要洗刷干净，做到木见本色，铁见光，用后摆列整齐，生熟用具严格分开不得混用。</w:t>
      </w:r>
      <w:r>
        <w:rPr>
          <w:lang w:eastAsia="zh-CN"/>
        </w:rPr>
        <w:br/>
      </w:r>
      <w:r>
        <w:rPr>
          <w:lang w:eastAsia="zh-CN"/>
        </w:rPr>
        <w:t>　　5、开饭时不准吸烟，不准面向食品说话、咳嗽，不准涂脂抹粉。</w:t>
      </w:r>
      <w:r>
        <w:rPr>
          <w:lang w:eastAsia="zh-CN"/>
        </w:rPr>
        <w:br/>
      </w:r>
      <w:r>
        <w:rPr>
          <w:lang w:eastAsia="zh-CN"/>
        </w:rPr>
        <w:t>　　6、认真执行《食品卫生法》和卫生制度，形成制度，对照评比。</w:t>
      </w:r>
      <w:r>
        <w:rPr>
          <w:lang w:eastAsia="zh-CN"/>
        </w:rPr>
        <w:br/>
      </w:r>
      <w:r>
        <w:rPr>
          <w:lang w:eastAsia="zh-CN"/>
        </w:rPr>
        <w:t>　　（三）严格检测与监督，创效应。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食堂管理既要有一套完善的管理制度，更要有过硬的检测与监督机制，才能确保制度的纯粹性、真实性，也才能吸引更多的家长了解学校，了解学校食堂管理，也只有这样，学校才能在家长中树立起效应，才能让更多的家长放心地把自己的孩子送到学校来用餐。我们具体做法是：</w:t>
      </w:r>
      <w:r>
        <w:rPr>
          <w:lang w:eastAsia="zh-CN"/>
        </w:rPr>
        <w:br/>
      </w:r>
      <w:r>
        <w:rPr>
          <w:lang w:eastAsia="zh-CN"/>
        </w:rPr>
        <w:t>　　1、控制进货渠道，不进劣质低价菜、不进来路不明菜。1000多人用餐需要每周去凌家塘采购各种食品，如：肉、菜、蛋、主、副食等.由我校行政亲自去采购，严把没有＂检疫证＂、＂食品卫生许可证＂的食品，一律不采购存放时间长的、变质变味的统统拒之门外，严防食物中毒事件的发生，切实保证每位师生的身体健康.在此期间我食堂用餐师生无发生任何肠道疾病和食物中毒事故.</w:t>
      </w:r>
      <w:r>
        <w:rPr>
          <w:lang w:eastAsia="zh-CN"/>
        </w:rPr>
        <w:br/>
      </w:r>
      <w:r>
        <w:rPr>
          <w:lang w:eastAsia="zh-CN"/>
        </w:rPr>
        <w:t>　　2、不定期对工作人员进行思想教育、贯彻落实食品卫生法的要求等.通过学习，增加工作人员在工作中的服务质量和意识.切实做好我校食堂的食品卫生、餐具的＂一洗、二冲、三消毒＂工作，做到随用随清，每周对厨房一次大清扫.如发现工作中有不到位之处立即指出，勒令改正即时到位.全体工作人员能够认真作好本职工作，明确职责、各司其职、服从分配、随叫随到，保证职工的工作正常运转.</w:t>
      </w:r>
      <w:r>
        <w:rPr>
          <w:lang w:eastAsia="zh-CN"/>
        </w:rPr>
        <w:br/>
      </w:r>
      <w:r>
        <w:rPr>
          <w:lang w:eastAsia="zh-CN"/>
        </w:rPr>
        <w:t>　　3、由保管员负责经常检查食堂仓库，不把变质变腐的米煮给学生吃。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4、对库存食品进行盘点交接，每天我都亲自下厨房和他（她）们一起工作、沟通，对食堂工作方面的所需与不足详细了解，并对目前现状不足之处即时改进.如卫生情况：我亲自到厨房带头和他们一起将天花板、墙壁、灶台、蒸箱、地面、以及库房等，统统进行了彻底大清扫.每次清理行之有效，厨房有了明显改观。</w:t>
      </w:r>
      <w:r>
        <w:rPr>
          <w:lang w:eastAsia="zh-CN"/>
        </w:rPr>
        <w:br/>
      </w:r>
      <w:r>
        <w:rPr>
          <w:lang w:eastAsia="zh-CN"/>
        </w:rPr>
        <w:t>　　我在学校食堂工作中为我校健康快速发展尽了自己的努力，得到了全校师生的认可，家长的信赖和各级领导的肯定。我将在今后的工作中不断努力创新，更多的接受学校领导的监督与指导，更好地为师生服务，使学校食堂工作再上新的台阶。</w:t>
      </w:r>
      <w:r>
        <w:rPr>
          <w:lang w:eastAsia="zh-CN"/>
        </w:rPr>
        <w:br/>
      </w:r>
      <w:r>
        <w:rPr>
          <w:lang w:eastAsia="zh-CN"/>
        </w:rPr>
        <w:t xml:space="preserve">    后勤食堂工作总结 篇10 </w:t>
      </w:r>
      <w:r>
        <w:rPr>
          <w:lang w:eastAsia="zh-CN"/>
        </w:rPr>
        <w:br/>
      </w:r>
      <w:r>
        <w:rPr>
          <w:lang w:eastAsia="zh-CN"/>
        </w:rPr>
        <w:t>　　后勤食堂卫生安全工作总结我校一直比较重视学校食堂卫生以及早餐质量的管理工作，成立了学校卫生工作管理，校长亲自担任组长，成员由学校行政、后勤的有关人员组成。同时，我们还制订了详细的学校卫生管理制度，并定期深入到食堂进行检查落实。我们还申请了《食品卫生许可证》，并按时进行年审。</w:t>
      </w:r>
      <w:r>
        <w:rPr>
          <w:lang w:eastAsia="zh-CN"/>
        </w:rPr>
        <w:br/>
      </w:r>
      <w:r>
        <w:rPr>
          <w:lang w:eastAsia="zh-CN"/>
        </w:rPr>
        <w:t>　　在具体的食堂管理中，我们采取了以下的一些措施：</w:t>
      </w:r>
      <w:r>
        <w:rPr>
          <w:lang w:eastAsia="zh-CN"/>
        </w:rPr>
        <w:br/>
      </w:r>
      <w:r>
        <w:rPr>
          <w:lang w:eastAsia="zh-CN"/>
        </w:rPr>
        <w:t>　　一、在原料质量及粗加工方面做到：</w:t>
      </w:r>
      <w:r>
        <w:rPr>
          <w:lang w:eastAsia="zh-CN"/>
        </w:rPr>
        <w:br/>
      </w:r>
      <w:r>
        <w:rPr>
          <w:lang w:eastAsia="zh-CN"/>
        </w:rPr>
        <w:t>　　1、原料由专人到指定的长期供应点采购。</w:t>
      </w:r>
      <w:r>
        <w:rPr>
          <w:lang w:eastAsia="zh-CN"/>
        </w:rPr>
        <w:br/>
      </w:r>
      <w:r>
        <w:rPr>
          <w:lang w:eastAsia="zh-CN"/>
        </w:rPr>
        <w:t>　　2、设有专门的原料验收员，经验收，腐烂变质等不合格的原料坚决不予进入学校食堂。</w:t>
      </w:r>
      <w:r>
        <w:rPr>
          <w:lang w:eastAsia="zh-CN"/>
        </w:rPr>
        <w:br/>
      </w:r>
      <w:r>
        <w:rPr>
          <w:lang w:eastAsia="zh-CN"/>
        </w:rPr>
        <w:t>　　3、有专门盛放原料的容器，绝对不能让原料被污染。</w:t>
      </w:r>
      <w:r>
        <w:rPr>
          <w:lang w:eastAsia="zh-CN"/>
        </w:rPr>
        <w:br/>
      </w:r>
      <w:r>
        <w:rPr>
          <w:lang w:eastAsia="zh-CN"/>
        </w:rPr>
        <w:t>　　4、设有原料加工的专用场地。</w:t>
      </w:r>
      <w:r>
        <w:rPr>
          <w:lang w:eastAsia="zh-CN"/>
        </w:rPr>
        <w:br/>
      </w:r>
      <w:r>
        <w:rPr>
          <w:lang w:eastAsia="zh-CN"/>
        </w:rPr>
        <w:t>　　5、原料清洗做到荤、素分开。</w:t>
      </w:r>
      <w:r>
        <w:rPr>
          <w:lang w:eastAsia="zh-CN"/>
        </w:rPr>
        <w:br/>
      </w:r>
      <w:r>
        <w:rPr>
          <w:lang w:eastAsia="zh-CN"/>
        </w:rPr>
        <w:t>　　二、在食品贮有方面做到：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1、食品分类存放，排列整齐。</w:t>
      </w:r>
      <w:r>
        <w:rPr>
          <w:lang w:eastAsia="zh-CN"/>
        </w:rPr>
        <w:br/>
      </w:r>
      <w:r>
        <w:rPr>
          <w:lang w:eastAsia="zh-CN"/>
        </w:rPr>
        <w:t>　　2、有食品货架和货柜，并做到离墙、离地存放。</w:t>
      </w:r>
      <w:r>
        <w:rPr>
          <w:lang w:eastAsia="zh-CN"/>
        </w:rPr>
        <w:br/>
      </w:r>
      <w:r>
        <w:rPr>
          <w:lang w:eastAsia="zh-CN"/>
        </w:rPr>
        <w:t>　　3、仓库做到干燥、通风通气，有防潮、防霉设施。</w:t>
      </w:r>
      <w:r>
        <w:rPr>
          <w:lang w:eastAsia="zh-CN"/>
        </w:rPr>
        <w:br/>
      </w:r>
      <w:r>
        <w:rPr>
          <w:lang w:eastAsia="zh-CN"/>
        </w:rPr>
        <w:t>　　三、食品制作及餐间做到：</w:t>
      </w:r>
      <w:r>
        <w:rPr>
          <w:lang w:eastAsia="zh-CN"/>
        </w:rPr>
        <w:br/>
      </w:r>
      <w:r>
        <w:rPr>
          <w:lang w:eastAsia="zh-CN"/>
        </w:rPr>
        <w:t>　　1、通风透光良好，给、排水方便合理。</w:t>
      </w:r>
      <w:r>
        <w:rPr>
          <w:lang w:eastAsia="zh-CN"/>
        </w:rPr>
        <w:br/>
      </w:r>
      <w:r>
        <w:rPr>
          <w:lang w:eastAsia="zh-CN"/>
        </w:rPr>
        <w:t>　　2、地面有无毒，耐腐、蚀材料构筑，无积水。</w:t>
      </w:r>
      <w:r>
        <w:rPr>
          <w:lang w:eastAsia="zh-CN"/>
        </w:rPr>
        <w:br/>
      </w:r>
      <w:r>
        <w:rPr>
          <w:lang w:eastAsia="zh-CN"/>
        </w:rPr>
        <w:t>　　3、粘贴有白色瓷砖墙裙。</w:t>
      </w:r>
      <w:r>
        <w:rPr>
          <w:lang w:eastAsia="zh-CN"/>
        </w:rPr>
        <w:br/>
      </w:r>
      <w:r>
        <w:rPr>
          <w:lang w:eastAsia="zh-CN"/>
        </w:rPr>
        <w:t>　　4、天花板光滑整洁，无霉点，无蜘蛛网。</w:t>
      </w:r>
      <w:r>
        <w:rPr>
          <w:lang w:eastAsia="zh-CN"/>
        </w:rPr>
        <w:br/>
      </w:r>
      <w:r>
        <w:rPr>
          <w:lang w:eastAsia="zh-CN"/>
        </w:rPr>
        <w:t>　　5、灶台及分餐台粘贴有白色瓷砖，并保持无污渍垢。</w:t>
      </w:r>
      <w:r>
        <w:rPr>
          <w:lang w:eastAsia="zh-CN"/>
        </w:rPr>
        <w:br/>
      </w:r>
      <w:r>
        <w:rPr>
          <w:lang w:eastAsia="zh-CN"/>
        </w:rPr>
        <w:t>　　6、设有能防蝇、防虫、防尘的卫生设施。</w:t>
      </w:r>
      <w:r>
        <w:rPr>
          <w:lang w:eastAsia="zh-CN"/>
        </w:rPr>
        <w:br/>
      </w:r>
      <w:r>
        <w:rPr>
          <w:lang w:eastAsia="zh-CN"/>
        </w:rPr>
        <w:t>　　7、高有青菜浸泡池，买青菜要求先行浸泡20分钟。</w:t>
      </w:r>
      <w:r>
        <w:rPr>
          <w:lang w:eastAsia="zh-CN"/>
        </w:rPr>
        <w:br/>
      </w:r>
      <w:r>
        <w:rPr>
          <w:lang w:eastAsia="zh-CN"/>
        </w:rPr>
        <w:t>　　四、对餐具做到：</w:t>
      </w:r>
      <w:r>
        <w:rPr>
          <w:lang w:eastAsia="zh-CN"/>
        </w:rPr>
        <w:br/>
      </w:r>
      <w:r>
        <w:rPr>
          <w:lang w:eastAsia="zh-CN"/>
        </w:rPr>
        <w:t>　　1、有专人负责洗涤，消毒餐具。</w:t>
      </w:r>
      <w:r>
        <w:rPr>
          <w:lang w:eastAsia="zh-CN"/>
        </w:rPr>
        <w:br/>
      </w:r>
      <w:r>
        <w:rPr>
          <w:lang w:eastAsia="zh-CN"/>
        </w:rPr>
        <w:t>　　2、设有餐具洗涤池，冲洗池及消毒池。</w:t>
      </w:r>
      <w:r>
        <w:rPr>
          <w:lang w:eastAsia="zh-CN"/>
        </w:rPr>
        <w:br/>
      </w:r>
      <w:r>
        <w:rPr>
          <w:lang w:eastAsia="zh-CN"/>
        </w:rPr>
        <w:t>　　3、已消毒的餐具采取了保洁措施。</w:t>
      </w:r>
      <w:r>
        <w:rPr>
          <w:lang w:eastAsia="zh-CN"/>
        </w:rPr>
        <w:br/>
      </w:r>
      <w:r>
        <w:rPr>
          <w:lang w:eastAsia="zh-CN"/>
        </w:rPr>
        <w:t>　　五、食堂卫生人员方面做到：</w:t>
      </w:r>
      <w:r>
        <w:rPr>
          <w:lang w:eastAsia="zh-CN"/>
        </w:rPr>
        <w:br/>
      </w:r>
      <w:r>
        <w:rPr>
          <w:lang w:eastAsia="zh-CN"/>
        </w:rPr>
        <w:t>　　1、食堂从业人员都经过健康检查，并取得健康证。</w:t>
      </w:r>
      <w:r>
        <w:rPr>
          <w:lang w:eastAsia="zh-CN"/>
        </w:rPr>
        <w:br/>
      </w:r>
      <w:r>
        <w:rPr>
          <w:lang w:eastAsia="zh-CN"/>
        </w:rPr>
        <w:t>　　2、上班都要求穿戴工作衣帽，头发不得外露。</w:t>
      </w:r>
      <w:r>
        <w:rPr>
          <w:lang w:eastAsia="zh-CN"/>
        </w:rPr>
        <w:br/>
      </w:r>
      <w:r>
        <w:rPr>
          <w:lang w:eastAsia="zh-CN"/>
        </w:rPr>
        <w:t>　　3、讲究卫生，不得留长指甲，不得戴戒指。</w:t>
      </w:r>
      <w:r>
        <w:rPr>
          <w:lang w:eastAsia="zh-CN"/>
        </w:rPr>
        <w:br/>
      </w:r>
      <w:r>
        <w:rPr>
          <w:lang w:eastAsia="zh-CN"/>
        </w:rPr>
        <w:t>　　4、不能随地吐痰，不乱丢废弃物。</w:t>
      </w:r>
      <w:r>
        <w:rPr>
          <w:lang w:eastAsia="zh-CN"/>
        </w:rPr>
        <w:br/>
      </w:r>
      <w:r>
        <w:rPr>
          <w:lang w:eastAsia="zh-CN"/>
        </w:rPr>
        <w:t>　　六、在环境卫生方面做到：</w:t>
      </w:r>
      <w:r>
        <w:rPr>
          <w:lang w:eastAsia="zh-CN"/>
        </w:rPr>
        <w:br/>
      </w:r>
      <w:r>
        <w:rPr>
          <w:lang w:eastAsia="zh-CN"/>
        </w:rPr>
        <w:t>　　1、室内水池加盖上锁。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2、环境卫生保持清洁，无卫生死角，无积灰。</w:t>
      </w:r>
      <w:r>
        <w:rPr>
          <w:lang w:eastAsia="zh-CN"/>
        </w:rPr>
        <w:br/>
      </w:r>
      <w:r>
        <w:rPr>
          <w:lang w:eastAsia="zh-CN"/>
        </w:rPr>
        <w:t>　　3、高有垃圾桶并加盖，能及时清除。</w:t>
      </w:r>
      <w:r>
        <w:rPr>
          <w:lang w:eastAsia="zh-CN"/>
        </w:rPr>
        <w:br/>
      </w:r>
      <w:r>
        <w:rPr>
          <w:lang w:eastAsia="zh-CN"/>
        </w:rPr>
        <w:t>　　4、排污沟保持通畅。</w:t>
      </w:r>
      <w:r>
        <w:rPr>
          <w:lang w:eastAsia="zh-CN"/>
        </w:rPr>
        <w:br/>
      </w:r>
      <w:r>
        <w:rPr>
          <w:lang w:eastAsia="zh-CN"/>
        </w:rPr>
        <w:t xml:space="preserve">    后勤食堂工作总结 篇11 </w:t>
      </w:r>
      <w:r>
        <w:rPr>
          <w:lang w:eastAsia="zh-CN"/>
        </w:rPr>
        <w:br/>
      </w:r>
      <w:r>
        <w:rPr>
          <w:lang w:eastAsia="zh-CN"/>
        </w:rPr>
        <w:t>　　为做好学校餐厅工作，维护学员切身利益，膳食科开展了“以学生为关注焦点”，“树饮食形象，创一流服务”活动，收到了较好的精准度。具体做法有：</w:t>
      </w:r>
      <w:r>
        <w:rPr>
          <w:lang w:eastAsia="zh-CN"/>
        </w:rPr>
        <w:br/>
      </w:r>
      <w:r>
        <w:rPr>
          <w:lang w:eastAsia="zh-CN"/>
        </w:rPr>
        <w:t>　　一、制订七项并完善了四项管理制度</w:t>
      </w:r>
      <w:r>
        <w:rPr>
          <w:lang w:eastAsia="zh-CN"/>
        </w:rPr>
        <w:br/>
      </w:r>
      <w:r>
        <w:rPr>
          <w:lang w:eastAsia="zh-CN"/>
        </w:rPr>
        <w:t>　　如各类警务人员岗位责任制、产品与服务人员行为规范、服务承诺等制度，分别对餐厅的食品卫生、环境卫生、炊事员的个人卫生、原材料采购、验收、保管、加工、出售、器皿消毒提出明确要求，做到职责明确，管理制度齐全，环环相扣，层层把关，流程合理，操作规范。</w:t>
      </w:r>
      <w:r>
        <w:rPr>
          <w:lang w:eastAsia="zh-CN"/>
        </w:rPr>
        <w:br/>
      </w:r>
      <w:r>
        <w:rPr>
          <w:lang w:eastAsia="zh-CN"/>
        </w:rPr>
        <w:t>　　二、加强教育培训</w:t>
      </w:r>
      <w:r>
        <w:rPr>
          <w:lang w:eastAsia="zh-CN"/>
        </w:rPr>
        <w:br/>
      </w:r>
      <w:r>
        <w:rPr>
          <w:lang w:eastAsia="zh-CN"/>
        </w:rPr>
        <w:t>　　提高职工素质。选送管理人员到其他高校参观学习，努力学习兄弟高校先进的管理经验。另外，选送相关专业人员参加市里食品采购索证专业知识培训，消防工作知识培训，预防食物中毒专业知识培训等。并聘请防疫站等专业老师对餐厅职工进行食品卫生知识、消防安全知识、职业道德等系统内知识培训，用以旨在提高每个职工的整体素质，更好内拉朱教职工服务。</w:t>
      </w:r>
      <w:r>
        <w:rPr>
          <w:lang w:eastAsia="zh-CN"/>
        </w:rPr>
        <w:br/>
      </w:r>
      <w:r>
        <w:rPr>
          <w:lang w:eastAsia="zh-CN"/>
        </w:rPr>
        <w:t>　　三、加强硬件建设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杜绝事故发生。利用寒暑假对餐厅进行了整修程度不同的.改造、改建，添置了部分硬件软硬件设备和用具，达到布局合理，通风采光，涡轮机及油烟排放良好。成立安全生产领导小组，制定了“三防”预案，安全夹层安装了应急灯，消防器材专人保管，每天门卫防火巡查，进入宿舍有提示语“食堂重地、闲人免进”。操作间有警示语“注意安全、精心操作”，食堂供应的自助汤专人看管。除采购及消毒外，卫生的重点及难点工作为炊事人员员体检、生熟分开、无四害、三餐保洁，冷荤“五专”等，针对这些工作，思想上高度重视，竭尽全力逐项采取措施，消除生产中的各种避免出现安全隐患，确保操作安全和食品卫生安全。</w:t>
      </w:r>
      <w:r>
        <w:rPr>
          <w:lang w:eastAsia="zh-CN"/>
        </w:rPr>
        <w:br/>
      </w:r>
      <w:r>
        <w:rPr>
          <w:lang w:eastAsia="zh-CN"/>
        </w:rPr>
        <w:t>　　四、坚持优质服务</w:t>
      </w:r>
      <w:r>
        <w:rPr>
          <w:lang w:eastAsia="zh-CN"/>
        </w:rPr>
        <w:br/>
      </w:r>
      <w:r>
        <w:rPr>
          <w:lang w:eastAsia="zh-CN"/>
        </w:rPr>
        <w:t>　　不断拓展服务理念。膳食科做到以人为本，给师生创造舒适的就餐环境，在原核细胞保证学生一日三餐伙食供应的过程中，拓展不断开拓经营理念和服务理念。</w:t>
      </w:r>
      <w:r>
        <w:rPr>
          <w:lang w:eastAsia="zh-CN"/>
        </w:rPr>
        <w:br/>
      </w:r>
      <w:r>
        <w:rPr>
          <w:lang w:eastAsia="zh-CN"/>
        </w:rPr>
        <w:t>　　1、建立了“小吃一条街”，引进了数十种名优风味小吃，增加花色品种，吸引了不少同学前去就餐。</w:t>
      </w:r>
      <w:r>
        <w:rPr>
          <w:lang w:eastAsia="zh-CN"/>
        </w:rPr>
        <w:br/>
      </w:r>
      <w:r>
        <w:rPr>
          <w:lang w:eastAsia="zh-CN"/>
        </w:rPr>
        <w:t>　　2、在大厅开设24小时值班窗口，确保学生随时能吃上用热饭、热菜、热汤。</w:t>
      </w:r>
      <w:r>
        <w:rPr>
          <w:lang w:eastAsia="zh-CN"/>
        </w:rPr>
        <w:br/>
      </w:r>
      <w:r>
        <w:rPr>
          <w:lang w:eastAsia="zh-CN"/>
        </w:rPr>
        <w:t>　　3、千方百计控制人工成本，降低饭菜价格，切实让利于学生，会议厅每天为学生供应免费稀饭，防止出现学生真正吃纯粹到干净卫生、物美价廉的饭菜。</w:t>
      </w:r>
      <w:r>
        <w:rPr>
          <w:lang w:eastAsia="zh-CN"/>
        </w:rPr>
        <w:br/>
      </w:r>
      <w:r>
        <w:rPr>
          <w:lang w:eastAsia="zh-CN"/>
        </w:rPr>
        <w:t xml:space="preserve">    后勤食堂工作总结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承蒙学校领导重用，感谢学校培养，从本学期开始我走上了食堂主管岗位，负责对食堂全面工作的开展与落实，本学年总务处膳食部的各项工作继续坚持雷校长提出的“服务、规范、高效、一流”的原则，理清工作思路，强化各岗位职责制的落实，加强基础建设，加强岗位培训，提倡创造性开展工作。</w:t>
      </w:r>
      <w:r>
        <w:rPr>
          <w:lang w:eastAsia="zh-CN"/>
        </w:rPr>
        <w:br/>
      </w:r>
      <w:r>
        <w:rPr>
          <w:lang w:eastAsia="zh-CN"/>
        </w:rPr>
        <w:t>　　继续依照校长先进的办学理念，引导食堂人员养成用心工作、勤于思考的良好习惯，调整心态，准确定位，牢固树立“服务、规范、高效、一流”服务意识，尽最大努力解除师生的后顾之忧，高标准完成饮食卫生、饮食质量、饮食安全、为师生健康负责，为学校教学管理制度服务，为学校的发展服务。我校自建校以来，一向以超常规的跨越式发展，学校食堂担负着为全校师生带给膳食保障服务的重任。能够说，食堂后勤管理是一个与师生员工的日常生活最密切相关的部门。</w:t>
      </w:r>
      <w:r>
        <w:rPr>
          <w:lang w:eastAsia="zh-CN"/>
        </w:rPr>
        <w:br/>
      </w:r>
      <w:r>
        <w:rPr>
          <w:lang w:eastAsia="zh-CN"/>
        </w:rPr>
        <w:t>　　在主任的指导下，在全校各部门领导、老师、同事的大力支持与帮忙下，我密切配合主任，将食堂的各项工作落实到实处，与食堂的全体员工一道，不断完善自我，不断总结经验，不断提高自身素质，使本学期食堂的全面工作有了实质上的提升，把食堂的全面工作推向了一个新的层次，为学校发展带给了更好的后勤服务保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__月1日_校区高中部食堂新开，要从我食堂调派老员工十多名，由于种种原因当时人员很难招，食堂一向处在缺人的状态下运作，本学期在人员不足的状况下，我对食堂员工加强了职业道德思想培训和鼓励，对食堂管理采取了一带一，老带新、熟手带生手的培训方式。让食堂各班班长在管理别人的同时也要提高自我，对他们的工作不规范的地方及时指出，并提出改善措施，指导他们如何使整体工作到达规范和标准，我利用一切机会帮忙他们，直到本学期结束才把人员招齐。</w:t>
      </w:r>
      <w:r>
        <w:rPr>
          <w:lang w:eastAsia="zh-CN"/>
        </w:rPr>
        <w:br/>
      </w:r>
      <w:r>
        <w:rPr>
          <w:lang w:eastAsia="zh-CN"/>
        </w:rPr>
        <w:t>　　在常规工作方面，全体人员方向明确“服务、规范、高效、一流”这八字方针是学校领导对总务处工作的指导方针；我食堂组织全体员工认真学习学校的方针政策，将学校领导的先进理念如何转化到实际工作之中，使我们的工作真正到达服务于学校的学校教学管理制度，服务于全校师生，服务于社会，起到良好的综合效益；透过每周的例会，使员工的思想意识中构成了，我们的工作是在从事教育，既要体现服务，又要体现育人；既要主动工作，又要用心工作；透过这半学期的工作明显的展示了食堂员工的精神风貌和工作作风，使总的工作得到了有效进展。</w:t>
      </w:r>
      <w:r>
        <w:rPr>
          <w:lang w:eastAsia="zh-CN"/>
        </w:rPr>
        <w:br/>
      </w:r>
      <w:r>
        <w:rPr>
          <w:lang w:eastAsia="zh-CN"/>
        </w:rPr>
        <w:t xml:space="preserve">    后勤食堂工作总结 篇13 </w:t>
      </w:r>
      <w:r>
        <w:rPr>
          <w:lang w:eastAsia="zh-CN"/>
        </w:rPr>
        <w:br/>
      </w:r>
      <w:r>
        <w:rPr>
          <w:lang w:eastAsia="zh-CN"/>
        </w:rPr>
        <w:t>　　幼儿园的后勤工作本就是一件服务性工作，事情杂而散，可谓是剪不断，理还乱。但本学期在园领导的领导下，后勤工作继续以教育指导《纲要》和《幼儿园工作规程》为指导，围绕幼儿园的中心工作，对照幼托机构卫生、安全的标准，全体后勤人员以团结、协作、友好的精神，认真完成了各项工作。现简单总结如下：</w:t>
      </w:r>
      <w:r>
        <w:rPr>
          <w:lang w:eastAsia="zh-CN"/>
        </w:rPr>
        <w:br/>
      </w:r>
      <w:r>
        <w:rPr>
          <w:lang w:eastAsia="zh-CN"/>
        </w:rPr>
        <w:t>　　一、重视后勤人员的思想学习，提高他们的服务意识。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本学期在园领导的重视下，我们有计划的坚持加强了对后勤人员的政治思想和业务的学习，每月定期召开一次后勤人员工作会议，学习内容以《幼托机构卫生保健工作手册》为主，在学习的同时认真对照职责要求，总结和分析工作中的得失，肯定了后勤人员工作上进步和成绩，指出工作中存在的问题，提出改进的意见和方法。通过学习后勤人员的服务意识得到的提高，用她们的话说，工作不分贵贱，后勤岗位虽不起眼，但它直接关系到幼儿园每个孩子的健康，少了就不行。由于对工作的重要性有了进一步的明确，本学期后勤服务的质量有的新的提高。</w:t>
      </w:r>
      <w:r>
        <w:rPr>
          <w:lang w:eastAsia="zh-CN"/>
        </w:rPr>
        <w:br/>
      </w:r>
      <w:r>
        <w:rPr>
          <w:lang w:eastAsia="zh-CN"/>
        </w:rPr>
        <w:t>　　二、珍爱幼儿生命，提高卫生保健水平。</w:t>
      </w:r>
      <w:r>
        <w:rPr>
          <w:lang w:eastAsia="zh-CN"/>
        </w:rPr>
        <w:br/>
      </w:r>
      <w:r>
        <w:rPr>
          <w:lang w:eastAsia="zh-CN"/>
        </w:rPr>
        <w:t>　　幼儿教育在提高幼儿的生存、保护和发展水平方面担负着重大的责任，我们本着保教并重的方针尽最大的努力做好幼儿的保育工作，创设并不断完善卫生、健康、安全的教育环境。</w:t>
      </w:r>
      <w:r>
        <w:rPr>
          <w:lang w:eastAsia="zh-CN"/>
        </w:rPr>
        <w:br/>
      </w:r>
      <w:r>
        <w:rPr>
          <w:lang w:eastAsia="zh-CN"/>
        </w:rPr>
        <w:t>　　1、安全管理方面，本学期我们一如既往地重视和加强了安全防护和安全教育工作，全园上下始终将幼儿的生命和健康视为首要。具体做法：每月一次对大型玩具、电器设备、班级设施及食堂等进行了全面的检查，发现问题做到及时维修或上报。严格接送制度，又一次为每个家庭制作了安全接送卡，并督促门卫把好大门关。为了避免接送是的拥挤，我们改变的统一放学的时间。结合健康活动，要求各班老师加强重视对幼儿的安全知识教育，提高幼儿的安全意识。每周的卫生工作检查都有园领导亲临，由于全园人员的安全防范意识加强了，本学期无任何意外伤害事故的发生。</w:t>
      </w:r>
      <w:r>
        <w:rPr>
          <w:lang w:eastAsia="zh-CN"/>
        </w:rPr>
        <w:br/>
      </w:r>
    </w:p>
    <w:p w:rsidR="001B1F19" w14:textId="27C3F48A">
      <w:pPr>
        <w:rPr>
          <w:rFonts w:hint="eastAsia"/>
          <w:lang w:eastAsia="zh-CN"/>
        </w:rPr>
      </w:pPr>
      <w:r>
        <w:rPr>
          <w:lang w:eastAsia="zh-CN"/>
        </w:rPr>
        <w:t>　　2、幼儿健康管理方面，本学期园领导在教师紧缺的情况下，并继续由老师负责，认真做好每天晨间检查工作，把好幼儿安全健康入园的第一关，并根据保健要求，本学期重视了对患病儿的全日观察，严格了对药物的管理，于保健老师和班级老师共同填写好全日观察记录和幼儿服药记录。秋季尤其在手口足病流行期，进行了加强性消毒工作，对个别患儿做好了隔离。使各班的发病率控制到最低，也使得各班幼儿因病缺勤率降至最低。</w:t>
      </w:r>
      <w:r>
        <w:rPr>
          <w:lang w:eastAsia="zh-CN"/>
        </w:rPr>
        <w:br/>
      </w:r>
      <w:r>
        <w:rPr>
          <w:lang w:eastAsia="zh-CN"/>
        </w:rPr>
        <w:t>　　3、食堂饮食管理方面，本学期在学校领导的重视下，首先在食堂人员上作了调整，其次我们又根据他们的各自情况作了职责分工，使他们真正起到了各取所长，各投其好的作用。为了保证孩子足够的营养量，严格按照幼儿营养标准认真制定好每周食谱，做到配餐营养科学化、饭菜合理多样化，增加了幼儿的进食量。本学期与往年同期相比，谷类食品的用量增大了。</w:t>
      </w:r>
      <w:r>
        <w:rPr>
          <w:lang w:eastAsia="zh-CN"/>
        </w:rPr>
        <w:br/>
      </w:r>
      <w:r>
        <w:rPr>
          <w:lang w:eastAsia="zh-CN"/>
        </w:rPr>
        <w:t>　　4、环境卫生管理方面，我们始终以幼儿园卫生合格标准为目标，明确园内后勤工作人员各岗位职责，卫生区域的划分也根据各人所长，分工到人，责任到人，坚持每周一次检查，并每次于园领导亲临检查，确保了孩子生活在一个清洁卫生的环境里。</w:t>
      </w:r>
      <w:r>
        <w:rPr>
          <w:lang w:eastAsia="zh-CN"/>
        </w:rPr>
        <w:br/>
      </w:r>
      <w:r>
        <w:rPr>
          <w:lang w:eastAsia="zh-CN"/>
        </w:rPr>
        <w:t xml:space="preserve">    后勤食堂工作总结 篇14 </w:t>
      </w:r>
      <w:r>
        <w:rPr>
          <w:lang w:eastAsia="zh-CN"/>
        </w:rPr>
        <w:br/>
      </w:r>
      <w:r>
        <w:rPr>
          <w:lang w:eastAsia="zh-CN"/>
        </w:rPr>
        <w:t>　　下学期，在园领导的正确领导下，我园后勤工作继续以《纲要》精神和《幼儿园工作规程》为指导，以全力服务于教学，充当教学一线的坚强后盾为宗旨，围绕幼儿园的中心工作，务实创新、脚踏实地完成了各项后勤工作任务，取得了一定的成绩。现将本学期的后勤工作总结如下：</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https://d.book118.com/147161102060006052</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47161102060006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