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ectPr w:rsidSect="00034616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t>阁下</w:t>
      </w:r>
      <w:r>
        <w:t xml:space="preserve"> 想和我一起喝一杯黑刺李金酒吗</w:t>
        <w:br/>
        <w:t>Like</w:t>
      </w:r>
      <w:r>
        <w:t xml:space="preserve"> to</w:t>
      </w:r>
      <w:r>
        <w:t xml:space="preserve"> join</w:t>
      </w:r>
      <w:r>
        <w:t xml:space="preserve"> me</w:t>
      </w:r>
      <w:r>
        <w:t xml:space="preserve"> in</w:t>
      </w:r>
      <w:r>
        <w:t xml:space="preserve"> a</w:t>
      </w:r>
      <w:r>
        <w:t xml:space="preserve"> glass</w:t>
      </w:r>
      <w:r>
        <w:t xml:space="preserve"> of,</w:t>
      </w:r>
      <w:r>
        <w:t xml:space="preserve"> uh,</w:t>
      </w:r>
      <w:r>
        <w:t xml:space="preserve"> sloe</w:t>
      </w:r>
      <w:r>
        <w:t xml:space="preserve"> gin,</w:t>
      </w:r>
      <w:r>
        <w:t xml:space="preserve"> Your</w:t>
      </w:r>
      <w:r>
        <w:t xml:space="preserve"> Grace?</w:t>
        <w:br/>
        <w:t>谢了</w:t>
      </w:r>
      <w:r>
        <w:t xml:space="preserve"> 杰弗</w:t>
        <w:br/>
        <w:t>Thanks,</w:t>
      </w:r>
      <w:r>
        <w:t xml:space="preserve"> Geoff.</w:t>
        <w:br/>
        <w:t>把米利根放在地板上就行</w:t>
      </w:r>
      <w:r>
        <w:t xml:space="preserve"> 反正它也早该睡觉了</w:t>
        <w:br/>
        <w:t>You</w:t>
      </w:r>
      <w:r>
        <w:t xml:space="preserve"> can</w:t>
      </w:r>
      <w:r>
        <w:t xml:space="preserve"> put</w:t>
      </w:r>
      <w:r>
        <w:t xml:space="preserve"> Milligan</w:t>
      </w:r>
      <w:r>
        <w:t xml:space="preserve"> on</w:t>
      </w:r>
      <w:r>
        <w:t xml:space="preserve"> the</w:t>
      </w:r>
      <w:r>
        <w:t xml:space="preserve"> floor</w:t>
      </w:r>
      <w:r>
        <w:t xml:space="preserve"> there.</w:t>
      </w:r>
      <w:r>
        <w:t xml:space="preserve"> It's</w:t>
      </w:r>
      <w:r>
        <w:t xml:space="preserve"> way</w:t>
      </w:r>
      <w:r>
        <w:t xml:space="preserve"> past</w:t>
      </w:r>
      <w:r>
        <w:t xml:space="preserve"> his</w:t>
      </w:r>
      <w:r>
        <w:t xml:space="preserve"> bedtime</w:t>
      </w:r>
      <w:r>
        <w:t xml:space="preserve"> anyway.</w:t>
        <w:br/>
        <w:t>好</w:t>
        <w:br/>
        <w:t>Right.</w:t>
        <w:br/>
        <w:t>对</w:t>
      </w:r>
      <w:r>
        <w:t xml:space="preserve"> 放哪里都行</w:t>
      </w:r>
      <w:r>
        <w:t xml:space="preserve"> 挺好</w:t>
        <w:br/>
        <w:t>Yeah,</w:t>
      </w:r>
      <w:r>
        <w:t xml:space="preserve"> anywhere</w:t>
      </w:r>
      <w:r>
        <w:t xml:space="preserve"> will</w:t>
      </w:r>
      <w:r>
        <w:t xml:space="preserve"> do.</w:t>
        <w:br/>
        <w:t>阁下</w:t>
      </w:r>
      <w:r>
        <w:t xml:space="preserve"> 你还好吧</w:t>
        <w:br/>
        <w:t>Everything</w:t>
      </w:r>
      <w:r>
        <w:t xml:space="preserve"> all</w:t>
      </w:r>
      <w:r>
        <w:t xml:space="preserve"> right,</w:t>
      </w:r>
      <w:r>
        <w:t xml:space="preserve"> Your</w:t>
      </w:r>
      <w:r>
        <w:t xml:space="preserve"> Grace?</w:t>
        <w:br/>
        <w:t>嗯</w:t>
        <w:br/>
        <w:t>Yeah.</w:t>
        <w:br/>
        <w:t>不过呢</w:t>
      </w:r>
      <w:r>
        <w:t xml:space="preserve"> 关于苏茜和格拉斯家族</w:t>
      </w:r>
      <w:r>
        <w:t xml:space="preserve"> 你说得对</w:t>
        <w:br/>
        <w:t>You</w:t>
      </w:r>
      <w:r>
        <w:t xml:space="preserve"> were</w:t>
      </w:r>
      <w:r>
        <w:t xml:space="preserve"> right,</w:t>
      </w:r>
      <w:r>
        <w:t xml:space="preserve"> however,</w:t>
      </w:r>
      <w:r>
        <w:t xml:space="preserve"> about</w:t>
      </w:r>
      <w:r>
        <w:t xml:space="preserve"> Susie</w:t>
      </w:r>
      <w:r>
        <w:t xml:space="preserve"> and</w:t>
      </w:r>
      <w:r>
        <w:t xml:space="preserve"> the</w:t>
      </w:r>
      <w:r>
        <w:t xml:space="preserve"> Glass</w:t>
      </w:r>
      <w:r>
        <w:t xml:space="preserve"> family.</w:t>
        <w:br/>
        <w:t>最近有些情况让我意识到</w:t>
      </w:r>
      <w:r>
        <w:t xml:space="preserve"> 苏茜和格拉斯家族不简单</w:t>
        <w:br/>
        <w:t>Some</w:t>
      </w:r>
      <w:r>
        <w:t xml:space="preserve"> information</w:t>
      </w:r>
      <w:r>
        <w:t xml:space="preserve"> has</w:t>
      </w:r>
      <w:r>
        <w:t xml:space="preserve"> come</w:t>
      </w:r>
      <w:r>
        <w:t xml:space="preserve"> to</w:t>
      </w:r>
      <w:r>
        <w:t xml:space="preserve"> light</w:t>
      </w:r>
      <w:r>
        <w:t xml:space="preserve"> that</w:t>
      </w:r>
      <w:r>
        <w:t xml:space="preserve"> suggests</w:t>
      </w:r>
      <w:r>
        <w:t xml:space="preserve"> Susie</w:t>
      </w:r>
      <w:r>
        <w:t xml:space="preserve"> and</w:t>
      </w:r>
      <w:r>
        <w:t xml:space="preserve"> the</w:t>
      </w:r>
      <w:r>
        <w:t xml:space="preserve"> Glass</w:t>
      </w:r>
      <w:r>
        <w:t xml:space="preserve"> family</w:t>
      </w:r>
      <w:r>
        <w:t xml:space="preserve"> are...</w:t>
        <w:br/>
        <w:t>如果我试图让我们从中脱身</w:t>
        <w:br/>
        <w:t>If</w:t>
      </w:r>
      <w:r>
        <w:t xml:space="preserve"> I</w:t>
      </w:r>
      <w:r>
        <w:t xml:space="preserve"> try</w:t>
      </w:r>
      <w:r>
        <w:t xml:space="preserve"> and</w:t>
      </w:r>
      <w:r>
        <w:t xml:space="preserve"> extract</w:t>
      </w:r>
      <w:r>
        <w:t xml:space="preserve"> us</w:t>
      </w:r>
      <w:r>
        <w:t xml:space="preserve"> from</w:t>
      </w:r>
      <w:r>
        <w:t xml:space="preserve"> the</w:t>
      </w:r>
      <w:r>
        <w:t xml:space="preserve"> situation,</w:t>
        <w:br/>
        <w:t>他们愿意对我下杀手</w:t>
        <w:br/>
        <w:t>they're</w:t>
      </w:r>
      <w:r>
        <w:t xml:space="preserve"> willing</w:t>
      </w:r>
      <w:r>
        <w:t xml:space="preserve"> to</w:t>
      </w:r>
      <w:r>
        <w:t xml:space="preserve"> kill</w:t>
      </w:r>
      <w:r>
        <w:t xml:space="preserve"> me.</w:t>
        <w:br/>
        <w:t>我还以为你们俩相处得不错呢</w:t>
        <w:br/>
        <w:t>I</w:t>
      </w:r>
      <w:r>
        <w:t xml:space="preserve"> thought</w:t>
      </w:r>
      <w:r>
        <w:t xml:space="preserve"> you</w:t>
      </w:r>
      <w:r>
        <w:t xml:space="preserve"> two</w:t>
      </w:r>
      <w:r>
        <w:t xml:space="preserve"> were</w:t>
      </w:r>
      <w:r>
        <w:t xml:space="preserve"> getting</w:t>
      </w:r>
      <w:r>
        <w:t xml:space="preserve"> along</w:t>
      </w:r>
      <w:r>
        <w:t xml:space="preserve"> okay.</w:t>
        <w:br/>
        <w:t>之前是的</w:t>
        <w:br/>
        <w:t>Well,</w:t>
      </w:r>
      <w:r>
        <w:t xml:space="preserve"> we</w:t>
      </w:r>
      <w:r>
        <w:t xml:space="preserve"> were.</w:t>
        <w:br/>
        <w:t>但现在不是了</w:t>
        <w:br/>
        <w:t>But</w:t>
      </w:r>
      <w:r>
        <w:t xml:space="preserve"> not</w:t>
      </w:r>
      <w:r>
        <w:t xml:space="preserve"> anymore.</w:t>
        <w:br/>
        <w:t>你可以先闻一闻</w:t>
        <w:br/>
        <w:t>You</w:t>
      </w:r>
      <w:r>
        <w:t xml:space="preserve"> might</w:t>
      </w:r>
      <w:r>
        <w:t xml:space="preserve"> wanna</w:t>
      </w:r>
      <w:r>
        <w:t xml:space="preserve"> sniff</w:t>
      </w:r>
      <w:r>
        <w:t xml:space="preserve"> that.</w:t>
        <w:br/>
        <w:t>能闻出什么</w:t>
      </w:r>
      <w:r>
        <w:t xml:space="preserve"> </w:t>
        <w:br/>
        <w:t>What</w:t>
      </w:r>
      <w:r>
        <w:t xml:space="preserve"> do</w:t>
      </w:r>
      <w:r>
        <w:t xml:space="preserve"> you</w:t>
      </w:r>
      <w:r>
        <w:t xml:space="preserve"> smell?</w:t>
        <w:br/>
        <w:t>杏仁</w:t>
        <w:br/>
        <w:t>Almonds.</w:t>
        <w:br/>
        <w:t>做黑刺李金酒时</w:t>
      </w:r>
      <w:r>
        <w:t xml:space="preserve"> 你得慢慢来</w:t>
        <w:br/>
        <w:t>You</w:t>
      </w:r>
      <w:r>
        <w:t xml:space="preserve"> gotta</w:t>
      </w:r>
      <w:r>
        <w:t xml:space="preserve"> take</w:t>
      </w:r>
      <w:r>
        <w:t xml:space="preserve"> your</w:t>
      </w:r>
      <w:r>
        <w:t xml:space="preserve"> time</w:t>
      </w:r>
      <w:r>
        <w:t xml:space="preserve"> when</w:t>
      </w:r>
      <w:r>
        <w:t xml:space="preserve"> you're</w:t>
      </w:r>
      <w:r>
        <w:t xml:space="preserve"> making</w:t>
      </w:r>
      <w:r>
        <w:t xml:space="preserve"> sloe</w:t>
      </w:r>
      <w:r>
        <w:t xml:space="preserve"> gin.</w:t>
        <w:br/>
        <w:t>两周后</w:t>
      </w:r>
      <w:r>
        <w:t xml:space="preserve"> 酒就会变成浓郁的洋红色</w:t>
        <w:br/>
        <w:t>It'll</w:t>
      </w:r>
      <w:r>
        <w:t xml:space="preserve"> turn</w:t>
      </w:r>
      <w:r>
        <w:t xml:space="preserve"> that</w:t>
      </w:r>
      <w:r>
        <w:t xml:space="preserve"> rich</w:t>
      </w:r>
      <w:r>
        <w:t xml:space="preserve"> magenta</w:t>
      </w:r>
      <w:r>
        <w:t xml:space="preserve"> color</w:t>
      </w:r>
      <w:r>
        <w:t xml:space="preserve"> after</w:t>
      </w:r>
      <w:r>
        <w:t xml:space="preserve"> a</w:t>
      </w:r>
      <w:r>
        <w:t xml:space="preserve"> couple</w:t>
      </w:r>
      <w:r>
        <w:t xml:space="preserve"> of</w:t>
      </w:r>
      <w:r>
        <w:t xml:space="preserve"> weeks.</w:t>
        <w:br/>
        <w:t>大部分人酿到这时候就结束了</w:t>
        <w:br/>
        <w:t>Most</w:t>
      </w:r>
      <w:r>
        <w:t xml:space="preserve"> people</w:t>
      </w:r>
      <w:r>
        <w:t xml:space="preserve"> leave</w:t>
      </w:r>
      <w:r>
        <w:t xml:space="preserve"> it</w:t>
      </w:r>
      <w:r>
        <w:t xml:space="preserve"> 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2"/>
          <w:cols w:space="720"/>
          <w:titlePg w:val="0"/>
          <w:docGrid w:linePitch="360"/>
        </w:sectPr>
      </w:pPr>
      <w:r>
        <w:t xml:space="preserve"> that.</w:t>
        <w:br/>
        <w:t>但要想酿出口味醇厚的酒</w:t>
        <w:br/>
        <w:t>But</w:t>
      </w:r>
      <w:r>
        <w:t xml:space="preserve"> to</w:t>
      </w:r>
      <w:r>
        <w:t xml:space="preserve"> get</w:t>
      </w:r>
      <w:r>
        <w:t xml:space="preserve"> that</w:t>
      </w:r>
      <w:r>
        <w:t xml:space="preserve"> full</w:t>
      </w:r>
      <w:r>
        <w:t xml:space="preserve"> flavor...</w:t>
        <w:br/>
        <w:t>你得等待两年</w:t>
        <w:br/>
        <w:t>...you</w:t>
      </w:r>
      <w:r>
        <w:t xml:space="preserve"> gotta</w:t>
      </w:r>
      <w:r>
        <w:t xml:space="preserve"> leave</w:t>
      </w:r>
      <w:r>
        <w:t xml:space="preserve"> it</w:t>
      </w:r>
      <w:r>
        <w:t xml:space="preserve"> a</w:t>
      </w:r>
      <w:r>
        <w:t xml:space="preserve"> couple</w:t>
      </w:r>
      <w:r>
        <w:t xml:space="preserve"> of</w:t>
      </w:r>
      <w:r>
        <w:t xml:space="preserve"> years.</w:t>
        <w:br/>
        <w:t>这是个现如今不被人重视的品德</w:t>
        <w:br/>
        <w:t>Underappreciated</w:t>
      </w:r>
      <w:r>
        <w:t xml:space="preserve"> quality</w:t>
      </w:r>
      <w:r>
        <w:t xml:space="preserve"> these</w:t>
      </w:r>
      <w:r>
        <w:t xml:space="preserve"> days,</w:t>
        <w:br/>
        <w:t>耐心</w:t>
        <w:br/>
        <w:t>patience.</w:t>
        <w:br/>
        <w:t>就先任其发展吧</w:t>
        <w:br/>
        <w:t>Let</w:t>
      </w:r>
      <w:r>
        <w:t xml:space="preserve"> it</w:t>
      </w:r>
      <w:r>
        <w:t xml:space="preserve"> play</w:t>
      </w:r>
      <w:r>
        <w:t xml:space="preserve"> out.</w:t>
        <w:br/>
        <w:t>你继续履行自己的承诺</w:t>
      </w:r>
      <w:r>
        <w:t xml:space="preserve"> 看看他们如何反应</w:t>
        <w:br/>
        <w:t>You</w:t>
      </w:r>
      <w:r>
        <w:t xml:space="preserve"> continue</w:t>
      </w:r>
      <w:r>
        <w:t xml:space="preserve"> to</w:t>
      </w:r>
      <w:r>
        <w:t xml:space="preserve"> deliver</w:t>
      </w:r>
      <w:r>
        <w:t xml:space="preserve"> on</w:t>
      </w:r>
      <w:r>
        <w:t xml:space="preserve"> your</w:t>
      </w:r>
      <w:r>
        <w:t xml:space="preserve"> end</w:t>
      </w:r>
      <w:r>
        <w:t xml:space="preserve"> of</w:t>
      </w:r>
      <w:r>
        <w:t xml:space="preserve"> the</w:t>
      </w:r>
      <w:r>
        <w:t xml:space="preserve"> bargain</w:t>
      </w:r>
      <w:r>
        <w:t xml:space="preserve"> and</w:t>
      </w:r>
      <w:r>
        <w:t xml:space="preserve"> see</w:t>
      </w:r>
      <w:r>
        <w:t xml:space="preserve"> how</w:t>
      </w:r>
      <w:r>
        <w:t xml:space="preserve"> they</w:t>
      </w:r>
      <w:r>
        <w:t xml:space="preserve"> respond.</w:t>
        <w:br/>
        <w:t>别让对方看出你的想法</w:t>
        <w:br/>
        <w:t>Don't</w:t>
      </w:r>
      <w:r>
        <w:t xml:space="preserve"> let</w:t>
      </w:r>
      <w:r>
        <w:t xml:space="preserve"> 'em</w:t>
      </w:r>
      <w:r>
        <w:t xml:space="preserve"> know</w:t>
      </w:r>
      <w:r>
        <w:t xml:space="preserve"> what</w:t>
      </w:r>
      <w:r>
        <w:t xml:space="preserve"> you're</w:t>
      </w:r>
      <w:r>
        <w:t xml:space="preserve"> thinking.</w:t>
        <w:br/>
        <w:t>与此同时</w:t>
        <w:br/>
        <w:t>And</w:t>
      </w:r>
      <w:r>
        <w:t xml:space="preserve"> meanwhile,</w:t>
        <w:br/>
        <w:t>为所有可能发生的情况做好准备</w:t>
        <w:br/>
        <w:t>prepare</w:t>
      </w:r>
      <w:r>
        <w:t xml:space="preserve"> for</w:t>
      </w:r>
      <w:r>
        <w:t xml:space="preserve"> all</w:t>
      </w:r>
      <w:r>
        <w:t xml:space="preserve"> eventualities.</w:t>
        <w:br/>
        <w:t>第六集</w:t>
      </w:r>
      <w:r>
        <w:t xml:space="preserve"> 剧名：《所有可能发生的情况》</w:t>
        <w:br/>
        <w:t>早上好</w:t>
      </w:r>
      <w:r>
        <w:t xml:space="preserve"> 阁下</w:t>
      </w:r>
      <w:r>
        <w:t xml:space="preserve"> 想来一壶新煮的咖啡吗</w:t>
      </w:r>
      <w:r>
        <w:t xml:space="preserve"> </w:t>
        <w:br/>
        <w:t>Good</w:t>
      </w:r>
      <w:r>
        <w:t xml:space="preserve"> morning,</w:t>
      </w:r>
      <w:r>
        <w:t xml:space="preserve"> sir.</w:t>
      </w:r>
      <w:r>
        <w:t xml:space="preserve"> A</w:t>
      </w:r>
      <w:r>
        <w:t xml:space="preserve"> fresh</w:t>
      </w:r>
      <w:r>
        <w:t xml:space="preserve"> pot</w:t>
      </w:r>
      <w:r>
        <w:t xml:space="preserve"> of</w:t>
      </w:r>
      <w:r>
        <w:t xml:space="preserve"> coffee,</w:t>
      </w:r>
      <w:r>
        <w:t xml:space="preserve"> perhaps?</w:t>
        <w:br/>
        <w:t>好啊</w:t>
        <w:br/>
        <w:t>Why</w:t>
      </w:r>
      <w:r>
        <w:t xml:space="preserve"> not?</w:t>
        <w:br/>
        <w:t>送到我的书房&amp;hearts;</w:t>
      </w:r>
      <w:r>
        <w:t xml:space="preserve"> 劳伦斯先生</w:t>
        <w:br/>
        <w:t>I'll</w:t>
      </w:r>
      <w:r>
        <w:t xml:space="preserve"> take</w:t>
      </w:r>
      <w:r>
        <w:t xml:space="preserve"> it</w:t>
      </w:r>
      <w:r>
        <w:t xml:space="preserve"> in</w:t>
      </w:r>
      <w:r>
        <w:t xml:space="preserve"> my</w:t>
      </w:r>
      <w:r>
        <w:t xml:space="preserve"> study,</w:t>
      </w:r>
      <w:r>
        <w:t xml:space="preserve"> Mr.</w:t>
      </w:r>
      <w:r>
        <w:t xml:space="preserve"> Lawrence.</w:t>
        <w:br/>
        <w:t>再准备两个杯子</w:t>
        <w:br/>
        <w:t>And,</w:t>
      </w:r>
      <w:r>
        <w:t xml:space="preserve"> um,</w:t>
      </w:r>
      <w:r>
        <w:t xml:space="preserve"> two</w:t>
      </w:r>
      <w:r>
        <w:t xml:space="preserve"> cups.</w:t>
        <w:br/>
        <w:t>《绅士们》</w:t>
        <w:br/>
        <w:t>（盖·里奇制&amp;hearts;作&amp;hearts;）</w:t>
        <w:br/>
        <w:t>天啊</w:t>
      </w:r>
      <w:r>
        <w:t xml:space="preserve"> 我他妈的太紧张了</w:t>
        <w:br/>
        <w:t>God,</w:t>
      </w:r>
      <w:r>
        <w:t xml:space="preserve"> I'm</w:t>
      </w:r>
      <w:r>
        <w:t xml:space="preserve"> so</w:t>
      </w:r>
      <w:r>
        <w:t xml:space="preserve"> fucking</w:t>
      </w:r>
      <w:r>
        <w:t xml:space="preserve"> nervous.</w:t>
      </w:r>
      <w:r>
        <w:t xml:space="preserve"> </w:t>
        <w:br/>
        <w:t>上次这么紧张</w:t>
      </w:r>
      <w:r>
        <w:t xml:space="preserve"> 还是演奥赛罗时</w:t>
        <w:br/>
        <w:t>I</w:t>
      </w:r>
      <w:r>
        <w:t xml:space="preserve"> haven't</w:t>
      </w:r>
      <w:r>
        <w:t xml:space="preserve"> been</w:t>
      </w:r>
      <w:r>
        <w:t xml:space="preserve"> this</w:t>
      </w:r>
      <w:r>
        <w:t xml:space="preserve"> nervous</w:t>
      </w:r>
      <w:r>
        <w:t xml:space="preserve"> since</w:t>
      </w:r>
      <w:r>
        <w:t xml:space="preserve"> I</w:t>
      </w:r>
      <w:r>
        <w:t xml:space="preserve"> played</w:t>
      </w:r>
      <w:r>
        <w:t xml:space="preserve"> Othello.</w:t>
        <w:br/>
        <w:t>别问</w:t>
      </w:r>
      <w:r>
        <w:t xml:space="preserve"> 时代不同</w:t>
        <w:br/>
        <w:t>Don't</w:t>
      </w:r>
      <w:r>
        <w:t xml:space="preserve"> ask,</w:t>
      </w:r>
      <w:r>
        <w:t xml:space="preserve"> it</w:t>
      </w:r>
      <w:r>
        <w:t xml:space="preserve"> was</w:t>
      </w:r>
      <w:r>
        <w:t xml:space="preserve"> different</w:t>
      </w:r>
      <w:r>
        <w:t xml:space="preserve"> times.</w:t>
        <w:br/>
        <w:t>天啊</w:t>
      </w:r>
      <w:r>
        <w:t xml:space="preserve"> 我&amp;hearts;操&amp;hearts;</w:t>
        <w:br/>
        <w:t>Oh</w:t>
      </w:r>
      <w:r>
        <w:t xml:space="preserve"> God,</w:t>
      </w:r>
      <w:r>
        <w:t xml:space="preserve"> fuck</w:t>
      </w:r>
      <w:r>
        <w:t xml:space="preserve"> me.</w:t>
        <w:br/>
        <w:t>早上好</w:t>
      </w:r>
      <w:r>
        <w:t xml:space="preserve"> 格拉斯女士</w:t>
        <w:br/>
        <w:t>Good</w:t>
      </w:r>
      <w:r>
        <w:t xml:space="preserve"> morning,</w:t>
      </w:r>
      <w:r>
        <w:t xml:space="preserve"> Ms.</w:t>
      </w:r>
      <w:r>
        <w:t xml:space="preserve"> Glass.</w:t>
        <w:br/>
        <w:t>看样子公爵准备好迎接客人了</w:t>
      </w:r>
      <w:r>
        <w:t xml:space="preserve"> </w:t>
        <w:br/>
        <w:t>I</w:t>
      </w:r>
      <w:r>
        <w:t xml:space="preserve"> take</w:t>
      </w:r>
      <w:r>
        <w:t xml:space="preserve"> it</w:t>
      </w:r>
      <w:r>
        <w:t xml:space="preserve"> the</w:t>
      </w:r>
      <w:r>
        <w:t xml:space="preserve"> duke's</w:t>
      </w:r>
      <w:r>
        <w:t xml:space="preserve"> ready</w:t>
      </w:r>
      <w:r>
        <w:t xml:space="preserve"> to</w:t>
      </w:r>
      <w:r>
        <w:t xml:space="preserve"> receive</w:t>
      </w:r>
      <w:r>
        <w:t xml:space="preserve"> guests?</w:t>
        <w:br/>
        <w:t>完全准备好了</w:t>
      </w:r>
      <w:r>
        <w:t xml:space="preserve"> 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3"/>
          <w:cols w:space="720"/>
          <w:titlePg w:val="0"/>
          <w:docGrid w:linePitch="360"/>
        </w:sectPr>
      </w:pPr>
      <w:r>
        <w:t xml:space="preserve"> 好极了</w:t>
        <w:br/>
        <w:t>Very</w:t>
      </w:r>
      <w:r>
        <w:t xml:space="preserve"> much</w:t>
      </w:r>
      <w:r>
        <w:t xml:space="preserve"> so.</w:t>
      </w:r>
      <w:r>
        <w:t xml:space="preserve"> -</w:t>
      </w:r>
      <w:r>
        <w:t xml:space="preserve"> Jolly</w:t>
      </w:r>
      <w:r>
        <w:t xml:space="preserve"> good.</w:t>
        <w:br/>
        <w:t>弗雷迪</w:t>
      </w:r>
      <w:r>
        <w:t xml:space="preserve"> -</w:t>
      </w:r>
      <w:r>
        <w:t xml:space="preserve"> 苏珊</w:t>
      </w:r>
      <w:r>
        <w:t xml:space="preserve"> 你好</w:t>
      </w:r>
      <w:r>
        <w:t xml:space="preserve"> 嘿</w:t>
      </w:r>
      <w:r>
        <w:t xml:space="preserve"> 苏珊</w:t>
        <w:br/>
        <w:t>Freddy.</w:t>
      </w:r>
      <w:r>
        <w:t xml:space="preserve"> -</w:t>
      </w:r>
      <w:r>
        <w:t xml:space="preserve"> Susan,</w:t>
      </w:r>
      <w:r>
        <w:t xml:space="preserve"> hi.</w:t>
      </w:r>
      <w:r>
        <w:t xml:space="preserve"> Hey,</w:t>
      </w:r>
      <w:r>
        <w:t xml:space="preserve"> Susan.</w:t>
        <w:br/>
        <w:t>抱歉</w:t>
      </w:r>
      <w:r>
        <w:t xml:space="preserve"> 我喉咙有点说不出话</w:t>
        <w:br/>
        <w:t>Sorry,</w:t>
      </w:r>
      <w:r>
        <w:t xml:space="preserve"> something</w:t>
      </w:r>
      <w:r>
        <w:t xml:space="preserve"> in</w:t>
      </w:r>
      <w:r>
        <w:t xml:space="preserve"> my</w:t>
      </w:r>
      <w:r>
        <w:t xml:space="preserve"> throat.</w:t>
        <w:br/>
        <w:t>苏茜</w:t>
      </w:r>
      <w:r>
        <w:t xml:space="preserve"> 我知道你忙着那些黑帮的事情</w:t>
        <w:br/>
        <w:t>Susie,</w:t>
      </w:r>
      <w:r>
        <w:t xml:space="preserve"> I</w:t>
      </w:r>
      <w:r>
        <w:t xml:space="preserve"> know</w:t>
      </w:r>
      <w:r>
        <w:t xml:space="preserve"> you're</w:t>
      </w:r>
      <w:r>
        <w:t xml:space="preserve"> busy</w:t>
      </w:r>
      <w:r>
        <w:t xml:space="preserve"> with</w:t>
      </w:r>
      <w:r>
        <w:t xml:space="preserve"> doing</w:t>
      </w:r>
      <w:r>
        <w:t xml:space="preserve"> the</w:t>
      </w:r>
      <w:r>
        <w:t xml:space="preserve"> whole</w:t>
      </w:r>
      <w:r>
        <w:t xml:space="preserve"> gangster</w:t>
      </w:r>
      <w:r>
        <w:t xml:space="preserve"> thing.</w:t>
        <w:br/>
        <w:t>但我想和你简单聊下</w:t>
        <w:br/>
        <w:t>But</w:t>
      </w:r>
      <w:r>
        <w:t xml:space="preserve"> I</w:t>
      </w:r>
      <w:r>
        <w:t xml:space="preserve"> was</w:t>
      </w:r>
      <w:r>
        <w:t xml:space="preserve"> hoping</w:t>
      </w:r>
      <w:r>
        <w:t xml:space="preserve"> we</w:t>
      </w:r>
      <w:r>
        <w:t xml:space="preserve"> could</w:t>
      </w:r>
      <w:r>
        <w:t xml:space="preserve"> have</w:t>
      </w:r>
      <w:r>
        <w:t xml:space="preserve"> a</w:t>
      </w:r>
      <w:r>
        <w:t xml:space="preserve"> word.</w:t>
        <w:br/>
        <w:t>你为什么没去工作</w:t>
        <w:br/>
        <w:t>Why</w:t>
      </w:r>
      <w:r>
        <w:t xml:space="preserve"> aren't</w:t>
      </w:r>
      <w:r>
        <w:t xml:space="preserve"> you</w:t>
      </w:r>
      <w:r>
        <w:t xml:space="preserve"> at</w:t>
      </w:r>
      <w:r>
        <w:t xml:space="preserve"> work?</w:t>
        <w:br/>
        <w:t>什么</w:t>
      </w:r>
      <w:r>
        <w:t xml:space="preserve"> </w:t>
        <w:br/>
        <w:t>What?</w:t>
        <w:br/>
        <w:t>我现在就在工作</w:t>
      </w:r>
      <w:r>
        <w:t xml:space="preserve"> 老大</w:t>
        <w:br/>
        <w:t>I</w:t>
      </w:r>
      <w:r>
        <w:t xml:space="preserve"> am</w:t>
      </w:r>
      <w:r>
        <w:t xml:space="preserve"> at</w:t>
      </w:r>
      <w:r>
        <w:t xml:space="preserve"> work,</w:t>
      </w:r>
      <w:r>
        <w:t xml:space="preserve"> boss.</w:t>
        <w:br/>
        <w:t>我们要聊的就是工作</w:t>
      </w:r>
      <w:r>
        <w:t xml:space="preserve"> 没错</w:t>
      </w:r>
      <w:r>
        <w:t xml:space="preserve"> 要聊工作</w:t>
        <w:br/>
        <w:t>I</w:t>
      </w:r>
      <w:r>
        <w:t xml:space="preserve"> mean,</w:t>
      </w:r>
      <w:r>
        <w:t xml:space="preserve"> that's</w:t>
      </w:r>
      <w:r>
        <w:t xml:space="preserve"> the</w:t>
      </w:r>
      <w:r>
        <w:t xml:space="preserve"> thing.</w:t>
      </w:r>
      <w:r>
        <w:t xml:space="preserve"> He's</w:t>
      </w:r>
      <w:r>
        <w:t xml:space="preserve"> right.</w:t>
      </w:r>
      <w:r>
        <w:t xml:space="preserve"> That</w:t>
      </w:r>
      <w:r>
        <w:t xml:space="preserve"> is</w:t>
      </w:r>
      <w:r>
        <w:t xml:space="preserve"> the</w:t>
      </w:r>
      <w:r>
        <w:t xml:space="preserve"> thing.</w:t>
        <w:br/>
        <w:t>你瞧</w:t>
      </w:r>
      <w:r>
        <w:t xml:space="preserve"> 事情是这样的</w:t>
        <w:br/>
        <w:t>See,</w:t>
      </w:r>
      <w:r>
        <w:t xml:space="preserve"> the</w:t>
      </w:r>
      <w:r>
        <w:t xml:space="preserve"> thing</w:t>
      </w:r>
      <w:r>
        <w:t xml:space="preserve"> is,</w:t>
      </w:r>
      <w:r>
        <w:t xml:space="preserve"> is</w:t>
      </w:r>
      <w:r>
        <w:t xml:space="preserve"> that</w:t>
        <w:br/>
        <w:t>我想我可能做出了一些突破性创造</w:t>
        <w:br/>
        <w:t>I</w:t>
      </w:r>
      <w:r>
        <w:t xml:space="preserve"> think</w:t>
      </w:r>
      <w:r>
        <w:t xml:space="preserve"> I</w:t>
      </w:r>
      <w:r>
        <w:t xml:space="preserve"> may</w:t>
      </w:r>
      <w:r>
        <w:t xml:space="preserve"> have...</w:t>
      </w:r>
      <w:r>
        <w:t xml:space="preserve"> made</w:t>
      </w:r>
      <w:r>
        <w:t xml:space="preserve"> something</w:t>
      </w:r>
      <w:r>
        <w:t xml:space="preserve"> of</w:t>
      </w:r>
      <w:r>
        <w:t xml:space="preserve"> a</w:t>
      </w:r>
      <w:r>
        <w:t xml:space="preserve"> breakthrough.</w:t>
        <w:br/>
        <w:t>我真的认为</w:t>
      </w:r>
      <w:r>
        <w:t xml:space="preserve"> 这件事呢</w:t>
        <w:br/>
        <w:t>I</w:t>
      </w:r>
      <w:r>
        <w:t xml:space="preserve"> really</w:t>
      </w:r>
      <w:r>
        <w:t xml:space="preserve"> think</w:t>
      </w:r>
      <w:r>
        <w:t xml:space="preserve"> this</w:t>
      </w:r>
      <w:r>
        <w:t xml:space="preserve"> is</w:t>
      </w:r>
      <w:r>
        <w:t xml:space="preserve"> something</w:t>
      </w:r>
      <w:r>
        <w:t xml:space="preserve"> that</w:t>
      </w:r>
      <w:r>
        <w:t xml:space="preserve"> you</w:t>
      </w:r>
      <w:r>
        <w:t xml:space="preserve"> should,</w:t>
      </w:r>
      <w:r>
        <w:t xml:space="preserve"> um,</w:t>
        <w:br/>
        <w:t>你应该可以认真对待一下</w:t>
        <w:br/>
        <w:t>potentially</w:t>
      </w:r>
      <w:r>
        <w:t xml:space="preserve"> take...</w:t>
      </w:r>
      <w:r>
        <w:t xml:space="preserve"> seriously.</w:t>
        <w:br/>
        <w:t>我们稍后再聊</w:t>
      </w:r>
      <w:r>
        <w:t xml:space="preserve"> 好吗</w:t>
      </w:r>
      <w:r>
        <w:t xml:space="preserve"> 绅士们</w:t>
        <w:br/>
        <w:t>We'll</w:t>
      </w:r>
      <w:r>
        <w:t xml:space="preserve"> stick</w:t>
      </w:r>
      <w:r>
        <w:t xml:space="preserve"> a</w:t>
      </w:r>
      <w:r>
        <w:t xml:space="preserve"> pin</w:t>
      </w:r>
      <w:r>
        <w:t xml:space="preserve"> in</w:t>
      </w:r>
      <w:r>
        <w:t xml:space="preserve"> it,</w:t>
      </w:r>
      <w:r>
        <w:t xml:space="preserve"> shall</w:t>
      </w:r>
      <w:r>
        <w:t xml:space="preserve"> we?</w:t>
      </w:r>
      <w:r>
        <w:t xml:space="preserve"> Gents.</w:t>
        <w:br/>
        <w:t>可...</w:t>
        <w:br/>
        <w:t>Ye--</w:t>
        <w:br/>
        <w:t>你搞砸了</w:t>
        <w:br/>
        <w:t>You</w:t>
      </w:r>
      <w:r>
        <w:t xml:space="preserve"> fucked</w:t>
      </w:r>
      <w:r>
        <w:t xml:space="preserve"> it</w:t>
      </w:r>
      <w:r>
        <w:t xml:space="preserve"> up.</w:t>
        <w:br/>
        <w:t>谢谢你赶过来</w:t>
        <w:br/>
        <w:t>Thanks</w:t>
      </w:r>
      <w:r>
        <w:t xml:space="preserve"> for</w:t>
      </w:r>
      <w:r>
        <w:t xml:space="preserve"> coming.</w:t>
        <w:br/>
        <w:t>请坐吧</w:t>
        <w:br/>
        <w:t>Take</w:t>
      </w:r>
      <w:r>
        <w:t xml:space="preserve"> a</w:t>
      </w:r>
      <w:r>
        <w:t xml:space="preserve"> seat,</w:t>
      </w:r>
      <w:r>
        <w:t xml:space="preserve"> please.</w:t>
        <w:br/>
        <w:t>我刚好在附近</w:t>
        <w:br/>
        <w:t>I</w:t>
      </w:r>
      <w:r>
        <w:t xml:space="preserve"> was</w:t>
      </w:r>
      <w:r>
        <w:t xml:space="preserve"> in</w:t>
      </w:r>
      <w:r>
        <w:t xml:space="preserve"> the</w:t>
      </w:r>
      <w:r>
        <w:t xml:space="preserve"> neighborhood.</w:t>
        <w:br/>
        <w:t>喝咖啡吗</w:t>
      </w:r>
      <w:r>
        <w:t xml:space="preserve"> </w:t>
        <w:br/>
        <w:t>Would</w:t>
      </w:r>
      <w:r>
        <w:t xml:space="preserve"> you</w:t>
      </w:r>
      <w:r>
        <w:t xml:space="preserve"> like</w:t>
      </w:r>
      <w:r>
        <w:t xml:space="preserve"> a</w:t>
      </w:r>
      <w:r>
        <w:t xml:space="preserve"> coffee?</w:t>
        <w:br/>
        <w:t>那太好了</w:t>
      </w:r>
      <w:r>
        <w:t xml:space="preserve"> 谢啦</w:t>
        <w:br/>
        <w:t>That'd</w:t>
      </w:r>
      <w:r>
        <w:t xml:space="preserve"> be</w:t>
      </w:r>
      <w:r>
        <w:t xml:space="preserve"> lovely.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4"/>
          <w:cols w:space="720"/>
          <w:titlePg w:val="0"/>
          <w:docGrid w:linePitch="360"/>
        </w:sectPr>
      </w:pPr>
      <w:r>
        <w:t xml:space="preserve"> Ta.</w:t>
        <w:br/>
        <w:t>公爵领地一切可好</w:t>
      </w:r>
      <w:r>
        <w:t xml:space="preserve"> </w:t>
        <w:br/>
        <w:t>Is</w:t>
      </w:r>
      <w:r>
        <w:t xml:space="preserve"> all</w:t>
      </w:r>
      <w:r>
        <w:t xml:space="preserve"> well</w:t>
      </w:r>
      <w:r>
        <w:t xml:space="preserve"> in</w:t>
      </w:r>
      <w:r>
        <w:t xml:space="preserve"> the</w:t>
      </w:r>
      <w:r>
        <w:t xml:space="preserve"> dukedom?</w:t>
        <w:br/>
        <w:t>看起来是的</w:t>
        <w:br/>
        <w:t>It</w:t>
      </w:r>
      <w:r>
        <w:t xml:space="preserve"> would</w:t>
      </w:r>
      <w:r>
        <w:t xml:space="preserve"> appear</w:t>
      </w:r>
      <w:r>
        <w:t xml:space="preserve"> so.</w:t>
        <w:br/>
        <w:t>盈利在上涨</w:t>
      </w:r>
      <w:r>
        <w:t xml:space="preserve"> 分销工作进展顺利</w:t>
        <w:br/>
        <w:t>Profitability</w:t>
      </w:r>
      <w:r>
        <w:t xml:space="preserve"> is</w:t>
      </w:r>
      <w:r>
        <w:t xml:space="preserve"> up,</w:t>
      </w:r>
      <w:r>
        <w:t xml:space="preserve"> distribution</w:t>
      </w:r>
      <w:r>
        <w:t xml:space="preserve"> is</w:t>
      </w:r>
      <w:r>
        <w:t xml:space="preserve"> ticking</w:t>
      </w:r>
      <w:r>
        <w:t xml:space="preserve"> along</w:t>
      </w:r>
      <w:r>
        <w:t xml:space="preserve"> nicely,</w:t>
        <w:br/>
        <w:t>生产量也在大幅提高</w:t>
        <w:br/>
        <w:t>and</w:t>
      </w:r>
      <w:r>
        <w:t xml:space="preserve"> productivity</w:t>
      </w:r>
      <w:r>
        <w:t xml:space="preserve"> is</w:t>
      </w:r>
      <w:r>
        <w:t xml:space="preserve"> arcing</w:t>
      </w:r>
      <w:r>
        <w:t xml:space="preserve"> northward.</w:t>
        <w:br/>
        <w:t>生意兴隆</w:t>
        <w:br/>
        <w:t>Business</w:t>
      </w:r>
      <w:r>
        <w:t xml:space="preserve"> is</w:t>
      </w:r>
      <w:r>
        <w:t xml:space="preserve"> good.</w:t>
        <w:br/>
        <w:t>这是不是意味着我们已经迈过了容我退出的门槛</w:t>
      </w:r>
      <w:r>
        <w:t xml:space="preserve"> </w:t>
        <w:br/>
        <w:t>Does</w:t>
      </w:r>
      <w:r>
        <w:t xml:space="preserve"> that</w:t>
      </w:r>
      <w:r>
        <w:t xml:space="preserve"> mean</w:t>
      </w:r>
      <w:r>
        <w:t xml:space="preserve"> we've</w:t>
      </w:r>
      <w:r>
        <w:t xml:space="preserve"> exceeded</w:t>
      </w:r>
      <w:r>
        <w:t xml:space="preserve"> the</w:t>
      </w:r>
      <w:r>
        <w:t xml:space="preserve"> threshold</w:t>
      </w:r>
      <w:r>
        <w:t xml:space="preserve"> that</w:t>
      </w:r>
      <w:r>
        <w:t xml:space="preserve"> triggers</w:t>
      </w:r>
      <w:r>
        <w:t xml:space="preserve"> my</w:t>
      </w:r>
      <w:r>
        <w:t xml:space="preserve"> exit</w:t>
      </w:r>
      <w:r>
        <w:t xml:space="preserve"> from</w:t>
      </w:r>
      <w:r>
        <w:t xml:space="preserve"> the</w:t>
      </w:r>
      <w:r>
        <w:t xml:space="preserve"> organization?</w:t>
        <w:br/>
        <w:t>的确如此</w:t>
        <w:br/>
        <w:t>It</w:t>
      </w:r>
      <w:r>
        <w:t xml:space="preserve"> does</w:t>
      </w:r>
      <w:r>
        <w:t xml:space="preserve"> indeed.</w:t>
        <w:br/>
        <w:t>不过我们确实讨论过延期的问题</w:t>
        <w:br/>
        <w:t>However,</w:t>
      </w:r>
      <w:r>
        <w:t xml:space="preserve"> we</w:t>
      </w:r>
      <w:r>
        <w:t xml:space="preserve"> did</w:t>
      </w:r>
      <w:r>
        <w:t xml:space="preserve"> discuss</w:t>
      </w:r>
      <w:r>
        <w:t xml:space="preserve"> an</w:t>
      </w:r>
      <w:r>
        <w:t xml:space="preserve"> extension.</w:t>
        <w:br/>
        <w:t>如你所说</w:t>
      </w:r>
      <w:r>
        <w:t xml:space="preserve"> 钱在源源不断地进来</w:t>
        <w:br/>
        <w:t>And,</w:t>
      </w:r>
      <w:r>
        <w:t xml:space="preserve"> as</w:t>
      </w:r>
      <w:r>
        <w:t xml:space="preserve"> you</w:t>
      </w:r>
      <w:r>
        <w:t xml:space="preserve"> say,</w:t>
      </w:r>
      <w:r>
        <w:t xml:space="preserve"> the</w:t>
      </w:r>
      <w:r>
        <w:t xml:space="preserve"> money's</w:t>
      </w:r>
      <w:r>
        <w:t xml:space="preserve"> rolling</w:t>
      </w:r>
      <w:r>
        <w:t xml:space="preserve"> in.</w:t>
        <w:br/>
        <w:t>你所获得的利润分成也会相应提高</w:t>
        <w:br/>
        <w:t>And</w:t>
      </w:r>
      <w:r>
        <w:t xml:space="preserve"> that</w:t>
      </w:r>
      <w:r>
        <w:t xml:space="preserve"> will</w:t>
      </w:r>
      <w:r>
        <w:t xml:space="preserve"> be</w:t>
      </w:r>
      <w:r>
        <w:t xml:space="preserve"> reflected</w:t>
      </w:r>
      <w:r>
        <w:t xml:space="preserve"> in</w:t>
      </w:r>
      <w:r>
        <w:t xml:space="preserve"> the</w:t>
      </w:r>
      <w:r>
        <w:t xml:space="preserve"> increased</w:t>
      </w:r>
      <w:r>
        <w:t xml:space="preserve"> payments</w:t>
      </w:r>
      <w:r>
        <w:t xml:space="preserve"> you</w:t>
      </w:r>
      <w:r>
        <w:t xml:space="preserve"> receive</w:t>
      </w:r>
      <w:r>
        <w:t xml:space="preserve"> as</w:t>
      </w:r>
      <w:r>
        <w:t xml:space="preserve"> part</w:t>
      </w:r>
      <w:r>
        <w:t xml:space="preserve"> of</w:t>
      </w:r>
      <w:r>
        <w:t xml:space="preserve"> your</w:t>
      </w:r>
      <w:r>
        <w:t xml:space="preserve"> profit</w:t>
      </w:r>
      <w:r>
        <w:t xml:space="preserve"> share.</w:t>
        <w:br/>
        <w:t>你真的不想重新考虑吗</w:t>
      </w:r>
      <w:r>
        <w:t xml:space="preserve"> </w:t>
        <w:br/>
        <w:t>Sure</w:t>
      </w:r>
      <w:r>
        <w:t xml:space="preserve"> you</w:t>
      </w:r>
      <w:r>
        <w:t xml:space="preserve"> don't</w:t>
      </w:r>
      <w:r>
        <w:t xml:space="preserve"> wanna</w:t>
      </w:r>
      <w:r>
        <w:t xml:space="preserve"> reconsider?</w:t>
        <w:br/>
        <w:t>虽然这个提议很诱人</w:t>
      </w:r>
      <w:r>
        <w:t xml:space="preserve"> 但我要退出</w:t>
        <w:br/>
        <w:t>While</w:t>
      </w:r>
      <w:r>
        <w:t xml:space="preserve"> it's</w:t>
      </w:r>
      <w:r>
        <w:t xml:space="preserve"> a</w:t>
      </w:r>
      <w:r>
        <w:t xml:space="preserve"> tempting</w:t>
      </w:r>
      <w:r>
        <w:t xml:space="preserve"> offer,</w:t>
      </w:r>
      <w:r>
        <w:t xml:space="preserve"> I'm</w:t>
      </w:r>
      <w:r>
        <w:t xml:space="preserve"> out.</w:t>
        <w:br/>
        <w:t>尽管收入已经超过了我们协定的门槛</w:t>
        <w:br/>
        <w:t>Well,</w:t>
      </w:r>
      <w:r>
        <w:t xml:space="preserve"> despite</w:t>
      </w:r>
      <w:r>
        <w:t xml:space="preserve"> you</w:t>
      </w:r>
      <w:r>
        <w:t xml:space="preserve"> reaching</w:t>
      </w:r>
      <w:r>
        <w:t xml:space="preserve"> the</w:t>
      </w:r>
      <w:r>
        <w:t xml:space="preserve"> agreed</w:t>
      </w:r>
      <w:r>
        <w:t xml:space="preserve"> threshold,</w:t>
        <w:br/>
        <w:t>但这些钱在被洗干净前是不能被当作盈利计算的</w:t>
        <w:br/>
        <w:t>the</w:t>
      </w:r>
      <w:r>
        <w:t xml:space="preserve"> money</w:t>
      </w:r>
      <w:r>
        <w:t xml:space="preserve"> can't</w:t>
      </w:r>
      <w:r>
        <w:t xml:space="preserve"> be</w:t>
      </w:r>
      <w:r>
        <w:t xml:space="preserve"> considered</w:t>
      </w:r>
      <w:r>
        <w:t xml:space="preserve"> profit</w:t>
      </w:r>
      <w:r>
        <w:t xml:space="preserve"> until</w:t>
      </w:r>
      <w:r>
        <w:t xml:space="preserve"> it's</w:t>
      </w:r>
      <w:r>
        <w:t xml:space="preserve"> been</w:t>
      </w:r>
      <w:r>
        <w:t xml:space="preserve"> washed.</w:t>
        <w:br/>
        <w:t>那不是我的问题</w:t>
        <w:br/>
        <w:t>Well,</w:t>
      </w:r>
      <w:r>
        <w:t xml:space="preserve"> that's</w:t>
      </w:r>
      <w:r>
        <w:t xml:space="preserve"> not</w:t>
      </w:r>
      <w:r>
        <w:t xml:space="preserve"> my</w:t>
      </w:r>
      <w:r>
        <w:t xml:space="preserve"> problem.</w:t>
        <w:br/>
        <w:t>需要多久</w:t>
      </w:r>
      <w:r>
        <w:t xml:space="preserve"> </w:t>
        <w:br/>
        <w:t>How</w:t>
      </w:r>
      <w:r>
        <w:t xml:space="preserve"> long?</w:t>
        <w:br/>
        <w:t>我们需要再存入一千五百万</w:t>
        <w:br/>
        <w:t>We</w:t>
      </w:r>
      <w:r>
        <w:t xml:space="preserve"> need</w:t>
      </w:r>
      <w:r>
        <w:t xml:space="preserve"> to</w:t>
      </w:r>
      <w:r>
        <w:t xml:space="preserve"> bank</w:t>
      </w:r>
      <w:r>
        <w:t xml:space="preserve"> a</w:t>
      </w:r>
      <w:r>
        <w:t xml:space="preserve"> further</w:t>
      </w:r>
      <w:r>
        <w:t xml:space="preserve"> 15.</w:t>
        <w:br/>
        <w:t>应该能在三个月内实现</w:t>
        <w:br/>
        <w:t>I'd</w:t>
      </w:r>
      <w:r>
        <w:t xml:space="preserve"> say</w:t>
      </w:r>
      <w:r>
        <w:t xml:space="preserve"> that's</w:t>
      </w:r>
      <w:r>
        <w:t xml:space="preserve"> achievable</w:t>
      </w:r>
      <w:r>
        <w:t xml:space="preserve"> within...</w:t>
      </w:r>
      <w:r>
        <w:t xml:space="preserve"> three</w:t>
      </w:r>
      <w:r>
        <w:t xml:space="preserve"> months.</w:t>
        <w:br/>
        <w:t>三个月</w:t>
        <w:br/>
        <w:t>Three</w:t>
      </w:r>
      <w:r>
        <w:t xml:space="preserve"> months.</w:t>
        <w:br/>
        <w:t>听着</w:t>
      </w:r>
      <w:r>
        <w:t xml:space="preserve"> 我理解你</w:t>
        <w:br/>
        <w:t>Look,</w:t>
      </w:r>
      <w:r>
        <w:t xml:space="preserve"> I</w:t>
      </w:r>
      <w:r>
        <w:t xml:space="preserve"> hear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5"/>
          <w:cols w:space="720"/>
          <w:titlePg w:val="0"/>
          <w:docGrid w:linePitch="360"/>
        </w:sectPr>
      </w:pPr>
      <w:r>
        <w:t xml:space="preserve"> you,</w:t>
        <w:br/>
        <w:t>我也能看出你很迫不及待</w:t>
        <w:br/>
        <w:t>and</w:t>
      </w:r>
      <w:r>
        <w:t xml:space="preserve"> I</w:t>
      </w:r>
      <w:r>
        <w:t xml:space="preserve"> see</w:t>
      </w:r>
      <w:r>
        <w:t xml:space="preserve"> your</w:t>
      </w:r>
      <w:r>
        <w:t xml:space="preserve"> very</w:t>
      </w:r>
      <w:r>
        <w:t xml:space="preserve"> obvious</w:t>
      </w:r>
      <w:r>
        <w:t xml:space="preserve"> agitation.</w:t>
        <w:br/>
        <w:t>不如我加快安排一下</w:t>
        <w:br/>
        <w:t>Why</w:t>
      </w:r>
      <w:r>
        <w:t xml:space="preserve"> don't</w:t>
      </w:r>
      <w:r>
        <w:t xml:space="preserve"> I</w:t>
      </w:r>
      <w:r>
        <w:t xml:space="preserve"> fast-track</w:t>
      </w:r>
      <w:r>
        <w:t xml:space="preserve"> a</w:t>
      </w:r>
      <w:r>
        <w:t xml:space="preserve"> meeting</w:t>
        <w:br/>
        <w:t>和给我洗钱的那位绅士见一面</w:t>
        <w:br/>
        <w:t>between</w:t>
      </w:r>
      <w:r>
        <w:t xml:space="preserve"> us</w:t>
      </w:r>
      <w:r>
        <w:t xml:space="preserve"> and</w:t>
      </w:r>
      <w:r>
        <w:t xml:space="preserve"> the</w:t>
      </w:r>
      <w:r>
        <w:t xml:space="preserve"> gentleman</w:t>
      </w:r>
      <w:r>
        <w:t xml:space="preserve"> who</w:t>
      </w:r>
      <w:r>
        <w:t xml:space="preserve"> washes</w:t>
      </w:r>
      <w:r>
        <w:t xml:space="preserve"> my</w:t>
      </w:r>
      <w:r>
        <w:t xml:space="preserve"> money?</w:t>
        <w:br/>
        <w:t>什么时候</w:t>
      </w:r>
      <w:r>
        <w:t xml:space="preserve"> </w:t>
        <w:br/>
        <w:t>When?</w:t>
        <w:br/>
        <w:t>太他妈棒了</w:t>
        <w:br/>
        <w:t>Fucking</w:t>
      </w:r>
      <w:r>
        <w:t xml:space="preserve"> nice!</w:t>
        <w:br/>
        <w:t>漂亮</w:t>
        <w:br/>
        <w:t>Beautiful!</w:t>
        <w:br/>
        <w:t>什么时候能见到那个人</w:t>
      </w:r>
      <w:r>
        <w:t xml:space="preserve"> </w:t>
        <w:br/>
        <w:t>When</w:t>
      </w:r>
      <w:r>
        <w:t xml:space="preserve"> are</w:t>
      </w:r>
      <w:r>
        <w:t xml:space="preserve"> we</w:t>
      </w:r>
      <w:r>
        <w:t xml:space="preserve"> gonna</w:t>
      </w:r>
      <w:r>
        <w:t xml:space="preserve"> meet</w:t>
      </w:r>
      <w:r>
        <w:t xml:space="preserve"> your</w:t>
      </w:r>
      <w:r>
        <w:t xml:space="preserve"> man?</w:t>
        <w:br/>
        <w:t>一会儿有的是时间</w:t>
      </w:r>
      <w:r>
        <w:t xml:space="preserve"> 恰奇哪儿也不会去</w:t>
        <w:br/>
        <w:t>Plenty</w:t>
      </w:r>
      <w:r>
        <w:t xml:space="preserve"> of</w:t>
      </w:r>
      <w:r>
        <w:t xml:space="preserve"> time</w:t>
      </w:r>
      <w:r>
        <w:t xml:space="preserve"> for</w:t>
      </w:r>
      <w:r>
        <w:t xml:space="preserve"> that</w:t>
      </w:r>
      <w:r>
        <w:t xml:space="preserve"> later.</w:t>
      </w:r>
      <w:r>
        <w:t xml:space="preserve"> Chucky's</w:t>
      </w:r>
      <w:r>
        <w:t xml:space="preserve"> not</w:t>
      </w:r>
      <w:r>
        <w:t xml:space="preserve"> going</w:t>
      </w:r>
      <w:r>
        <w:t xml:space="preserve"> anywhere.</w:t>
        <w:br/>
        <w:t>他很爱看拳击</w:t>
      </w:r>
      <w:r>
        <w:t xml:space="preserve"> 恰奇又是谁</w:t>
        <w:br/>
        <w:t>He</w:t>
      </w:r>
      <w:r>
        <w:t xml:space="preserve"> loves</w:t>
      </w:r>
      <w:r>
        <w:t xml:space="preserve"> a</w:t>
      </w:r>
      <w:r>
        <w:t xml:space="preserve"> good</w:t>
      </w:r>
      <w:r>
        <w:t xml:space="preserve"> ruck.</w:t>
      </w:r>
      <w:r>
        <w:t xml:space="preserve"> Who</w:t>
      </w:r>
      <w:r>
        <w:t xml:space="preserve"> exactly</w:t>
      </w:r>
      <w:r>
        <w:t xml:space="preserve"> is</w:t>
      </w:r>
      <w:r>
        <w:t xml:space="preserve"> Chucky?</w:t>
      </w:r>
      <w:r>
        <w:t xml:space="preserve"> </w:t>
        <w:br/>
        <w:t>加油</w:t>
      </w:r>
      <w:r>
        <w:t xml:space="preserve"> 杰基</w:t>
        <w:br/>
        <w:t>Come</w:t>
      </w:r>
      <w:r>
        <w:t xml:space="preserve"> on,</w:t>
      </w:r>
      <w:r>
        <w:t xml:space="preserve"> Jackie!</w:t>
        <w:br/>
        <w:t>那位就是恰奇</w:t>
      </w:r>
      <w:r>
        <w:t xml:space="preserve"> </w:t>
        <w:br/>
        <w:t>That's</w:t>
      </w:r>
      <w:r>
        <w:t xml:space="preserve"> Chucky.</w:t>
        <w:br/>
        <w:t>快点</w:t>
      </w:r>
      <w:r>
        <w:t xml:space="preserve"> 干掉他</w:t>
      </w:r>
      <w:r>
        <w:t xml:space="preserve"> -</w:t>
      </w:r>
      <w:r>
        <w:t xml:space="preserve"> 加油</w:t>
        <w:br/>
        <w:t>Go</w:t>
      </w:r>
      <w:r>
        <w:t xml:space="preserve"> on,</w:t>
      </w:r>
      <w:r>
        <w:t xml:space="preserve"> finish</w:t>
      </w:r>
      <w:r>
        <w:t xml:space="preserve"> it!</w:t>
      </w:r>
      <w:r>
        <w:t xml:space="preserve"> -</w:t>
      </w:r>
      <w:r>
        <w:t xml:space="preserve"> Come</w:t>
      </w:r>
      <w:r>
        <w:t xml:space="preserve"> on!</w:t>
        <w:br/>
        <w:t>加油啊</w:t>
        <w:br/>
        <w:t>Go</w:t>
      </w:r>
      <w:r>
        <w:t xml:space="preserve"> on.</w:t>
        <w:br/>
        <w:t>加油</w:t>
        <w:br/>
        <w:t>Come</w:t>
      </w:r>
      <w:r>
        <w:t xml:space="preserve"> on!</w:t>
        <w:br/>
        <w:t>加油</w:t>
      </w:r>
      <w:r>
        <w:t xml:space="preserve"> 杰克</w:t>
        <w:br/>
        <w:t>Go</w:t>
      </w:r>
      <w:r>
        <w:t xml:space="preserve"> on,</w:t>
      </w:r>
      <w:r>
        <w:t xml:space="preserve"> Jack!</w:t>
        <w:br/>
        <w:t>太他妈棒了</w:t>
        <w:br/>
        <w:t>Fucking</w:t>
      </w:r>
      <w:r>
        <w:t xml:space="preserve"> nice!</w:t>
        <w:br/>
        <w:t>我跟你说过</w:t>
      </w:r>
      <w:r>
        <w:t xml:space="preserve"> 会在第三轮击倒他</w:t>
      </w:r>
      <w:r>
        <w:t xml:space="preserve"> 是不是</w:t>
      </w:r>
      <w:r>
        <w:t xml:space="preserve"> 苏茜</w:t>
        <w:br/>
        <w:t>Told</w:t>
      </w:r>
      <w:r>
        <w:t xml:space="preserve"> you</w:t>
      </w:r>
      <w:r>
        <w:t xml:space="preserve"> I'd</w:t>
      </w:r>
      <w:r>
        <w:t xml:space="preserve"> knock</w:t>
      </w:r>
      <w:r>
        <w:t xml:space="preserve"> him</w:t>
      </w:r>
      <w:r>
        <w:t xml:space="preserve"> out</w:t>
      </w:r>
      <w:r>
        <w:t xml:space="preserve"> in</w:t>
      </w:r>
      <w:r>
        <w:t xml:space="preserve"> the</w:t>
      </w:r>
      <w:r>
        <w:t xml:space="preserve"> third,</w:t>
      </w:r>
      <w:r>
        <w:t xml:space="preserve"> didn't</w:t>
      </w:r>
      <w:r>
        <w:t xml:space="preserve"> I,</w:t>
      </w:r>
      <w:r>
        <w:t xml:space="preserve"> Suze?</w:t>
        <w:br/>
        <w:t>你确实说了</w:t>
        <w:br/>
        <w:t>You</w:t>
      </w:r>
      <w:r>
        <w:t xml:space="preserve"> did,</w:t>
      </w:r>
      <w:r>
        <w:t xml:space="preserve"> to</w:t>
      </w:r>
      <w:r>
        <w:t xml:space="preserve"> be</w:t>
      </w:r>
      <w:r>
        <w:t xml:space="preserve"> fair.</w:t>
        <w:br/>
        <w:t>跟她说了</w:t>
      </w:r>
      <w:r>
        <w:t xml:space="preserve"> 第三轮</w:t>
        <w:br/>
        <w:t>Told</w:t>
      </w:r>
      <w:r>
        <w:t xml:space="preserve"> her,</w:t>
      </w:r>
      <w:r>
        <w:t xml:space="preserve"> the</w:t>
      </w:r>
      <w:r>
        <w:t xml:space="preserve"> third.</w:t>
        <w:br/>
        <w:t>干得好</w:t>
      </w:r>
      <w:r>
        <w:t xml:space="preserve"> 杰克</w:t>
      </w:r>
      <w:r>
        <w:t xml:space="preserve"> 过来</w:t>
        <w:br/>
        <w:t>Great</w:t>
      </w:r>
      <w:r>
        <w:t xml:space="preserve"> work,</w:t>
      </w:r>
      <w:r>
        <w:t xml:space="preserve"> Jack.</w:t>
        <w:br/>
        <w:t>这他妈的才叫大&amp;hearts;师&amp;hearts;表演</w:t>
        <w:br/>
        <w:t>Now,</w:t>
      </w:r>
      <w:r>
        <w:t xml:space="preserve"> that</w:t>
      </w:r>
      <w:r>
        <w:t xml:space="preserve"> was</w:t>
      </w:r>
      <w:r>
        <w:t xml:space="preserve"> a</w:t>
      </w:r>
      <w:r>
        <w:t xml:space="preserve"> fucking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6"/>
          <w:cols w:space="720"/>
          <w:titlePg w:val="0"/>
          <w:docGrid w:linePitch="360"/>
        </w:sectPr>
      </w:pPr>
      <w:r>
        <w:t xml:space="preserve"> masterclass.</w:t>
        <w:br/>
        <w:t>只要你上擂台</w:t>
      </w:r>
      <w:r>
        <w:t xml:space="preserve"> 就有精彩表现</w:t>
        <w:br/>
        <w:t>Never</w:t>
      </w:r>
      <w:r>
        <w:t xml:space="preserve"> a</w:t>
      </w:r>
      <w:r>
        <w:t xml:space="preserve"> dull</w:t>
      </w:r>
      <w:r>
        <w:t xml:space="preserve"> moment</w:t>
      </w:r>
      <w:r>
        <w:t xml:space="preserve"> when</w:t>
      </w:r>
      <w:r>
        <w:t xml:space="preserve"> you're</w:t>
      </w:r>
      <w:r>
        <w:t xml:space="preserve"> in</w:t>
      </w:r>
      <w:r>
        <w:t xml:space="preserve"> that</w:t>
      </w:r>
      <w:r>
        <w:t xml:space="preserve"> ring.</w:t>
        <w:br/>
        <w:t>你真是了不得的拳手</w:t>
      </w:r>
      <w:r>
        <w:t xml:space="preserve"> 孩子</w:t>
        <w:br/>
        <w:t>You</w:t>
      </w:r>
      <w:r>
        <w:t xml:space="preserve"> are</w:t>
      </w:r>
      <w:r>
        <w:t xml:space="preserve"> a</w:t>
      </w:r>
      <w:r>
        <w:t xml:space="preserve"> proper</w:t>
      </w:r>
      <w:r>
        <w:t xml:space="preserve"> weapon,</w:t>
      </w:r>
      <w:r>
        <w:t xml:space="preserve"> son.</w:t>
        <w:br/>
        <w:t>我们也该聊聊</w:t>
      </w:r>
      <w:r>
        <w:t xml:space="preserve"> 让你参加高规格的比赛了</w:t>
        <w:br/>
        <w:t>It's</w:t>
      </w:r>
      <w:r>
        <w:t xml:space="preserve"> time</w:t>
      </w:r>
      <w:r>
        <w:t xml:space="preserve"> we</w:t>
      </w:r>
      <w:r>
        <w:t xml:space="preserve"> start</w:t>
      </w:r>
      <w:r>
        <w:t xml:space="preserve"> talking</w:t>
      </w:r>
      <w:r>
        <w:t xml:space="preserve"> about</w:t>
      </w:r>
      <w:r>
        <w:t xml:space="preserve"> giving</w:t>
      </w:r>
      <w:r>
        <w:t xml:space="preserve"> you</w:t>
      </w:r>
      <w:r>
        <w:t xml:space="preserve"> a</w:t>
      </w:r>
      <w:r>
        <w:t xml:space="preserve"> shot</w:t>
      </w:r>
      <w:r>
        <w:t xml:space="preserve"> at</w:t>
      </w:r>
      <w:r>
        <w:t xml:space="preserve"> a</w:t>
      </w:r>
      <w:r>
        <w:t xml:space="preserve"> proper</w:t>
      </w:r>
      <w:r>
        <w:t xml:space="preserve"> belt.</w:t>
        <w:br/>
        <w:t>听起来很棒嘛</w:t>
        <w:br/>
        <w:t>Now,</w:t>
      </w:r>
      <w:r>
        <w:t xml:space="preserve"> that</w:t>
      </w:r>
      <w:r>
        <w:t xml:space="preserve"> sounds</w:t>
      </w:r>
      <w:r>
        <w:t xml:space="preserve"> amazing.</w:t>
        <w:br/>
        <w:t>对吧</w:t>
      </w:r>
      <w:r>
        <w:t xml:space="preserve"> 苏茜</w:t>
      </w:r>
      <w:r>
        <w:t xml:space="preserve"> </w:t>
        <w:br/>
        <w:t>Don't</w:t>
      </w:r>
      <w:r>
        <w:t xml:space="preserve"> it,</w:t>
      </w:r>
      <w:r>
        <w:t xml:space="preserve"> Suze?</w:t>
        <w:br/>
        <w:t>嗯</w:t>
      </w:r>
      <w:r>
        <w:t xml:space="preserve"> 头脑</w:t>
      </w:r>
      <w:r>
        <w:t xml:space="preserve"> 肌肉和美貌</w:t>
      </w:r>
      <w:r>
        <w:t xml:space="preserve"> 你真是全占了</w:t>
      </w:r>
      <w:r>
        <w:t xml:space="preserve"> 杰克</w:t>
        <w:br/>
        <w:t>Well,</w:t>
      </w:r>
      <w:r>
        <w:t xml:space="preserve"> brains,</w:t>
      </w:r>
      <w:r>
        <w:t xml:space="preserve"> brawn,</w:t>
      </w:r>
      <w:r>
        <w:t xml:space="preserve"> and</w:t>
      </w:r>
      <w:r>
        <w:t xml:space="preserve"> beauty.</w:t>
      </w:r>
      <w:r>
        <w:t xml:space="preserve"> You're</w:t>
      </w:r>
      <w:r>
        <w:t xml:space="preserve"> a</w:t>
      </w:r>
      <w:r>
        <w:t xml:space="preserve"> triple</w:t>
      </w:r>
      <w:r>
        <w:t xml:space="preserve"> threat,</w:t>
      </w:r>
      <w:r>
        <w:t xml:space="preserve"> Jack.</w:t>
        <w:br/>
        <w:t>苏茜</w:t>
      </w:r>
      <w:r>
        <w:t xml:space="preserve"> 今晚要加入我们吗</w:t>
      </w:r>
      <w:r>
        <w:t xml:space="preserve"> </w:t>
        <w:br/>
        <w:t>Suze,</w:t>
      </w:r>
      <w:r>
        <w:t xml:space="preserve"> are</w:t>
      </w:r>
      <w:r>
        <w:t xml:space="preserve"> you</w:t>
      </w:r>
      <w:r>
        <w:t xml:space="preserve"> gonna</w:t>
      </w:r>
      <w:r>
        <w:t xml:space="preserve"> be</w:t>
      </w:r>
      <w:r>
        <w:t xml:space="preserve"> joining</w:t>
      </w:r>
      <w:r>
        <w:t xml:space="preserve"> us</w:t>
      </w:r>
      <w:r>
        <w:t xml:space="preserve"> this</w:t>
      </w:r>
      <w:r>
        <w:t xml:space="preserve"> evening?</w:t>
        <w:br/>
        <w:t>我们要为你弟弟的辉煌未来干一杯</w:t>
        <w:br/>
        <w:t>Gonna</w:t>
      </w:r>
      <w:r>
        <w:t xml:space="preserve"> raise</w:t>
      </w:r>
      <w:r>
        <w:t xml:space="preserve"> a</w:t>
      </w:r>
      <w:r>
        <w:t xml:space="preserve"> glass</w:t>
      </w:r>
      <w:r>
        <w:t xml:space="preserve"> to</w:t>
      </w:r>
      <w:r>
        <w:t xml:space="preserve"> your</w:t>
      </w:r>
      <w:r>
        <w:t xml:space="preserve"> brother's</w:t>
      </w:r>
      <w:r>
        <w:t xml:space="preserve"> glittering</w:t>
      </w:r>
      <w:r>
        <w:t xml:space="preserve"> future.</w:t>
        <w:br/>
        <w:t>我当然会去</w:t>
        <w:br/>
        <w:t>'Course</w:t>
      </w:r>
      <w:r>
        <w:t xml:space="preserve"> I</w:t>
      </w:r>
      <w:r>
        <w:t xml:space="preserve"> will.</w:t>
        <w:br/>
        <w:t>但爱迪和我还有些正事要先处理</w:t>
        <w:br/>
        <w:t>But</w:t>
      </w:r>
      <w:r>
        <w:t xml:space="preserve"> Eddie</w:t>
      </w:r>
      <w:r>
        <w:t xml:space="preserve"> and</w:t>
      </w:r>
      <w:r>
        <w:t xml:space="preserve"> I,</w:t>
      </w:r>
      <w:r>
        <w:t xml:space="preserve"> we've</w:t>
      </w:r>
      <w:r>
        <w:t xml:space="preserve"> got</w:t>
      </w:r>
      <w:r>
        <w:t xml:space="preserve"> a</w:t>
      </w:r>
      <w:r>
        <w:t xml:space="preserve"> little</w:t>
      </w:r>
      <w:r>
        <w:t xml:space="preserve"> bit</w:t>
      </w:r>
      <w:r>
        <w:t xml:space="preserve"> of</w:t>
      </w:r>
      <w:r>
        <w:t xml:space="preserve"> business</w:t>
      </w:r>
      <w:r>
        <w:t xml:space="preserve"> to</w:t>
      </w:r>
      <w:r>
        <w:t xml:space="preserve"> attend</w:t>
      </w:r>
      <w:r>
        <w:t xml:space="preserve"> to</w:t>
      </w:r>
      <w:r>
        <w:t xml:space="preserve"> first.</w:t>
        <w:br/>
        <w:t>噢</w:t>
      </w:r>
      <w:r>
        <w:t xml:space="preserve"> 这位就是公爵</w:t>
      </w:r>
      <w:r>
        <w:t xml:space="preserve"> </w:t>
        <w:br/>
        <w:t>Oh,</w:t>
      </w:r>
      <w:r>
        <w:t xml:space="preserve"> this</w:t>
      </w:r>
      <w:r>
        <w:t xml:space="preserve"> is</w:t>
      </w:r>
      <w:r>
        <w:t xml:space="preserve"> the</w:t>
      </w:r>
      <w:r>
        <w:t xml:space="preserve"> duke?</w:t>
        <w:br/>
        <w:t>你好</w:t>
      </w:r>
      <w:r>
        <w:t xml:space="preserve"> 很高兴认识你</w:t>
        <w:br/>
        <w:t>Hello.</w:t>
      </w:r>
      <w:r>
        <w:t xml:space="preserve"> Nice</w:t>
      </w:r>
      <w:r>
        <w:t xml:space="preserve"> to</w:t>
      </w:r>
      <w:r>
        <w:t xml:space="preserve"> meet</w:t>
      </w:r>
      <w:r>
        <w:t xml:space="preserve"> you.</w:t>
        <w:br/>
        <w:t>很高兴认识你</w:t>
      </w:r>
      <w:r>
        <w:t xml:space="preserve"> 我是亨利·柯林斯</w:t>
      </w:r>
      <w:r>
        <w:t xml:space="preserve"> 你觉得他表现如何</w:t>
      </w:r>
      <w:r>
        <w:t xml:space="preserve"> </w:t>
        <w:br/>
        <w:t>Nice</w:t>
      </w:r>
      <w:r>
        <w:t xml:space="preserve"> to</w:t>
      </w:r>
      <w:r>
        <w:t xml:space="preserve"> meet</w:t>
      </w:r>
      <w:r>
        <w:t xml:space="preserve"> you</w:t>
      </w:r>
      <w:r>
        <w:t xml:space="preserve"> too.</w:t>
      </w:r>
      <w:r>
        <w:t xml:space="preserve"> Henry</w:t>
      </w:r>
      <w:r>
        <w:t xml:space="preserve"> Collins.</w:t>
      </w:r>
      <w:r>
        <w:t xml:space="preserve"> How</w:t>
      </w:r>
      <w:r>
        <w:t xml:space="preserve"> do</w:t>
      </w:r>
      <w:r>
        <w:t xml:space="preserve"> you</w:t>
      </w:r>
      <w:r>
        <w:t xml:space="preserve"> think</w:t>
      </w:r>
      <w:r>
        <w:t xml:space="preserve"> the</w:t>
      </w:r>
      <w:r>
        <w:t xml:space="preserve"> boy</w:t>
      </w:r>
      <w:r>
        <w:t xml:space="preserve"> performed?</w:t>
        <w:br/>
        <w:t>我见过的最好的一次</w:t>
        <w:br/>
        <w:t>Best</w:t>
      </w:r>
      <w:r>
        <w:t xml:space="preserve"> I've</w:t>
      </w:r>
      <w:r>
        <w:t xml:space="preserve"> seen</w:t>
      </w:r>
      <w:r>
        <w:t xml:space="preserve"> him.</w:t>
        <w:br/>
        <w:t>去清洗一下</w:t>
      </w:r>
      <w:r>
        <w:t xml:space="preserve"> 杰克</w:t>
      </w:r>
      <w:r>
        <w:t xml:space="preserve"> 我们一会儿见</w:t>
        <w:br/>
        <w:t>Get</w:t>
      </w:r>
      <w:r>
        <w:t xml:space="preserve"> yourself</w:t>
      </w:r>
      <w:r>
        <w:t xml:space="preserve"> cleaned</w:t>
      </w:r>
      <w:r>
        <w:t xml:space="preserve"> up,</w:t>
      </w:r>
      <w:r>
        <w:t xml:space="preserve"> Jack,</w:t>
      </w:r>
      <w:r>
        <w:t xml:space="preserve"> and</w:t>
      </w:r>
      <w:r>
        <w:t xml:space="preserve"> I'll</w:t>
      </w:r>
      <w:r>
        <w:t xml:space="preserve"> see</w:t>
      </w:r>
      <w:r>
        <w:t xml:space="preserve"> you</w:t>
      </w:r>
      <w:r>
        <w:t xml:space="preserve"> later.</w:t>
        <w:br/>
        <w:t>一会儿见</w:t>
        <w:br/>
        <w:t>See</w:t>
      </w:r>
      <w:r>
        <w:t xml:space="preserve"> you</w:t>
      </w:r>
      <w:r>
        <w:t xml:space="preserve"> later.</w:t>
        <w:br/>
        <w:t>走吧</w:t>
        <w:br/>
        <w:t>Come</w:t>
      </w:r>
      <w:r>
        <w:t xml:space="preserve"> on.</w:t>
        <w:br/>
        <w:t>好了</w:t>
      </w:r>
      <w:r>
        <w:t xml:space="preserve"> 我们去找恰奇吧</w:t>
        <w:br/>
        <w:t>Well.</w:t>
      </w:r>
      <w:r>
        <w:t xml:space="preserve"> Let's</w:t>
      </w:r>
      <w:r>
        <w:t xml:space="preserve"> have</w:t>
      </w:r>
      <w:r>
        <w:t xml:space="preserve"> this</w:t>
      </w:r>
      <w:r>
        <w:t xml:space="preserve"> meeting</w:t>
      </w:r>
      <w:r>
        <w:t xml:space="preserve"> with</w:t>
      </w:r>
      <w:r>
        <w:t xml:space="preserve"> Chucky,</w:t>
      </w:r>
      <w:r>
        <w:t xml:space="preserve"> then.</w:t>
        <w:br/>
        <w:t>好的</w:t>
      </w:r>
      <w:r>
        <w:t xml:space="preserve"> 在我介绍你们认识之前</w:t>
        <w:br/>
        <w:t>Okay.</w:t>
      </w:r>
      <w:r>
        <w:t xml:space="preserve"> Well,</w:t>
      </w:r>
      <w:r>
        <w:t xml:space="preserve"> before</w:t>
      </w:r>
      <w:r>
        <w:t xml:space="preserve"> I</w:t>
      </w:r>
      <w:r>
        <w:t xml:space="preserve"> introduce</w:t>
      </w:r>
      <w:r>
        <w:t xml:space="preserve"> you,</w:t>
        <w:br/>
        <w:t>我得先告诉你</w:t>
      </w:r>
      <w:r>
        <w:t xml:space="preserve"> 他的个性有点难搞</w:t>
        <w:br/>
        <w:t>I</w:t>
      </w:r>
      <w:r>
        <w:t xml:space="preserve"> should</w:t>
      </w:r>
      <w:r>
        <w:t xml:space="preserve"> warn</w:t>
      </w:r>
      <w:r>
        <w:t xml:space="preserve"> you,</w:t>
      </w:r>
      <w:r>
        <w:t xml:space="preserve"> he's</w:t>
      </w:r>
      <w:r>
        <w:t xml:space="preserve"> a</w:t>
      </w:r>
      <w:r>
        <w:t xml:space="preserve"> bit</w:t>
      </w:r>
      <w:r>
        <w:t xml:space="preserve"> of</w:t>
      </w:r>
      <w:r>
        <w:t xml:space="preserve"> a</w:t>
      </w:r>
      <w:r>
        <w:t xml:space="preserve"> strong</w:t>
      </w:r>
      <w:r>
        <w:t xml:space="preserve"> flavor.</w:t>
        <w:br/>
        <w:t>这些玉米热狗</w:t>
      </w:r>
      <w:r>
        <w:t xml:space="preserve"> 肯定会热卖&amp;hearts;&amp;hearts;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7"/>
          <w:cols w:space="720"/>
          <w:titlePg w:val="0"/>
          <w:docGrid w:linePitch="360"/>
        </w:sectPr>
      </w:pPr>
      <w:r>
        <w:t xml:space="preserve"> 这可是新的摇钱树</w:t>
        <w:br/>
        <w:t>These</w:t>
      </w:r>
      <w:r>
        <w:t xml:space="preserve"> corn</w:t>
      </w:r>
      <w:r>
        <w:t xml:space="preserve"> dogs,</w:t>
      </w:r>
      <w:r>
        <w:t xml:space="preserve"> they're</w:t>
      </w:r>
      <w:r>
        <w:t xml:space="preserve"> gonna</w:t>
      </w:r>
      <w:r>
        <w:t xml:space="preserve"> blow</w:t>
      </w:r>
      <w:r>
        <w:t xml:space="preserve"> up.</w:t>
      </w:r>
      <w:r>
        <w:t xml:space="preserve"> They're</w:t>
      </w:r>
      <w:r>
        <w:t xml:space="preserve"> the</w:t>
      </w:r>
      <w:r>
        <w:t xml:space="preserve"> new</w:t>
      </w:r>
      <w:r>
        <w:t xml:space="preserve"> money</w:t>
      </w:r>
      <w:r>
        <w:t xml:space="preserve"> spinner.</w:t>
        <w:br/>
        <w:t>玉米热狗</w:t>
      </w:r>
      <w:r>
        <w:t xml:space="preserve"> </w:t>
        <w:br/>
        <w:t>Corn</w:t>
      </w:r>
      <w:r>
        <w:t xml:space="preserve"> dogs?</w:t>
        <w:br/>
        <w:t>不行</w:t>
      </w:r>
      <w:r>
        <w:t xml:space="preserve"> 这可不够好</w:t>
      </w:r>
      <w:r>
        <w:t xml:space="preserve"> 说真的</w:t>
      </w:r>
      <w:r>
        <w:t xml:space="preserve"> 这太扯了</w:t>
        <w:br/>
        <w:t>No.</w:t>
      </w:r>
      <w:r>
        <w:t xml:space="preserve"> That's</w:t>
      </w:r>
      <w:r>
        <w:t xml:space="preserve"> not</w:t>
      </w:r>
      <w:r>
        <w:t xml:space="preserve"> good</w:t>
      </w:r>
      <w:r>
        <w:t xml:space="preserve"> enough.</w:t>
      </w:r>
      <w:r>
        <w:t xml:space="preserve"> In</w:t>
      </w:r>
      <w:r>
        <w:t xml:space="preserve"> fact,</w:t>
      </w:r>
      <w:r>
        <w:t xml:space="preserve"> it's</w:t>
      </w:r>
      <w:r>
        <w:t xml:space="preserve"> ridiculous.</w:t>
        <w:br/>
        <w:t>苏茜</w:t>
      </w:r>
      <w:r>
        <w:t xml:space="preserve"> 我爱你</w:t>
      </w:r>
      <w:r>
        <w:t xml:space="preserve"> 我尊重你</w:t>
      </w:r>
      <w:r>
        <w:t xml:space="preserve"> 我不会骗你</w:t>
      </w:r>
      <w:r>
        <w:t xml:space="preserve"> 你知道的</w:t>
      </w:r>
      <w:r>
        <w:t xml:space="preserve"> 对吧</w:t>
      </w:r>
      <w:r>
        <w:t xml:space="preserve"> </w:t>
        <w:br/>
        <w:t>Suze,</w:t>
      </w:r>
      <w:r>
        <w:t xml:space="preserve"> I</w:t>
      </w:r>
      <w:r>
        <w:t xml:space="preserve"> love</w:t>
      </w:r>
      <w:r>
        <w:t xml:space="preserve"> you,</w:t>
      </w:r>
      <w:r>
        <w:t xml:space="preserve"> I</w:t>
      </w:r>
      <w:r>
        <w:t xml:space="preserve"> respect</w:t>
      </w:r>
      <w:r>
        <w:t xml:space="preserve"> you,</w:t>
      </w:r>
      <w:r>
        <w:t xml:space="preserve"> I</w:t>
      </w:r>
      <w:r>
        <w:t xml:space="preserve"> wouldn't</w:t>
      </w:r>
      <w:r>
        <w:t xml:space="preserve"> lie</w:t>
      </w:r>
      <w:r>
        <w:t xml:space="preserve"> to</w:t>
      </w:r>
      <w:r>
        <w:t xml:space="preserve"> you,</w:t>
      </w:r>
      <w:r>
        <w:t xml:space="preserve"> you</w:t>
      </w:r>
      <w:r>
        <w:t xml:space="preserve"> know</w:t>
      </w:r>
      <w:r>
        <w:t xml:space="preserve"> that,yeah?</w:t>
        <w:br/>
        <w:t>这可不是普通的玉米热狗</w:t>
      </w:r>
      <w:r>
        <w:t xml:space="preserve"> 对吧</w:t>
      </w:r>
      <w:r>
        <w:t xml:space="preserve"> </w:t>
        <w:br/>
        <w:t>This</w:t>
      </w:r>
      <w:r>
        <w:t xml:space="preserve"> is</w:t>
      </w:r>
      <w:r>
        <w:t xml:space="preserve"> no</w:t>
      </w:r>
      <w:r>
        <w:t xml:space="preserve"> ordinary</w:t>
      </w:r>
      <w:r>
        <w:t xml:space="preserve"> corn</w:t>
      </w:r>
      <w:r>
        <w:t xml:space="preserve"> dog,</w:t>
      </w:r>
      <w:r>
        <w:t xml:space="preserve"> yeah?</w:t>
        <w:br/>
        <w:t>这是韩国劲辣玉米热狗</w:t>
        <w:br/>
        <w:t>This</w:t>
      </w:r>
      <w:r>
        <w:t xml:space="preserve"> is</w:t>
      </w:r>
      <w:r>
        <w:t xml:space="preserve"> a</w:t>
      </w:r>
      <w:r>
        <w:t xml:space="preserve"> spicy</w:t>
      </w:r>
      <w:r>
        <w:t xml:space="preserve"> Korean</w:t>
      </w:r>
      <w:r>
        <w:t xml:space="preserve"> corn</w:t>
      </w:r>
      <w:r>
        <w:t xml:space="preserve"> dog.</w:t>
        <w:br/>
        <w:t>这是未来热销货</w:t>
      </w:r>
      <w:r>
        <w:t xml:space="preserve"> 是我家史黛拉给我介绍的</w:t>
        <w:br/>
        <w:t>They're</w:t>
      </w:r>
      <w:r>
        <w:t xml:space="preserve"> the</w:t>
      </w:r>
      <w:r>
        <w:t xml:space="preserve"> future.</w:t>
      </w:r>
      <w:r>
        <w:t xml:space="preserve"> My</w:t>
      </w:r>
      <w:r>
        <w:t xml:space="preserve"> Stella</w:t>
      </w:r>
      <w:r>
        <w:t xml:space="preserve"> put</w:t>
      </w:r>
      <w:r>
        <w:t xml:space="preserve"> me</w:t>
      </w:r>
      <w:r>
        <w:t xml:space="preserve"> onto</w:t>
      </w:r>
      <w:r>
        <w:t xml:space="preserve"> it.</w:t>
        <w:br/>
        <w:t>她喜欢韩流之类的玩意</w:t>
        <w:br/>
        <w:br/>
        <w:t>She's</w:t>
      </w:r>
      <w:r>
        <w:t xml:space="preserve"> into</w:t>
      </w:r>
      <w:r>
        <w:t xml:space="preserve"> K-pop</w:t>
      </w:r>
      <w:r>
        <w:t xml:space="preserve"> and</w:t>
      </w:r>
      <w:r>
        <w:t xml:space="preserve"> all</w:t>
      </w:r>
      <w:r>
        <w:t xml:space="preserve"> that</w:t>
      </w:r>
      <w:r>
        <w:t xml:space="preserve"> shit.</w:t>
      </w:r>
      <w:r>
        <w:t xml:space="preserve"> </w:t>
        <w:br/>
        <w:t>能给我点喝的吗</w:t>
        <w:br/>
        <w:t>Can</w:t>
      </w:r>
      <w:r>
        <w:t xml:space="preserve"> I</w:t>
      </w:r>
      <w:r>
        <w:t xml:space="preserve"> have</w:t>
      </w:r>
      <w:r>
        <w:t xml:space="preserve"> a</w:t>
      </w:r>
      <w:r>
        <w:t xml:space="preserve"> drink?</w:t>
        <w:br/>
        <w:t>当然可以</w:t>
      </w:r>
      <w:r>
        <w:t xml:space="preserve"> -</w:t>
      </w:r>
      <w:r>
        <w:t xml:space="preserve"> 谢谢</w:t>
      </w:r>
      <w:r>
        <w:t xml:space="preserve"> 兄弟</w:t>
        <w:br/>
        <w:t>'Course</w:t>
      </w:r>
      <w:r>
        <w:t xml:space="preserve"> you</w:t>
      </w:r>
      <w:r>
        <w:t xml:space="preserve"> can.</w:t>
      </w:r>
      <w:r>
        <w:t xml:space="preserve"> -</w:t>
      </w:r>
      <w:r>
        <w:t xml:space="preserve"> </w:t>
      </w:r>
      <w:r>
        <w:t xml:space="preserve"> Thank</w:t>
      </w:r>
      <w:r>
        <w:t xml:space="preserve"> you.</w:t>
      </w:r>
      <w:r>
        <w:t xml:space="preserve"> Bro.</w:t>
        <w:br/>
        <w:t>我口渴</w:t>
      </w:r>
      <w:r>
        <w:t xml:space="preserve"> 糖尿病</w:t>
      </w:r>
      <w:r>
        <w:t xml:space="preserve"> </w:t>
      </w:r>
      <w:r>
        <w:t xml:space="preserve"> -</w:t>
      </w:r>
      <w:r>
        <w:t xml:space="preserve"> 伏特加可以吗</w:t>
      </w:r>
      <w:r>
        <w:t xml:space="preserve"> 好</w:t>
        <w:br/>
        <w:t>I'm</w:t>
      </w:r>
      <w:r>
        <w:t xml:space="preserve"> thirsty.</w:t>
      </w:r>
      <w:r>
        <w:t xml:space="preserve"> Diabetes.</w:t>
      </w:r>
      <w:r>
        <w:t xml:space="preserve"> -</w:t>
      </w:r>
      <w:r>
        <w:t xml:space="preserve"> </w:t>
      </w:r>
      <w:r>
        <w:t xml:space="preserve"> Vodka</w:t>
      </w:r>
      <w:r>
        <w:t xml:space="preserve"> okay?</w:t>
        <w:br/>
        <w:t>爱迪</w:t>
      </w:r>
      <w:r>
        <w:t xml:space="preserve"> 听着</w:t>
      </w:r>
      <w:r>
        <w:t xml:space="preserve"> 我看得出来</w:t>
      </w:r>
      <w:r>
        <w:t xml:space="preserve"> 你有点信不过我</w:t>
      </w:r>
      <w:r>
        <w:t xml:space="preserve"> 是吧</w:t>
      </w:r>
      <w:r>
        <w:t xml:space="preserve"> </w:t>
        <w:br/>
        <w:t>Eddie,</w:t>
      </w:r>
      <w:r>
        <w:t xml:space="preserve"> look,</w:t>
      </w:r>
      <w:r>
        <w:t xml:space="preserve"> I</w:t>
      </w:r>
      <w:r>
        <w:t xml:space="preserve"> can</w:t>
      </w:r>
      <w:r>
        <w:t xml:space="preserve"> see</w:t>
      </w:r>
      <w:r>
        <w:t xml:space="preserve"> that</w:t>
      </w:r>
      <w:r>
        <w:t xml:space="preserve"> you're</w:t>
      </w:r>
      <w:r>
        <w:t xml:space="preserve"> a</w:t>
      </w:r>
      <w:r>
        <w:t xml:space="preserve"> bit</w:t>
      </w:r>
      <w:r>
        <w:t xml:space="preserve"> dubious,</w:t>
      </w:r>
      <w:r>
        <w:t xml:space="preserve"> yeah?</w:t>
        <w:br/>
        <w:t>我跟你说实话</w:t>
      </w:r>
      <w:r>
        <w:t xml:space="preserve"> 你这人他妈有一种奇怪的感觉</w:t>
        <w:br/>
        <w:t>I'll</w:t>
      </w:r>
      <w:r>
        <w:t xml:space="preserve"> be</w:t>
      </w:r>
      <w:r>
        <w:t xml:space="preserve"> honest</w:t>
      </w:r>
      <w:r>
        <w:t xml:space="preserve"> with</w:t>
      </w:r>
      <w:r>
        <w:t xml:space="preserve"> you.</w:t>
      </w:r>
      <w:r>
        <w:t xml:space="preserve"> You</w:t>
      </w:r>
      <w:r>
        <w:t xml:space="preserve"> got</w:t>
      </w:r>
      <w:r>
        <w:t xml:space="preserve"> a</w:t>
      </w:r>
      <w:r>
        <w:t xml:space="preserve"> weird</w:t>
      </w:r>
      <w:r>
        <w:t xml:space="preserve"> fucking</w:t>
      </w:r>
      <w:r>
        <w:t xml:space="preserve"> vibe.</w:t>
        <w:br/>
        <w:t>但这不重要</w:t>
        <w:br/>
        <w:t>But</w:t>
      </w:r>
      <w:r>
        <w:t xml:space="preserve"> that</w:t>
      </w:r>
      <w:r>
        <w:t xml:space="preserve"> don't</w:t>
      </w:r>
      <w:r>
        <w:t xml:space="preserve"> matter.</w:t>
        <w:br/>
        <w:t>为了让你安心一些</w:t>
      </w:r>
      <w:r>
        <w:t xml:space="preserve"> 我只想告诉你</w:t>
        <w:br/>
        <w:t>To</w:t>
      </w:r>
      <w:r>
        <w:t xml:space="preserve"> make</w:t>
      </w:r>
      <w:r>
        <w:t xml:space="preserve"> you</w:t>
      </w:r>
      <w:r>
        <w:t xml:space="preserve"> feel</w:t>
      </w:r>
      <w:r>
        <w:t xml:space="preserve"> better,</w:t>
      </w:r>
      <w:r>
        <w:t xml:space="preserve"> all</w:t>
      </w:r>
      <w:r>
        <w:t xml:space="preserve"> you</w:t>
      </w:r>
      <w:r>
        <w:t xml:space="preserve"> need</w:t>
      </w:r>
      <w:r>
        <w:t xml:space="preserve"> to</w:t>
      </w:r>
      <w:r>
        <w:t xml:space="preserve"> know</w:t>
        <w:br/>
        <w:t>在做洗钱这件事上</w:t>
        <w:br/>
        <w:t>is</w:t>
      </w:r>
      <w:r>
        <w:t xml:space="preserve"> that</w:t>
      </w:r>
      <w:r>
        <w:t xml:space="preserve"> when</w:t>
      </w:r>
      <w:r>
        <w:t xml:space="preserve"> it</w:t>
      </w:r>
      <w:r>
        <w:t xml:space="preserve"> comes</w:t>
      </w:r>
      <w:r>
        <w:t xml:space="preserve"> to</w:t>
      </w:r>
      <w:r>
        <w:t xml:space="preserve"> cleaning</w:t>
      </w:r>
      <w:r>
        <w:t xml:space="preserve"> paisa,</w:t>
        <w:br/>
        <w:t>我们是业内第一</w:t>
        <w:br/>
        <w:t>we</w:t>
      </w:r>
      <w:r>
        <w:t xml:space="preserve"> are</w:t>
      </w:r>
      <w:r>
        <w:t xml:space="preserve"> the</w:t>
      </w:r>
      <w:r>
        <w:t xml:space="preserve"> best</w:t>
      </w:r>
      <w:r>
        <w:t xml:space="preserve"> in</w:t>
      </w:r>
      <w:r>
        <w:t xml:space="preserve"> the</w:t>
      </w:r>
      <w:r>
        <w:t xml:space="preserve"> street.</w:t>
        <w:br/>
        <w:t>在方方面面都领先</w:t>
        <w:br/>
        <w:t>I'm</w:t>
      </w:r>
      <w:r>
        <w:t xml:space="preserve"> ahead</w:t>
      </w:r>
      <w:r>
        <w:t xml:space="preserve"> of</w:t>
      </w:r>
      <w:r>
        <w:t xml:space="preserve"> the</w:t>
      </w:r>
      <w:r>
        <w:t xml:space="preserve"> game</w:t>
      </w:r>
      <w:r>
        <w:t xml:space="preserve"> on</w:t>
      </w:r>
      <w:r>
        <w:t xml:space="preserve"> a</w:t>
      </w:r>
      <w:r>
        <w:t xml:space="preserve"> lot</w:t>
      </w:r>
      <w:r>
        <w:t xml:space="preserve"> of</w:t>
      </w:r>
      <w:r>
        <w:t xml:space="preserve"> things.</w:t>
        <w:br/>
        <w:t>没错</w:t>
      </w:r>
      <w:r>
        <w:t xml:space="preserve"> 是的</w:t>
        <w:br/>
        <w:t>He</w:t>
      </w:r>
      <w:r>
        <w:t xml:space="preserve"> is.</w:t>
      </w:r>
      <w:r>
        <w:t xml:space="preserve"> It's</w:t>
      </w:r>
      <w:r>
        <w:t xml:space="preserve"> true.</w:t>
        <w:br/>
        <w:t>没错</w:t>
      </w:r>
      <w:r>
        <w:t xml:space="preserve"> 他妈的果汁吧</w:t>
      </w:r>
      <w:r>
        <w:t xml:space="preserve"> 我给带火的</w:t>
        <w:br/>
        <w:t>Yeah,</w:t>
      </w:r>
      <w:r>
        <w:t xml:space="preserve"> man.</w:t>
      </w:r>
      <w:r>
        <w:t xml:space="preserve"> Fucking</w:t>
      </w:r>
      <w:r>
        <w:t xml:space="preserve"> juice</w:t>
      </w:r>
      <w:r>
        <w:t xml:space="preserve"> bars,</w:t>
      </w:r>
      <w:r>
        <w:t xml:space="preserve"> pioneered</w:t>
      </w:r>
      <w:r>
        <w:t xml:space="preserve"> 'em.</w:t>
        <w:br/>
        <w:t>他妈的生鱼盖饭</w:t>
      </w:r>
      <w:r>
        <w:t xml:space="preserve"> 我都不知道那是什么</w:t>
      </w:r>
      <w:r>
        <w:t xml:space="preserve"> 你知道吗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8"/>
          <w:cols w:space="720"/>
          <w:titlePg w:val="0"/>
          <w:docGrid w:linePitch="360"/>
        </w:sectPr>
      </w:pPr>
      <w:r>
        <w:t xml:space="preserve"> </w:t>
        <w:br/>
        <w:t>Fucking</w:t>
      </w:r>
      <w:r>
        <w:t xml:space="preserve"> poke</w:t>
      </w:r>
      <w:r>
        <w:t xml:space="preserve"> bowls.</w:t>
      </w:r>
      <w:r>
        <w:t xml:space="preserve"> I</w:t>
      </w:r>
      <w:r>
        <w:t xml:space="preserve"> don't</w:t>
      </w:r>
      <w:r>
        <w:t xml:space="preserve"> know</w:t>
      </w:r>
      <w:r>
        <w:t xml:space="preserve"> what</w:t>
      </w:r>
      <w:r>
        <w:t xml:space="preserve"> a</w:t>
      </w:r>
      <w:r>
        <w:t xml:space="preserve"> poke</w:t>
      </w:r>
      <w:r>
        <w:t xml:space="preserve"> bowl</w:t>
      </w:r>
      <w:r>
        <w:t xml:space="preserve"> is.</w:t>
      </w:r>
      <w:r>
        <w:t xml:space="preserve"> Do</w:t>
      </w:r>
      <w:r>
        <w:t xml:space="preserve"> you?</w:t>
        <w:br/>
        <w:t>谁他妈在乎</w:t>
      </w:r>
      <w:r>
        <w:t xml:space="preserve"> </w:t>
      </w:r>
      <w:r>
        <w:t xml:space="preserve"> 反正我卖&amp;hearts;&amp;hearts;了好几百万份</w:t>
      </w:r>
      <w:r>
        <w:t xml:space="preserve"> 对吧</w:t>
      </w:r>
      <w:r>
        <w:t xml:space="preserve"> </w:t>
        <w:br/>
        <w:t>Who</w:t>
      </w:r>
      <w:r>
        <w:t xml:space="preserve"> fucking</w:t>
      </w:r>
      <w:r>
        <w:t xml:space="preserve"> cares?</w:t>
      </w:r>
      <w:r>
        <w:t xml:space="preserve"> I've</w:t>
      </w:r>
      <w:r>
        <w:t xml:space="preserve"> sold</w:t>
      </w:r>
      <w:r>
        <w:t xml:space="preserve"> millions</w:t>
      </w:r>
      <w:r>
        <w:t xml:space="preserve"> of</w:t>
      </w:r>
      <w:r>
        <w:t xml:space="preserve"> 'em.</w:t>
      </w:r>
      <w:r>
        <w:t xml:space="preserve"> Yeah?</w:t>
        <w:br/>
        <w:t>牛油果</w:t>
        <w:br/>
        <w:t>Avocados.</w:t>
        <w:br/>
        <w:t>人们愿意他妈的出高价</w:t>
        <w:br/>
        <w:t>People</w:t>
      </w:r>
      <w:r>
        <w:t xml:space="preserve"> paying</w:t>
      </w:r>
      <w:r>
        <w:t xml:space="preserve"> top</w:t>
      </w:r>
      <w:r>
        <w:t xml:space="preserve"> fucking</w:t>
      </w:r>
      <w:r>
        <w:t xml:space="preserve"> money</w:t>
        <w:br/>
        <w:t>买&amp;hearts;&amp;hearts;这个尝起来像舔砖头的东西</w:t>
        <w:br/>
        <w:t>for</w:t>
      </w:r>
      <w:r>
        <w:t xml:space="preserve"> something</w:t>
      </w:r>
      <w:r>
        <w:t xml:space="preserve"> that</w:t>
      </w:r>
      <w:r>
        <w:t xml:space="preserve"> tastes</w:t>
      </w:r>
      <w:r>
        <w:t xml:space="preserve"> like</w:t>
      </w:r>
      <w:r>
        <w:t xml:space="preserve"> a</w:t>
      </w:r>
      <w:r>
        <w:t xml:space="preserve"> house</w:t>
      </w:r>
      <w:r>
        <w:t xml:space="preserve"> brick.</w:t>
        <w:br/>
        <w:t>疯了吗</w:t>
      </w:r>
      <w:r>
        <w:t xml:space="preserve"> 我卖&amp;hearts;&amp;hearts;出去了</w:t>
        <w:br/>
        <w:t>Are</w:t>
      </w:r>
      <w:r>
        <w:t xml:space="preserve"> you</w:t>
      </w:r>
      <w:r>
        <w:t xml:space="preserve"> mad?</w:t>
      </w:r>
      <w:r>
        <w:t xml:space="preserve"> I</w:t>
      </w:r>
      <w:r>
        <w:t xml:space="preserve"> sold</w:t>
      </w:r>
      <w:r>
        <w:t xml:space="preserve"> 'em.</w:t>
        <w:br/>
        <w:t>行了</w:t>
      </w:r>
      <w:r>
        <w:t xml:space="preserve"> 我明白了</w:t>
      </w:r>
      <w:r>
        <w:t xml:space="preserve"> 谢谢</w:t>
      </w:r>
      <w:r>
        <w:t xml:space="preserve"> 需要多久</w:t>
      </w:r>
      <w:r>
        <w:t xml:space="preserve"> </w:t>
        <w:br/>
        <w:t>All</w:t>
      </w:r>
      <w:r>
        <w:t xml:space="preserve"> right,</w:t>
      </w:r>
      <w:r>
        <w:t xml:space="preserve"> I...</w:t>
      </w:r>
      <w:r>
        <w:t xml:space="preserve"> I</w:t>
      </w:r>
      <w:r>
        <w:t xml:space="preserve"> get</w:t>
      </w:r>
      <w:r>
        <w:t xml:space="preserve"> it.</w:t>
      </w:r>
      <w:r>
        <w:t xml:space="preserve"> Thank</w:t>
      </w:r>
      <w:r>
        <w:t xml:space="preserve"> you.</w:t>
      </w:r>
      <w:r>
        <w:t xml:space="preserve"> What's</w:t>
      </w:r>
      <w:r>
        <w:t xml:space="preserve"> the</w:t>
      </w:r>
      <w:r>
        <w:t xml:space="preserve"> timeline?</w:t>
        <w:br/>
        <w:t>多少钱</w:t>
      </w:r>
      <w:r>
        <w:t xml:space="preserve"> </w:t>
      </w:r>
      <w:r>
        <w:t xml:space="preserve"> -</w:t>
      </w:r>
      <w:r>
        <w:t xml:space="preserve"> 一千五百万</w:t>
        <w:br/>
        <w:t>How</w:t>
      </w:r>
      <w:r>
        <w:t xml:space="preserve"> much</w:t>
      </w:r>
      <w:r>
        <w:t xml:space="preserve"> is</w:t>
      </w:r>
      <w:r>
        <w:t xml:space="preserve"> it?</w:t>
      </w:r>
      <w:r>
        <w:t xml:space="preserve"> -</w:t>
      </w:r>
      <w:r>
        <w:t xml:space="preserve"> Fifteen.</w:t>
        <w:br/>
        <w:t>我们之前讨论过的</w:t>
        <w:br/>
        <w:t>As</w:t>
      </w:r>
      <w:r>
        <w:t xml:space="preserve"> discussed.</w:t>
        <w:br/>
        <w:t>四</w:t>
      </w:r>
      <w:r>
        <w:t xml:space="preserve"> 五个月怎么样</w:t>
      </w:r>
      <w:r>
        <w:t xml:space="preserve"> </w:t>
        <w:br/>
        <w:t>What</w:t>
      </w:r>
      <w:r>
        <w:t xml:space="preserve"> about</w:t>
      </w:r>
      <w:r>
        <w:t xml:space="preserve"> four</w:t>
      </w:r>
      <w:r>
        <w:t xml:space="preserve"> or</w:t>
      </w:r>
      <w:r>
        <w:t xml:space="preserve"> five</w:t>
      </w:r>
      <w:r>
        <w:t xml:space="preserve"> months?</w:t>
        <w:br/>
        <w:t>不行</w:t>
      </w:r>
      <w:r>
        <w:t xml:space="preserve"> 我告诉过你的</w:t>
      </w:r>
      <w:r>
        <w:t xml:space="preserve"> 这还不够好</w:t>
        <w:br/>
        <w:t>No,</w:t>
      </w:r>
      <w:r>
        <w:t xml:space="preserve"> no.</w:t>
      </w:r>
      <w:r>
        <w:t xml:space="preserve"> I</w:t>
      </w:r>
      <w:r>
        <w:t xml:space="preserve"> told</w:t>
      </w:r>
      <w:r>
        <w:t xml:space="preserve"> you.</w:t>
      </w:r>
      <w:r>
        <w:t xml:space="preserve"> That's</w:t>
      </w:r>
      <w:r>
        <w:t xml:space="preserve"> not</w:t>
      </w:r>
      <w:r>
        <w:t xml:space="preserve"> good</w:t>
      </w:r>
      <w:r>
        <w:t xml:space="preserve"> enough.</w:t>
        <w:br/>
        <w:t>爱迪兄弟</w:t>
      </w:r>
      <w:r>
        <w:t xml:space="preserve"> 你怎么回事</w:t>
      </w:r>
      <w:r>
        <w:t xml:space="preserve"> </w:t>
        <w:br/>
        <w:t>Brother</w:t>
      </w:r>
      <w:r>
        <w:t xml:space="preserve"> Eddie.</w:t>
      </w:r>
      <w:r>
        <w:t xml:space="preserve"> What's</w:t>
      </w:r>
      <w:r>
        <w:t xml:space="preserve"> wrong</w:t>
      </w:r>
      <w:r>
        <w:t xml:space="preserve"> with</w:t>
      </w:r>
      <w:r>
        <w:t xml:space="preserve"> you?</w:t>
        <w:br/>
        <w:t>嗯</w:t>
      </w:r>
      <w:r>
        <w:t xml:space="preserve"> 他妈的放松点</w:t>
        <w:br/>
        <w:t>Yeah?</w:t>
      </w:r>
      <w:r>
        <w:t xml:space="preserve"> Chill</w:t>
      </w:r>
      <w:r>
        <w:t xml:space="preserve"> the</w:t>
      </w:r>
      <w:r>
        <w:t xml:space="preserve"> fuck</w:t>
      </w:r>
      <w:r>
        <w:t xml:space="preserve"> out.</w:t>
        <w:br/>
        <w:t>去按&amp;hearts;摩&amp;hearts;一下</w:t>
      </w:r>
      <w:r>
        <w:t xml:space="preserve"> 自己撸一发</w:t>
        <w:br/>
        <w:t>Have</w:t>
      </w:r>
      <w:r>
        <w:t xml:space="preserve"> a</w:t>
      </w:r>
      <w:r>
        <w:t xml:space="preserve"> massage.</w:t>
      </w:r>
      <w:r>
        <w:t xml:space="preserve"> Have</w:t>
      </w:r>
      <w:r>
        <w:t xml:space="preserve"> a</w:t>
      </w:r>
      <w:r>
        <w:t xml:space="preserve"> wank.</w:t>
        <w:br/>
        <w:t>或者更好的主意</w:t>
      </w:r>
      <w:r>
        <w:t xml:space="preserve"> 给自己找个好女人</w:t>
      </w:r>
      <w:r>
        <w:t xml:space="preserve"> 把那个给我</w:t>
        <w:br/>
        <w:t>Even</w:t>
      </w:r>
      <w:r>
        <w:t xml:space="preserve"> better,</w:t>
      </w:r>
      <w:r>
        <w:t xml:space="preserve"> get</w:t>
      </w:r>
      <w:r>
        <w:t xml:space="preserve"> a</w:t>
      </w:r>
      <w:r>
        <w:t xml:space="preserve"> good</w:t>
      </w:r>
      <w:r>
        <w:t xml:space="preserve"> woman</w:t>
      </w:r>
      <w:r>
        <w:t xml:space="preserve"> in</w:t>
      </w:r>
      <w:r>
        <w:t xml:space="preserve"> your</w:t>
      </w:r>
      <w:r>
        <w:t xml:space="preserve"> life.</w:t>
      </w:r>
      <w:r>
        <w:t xml:space="preserve"> Gimme</w:t>
      </w:r>
      <w:r>
        <w:t xml:space="preserve"> that.</w:t>
        <w:br/>
        <w:t>就是她</w:t>
        <w:br/>
        <w:t>There</w:t>
      </w:r>
      <w:r>
        <w:t xml:space="preserve"> she</w:t>
      </w:r>
      <w:r>
        <w:t xml:space="preserve"> is.</w:t>
        <w:br/>
        <w:t>我的史黛拉</w:t>
      </w:r>
      <w:r>
        <w:t xml:space="preserve"> 对吧</w:t>
      </w:r>
      <w:r>
        <w:t xml:space="preserve"> </w:t>
        <w:br/>
        <w:t>My</w:t>
      </w:r>
      <w:r>
        <w:t xml:space="preserve"> Stella.</w:t>
      </w:r>
      <w:r>
        <w:t xml:space="preserve"> Yeah?</w:t>
        <w:br/>
        <w:t>兄弟</w:t>
      </w:r>
      <w:r>
        <w:t xml:space="preserve"> 我不会爱上谁</w:t>
      </w:r>
      <w:r>
        <w:t xml:space="preserve"> 我又不是软骨头</w:t>
      </w:r>
      <w:r>
        <w:t xml:space="preserve"> 你知道的</w:t>
        <w:br/>
        <w:t>Btorher.</w:t>
      </w:r>
      <w:r>
        <w:t xml:space="preserve"> I</w:t>
      </w:r>
      <w:r>
        <w:t xml:space="preserve"> don't</w:t>
      </w:r>
      <w:r>
        <w:t xml:space="preserve"> fall</w:t>
      </w:r>
      <w:r>
        <w:t xml:space="preserve"> in</w:t>
      </w:r>
      <w:r>
        <w:t xml:space="preserve"> love.</w:t>
      </w:r>
      <w:r>
        <w:t xml:space="preserve"> I'm</w:t>
      </w:r>
      <w:r>
        <w:t xml:space="preserve"> not</w:t>
      </w:r>
      <w:r>
        <w:t xml:space="preserve"> a</w:t>
      </w:r>
      <w:r>
        <w:t xml:space="preserve"> pussyhole.</w:t>
      </w:r>
      <w:r>
        <w:t xml:space="preserve"> You</w:t>
      </w:r>
      <w:r>
        <w:t xml:space="preserve"> know</w:t>
      </w:r>
      <w:r>
        <w:t xml:space="preserve"> that.</w:t>
        <w:br/>
        <w:t>但这个女人对我施了巫术</w:t>
        <w:br/>
        <w:t>But</w:t>
      </w:r>
      <w:r>
        <w:t xml:space="preserve"> this</w:t>
      </w:r>
      <w:r>
        <w:t xml:space="preserve"> woman</w:t>
      </w:r>
      <w:r>
        <w:t xml:space="preserve"> here,</w:t>
      </w:r>
      <w:r>
        <w:t xml:space="preserve"> she's</w:t>
      </w:r>
      <w:r>
        <w:t xml:space="preserve"> done</w:t>
      </w:r>
      <w:r>
        <w:t xml:space="preserve"> voodoo</w:t>
      </w:r>
      <w:r>
        <w:t xml:space="preserve"> on</w:t>
      </w:r>
      <w:r>
        <w:t xml:space="preserve"> me.</w:t>
        <w:br/>
        <w:t>我彻底陷入爱河了</w:t>
      </w:r>
      <w:r>
        <w:t xml:space="preserve"> 对吧</w:t>
      </w:r>
      <w:r>
        <w:t xml:space="preserve"> </w:t>
        <w:br/>
        <w:t>I'm</w:t>
      </w:r>
      <w:r>
        <w:t xml:space="preserve"> in</w:t>
      </w:r>
      <w:r>
        <w:t xml:space="preserve"> love,</w:t>
      </w:r>
      <w:r>
        <w:t xml:space="preserve"> proper,</w:t>
      </w:r>
      <w:r>
        <w:t xml:space="preserve"> yeah?</w:t>
        <w:br/>
        <w:t>告诉你</w:t>
      </w:r>
      <w:r>
        <w:t xml:space="preserve"> 她是我亲眼见过的最漂亮的妞</w:t>
        <w:br/>
        <w:t>She's</w:t>
      </w:r>
      <w:r>
        <w:t xml:space="preserve"> the</w:t>
      </w:r>
      <w:r>
        <w:t xml:space="preserve"> most</w:t>
      </w:r>
      <w:r>
        <w:t xml:space="preserve"> beautiful</w:t>
      </w:r>
      <w:r>
        <w:t xml:space="preserve"> bastard</w:t>
      </w:r>
      <w:r>
        <w:t xml:space="preserve"> I've</w:t>
      </w:r>
      <w:r>
        <w:t xml:space="preserve"> ever</w:t>
      </w:r>
      <w:r>
        <w:t xml:space="preserve"> witnessed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9"/>
          <w:cols w:space="720"/>
          <w:titlePg w:val="0"/>
          <w:docGrid w:linePitch="360"/>
        </w:sectPr>
      </w:pPr>
      <w:r>
        <w:t xml:space="preserve"> personally.</w:t>
        <w:br/>
        <w:t>你觉得如何</w:t>
      </w:r>
      <w:r>
        <w:t xml:space="preserve"> </w:t>
        <w:br/>
        <w:t>What</w:t>
      </w:r>
      <w:r>
        <w:t xml:space="preserve"> do</w:t>
      </w:r>
      <w:r>
        <w:t xml:space="preserve"> you</w:t>
      </w:r>
      <w:r>
        <w:t xml:space="preserve"> reckon?</w:t>
        <w:br/>
        <w:t>你很幸运</w:t>
      </w:r>
      <w:r>
        <w:t xml:space="preserve"> 恰奇</w:t>
        <w:br/>
        <w:t>You're</w:t>
      </w:r>
      <w:r>
        <w:t xml:space="preserve"> a</w:t>
      </w:r>
      <w:r>
        <w:t xml:space="preserve"> very</w:t>
      </w:r>
      <w:r>
        <w:t xml:space="preserve"> lucky</w:t>
      </w:r>
      <w:r>
        <w:t xml:space="preserve"> man,</w:t>
      </w:r>
      <w:r>
        <w:t xml:space="preserve"> Chucky.</w:t>
        <w:br/>
        <w:t>谢谢</w:t>
        <w:br/>
        <w:t>Thank</w:t>
      </w:r>
      <w:r>
        <w:t xml:space="preserve"> you.</w:t>
        <w:br/>
        <w:t>话说她在哪儿呢</w:t>
      </w:r>
      <w:r>
        <w:t xml:space="preserve"> </w:t>
        <w:br/>
        <w:t>Where</w:t>
      </w:r>
      <w:r>
        <w:t xml:space="preserve"> is</w:t>
      </w:r>
      <w:r>
        <w:t xml:space="preserve"> she</w:t>
      </w:r>
      <w:r>
        <w:t xml:space="preserve"> anyway,</w:t>
      </w:r>
      <w:r>
        <w:t xml:space="preserve"> by</w:t>
      </w:r>
      <w:r>
        <w:t xml:space="preserve"> the</w:t>
      </w:r>
      <w:r>
        <w:t xml:space="preserve"> way?</w:t>
        <w:br/>
        <w:t>我去帮你找她</w:t>
      </w:r>
      <w:r>
        <w:t xml:space="preserve"> 恰奇</w:t>
        <w:br/>
        <w:t>I</w:t>
      </w:r>
      <w:r>
        <w:t xml:space="preserve"> will</w:t>
      </w:r>
      <w:r>
        <w:t xml:space="preserve"> go</w:t>
      </w:r>
      <w:r>
        <w:t xml:space="preserve"> get</w:t>
      </w:r>
      <w:r>
        <w:t xml:space="preserve"> her</w:t>
      </w:r>
      <w:r>
        <w:t xml:space="preserve"> for</w:t>
      </w:r>
      <w:r>
        <w:t xml:space="preserve"> you.</w:t>
        <w:br/>
        <w:t>谢谢你</w:t>
      </w:r>
      <w:r>
        <w:t xml:space="preserve"> 苏茜小妹</w:t>
        <w:br/>
        <w:t>Thank</w:t>
      </w:r>
      <w:r>
        <w:t xml:space="preserve"> you,</w:t>
      </w:r>
      <w:r>
        <w:t xml:space="preserve"> Sister</w:t>
      </w:r>
      <w:r>
        <w:t xml:space="preserve"> Suze.</w:t>
        <w:br/>
        <w:t>你们在这里等着</w:t>
        <w:br/>
        <w:t>You</w:t>
      </w:r>
      <w:r>
        <w:t xml:space="preserve"> guys</w:t>
      </w:r>
      <w:r>
        <w:t xml:space="preserve"> wait</w:t>
      </w:r>
      <w:r>
        <w:t xml:space="preserve"> here.</w:t>
        <w:br/>
        <w:t>爱迪</w:t>
        <w:br/>
        <w:t>Eddie.</w:t>
        <w:br/>
        <w:t>杰克</w:t>
      </w:r>
      <w:r>
        <w:t xml:space="preserve"> 你最好不是在做我认为你在做的事</w:t>
        <w:br/>
        <w:t>Jack.</w:t>
      </w:r>
      <w:r>
        <w:t xml:space="preserve"> You'd</w:t>
      </w:r>
      <w:r>
        <w:t xml:space="preserve"> better</w:t>
      </w:r>
      <w:r>
        <w:t xml:space="preserve"> not</w:t>
      </w:r>
      <w:r>
        <w:t xml:space="preserve"> be</w:t>
      </w:r>
      <w:r>
        <w:t xml:space="preserve"> doing</w:t>
      </w:r>
      <w:r>
        <w:t xml:space="preserve"> what</w:t>
      </w:r>
      <w:r>
        <w:t xml:space="preserve"> I</w:t>
      </w:r>
      <w:r>
        <w:t xml:space="preserve"> think</w:t>
      </w:r>
      <w:r>
        <w:t xml:space="preserve"> you're</w:t>
      </w:r>
      <w:r>
        <w:t xml:space="preserve"> doing.</w:t>
        <w:br/>
        <w:t>给我们几分钟时间</w:t>
      </w:r>
      <w:r>
        <w:t xml:space="preserve"> 苏茜</w:t>
        <w:br/>
        <w:t>Just</w:t>
      </w:r>
      <w:r>
        <w:t xml:space="preserve"> give</w:t>
      </w:r>
      <w:r>
        <w:t xml:space="preserve"> us</w:t>
      </w:r>
      <w:r>
        <w:t xml:space="preserve"> a</w:t>
      </w:r>
      <w:r>
        <w:t xml:space="preserve"> couple</w:t>
      </w:r>
      <w:r>
        <w:t xml:space="preserve"> of</w:t>
      </w:r>
      <w:r>
        <w:t xml:space="preserve"> minutes.</w:t>
        <w:br/>
        <w:t>你&amp;hearts;他&amp;hearts;妈&amp;hearts;在逗我吗</w:t>
      </w:r>
      <w:r>
        <w:t xml:space="preserve"> </w:t>
      </w:r>
      <w:r>
        <w:t xml:space="preserve"> -</w:t>
      </w:r>
      <w:r>
        <w:t xml:space="preserve"> 苏茜</w:t>
      </w:r>
      <w:r>
        <w:t xml:space="preserve"> 你在哪儿</w:t>
      </w:r>
      <w:r>
        <w:t xml:space="preserve"> </w:t>
        <w:br/>
        <w:t>You</w:t>
      </w:r>
      <w:r>
        <w:t xml:space="preserve"> taking</w:t>
      </w:r>
      <w:r>
        <w:t xml:space="preserve"> the</w:t>
      </w:r>
      <w:r>
        <w:t xml:space="preserve"> fucking</w:t>
      </w:r>
      <w:r>
        <w:t xml:space="preserve"> piss?</w:t>
      </w:r>
      <w:r>
        <w:t xml:space="preserve"> -</w:t>
      </w:r>
      <w:r>
        <w:t xml:space="preserve"> </w:t>
      </w:r>
      <w:r>
        <w:t xml:space="preserve"> Suze,</w:t>
      </w:r>
      <w:r>
        <w:t xml:space="preserve"> where</w:t>
      </w:r>
      <w:r>
        <w:t xml:space="preserve"> are</w:t>
      </w:r>
      <w:r>
        <w:t xml:space="preserve"> ya?</w:t>
        <w:br/>
        <w:t>做事也要看场合</w:t>
      </w:r>
      <w:r>
        <w:t xml:space="preserve"> 你怎么回事</w:t>
      </w:r>
      <w:r>
        <w:t xml:space="preserve"> </w:t>
      </w:r>
      <w:r>
        <w:t xml:space="preserve"> -</w:t>
      </w:r>
      <w:r>
        <w:t xml:space="preserve"> 苏茜</w:t>
        <w:br/>
        <w:t>There's</w:t>
      </w:r>
      <w:r>
        <w:t xml:space="preserve"> a</w:t>
      </w:r>
      <w:r>
        <w:t xml:space="preserve"> time</w:t>
      </w:r>
      <w:r>
        <w:t xml:space="preserve"> and</w:t>
      </w:r>
      <w:r>
        <w:t xml:space="preserve"> a</w:t>
      </w:r>
      <w:r>
        <w:t xml:space="preserve"> place.</w:t>
      </w:r>
      <w:r>
        <w:t xml:space="preserve"> What's</w:t>
      </w:r>
      <w:r>
        <w:t xml:space="preserve"> wrong</w:t>
      </w:r>
      <w:r>
        <w:t xml:space="preserve"> with</w:t>
      </w:r>
      <w:r>
        <w:t xml:space="preserve"> you?</w:t>
      </w:r>
      <w:r>
        <w:t xml:space="preserve"> Suze!</w:t>
        <w:br/>
        <w:t>等一下</w:t>
        <w:br/>
        <w:t>Hold</w:t>
      </w:r>
      <w:r>
        <w:t xml:space="preserve"> on</w:t>
      </w:r>
      <w:r>
        <w:t xml:space="preserve"> a</w:t>
      </w:r>
      <w:r>
        <w:t xml:space="preserve"> minute.</w:t>
        <w:br/>
        <w:t>这他妈是什么情况</w:t>
      </w:r>
      <w:r>
        <w:t xml:space="preserve"> </w:t>
        <w:br/>
        <w:t>What</w:t>
      </w:r>
      <w:r>
        <w:t xml:space="preserve"> the</w:t>
      </w:r>
      <w:r>
        <w:t xml:space="preserve"> fuck</w:t>
      </w:r>
      <w:r>
        <w:t xml:space="preserve"> is</w:t>
      </w:r>
      <w:r>
        <w:t xml:space="preserve"> going</w:t>
      </w:r>
      <w:r>
        <w:t xml:space="preserve"> on</w:t>
      </w:r>
      <w:r>
        <w:t xml:space="preserve"> in</w:t>
      </w:r>
      <w:r>
        <w:t xml:space="preserve"> here?</w:t>
        <w:br/>
        <w:t>伊希</w:t>
        <w:br/>
        <w:t>Ishy!</w:t>
        <w:br/>
        <w:t>恰奇</w:t>
        <w:br/>
        <w:t>Chucky.</w:t>
        <w:br/>
        <w:t>事情不是看起来的那样</w:t>
      </w:r>
      <w:r>
        <w:t xml:space="preserve"> -</w:t>
      </w:r>
      <w:r>
        <w:t xml:space="preserve"> 他妈的什么意思</w:t>
      </w:r>
      <w:r>
        <w:t xml:space="preserve"> </w:t>
        <w:br/>
        <w:t>It's</w:t>
      </w:r>
      <w:r>
        <w:t xml:space="preserve"> not</w:t>
      </w:r>
      <w:r>
        <w:t xml:space="preserve"> what</w:t>
      </w:r>
      <w:r>
        <w:t xml:space="preserve"> it</w:t>
      </w:r>
      <w:r>
        <w:t xml:space="preserve"> looks</w:t>
      </w:r>
      <w:r>
        <w:t xml:space="preserve"> like.</w:t>
      </w:r>
      <w:r>
        <w:t xml:space="preserve"> -</w:t>
      </w:r>
      <w:r>
        <w:t xml:space="preserve"> What's</w:t>
      </w:r>
      <w:r>
        <w:t xml:space="preserve"> not</w:t>
      </w:r>
      <w:r>
        <w:t xml:space="preserve"> what</w:t>
      </w:r>
      <w:r>
        <w:t xml:space="preserve"> it</w:t>
      </w:r>
      <w:r>
        <w:t xml:space="preserve"> fucking</w:t>
      </w:r>
      <w:r>
        <w:t xml:space="preserve"> looks</w:t>
      </w:r>
      <w:r>
        <w:t xml:space="preserve"> like?</w:t>
        <w:br/>
        <w:t>你这个混&amp;hearts;蛋&amp;hearts;</w:t>
      </w:r>
      <w:r>
        <w:t xml:space="preserve"> 你占了我女人的便宜吗</w:t>
      </w:r>
      <w:r>
        <w:t xml:space="preserve"> </w:t>
        <w:br/>
        <w:t>You</w:t>
      </w:r>
      <w:r>
        <w:t xml:space="preserve"> motherfucker!</w:t>
      </w:r>
      <w:r>
        <w:t xml:space="preserve"> Have</w:t>
      </w:r>
      <w:r>
        <w:t xml:space="preserve"> you</w:t>
      </w:r>
      <w:r>
        <w:t xml:space="preserve"> took</w:t>
      </w:r>
      <w:r>
        <w:t xml:space="preserve"> advantage</w:t>
      </w:r>
      <w:r>
        <w:t xml:space="preserve"> of</w:t>
      </w:r>
      <w:r>
        <w:t xml:space="preserve"> my</w:t>
      </w:r>
      <w:r>
        <w:t xml:space="preserve"> girl?</w:t>
        <w:br/>
        <w:t>不完全是这样</w:t>
        <w:br/>
        <w:t>Not</w:t>
      </w:r>
      <w:r>
        <w:t xml:space="preserve"> exac--</w:t>
        <w:br/>
        <w:t>你根本不知道我的身份</w:t>
      </w:r>
      <w:r>
        <w:t xml:space="preserve"> 你以为我怕你吗</w:t>
      </w:r>
      <w:r>
        <w:t xml:space="preserve"> 混&amp;hearts;蛋&amp;hearts;</w:t>
        <w:br/>
        <w:t>You</w:t>
      </w:r>
      <w:r>
        <w:t xml:space="preserve"> don't</w:t>
      </w:r>
      <w:r>
        <w:t xml:space="preserve"> know</w:t>
      </w:r>
      <w:r>
        <w:t xml:space="preserve"> who</w:t>
      </w:r>
      <w:r>
        <w:t xml:space="preserve"> I</w:t>
      </w:r>
      <w:r>
        <w:t xml:space="preserve"> am!</w:t>
      </w:r>
      <w:r>
        <w:t xml:space="preserve"> You</w:t>
      </w:r>
      <w:r>
        <w:t xml:space="preserve"> think</w:t>
      </w:r>
      <w:r>
        <w:t xml:space="preserve"> I'm</w:t>
      </w:r>
      <w:r>
        <w:t xml:space="preserve"> scared</w:t>
      </w:r>
      <w:r>
        <w:t xml:space="preserve"> of</w:t>
      </w:r>
      <w:r>
        <w:t xml:space="preserve"> you,</w:t>
      </w:r>
      <w:r>
        <w:t xml:space="preserve"> behenchod?</w:t>
        <w:br/>
        <w:t>恰奇</w:t>
      </w:r>
      <w:r>
        <w:t xml:space="preserve"> 冷静点</w:t>
      </w:r>
      <w:r>
        <w:t xml:space="preserve"> 好吗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0"/>
          <w:cols w:space="720"/>
          <w:titlePg w:val="0"/>
          <w:docGrid w:linePitch="360"/>
        </w:sectPr>
      </w:pPr>
      <w:r>
        <w:t xml:space="preserve"> </w:t>
        <w:br/>
        <w:t>Chucky,</w:t>
      </w:r>
      <w:r>
        <w:t xml:space="preserve"> calm</w:t>
      </w:r>
      <w:r>
        <w:t xml:space="preserve"> down.</w:t>
        <w:br/>
        <w:t>我可不想冷静</w:t>
        <w:br/>
        <w:t>I'm</w:t>
      </w:r>
      <w:r>
        <w:t xml:space="preserve"> not</w:t>
      </w:r>
      <w:r>
        <w:t xml:space="preserve"> calming</w:t>
      </w:r>
      <w:r>
        <w:t xml:space="preserve"> down.</w:t>
      </w:r>
      <w:r>
        <w:t xml:space="preserve"> You!</w:t>
        <w:br/>
        <w:t>我可不怕你</w:t>
        <w:br/>
        <w:t>I'm</w:t>
      </w:r>
      <w:r>
        <w:t xml:space="preserve"> not</w:t>
      </w:r>
      <w:r>
        <w:t xml:space="preserve"> scared</w:t>
      </w:r>
      <w:r>
        <w:t xml:space="preserve"> of</w:t>
      </w:r>
      <w:r>
        <w:t xml:space="preserve"> you.</w:t>
        <w:br/>
        <w:t>好啊</w:t>
      </w:r>
      <w:r>
        <w:t xml:space="preserve"> 来打一架吧</w:t>
      </w:r>
      <w:r>
        <w:t xml:space="preserve"> 现在就比试比试</w:t>
        <w:br/>
        <w:t>Let's</w:t>
      </w:r>
      <w:r>
        <w:t xml:space="preserve"> have</w:t>
      </w:r>
      <w:r>
        <w:t xml:space="preserve"> it!</w:t>
      </w:r>
      <w:r>
        <w:t xml:space="preserve"> Let's</w:t>
      </w:r>
      <w:r>
        <w:t xml:space="preserve"> have</w:t>
      </w:r>
      <w:r>
        <w:t xml:space="preserve"> it</w:t>
      </w:r>
      <w:r>
        <w:t xml:space="preserve"> right</w:t>
      </w:r>
      <w:r>
        <w:t xml:space="preserve"> now.</w:t>
        <w:br/>
        <w:t>我可是恰奇·“眼镜蛇”·库布拉</w:t>
      </w:r>
      <w:r>
        <w:t xml:space="preserve"> 没...</w:t>
        <w:br/>
        <w:t>I</w:t>
      </w:r>
      <w:r>
        <w:t xml:space="preserve"> am</w:t>
      </w:r>
      <w:r>
        <w:t xml:space="preserve"> Chucky</w:t>
      </w:r>
      <w:r>
        <w:t xml:space="preserve"> "The</w:t>
      </w:r>
      <w:r>
        <w:t xml:space="preserve"> Cobra"</w:t>
      </w:r>
      <w:r>
        <w:t xml:space="preserve"> Kubra.</w:t>
      </w:r>
      <w:r>
        <w:t xml:space="preserve"> No--</w:t>
        <w:br/>
        <w:t>搞什么</w:t>
      </w:r>
      <w:r>
        <w:t xml:space="preserve"> 兄弟</w:t>
      </w:r>
      <w:r>
        <w:t xml:space="preserve"> </w:t>
        <w:br/>
        <w:t>What</w:t>
      </w:r>
      <w:r>
        <w:t xml:space="preserve"> the</w:t>
      </w:r>
      <w:r>
        <w:t xml:space="preserve"> fuck,</w:t>
      </w:r>
      <w:r>
        <w:t xml:space="preserve"> bro?</w:t>
        <w:br/>
        <w:t>他妈的怎么回事</w:t>
      </w:r>
      <w:r>
        <w:t xml:space="preserve"> </w:t>
        <w:br/>
        <w:t>What</w:t>
      </w:r>
      <w:r>
        <w:t xml:space="preserve"> the</w:t>
      </w:r>
      <w:r>
        <w:t xml:space="preserve"> fuck's</w:t>
      </w:r>
      <w:r>
        <w:t xml:space="preserve"> going</w:t>
      </w:r>
      <w:r>
        <w:t xml:space="preserve"> on?</w:t>
        <w:br/>
        <w:t>谁能告诉我这是怎么回事</w:t>
      </w:r>
      <w:r>
        <w:t xml:space="preserve"> </w:t>
        <w:br/>
        <w:t>Someone</w:t>
      </w:r>
      <w:r>
        <w:t xml:space="preserve"> wanna</w:t>
      </w:r>
      <w:r>
        <w:t xml:space="preserve"> tell</w:t>
      </w:r>
      <w:r>
        <w:t xml:space="preserve"> me</w:t>
      </w:r>
      <w:r>
        <w:t xml:space="preserve"> what's</w:t>
      </w:r>
      <w:r>
        <w:t xml:space="preserve"> going</w:t>
      </w:r>
      <w:r>
        <w:t xml:space="preserve"> on?</w:t>
        <w:br/>
        <w:t>你知道他是谁吗</w:t>
      </w:r>
      <w:r>
        <w:t xml:space="preserve"> 知道你惹了谁吗</w:t>
      </w:r>
      <w:r>
        <w:t xml:space="preserve"> </w:t>
        <w:br/>
        <w:t>Do</w:t>
      </w:r>
      <w:r>
        <w:t xml:space="preserve"> you</w:t>
      </w:r>
      <w:r>
        <w:t xml:space="preserve"> know</w:t>
      </w:r>
      <w:r>
        <w:t xml:space="preserve"> who</w:t>
      </w:r>
      <w:r>
        <w:t xml:space="preserve"> you</w:t>
      </w:r>
      <w:r>
        <w:t xml:space="preserve"> fucked</w:t>
      </w:r>
      <w:r>
        <w:t xml:space="preserve"> with?</w:t>
        <w:br/>
        <w:t>他可是恰奇·“眼镜蛇”</w:t>
        <w:br/>
        <w:t>This</w:t>
      </w:r>
      <w:r>
        <w:t xml:space="preserve"> is</w:t>
      </w:r>
      <w:r>
        <w:t xml:space="preserve"> Chucky</w:t>
      </w:r>
      <w:r>
        <w:t xml:space="preserve"> "The</w:t>
      </w:r>
      <w:r>
        <w:t xml:space="preserve"> Cobra"!</w:t>
        <w:br/>
        <w:t>我在帮他查看伤口而已</w:t>
        <w:br/>
        <w:t>I</w:t>
      </w:r>
      <w:r>
        <w:t xml:space="preserve"> was</w:t>
      </w:r>
      <w:r>
        <w:t xml:space="preserve"> just</w:t>
      </w:r>
      <w:r>
        <w:t xml:space="preserve"> looking</w:t>
      </w:r>
      <w:r>
        <w:t xml:space="preserve"> at</w:t>
      </w:r>
      <w:r>
        <w:t xml:space="preserve"> his</w:t>
      </w:r>
      <w:r>
        <w:t xml:space="preserve"> cuts.</w:t>
      </w:r>
      <w:r>
        <w:t xml:space="preserve"> </w:t>
        <w:br/>
        <w:t>你也知道我有急救证书的</w:t>
        <w:br/>
        <w:t>You</w:t>
      </w:r>
      <w:r>
        <w:t xml:space="preserve"> know</w:t>
      </w:r>
      <w:r>
        <w:t xml:space="preserve"> I've</w:t>
      </w:r>
      <w:r>
        <w:t xml:space="preserve"> got</w:t>
      </w:r>
      <w:r>
        <w:t xml:space="preserve"> a</w:t>
      </w:r>
      <w:r>
        <w:t xml:space="preserve"> first</w:t>
      </w:r>
      <w:r>
        <w:t xml:space="preserve"> aid</w:t>
      </w:r>
      <w:r>
        <w:t xml:space="preserve"> certificate.</w:t>
        <w:br/>
        <w:t>把头往后仰</w:t>
        <w:br/>
        <w:t>Keep</w:t>
      </w:r>
      <w:r>
        <w:t xml:space="preserve"> your</w:t>
      </w:r>
      <w:r>
        <w:t xml:space="preserve"> head</w:t>
      </w:r>
      <w:r>
        <w:t xml:space="preserve"> tilted</w:t>
      </w:r>
      <w:r>
        <w:t xml:space="preserve"> back.</w:t>
      </w:r>
      <w:r>
        <w:t xml:space="preserve"> </w:t>
        <w:br/>
        <w:t>不然我在做什么</w:t>
        <w:br/>
        <w:t>What</w:t>
      </w:r>
      <w:r>
        <w:t xml:space="preserve"> do</w:t>
      </w:r>
      <w:r>
        <w:t xml:space="preserve"> you</w:t>
      </w:r>
      <w:r>
        <w:t xml:space="preserve"> think</w:t>
      </w:r>
      <w:r>
        <w:t xml:space="preserve"> I'm</w:t>
      </w:r>
      <w:r>
        <w:t xml:space="preserve"> doing?</w:t>
        <w:br/>
        <w:t>听着</w:t>
      </w:r>
      <w:r>
        <w:t xml:space="preserve"> 恰奇</w:t>
      </w:r>
      <w:r>
        <w:t xml:space="preserve"> 我对这一切真的很抱歉</w:t>
      </w:r>
      <w:r>
        <w:t xml:space="preserve"> 好吗</w:t>
        <w:br/>
        <w:t>Look,</w:t>
      </w:r>
      <w:r>
        <w:t xml:space="preserve"> Chucky,</w:t>
      </w:r>
      <w:r>
        <w:t xml:space="preserve"> I'm</w:t>
      </w:r>
      <w:r>
        <w:t xml:space="preserve"> really</w:t>
      </w:r>
      <w:r>
        <w:t xml:space="preserve"> sorry</w:t>
      </w:r>
      <w:r>
        <w:t xml:space="preserve"> about</w:t>
      </w:r>
      <w:r>
        <w:t xml:space="preserve"> all</w:t>
      </w:r>
      <w:r>
        <w:t xml:space="preserve"> this.</w:t>
      </w:r>
      <w:r>
        <w:t xml:space="preserve"> All</w:t>
      </w:r>
      <w:r>
        <w:t xml:space="preserve"> right?</w:t>
        <w:br/>
        <w:t>苏茜·格拉斯</w:t>
      </w:r>
      <w:r>
        <w:t xml:space="preserve"> 你给我滚蛋吧</w:t>
      </w:r>
      <w:r>
        <w:t xml:space="preserve"> 好吗</w:t>
      </w:r>
      <w:r>
        <w:t xml:space="preserve"> </w:t>
        <w:br/>
        <w:t>Susie</w:t>
      </w:r>
      <w:r>
        <w:t xml:space="preserve"> Glass,</w:t>
      </w:r>
      <w:r>
        <w:t xml:space="preserve"> you</w:t>
      </w:r>
      <w:r>
        <w:t xml:space="preserve"> can</w:t>
      </w:r>
      <w:r>
        <w:t xml:space="preserve"> go</w:t>
      </w:r>
      <w:r>
        <w:t xml:space="preserve"> and</w:t>
      </w:r>
      <w:r>
        <w:t xml:space="preserve"> fuck</w:t>
      </w:r>
      <w:r>
        <w:t xml:space="preserve"> yourself,</w:t>
      </w:r>
      <w:r>
        <w:t xml:space="preserve"> yeah?</w:t>
        <w:br/>
        <w:t>我什么都不会帮你洗</w:t>
      </w:r>
      <w:r>
        <w:t xml:space="preserve"> 我们之间完蛋了</w:t>
      </w:r>
      <w:r>
        <w:t xml:space="preserve"> 一群混&amp;hearts;蛋&amp;hearts;</w:t>
        <w:br/>
        <w:t>I'm</w:t>
      </w:r>
      <w:r>
        <w:t xml:space="preserve"> not</w:t>
      </w:r>
      <w:r>
        <w:t xml:space="preserve"> cleaning</w:t>
      </w:r>
      <w:r>
        <w:t xml:space="preserve"> nothing</w:t>
      </w:r>
      <w:r>
        <w:t xml:space="preserve"> for</w:t>
      </w:r>
      <w:r>
        <w:t xml:space="preserve"> you.</w:t>
      </w:r>
      <w:r>
        <w:t xml:space="preserve"> We</w:t>
      </w:r>
      <w:r>
        <w:t xml:space="preserve"> are</w:t>
      </w:r>
      <w:r>
        <w:t xml:space="preserve"> done.</w:t>
      </w:r>
      <w:r>
        <w:t xml:space="preserve"> Wankers!</w:t>
        <w:br/>
        <w:t>还真顺利呢</w:t>
        <w:br/>
        <w:t>Well,</w:t>
      </w:r>
      <w:r>
        <w:t xml:space="preserve"> that</w:t>
      </w:r>
      <w:r>
        <w:t xml:space="preserve"> went</w:t>
      </w:r>
      <w:r>
        <w:t xml:space="preserve"> well.</w:t>
        <w:br/>
        <w:t>我让他先自己冷静一下</w:t>
      </w:r>
      <w:r>
        <w:t xml:space="preserve"> 明天一早我再解决这个问题</w:t>
        <w:br/>
        <w:t>I'll</w:t>
      </w:r>
      <w:r>
        <w:t xml:space="preserve"> leave</w:t>
      </w:r>
      <w:r>
        <w:t xml:space="preserve"> him</w:t>
      </w:r>
      <w:r>
        <w:t xml:space="preserve"> to</w:t>
      </w:r>
      <w:r>
        <w:t xml:space="preserve"> cool</w:t>
      </w:r>
      <w:r>
        <w:t xml:space="preserve"> his</w:t>
      </w:r>
      <w:r>
        <w:t xml:space="preserve"> jets.</w:t>
      </w:r>
      <w:r>
        <w:t xml:space="preserve"> I'll</w:t>
      </w:r>
      <w:r>
        <w:t xml:space="preserve"> un-fuck</w:t>
      </w:r>
      <w:r>
        <w:t xml:space="preserve"> the</w:t>
      </w:r>
      <w:r>
        <w:t xml:space="preserve"> situation</w:t>
      </w:r>
      <w:r>
        <w:t xml:space="preserve"> in</w:t>
      </w:r>
      <w:r>
        <w:t xml:space="preserve"> the</w:t>
      </w:r>
      <w:r>
        <w:t xml:space="preserve"> morning.</w:t>
        <w:br/>
        <w:t>先是从两个月变成四个月</w:t>
        <w:br/>
        <w:t>We've</w:t>
      </w:r>
      <w:r>
        <w:t xml:space="preserve"> gone</w:t>
      </w:r>
      <w:r>
        <w:t xml:space="preserve"> from</w:t>
      </w:r>
      <w:r>
        <w:t xml:space="preserve"> two</w:t>
      </w:r>
      <w:r>
        <w:t xml:space="preserve"> months</w:t>
      </w:r>
      <w:r>
        <w:t xml:space="preserve"> to</w:t>
      </w:r>
      <w:r>
        <w:t xml:space="preserve"> four,</w:t>
        <w:br/>
        <w:t>现在看样子是彻底没戏了</w:t>
        <w:br/>
        <w:t>and,</w:t>
      </w:r>
      <w:r>
        <w:t xml:space="preserve"> by</w:t>
      </w:r>
      <w:r>
        <w:t xml:space="preserve"> the</w:t>
      </w:r>
      <w:r>
        <w:t xml:space="preserve"> looks</w:t>
      </w:r>
      <w:r>
        <w:t xml:space="preserve"> of</w:t>
      </w:r>
      <w:r>
        <w:t xml:space="preserve"> it,</w:t>
      </w:r>
      <w:r>
        <w:t xml:space="preserve"> to</w:t>
      </w:r>
      <w:r>
        <w:t xml:space="preserve"> not</w:t>
      </w:r>
      <w:r>
        <w:t xml:space="preserve"> at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1"/>
          <w:cols w:space="720"/>
          <w:titlePg w:val="0"/>
          <w:docGrid w:linePitch="360"/>
        </w:sectPr>
      </w:pPr>
      <w:r>
        <w:t xml:space="preserve"> all.</w:t>
        <w:br/>
        <w:t>我会解决的</w:t>
        <w:br/>
        <w:t>I'll</w:t>
      </w:r>
      <w:r>
        <w:t xml:space="preserve"> get</w:t>
      </w:r>
      <w:r>
        <w:t xml:space="preserve"> it</w:t>
      </w:r>
      <w:r>
        <w:t xml:space="preserve"> sorted.</w:t>
        <w:br/>
        <w:t>是啊</w:t>
      </w:r>
      <w:r>
        <w:t xml:space="preserve"> 抱歉</w:t>
      </w:r>
      <w:r>
        <w:t xml:space="preserve"> 她没完没了地勾搭我</w:t>
        <w:br/>
        <w:t>Yeah,</w:t>
      </w:r>
      <w:r>
        <w:t xml:space="preserve"> sorry</w:t>
      </w:r>
      <w:r>
        <w:t xml:space="preserve"> about</w:t>
      </w:r>
      <w:r>
        <w:t xml:space="preserve"> that.</w:t>
      </w:r>
      <w:r>
        <w:t xml:space="preserve"> She</w:t>
      </w:r>
      <w:r>
        <w:t xml:space="preserve"> put</w:t>
      </w:r>
      <w:r>
        <w:t xml:space="preserve"> it</w:t>
      </w:r>
      <w:r>
        <w:t xml:space="preserve"> on</w:t>
      </w:r>
      <w:r>
        <w:t xml:space="preserve"> me</w:t>
      </w:r>
      <w:r>
        <w:t xml:space="preserve"> big</w:t>
      </w:r>
      <w:r>
        <w:t xml:space="preserve"> time.</w:t>
        <w:br/>
        <w:t>好了</w:t>
      </w:r>
      <w:r>
        <w:t xml:space="preserve"> 我们去喝一杯吧</w:t>
      </w:r>
      <w:r>
        <w:t xml:space="preserve"> </w:t>
        <w:br/>
        <w:t>So</w:t>
      </w:r>
      <w:r>
        <w:t xml:space="preserve"> we</w:t>
      </w:r>
      <w:r>
        <w:t xml:space="preserve"> gonna</w:t>
      </w:r>
      <w:r>
        <w:t xml:space="preserve"> go</w:t>
      </w:r>
      <w:r>
        <w:t xml:space="preserve"> for</w:t>
      </w:r>
      <w:r>
        <w:t xml:space="preserve"> a</w:t>
      </w:r>
      <w:r>
        <w:t xml:space="preserve"> drink,</w:t>
      </w:r>
      <w:r>
        <w:t xml:space="preserve"> then,</w:t>
      </w:r>
      <w:r>
        <w:t xml:space="preserve"> or</w:t>
      </w:r>
      <w:r>
        <w:t xml:space="preserve"> what?</w:t>
        <w:br/>
        <w:t>（我需要你帮忙</w:t>
      </w:r>
      <w:r>
        <w:t xml:space="preserve"> 今晚有空吗</w:t>
      </w:r>
      <w:r>
        <w:t xml:space="preserve"> ）</w:t>
        <w:br/>
        <w:t>爱迪</w:t>
      </w:r>
      <w:r>
        <w:t xml:space="preserve"> 很高兴你能来</w:t>
      </w:r>
      <w:r>
        <w:t xml:space="preserve"> -</w:t>
      </w:r>
      <w:r>
        <w:t xml:space="preserve"> 亨利</w:t>
        <w:br/>
        <w:t>Eddie,</w:t>
      </w:r>
      <w:r>
        <w:t xml:space="preserve"> glad</w:t>
      </w:r>
      <w:r>
        <w:t xml:space="preserve"> you</w:t>
      </w:r>
      <w:r>
        <w:t xml:space="preserve"> made</w:t>
      </w:r>
      <w:r>
        <w:t xml:space="preserve"> it.</w:t>
      </w:r>
      <w:r>
        <w:t xml:space="preserve"> -</w:t>
      </w:r>
      <w:r>
        <w:t xml:space="preserve"> Henry.</w:t>
        <w:br/>
        <w:t>你瞧瞧他</w:t>
        <w:br/>
        <w:t>Look</w:t>
      </w:r>
      <w:r>
        <w:t xml:space="preserve"> at</w:t>
      </w:r>
      <w:r>
        <w:t xml:space="preserve"> him.</w:t>
        <w:br/>
        <w:t>人中豪杰</w:t>
        <w:br/>
        <w:t>Magnificent</w:t>
      </w:r>
      <w:r>
        <w:t xml:space="preserve"> specimen.</w:t>
        <w:br/>
        <w:t>那要看你怎么定义豪杰了</w:t>
        <w:br/>
        <w:t>Depends</w:t>
      </w:r>
      <w:r>
        <w:t xml:space="preserve"> how</w:t>
      </w:r>
      <w:r>
        <w:t xml:space="preserve"> you</w:t>
      </w:r>
      <w:r>
        <w:t xml:space="preserve"> define</w:t>
      </w:r>
      <w:r>
        <w:t xml:space="preserve"> specimen.</w:t>
        <w:br/>
        <w:t>如果是指性&amp;hearts;欲&amp;hearts;旺盛</w:t>
      </w:r>
      <w:r>
        <w:t xml:space="preserve"> 精力充沛的家伙</w:t>
      </w:r>
      <w:r>
        <w:t xml:space="preserve"> 那他确实是豪杰</w:t>
        <w:br/>
        <w:t>If</w:t>
      </w:r>
      <w:r>
        <w:t xml:space="preserve"> you're</w:t>
      </w:r>
      <w:r>
        <w:t xml:space="preserve"> looking</w:t>
      </w:r>
      <w:r>
        <w:t xml:space="preserve"> for</w:t>
      </w:r>
      <w:r>
        <w:t xml:space="preserve"> a</w:t>
      </w:r>
      <w:r>
        <w:t xml:space="preserve"> dog</w:t>
      </w:r>
      <w:r>
        <w:t xml:space="preserve"> with</w:t>
      </w:r>
      <w:r>
        <w:t xml:space="preserve"> six</w:t>
      </w:r>
      <w:r>
        <w:t xml:space="preserve"> dicks,</w:t>
      </w:r>
      <w:r>
        <w:t xml:space="preserve"> he's</w:t>
      </w:r>
      <w:r>
        <w:t xml:space="preserve"> your</w:t>
      </w:r>
      <w:r>
        <w:t xml:space="preserve"> specimen.</w:t>
        <w:br/>
        <w:t>这么说的确有些道理</w:t>
        <w:br/>
        <w:t>Well,</w:t>
      </w:r>
      <w:r>
        <w:t xml:space="preserve"> there</w:t>
      </w:r>
      <w:r>
        <w:t xml:space="preserve"> is</w:t>
      </w:r>
      <w:r>
        <w:t xml:space="preserve"> some</w:t>
      </w:r>
      <w:r>
        <w:t xml:space="preserve"> truth</w:t>
      </w:r>
      <w:r>
        <w:t xml:space="preserve"> in</w:t>
      </w:r>
      <w:r>
        <w:t xml:space="preserve"> that.</w:t>
        <w:br/>
        <w:t>杰克最大的问题就是他自己</w:t>
        <w:br/>
        <w:t>You</w:t>
      </w:r>
      <w:r>
        <w:t xml:space="preserve"> know,</w:t>
      </w:r>
      <w:r>
        <w:t xml:space="preserve"> Jack's</w:t>
      </w:r>
      <w:r>
        <w:t xml:space="preserve"> biggest</w:t>
      </w:r>
      <w:r>
        <w:t xml:space="preserve"> problem</w:t>
      </w:r>
      <w:r>
        <w:t xml:space="preserve"> is</w:t>
      </w:r>
      <w:r>
        <w:t xml:space="preserve"> Jack.</w:t>
        <w:br/>
        <w:t>这些年来</w:t>
      </w:r>
      <w:r>
        <w:t xml:space="preserve"> 我和很多小伙子共事过</w:t>
        <w:br/>
        <w:t>I</w:t>
      </w:r>
      <w:r>
        <w:t xml:space="preserve"> worked</w:t>
      </w:r>
      <w:r>
        <w:t xml:space="preserve"> with</w:t>
      </w:r>
      <w:r>
        <w:t xml:space="preserve"> a</w:t>
      </w:r>
      <w:r>
        <w:t xml:space="preserve"> lot</w:t>
      </w:r>
      <w:r>
        <w:t xml:space="preserve"> of</w:t>
      </w:r>
      <w:r>
        <w:t xml:space="preserve"> boys</w:t>
      </w:r>
      <w:r>
        <w:t xml:space="preserve"> over</w:t>
      </w:r>
      <w:r>
        <w:t xml:space="preserve"> the</w:t>
      </w:r>
      <w:r>
        <w:t xml:space="preserve"> years,</w:t>
        <w:br/>
        <w:t>其中六个拿了冠军</w:t>
        <w:br/>
        <w:t>six</w:t>
      </w:r>
      <w:r>
        <w:t xml:space="preserve"> of</w:t>
      </w:r>
      <w:r>
        <w:t xml:space="preserve"> 'em</w:t>
      </w:r>
      <w:r>
        <w:t xml:space="preserve"> champions.</w:t>
        <w:br/>
        <w:t>不同之处在于</w:t>
      </w:r>
      <w:r>
        <w:t xml:space="preserve"> 他们每个人</w:t>
      </w:r>
      <w:r>
        <w:t xml:space="preserve"> 都是全身心地投入其中</w:t>
        <w:br/>
        <w:t>Difference</w:t>
      </w:r>
      <w:r>
        <w:t xml:space="preserve"> is,</w:t>
      </w:r>
      <w:r>
        <w:t xml:space="preserve"> every</w:t>
      </w:r>
      <w:r>
        <w:t xml:space="preserve"> one</w:t>
      </w:r>
      <w:r>
        <w:t xml:space="preserve"> of</w:t>
      </w:r>
      <w:r>
        <w:t xml:space="preserve"> 'em,100%</w:t>
      </w:r>
      <w:r>
        <w:t xml:space="preserve"> commitment.</w:t>
        <w:br/>
        <w:t>他对自己的生活方式很投入</w:t>
        <w:br/>
        <w:t>He's</w:t>
      </w:r>
      <w:r>
        <w:t xml:space="preserve"> 100%</w:t>
      </w:r>
      <w:r>
        <w:t xml:space="preserve"> committed</w:t>
      </w:r>
      <w:r>
        <w:t xml:space="preserve"> to</w:t>
      </w:r>
      <w:r>
        <w:t xml:space="preserve"> the</w:t>
      </w:r>
      <w:r>
        <w:t xml:space="preserve"> lifestyle.</w:t>
        <w:br/>
        <w:t>问题是</w:t>
      </w:r>
      <w:r>
        <w:t xml:space="preserve"> 他有自己家族的野心吗</w:t>
      </w:r>
      <w:r>
        <w:t xml:space="preserve"> </w:t>
        <w:br/>
        <w:t>The</w:t>
      </w:r>
      <w:r>
        <w:t xml:space="preserve"> question</w:t>
      </w:r>
      <w:r>
        <w:t xml:space="preserve"> is,</w:t>
      </w:r>
      <w:r>
        <w:t xml:space="preserve"> does</w:t>
      </w:r>
      <w:r>
        <w:t xml:space="preserve"> he</w:t>
      </w:r>
      <w:r>
        <w:t xml:space="preserve"> have</w:t>
      </w:r>
      <w:r>
        <w:t xml:space="preserve"> his</w:t>
      </w:r>
      <w:r>
        <w:t xml:space="preserve"> family's</w:t>
      </w:r>
      <w:r>
        <w:t xml:space="preserve"> ambition?</w:t>
        <w:br/>
        <w:t>我准备了一张好桌子</w:t>
        <w:br/>
        <w:t>I</w:t>
      </w:r>
      <w:r>
        <w:t xml:space="preserve"> got</w:t>
      </w:r>
      <w:r>
        <w:t xml:space="preserve"> us</w:t>
      </w:r>
      <w:r>
        <w:t xml:space="preserve"> a</w:t>
      </w:r>
      <w:r>
        <w:t xml:space="preserve"> nice</w:t>
      </w:r>
      <w:r>
        <w:t xml:space="preserve"> table.</w:t>
        <w:br/>
        <w:t>我很好奇</w:t>
      </w:r>
      <w:r>
        <w:t xml:space="preserve"> 爱迪</w:t>
      </w:r>
      <w:r>
        <w:t xml:space="preserve"> 你是怎么和苏茜·格拉斯相熟的</w:t>
      </w:r>
      <w:r>
        <w:t xml:space="preserve"> </w:t>
        <w:br/>
        <w:t>I'm</w:t>
      </w:r>
      <w:r>
        <w:t xml:space="preserve"> curious,</w:t>
      </w:r>
      <w:r>
        <w:t xml:space="preserve"> Eddie.</w:t>
      </w:r>
      <w:r>
        <w:t xml:space="preserve"> How</w:t>
      </w:r>
      <w:r>
        <w:t xml:space="preserve"> did</w:t>
      </w:r>
      <w:r>
        <w:t xml:space="preserve"> you</w:t>
      </w:r>
      <w:r>
        <w:t xml:space="preserve"> get</w:t>
      </w:r>
      <w:r>
        <w:t xml:space="preserve"> ringside</w:t>
      </w:r>
      <w:r>
        <w:t xml:space="preserve"> with</w:t>
      </w:r>
      <w:r>
        <w:t xml:space="preserve"> Susie</w:t>
      </w:r>
      <w:r>
        <w:t xml:space="preserve"> Glass?</w:t>
        <w:br/>
        <w:t>我原来是皇家龙骑兵卫队的上尉</w:t>
        <w:br/>
        <w:t>I</w:t>
      </w:r>
      <w:r>
        <w:t xml:space="preserve"> was</w:t>
      </w:r>
      <w:r>
        <w:t xml:space="preserve"> a</w:t>
      </w:r>
      <w:r>
        <w:t xml:space="preserve"> captain</w:t>
      </w:r>
      <w:r>
        <w:t xml:space="preserve"> in</w:t>
      </w:r>
      <w:r>
        <w:t xml:space="preserve"> the</w:t>
      </w:r>
      <w:r>
        <w:t xml:space="preserve"> Queen's</w:t>
      </w:r>
      <w:r>
        <w:t xml:space="preserve"> Dragoon</w:t>
      </w:r>
      <w:r>
        <w:t xml:space="preserve"> Guards.</w:t>
        <w:br/>
        <w:t>我父亲过世</w:t>
      </w:r>
      <w:r>
        <w:t xml:space="preserve"> 我就回来了</w:t>
        <w:br/>
        <w:t>My</w:t>
      </w:r>
      <w:r>
        <w:t xml:space="preserve"> father</w:t>
      </w:r>
      <w:r>
        <w:t xml:space="preserve"> died,</w:t>
      </w:r>
      <w:r>
        <w:t xml:space="preserve"> I</w:t>
      </w:r>
      <w:r>
        <w:t xml:space="preserve"> came</w:t>
      </w:r>
      <w:r>
        <w:t xml:space="preserve"> back,</w:t>
        <w:br/>
        <w:t>然后我继承了他的一些生意</w:t>
        <w:br/>
        <w:t>and</w:t>
      </w:r>
      <w:r>
        <w:t xml:space="preserve"> I</w:t>
      </w:r>
      <w:r>
        <w:t xml:space="preserve"> inherited</w:t>
      </w:r>
      <w:r>
        <w:t xml:space="preserve"> some</w:t>
      </w:r>
      <w:r>
        <w:t xml:space="preserve"> of</w:t>
      </w:r>
      <w:r>
        <w:t xml:space="preserve"> his...</w:t>
      </w:r>
      <w:r>
        <w:t xml:space="preserve"> business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2"/>
          <w:cols w:space="720"/>
          <w:titlePg w:val="0"/>
          <w:docGrid w:linePitch="360"/>
        </w:sectPr>
      </w:pPr>
      <w:r>
        <w:t xml:space="preserve"> interests.</w:t>
        <w:br/>
        <w:t>是吗</w:t>
      </w:r>
      <w:r>
        <w:t xml:space="preserve"> </w:t>
        <w:br/>
        <w:t>Oh</w:t>
      </w:r>
      <w:r>
        <w:t xml:space="preserve"> yeah?</w:t>
        <w:br/>
        <w:t>伞兵团第二营</w:t>
        <w:br/>
        <w:t>Two</w:t>
      </w:r>
      <w:r>
        <w:t xml:space="preserve"> Para.</w:t>
        <w:br/>
        <w:t>执行过几次任务</w:t>
      </w:r>
      <w:r>
        <w:t xml:space="preserve"> </w:t>
        <w:br/>
        <w:t>How</w:t>
      </w:r>
      <w:r>
        <w:t xml:space="preserve"> many</w:t>
      </w:r>
      <w:r>
        <w:t xml:space="preserve"> tours?</w:t>
        <w:br/>
        <w:t>桑金地区</w:t>
      </w:r>
      <w:r>
        <w:t xml:space="preserve"> 三次</w:t>
        <w:br/>
        <w:t>Three</w:t>
      </w:r>
      <w:r>
        <w:t xml:space="preserve"> tours</w:t>
      </w:r>
      <w:r>
        <w:t xml:space="preserve"> of</w:t>
      </w:r>
      <w:r>
        <w:t xml:space="preserve"> Sangin.</w:t>
        <w:br/>
        <w:t>战争会重新调整一个人的人生观</w:t>
      </w:r>
      <w:r>
        <w:t xml:space="preserve"> 他的人生重点</w:t>
        <w:br/>
        <w:t>War</w:t>
      </w:r>
      <w:r>
        <w:t xml:space="preserve"> recalibrates</w:t>
      </w:r>
      <w:r>
        <w:t xml:space="preserve"> a</w:t>
      </w:r>
      <w:r>
        <w:t xml:space="preserve"> man's</w:t>
      </w:r>
      <w:r>
        <w:t xml:space="preserve"> philosophies,</w:t>
      </w:r>
      <w:r>
        <w:t xml:space="preserve"> his</w:t>
      </w:r>
      <w:r>
        <w:t xml:space="preserve"> priorities.</w:t>
        <w:br/>
        <w:t>没错</w:t>
      </w:r>
      <w:r>
        <w:t xml:space="preserve"> 谢谢</w:t>
        <w:br/>
        <w:t>Indeed.</w:t>
      </w:r>
      <w:r>
        <w:t xml:space="preserve"> Thanks.</w:t>
        <w:br/>
        <w:t>干杯</w:t>
        <w:br/>
        <w:t>Slainte.</w:t>
        <w:br/>
        <w:t>干杯</w:t>
        <w:br/>
        <w:t>Cheers.</w:t>
        <w:br/>
        <w:t>你和苏茜把生意上的问题解决了</w:t>
      </w:r>
      <w:r>
        <w:t xml:space="preserve"> </w:t>
        <w:br/>
        <w:t>You</w:t>
      </w:r>
      <w:r>
        <w:t xml:space="preserve"> and</w:t>
      </w:r>
      <w:r>
        <w:t xml:space="preserve"> Susie</w:t>
      </w:r>
      <w:r>
        <w:t xml:space="preserve"> straighten</w:t>
      </w:r>
      <w:r>
        <w:t xml:space="preserve"> out</w:t>
      </w:r>
      <w:r>
        <w:t xml:space="preserve"> that</w:t>
      </w:r>
      <w:r>
        <w:t xml:space="preserve"> business</w:t>
      </w:r>
      <w:r>
        <w:t xml:space="preserve"> matter?</w:t>
        <w:br/>
        <w:t>只是个内部的小问题</w:t>
        <w:br/>
        <w:t>Ah,</w:t>
      </w:r>
      <w:r>
        <w:t xml:space="preserve"> it</w:t>
      </w:r>
      <w:r>
        <w:t xml:space="preserve"> was</w:t>
      </w:r>
      <w:r>
        <w:t xml:space="preserve"> a</w:t>
      </w:r>
      <w:r>
        <w:t xml:space="preserve"> minor</w:t>
      </w:r>
      <w:r>
        <w:t xml:space="preserve"> domestic</w:t>
      </w:r>
      <w:r>
        <w:t xml:space="preserve"> issue.</w:t>
        <w:br/>
        <w:t>但愿能顺利解决</w:t>
        <w:br/>
        <w:t>Hopefully,</w:t>
      </w:r>
      <w:r>
        <w:t xml:space="preserve"> nothing</w:t>
      </w:r>
      <w:r>
        <w:t xml:space="preserve"> that</w:t>
      </w:r>
      <w:r>
        <w:t xml:space="preserve"> can't</w:t>
      </w:r>
      <w:r>
        <w:t xml:space="preserve"> be</w:t>
      </w:r>
      <w:r>
        <w:t xml:space="preserve"> ironed</w:t>
      </w:r>
      <w:r>
        <w:t xml:space="preserve"> out.</w:t>
        <w:br/>
        <w:t>你之前跟恰奇合作过</w:t>
      </w:r>
      <w:r>
        <w:t xml:space="preserve"> </w:t>
        <w:br/>
        <w:t>You</w:t>
      </w:r>
      <w:r>
        <w:t xml:space="preserve"> worked</w:t>
      </w:r>
      <w:r>
        <w:t xml:space="preserve"> with</w:t>
      </w:r>
      <w:r>
        <w:t xml:space="preserve"> Chucky</w:t>
      </w:r>
      <w:r>
        <w:t xml:space="preserve"> before?</w:t>
        <w:br/>
        <w:t>我从没提过恰奇</w:t>
        <w:br/>
        <w:t>I</w:t>
      </w:r>
      <w:r>
        <w:t xml:space="preserve"> never</w:t>
      </w:r>
      <w:r>
        <w:t xml:space="preserve"> mentioned</w:t>
      </w:r>
      <w:r>
        <w:t xml:space="preserve"> Chucky.</w:t>
        <w:br/>
        <w:t>他不会是我的头号&amp;hearts;首选</w:t>
      </w:r>
      <w:r>
        <w:t xml:space="preserve"> 你懂我的意思吧</w:t>
        <w:br/>
        <w:t>He</w:t>
      </w:r>
      <w:r>
        <w:t xml:space="preserve"> wouldn't</w:t>
      </w:r>
      <w:r>
        <w:t xml:space="preserve"> be</w:t>
      </w:r>
      <w:r>
        <w:t xml:space="preserve"> my</w:t>
      </w:r>
      <w:r>
        <w:t xml:space="preserve"> first</w:t>
      </w:r>
      <w:r>
        <w:t xml:space="preserve"> choice,</w:t>
      </w:r>
      <w:r>
        <w:t xml:space="preserve"> if</w:t>
      </w:r>
      <w:r>
        <w:t xml:space="preserve"> you</w:t>
      </w:r>
      <w:r>
        <w:t xml:space="preserve"> know</w:t>
      </w:r>
      <w:r>
        <w:t xml:space="preserve"> what</w:t>
      </w:r>
      <w:r>
        <w:t xml:space="preserve"> I</w:t>
      </w:r>
      <w:r>
        <w:t xml:space="preserve"> mean.</w:t>
        <w:br/>
        <w:t>他也不是我退而求其次的选择</w:t>
        <w:br/>
        <w:t>He</w:t>
      </w:r>
      <w:r>
        <w:t xml:space="preserve"> wouldn't</w:t>
      </w:r>
      <w:r>
        <w:t xml:space="preserve"> be</w:t>
      </w:r>
      <w:r>
        <w:t xml:space="preserve"> my</w:t>
      </w:r>
      <w:r>
        <w:t xml:space="preserve"> second</w:t>
      </w:r>
      <w:r>
        <w:t xml:space="preserve"> choice</w:t>
      </w:r>
      <w:r>
        <w:t xml:space="preserve"> either.</w:t>
        <w:br/>
        <w:t>你认识更合适的人选吗</w:t>
      </w:r>
      <w:r>
        <w:t xml:space="preserve"> </w:t>
        <w:br/>
        <w:t>Do</w:t>
      </w:r>
      <w:r>
        <w:t xml:space="preserve"> you</w:t>
      </w:r>
      <w:r>
        <w:t xml:space="preserve"> know</w:t>
      </w:r>
      <w:r>
        <w:t xml:space="preserve"> anyone</w:t>
      </w:r>
      <w:r>
        <w:t xml:space="preserve"> more</w:t>
      </w:r>
      <w:r>
        <w:t xml:space="preserve"> appropriate?</w:t>
        <w:br/>
        <w:t>我可认识不少人</w:t>
      </w:r>
      <w:r>
        <w:t xml:space="preserve"> 爱迪</w:t>
        <w:br/>
        <w:t>I</w:t>
      </w:r>
      <w:r>
        <w:t xml:space="preserve"> know</w:t>
      </w:r>
      <w:r>
        <w:t xml:space="preserve"> a</w:t>
      </w:r>
      <w:r>
        <w:t xml:space="preserve"> lot</w:t>
      </w:r>
      <w:r>
        <w:t xml:space="preserve"> of</w:t>
      </w:r>
      <w:r>
        <w:t xml:space="preserve"> people,</w:t>
      </w:r>
      <w:r>
        <w:t xml:space="preserve"> Eddie.</w:t>
        <w:br/>
        <w:t>我去去就回</w:t>
        <w:br/>
        <w:t>I'll</w:t>
      </w:r>
      <w:r>
        <w:t xml:space="preserve"> be</w:t>
      </w:r>
      <w:r>
        <w:t xml:space="preserve"> right</w:t>
      </w:r>
      <w:r>
        <w:t xml:space="preserve"> back.</w:t>
        <w:br/>
        <w:t>谢谢</w:t>
        <w:br/>
        <w:t>Thank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3"/>
          <w:cols w:space="720"/>
          <w:titlePg w:val="0"/>
          <w:docGrid w:linePitch="360"/>
        </w:sectPr>
      </w:pPr>
      <w:r>
        <w:t xml:space="preserve"> you.</w:t>
        <w:br/>
        <w:t>罗茜</w:t>
        <w:br/>
        <w:t>Rosie.</w:t>
        <w:br/>
        <w:t>瞧瞧谁来了</w:t>
        <w:br/>
        <w:t>Look</w:t>
      </w:r>
      <w:r>
        <w:t xml:space="preserve"> who's</w:t>
      </w:r>
      <w:r>
        <w:t xml:space="preserve"> here.</w:t>
        <w:br/>
        <w:t>你好吗</w:t>
      </w:r>
      <w:r>
        <w:t xml:space="preserve"> 谢谢你来见我</w:t>
        <w:br/>
        <w:t>How</w:t>
      </w:r>
      <w:r>
        <w:t xml:space="preserve"> are</w:t>
      </w:r>
      <w:r>
        <w:t xml:space="preserve"> you?</w:t>
      </w:r>
      <w:r>
        <w:t xml:space="preserve"> Thanks</w:t>
      </w:r>
      <w:r>
        <w:t xml:space="preserve"> for</w:t>
      </w:r>
      <w:r>
        <w:t xml:space="preserve"> meeting</w:t>
      </w:r>
      <w:r>
        <w:t xml:space="preserve"> me.</w:t>
        <w:br/>
        <w:t>你来找我有何贵干</w:t>
      </w:r>
      <w:r>
        <w:t xml:space="preserve"> </w:t>
      </w:r>
      <w:r>
        <w:t xml:space="preserve"> 聊正事还是闲事</w:t>
      </w:r>
      <w:r>
        <w:t xml:space="preserve"> </w:t>
        <w:br/>
        <w:t>To</w:t>
      </w:r>
      <w:r>
        <w:t xml:space="preserve"> what</w:t>
      </w:r>
      <w:r>
        <w:t xml:space="preserve"> do</w:t>
      </w:r>
      <w:r>
        <w:t xml:space="preserve"> I</w:t>
      </w:r>
      <w:r>
        <w:t xml:space="preserve"> owe</w:t>
      </w:r>
      <w:r>
        <w:t xml:space="preserve"> the</w:t>
      </w:r>
      <w:r>
        <w:t xml:space="preserve"> honor?</w:t>
      </w:r>
      <w:r>
        <w:t xml:space="preserve"> Business</w:t>
      </w:r>
      <w:r>
        <w:t xml:space="preserve"> or</w:t>
      </w:r>
      <w:r>
        <w:t xml:space="preserve"> pleasure?</w:t>
        <w:br/>
        <w:t>两者都有一点</w:t>
        <w:br/>
        <w:t>Little</w:t>
      </w:r>
      <w:r>
        <w:t xml:space="preserve"> bit</w:t>
      </w:r>
      <w:r>
        <w:t xml:space="preserve"> of</w:t>
      </w:r>
      <w:r>
        <w:t xml:space="preserve"> both.</w:t>
        <w:br/>
        <w:t>我让自己卷入了</w:t>
        <w:br/>
        <w:t>I</w:t>
      </w:r>
      <w:r>
        <w:t xml:space="preserve"> managed</w:t>
      </w:r>
      <w:r>
        <w:t xml:space="preserve"> to</w:t>
      </w:r>
      <w:r>
        <w:t xml:space="preserve"> get</w:t>
      </w:r>
      <w:r>
        <w:t xml:space="preserve"> myself</w:t>
      </w:r>
      <w:r>
        <w:t xml:space="preserve"> embroiled</w:t>
        <w:br/>
        <w:t>一个不知道能否摆脱的境地</w:t>
        <w:br/>
        <w:t>in</w:t>
      </w:r>
      <w:r>
        <w:t xml:space="preserve"> a</w:t>
      </w:r>
      <w:r>
        <w:t xml:space="preserve"> situation</w:t>
      </w:r>
      <w:r>
        <w:t xml:space="preserve"> I'm</w:t>
      </w:r>
      <w:r>
        <w:t xml:space="preserve"> not</w:t>
      </w:r>
      <w:r>
        <w:t xml:space="preserve"> sure</w:t>
      </w:r>
      <w:r>
        <w:t xml:space="preserve"> I</w:t>
      </w:r>
      <w:r>
        <w:t xml:space="preserve"> can</w:t>
      </w:r>
      <w:r>
        <w:t xml:space="preserve"> get</w:t>
      </w:r>
      <w:r>
        <w:t xml:space="preserve"> myself</w:t>
      </w:r>
      <w:r>
        <w:t xml:space="preserve"> out</w:t>
      </w:r>
      <w:r>
        <w:t xml:space="preserve"> of.</w:t>
        <w:br/>
        <w:t>我可能需要你帮忙</w:t>
        <w:br/>
        <w:t>I</w:t>
      </w:r>
      <w:r>
        <w:t xml:space="preserve"> might</w:t>
      </w:r>
      <w:r>
        <w:t xml:space="preserve"> need</w:t>
      </w:r>
      <w:r>
        <w:t xml:space="preserve"> your</w:t>
      </w:r>
      <w:r>
        <w:t xml:space="preserve"> help.</w:t>
        <w:br/>
        <w:t>事态一定很严重</w:t>
        <w:br/>
        <w:t>Must</w:t>
      </w:r>
      <w:r>
        <w:t xml:space="preserve"> be</w:t>
      </w:r>
      <w:r>
        <w:t xml:space="preserve"> serious.</w:t>
        <w:br/>
        <w:t>我完全不记得</w:t>
        <w:br/>
        <w:t>I</w:t>
      </w:r>
      <w:r>
        <w:t xml:space="preserve"> can't</w:t>
      </w:r>
      <w:r>
        <w:t xml:space="preserve"> remember</w:t>
      </w:r>
      <w:r>
        <w:t xml:space="preserve"> a</w:t>
      </w:r>
      <w:r>
        <w:t xml:space="preserve"> single</w:t>
      </w:r>
      <w:r>
        <w:t xml:space="preserve"> moment</w:t>
        <w:br/>
        <w:t>自己见过你向任何人求助过</w:t>
        <w:br/>
        <w:t>I've</w:t>
      </w:r>
      <w:r>
        <w:t xml:space="preserve"> seen</w:t>
      </w:r>
      <w:r>
        <w:t xml:space="preserve"> you</w:t>
      </w:r>
      <w:r>
        <w:t xml:space="preserve"> ask</w:t>
      </w:r>
      <w:r>
        <w:t xml:space="preserve"> anybody</w:t>
      </w:r>
      <w:r>
        <w:t xml:space="preserve"> for</w:t>
      </w:r>
      <w:r>
        <w:t xml:space="preserve"> help</w:t>
      </w:r>
      <w:r>
        <w:t xml:space="preserve"> about</w:t>
      </w:r>
      <w:r>
        <w:t xml:space="preserve"> anything.</w:t>
        <w:br/>
        <w:t>和我们的朋友斯坦利·约翰斯顿有关</w:t>
        <w:br/>
        <w:t>It's</w:t>
      </w:r>
      <w:r>
        <w:t xml:space="preserve"> about</w:t>
      </w:r>
      <w:r>
        <w:t xml:space="preserve"> our</w:t>
      </w:r>
      <w:r>
        <w:t xml:space="preserve"> friend</w:t>
      </w:r>
      <w:r>
        <w:t xml:space="preserve"> Stanley</w:t>
      </w:r>
      <w:r>
        <w:t xml:space="preserve"> Johnston.</w:t>
        <w:br/>
        <w:t>有一个“顿”字</w:t>
        <w:br/>
        <w:t>With</w:t>
      </w:r>
      <w:r>
        <w:t xml:space="preserve"> a</w:t>
      </w:r>
      <w:r>
        <w:t xml:space="preserve"> "T."</w:t>
        <w:br/>
        <w:t>这就是你想见我的原因</w:t>
      </w:r>
      <w:r>
        <w:t xml:space="preserve"> </w:t>
        <w:br/>
        <w:t>That's</w:t>
      </w:r>
      <w:r>
        <w:t xml:space="preserve"> why</w:t>
      </w:r>
      <w:r>
        <w:t xml:space="preserve"> you</w:t>
      </w:r>
      <w:r>
        <w:t xml:space="preserve"> wanted</w:t>
      </w:r>
      <w:r>
        <w:t xml:space="preserve"> to</w:t>
      </w:r>
      <w:r>
        <w:t xml:space="preserve"> see</w:t>
      </w:r>
      <w:r>
        <w:t xml:space="preserve"> me?</w:t>
        <w:br/>
        <w:t>你还跟他有联&amp;hearts;系&amp;hearts;吗</w:t>
      </w:r>
      <w:r>
        <w:t xml:space="preserve"> </w:t>
        <w:br/>
        <w:t>Still</w:t>
      </w:r>
      <w:r>
        <w:t xml:space="preserve"> in</w:t>
      </w:r>
      <w:r>
        <w:t xml:space="preserve"> contact</w:t>
      </w:r>
      <w:r>
        <w:t xml:space="preserve"> with</w:t>
      </w:r>
      <w:r>
        <w:t xml:space="preserve"> him?</w:t>
        <w:br/>
        <w:t>有</w:t>
      </w:r>
      <w:r>
        <w:t xml:space="preserve"> 我们偶尔会见面</w:t>
        <w:br/>
        <w:t>Yeah,</w:t>
      </w:r>
      <w:r>
        <w:t xml:space="preserve"> I</w:t>
      </w:r>
      <w:r>
        <w:t xml:space="preserve"> see</w:t>
      </w:r>
      <w:r>
        <w:t xml:space="preserve"> him</w:t>
      </w:r>
      <w:r>
        <w:t xml:space="preserve"> from</w:t>
      </w:r>
      <w:r>
        <w:t xml:space="preserve"> time</w:t>
      </w:r>
      <w:r>
        <w:t xml:space="preserve"> to</w:t>
      </w:r>
      <w:r>
        <w:t xml:space="preserve"> time.</w:t>
        <w:br/>
        <w:br/>
        <w:t>很好</w:t>
        <w:br/>
        <w:t>Good.</w:t>
        <w:br/>
        <w:t>如果你想的话</w:t>
      </w:r>
      <w:r>
        <w:t xml:space="preserve"> 我可以帮你</w:t>
        <w:br/>
        <w:t>I</w:t>
      </w:r>
      <w:r>
        <w:t xml:space="preserve"> can</w:t>
      </w:r>
      <w:r>
        <w:t xml:space="preserve"> help</w:t>
      </w:r>
      <w:r>
        <w:t xml:space="preserve"> you,</w:t>
      </w:r>
      <w:r>
        <w:t xml:space="preserve"> if</w:t>
      </w:r>
      <w:r>
        <w:t xml:space="preserve"> that's</w:t>
      </w:r>
      <w:r>
        <w:t xml:space="preserve"> what</w:t>
      </w:r>
      <w:r>
        <w:t xml:space="preserve"> you</w:t>
      </w:r>
      <w:r>
        <w:t xml:space="preserve"> want.</w:t>
        <w:br/>
        <w:t>但我事先警告你</w:t>
      </w:r>
      <w:r>
        <w:t xml:space="preserve"> 他可不是什么好人</w:t>
        <w:br/>
        <w:t>I</w:t>
      </w:r>
      <w:r>
        <w:t xml:space="preserve"> should</w:t>
      </w:r>
      <w:r>
        <w:t xml:space="preserve"> warn</w:t>
      </w:r>
      <w:r>
        <w:t xml:space="preserve"> you,</w:t>
      </w:r>
      <w:r>
        <w:t xml:space="preserve"> though,he's</w:t>
      </w:r>
      <w:r>
        <w:t xml:space="preserve"> not</w:t>
      </w:r>
      <w:r>
        <w:t xml:space="preserve"> a</w:t>
      </w:r>
      <w:r>
        <w:t xml:space="preserve"> good</w:t>
      </w:r>
      <w:r>
        <w:t xml:space="preserve"> person.</w:t>
        <w:br/>
        <w:t>那倒没什么</w:t>
        <w:br/>
        <w:t>Oh,</w:t>
      </w:r>
      <w:r>
        <w:t xml:space="preserve"> that's</w:t>
      </w:r>
      <w:r>
        <w:t xml:space="preserve"> fine</w:t>
      </w:r>
      <w:r>
        <w:t xml:space="preserve"> by</w:t>
      </w:r>
      <w:r>
        <w:t xml:space="preserve"> me.</w:t>
        <w:br/>
        <w:t>早上好</w:t>
      </w:r>
      <w:r>
        <w:t xml:space="preserve"> 两位</w:t>
        <w:br/>
        <w:t>Morning.</w:t>
      </w:r>
      <w:r>
        <w:t xml:space="preserve"> You</w:t>
      </w:r>
      <w:r>
        <w:t xml:space="preserve"> two.</w:t>
        <w:br/>
        <w:t>你好</w:t>
      </w:r>
      <w:r>
        <w:t xml:space="preserve"> 亲爱的</w:t>
      </w:r>
      <w:r>
        <w:t xml:space="preserve"> -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4"/>
          <w:cols w:space="720"/>
          <w:titlePg w:val="0"/>
          <w:docGrid w:linePitch="360"/>
        </w:sectPr>
      </w:pPr>
      <w:r>
        <w:t xml:space="preserve"> 爱德维纳</w:t>
        <w:br/>
        <w:t>Hello,</w:t>
      </w:r>
      <w:r>
        <w:t xml:space="preserve"> darling.</w:t>
      </w:r>
      <w:r>
        <w:t xml:space="preserve"> -</w:t>
      </w:r>
      <w:r>
        <w:t xml:space="preserve"> </w:t>
      </w:r>
      <w:r>
        <w:t xml:space="preserve"> Edwina.</w:t>
        <w:br/>
        <w:t>劳伦斯先生</w:t>
      </w:r>
      <w:r>
        <w:t xml:space="preserve"> 能帮我把那个拿走吗</w:t>
      </w:r>
      <w:r>
        <w:t xml:space="preserve"> </w:t>
        <w:br/>
        <w:t>Mr.</w:t>
      </w:r>
      <w:r>
        <w:t xml:space="preserve"> Lawrence,</w:t>
      </w:r>
      <w:r>
        <w:t xml:space="preserve"> could</w:t>
      </w:r>
      <w:r>
        <w:t xml:space="preserve"> you</w:t>
      </w:r>
      <w:r>
        <w:t xml:space="preserve"> remove</w:t>
      </w:r>
      <w:r>
        <w:t xml:space="preserve"> that,</w:t>
      </w:r>
      <w:r>
        <w:t xml:space="preserve"> please?</w:t>
        <w:br/>
        <w:t>当然可以</w:t>
      </w:r>
      <w:r>
        <w:t xml:space="preserve"> 阁下</w:t>
      </w:r>
      <w:r>
        <w:t xml:space="preserve"> 是你哥哥留下来的</w:t>
        <w:br/>
        <w:t>Of</w:t>
      </w:r>
      <w:r>
        <w:t xml:space="preserve"> course,</w:t>
      </w:r>
      <w:r>
        <w:t xml:space="preserve"> sir.</w:t>
      </w:r>
      <w:r>
        <w:t xml:space="preserve"> It</w:t>
      </w:r>
      <w:r>
        <w:t xml:space="preserve"> was</w:t>
      </w:r>
      <w:r>
        <w:t xml:space="preserve"> left</w:t>
      </w:r>
      <w:r>
        <w:t xml:space="preserve"> there</w:t>
      </w:r>
      <w:r>
        <w:t xml:space="preserve"> by</w:t>
      </w:r>
      <w:r>
        <w:t xml:space="preserve"> your</w:t>
      </w:r>
      <w:r>
        <w:t xml:space="preserve"> brother.</w:t>
        <w:br/>
        <w:t>是的</w:t>
      </w:r>
      <w:r>
        <w:t xml:space="preserve"> 我知道</w:t>
        <w:br/>
        <w:t>Oh</w:t>
      </w:r>
      <w:r>
        <w:t xml:space="preserve"> yes,</w:t>
      </w:r>
      <w:r>
        <w:t xml:space="preserve"> I'm</w:t>
      </w:r>
      <w:r>
        <w:t xml:space="preserve"> aware.</w:t>
        <w:br/>
        <w:t>班尼迪克蛋</w:t>
      </w:r>
      <w:r>
        <w:t xml:space="preserve"> </w:t>
        <w:br/>
        <w:t>Eggs</w:t>
      </w:r>
      <w:r>
        <w:t xml:space="preserve"> Benedict?</w:t>
      </w:r>
      <w:r>
        <w:t xml:space="preserve"> </w:t>
        <w:br/>
        <w:t>好的</w:t>
      </w:r>
      <w:r>
        <w:t xml:space="preserve"> 再来些茶</w:t>
      </w:r>
      <w:r>
        <w:t xml:space="preserve"> 谢谢</w:t>
        <w:br/>
        <w:t>Yes,</w:t>
      </w:r>
      <w:r>
        <w:t xml:space="preserve"> please.</w:t>
      </w:r>
      <w:r>
        <w:t xml:space="preserve"> And</w:t>
      </w:r>
      <w:r>
        <w:t xml:space="preserve"> some</w:t>
      </w:r>
      <w:r>
        <w:t xml:space="preserve"> tea.</w:t>
      </w:r>
      <w:r>
        <w:t xml:space="preserve"> Thank</w:t>
      </w:r>
      <w:r>
        <w:t xml:space="preserve"> you.</w:t>
        <w:br/>
        <w:t>亲爱的</w:t>
      </w:r>
      <w:r>
        <w:t xml:space="preserve"> 你得和弗雷迪谈谈</w:t>
        <w:br/>
        <w:t>Darling,</w:t>
      </w:r>
      <w:r>
        <w:t xml:space="preserve"> you</w:t>
      </w:r>
      <w:r>
        <w:t xml:space="preserve"> ought</w:t>
      </w:r>
      <w:r>
        <w:t xml:space="preserve"> to</w:t>
      </w:r>
      <w:r>
        <w:t xml:space="preserve"> talk</w:t>
      </w:r>
      <w:r>
        <w:t xml:space="preserve"> to</w:t>
      </w:r>
      <w:r>
        <w:t xml:space="preserve"> Freddy.</w:t>
        <w:br/>
        <w:t>他最近对大&amp;hearts;麻&amp;hearts;生产的痴迷程度</w:t>
        <w:br/>
        <w:t>His</w:t>
      </w:r>
      <w:r>
        <w:t xml:space="preserve"> recent</w:t>
      </w:r>
      <w:r>
        <w:t xml:space="preserve"> obsession</w:t>
      </w:r>
      <w:r>
        <w:t xml:space="preserve"> with</w:t>
      </w:r>
      <w:r>
        <w:t xml:space="preserve"> marijuana</w:t>
      </w:r>
      <w:r>
        <w:t xml:space="preserve"> production</w:t>
        <w:br/>
        <w:t>实在是太过分了</w:t>
        <w:br/>
        <w:t>is</w:t>
      </w:r>
      <w:r>
        <w:t xml:space="preserve"> really</w:t>
      </w:r>
      <w:r>
        <w:t xml:space="preserve"> too</w:t>
      </w:r>
      <w:r>
        <w:t xml:space="preserve"> much.</w:t>
        <w:br/>
        <w:t>嗯</w:t>
      </w:r>
      <w:r>
        <w:t xml:space="preserve"> -</w:t>
      </w:r>
      <w:r>
        <w:t xml:space="preserve"> 他开始跟植物聊天了</w:t>
      </w:r>
      <w:r>
        <w:t xml:space="preserve"> 爱迪</w:t>
        <w:br/>
        <w:t>Right.</w:t>
      </w:r>
      <w:r>
        <w:t xml:space="preserve"> -</w:t>
      </w:r>
      <w:r>
        <w:t xml:space="preserve"> He's</w:t>
      </w:r>
      <w:r>
        <w:t xml:space="preserve"> started</w:t>
      </w:r>
      <w:r>
        <w:t xml:space="preserve"> talking</w:t>
      </w:r>
      <w:r>
        <w:t xml:space="preserve"> to</w:t>
      </w:r>
      <w:r>
        <w:t xml:space="preserve"> the</w:t>
      </w:r>
      <w:r>
        <w:t xml:space="preserve"> plants.</w:t>
      </w:r>
      <w:r>
        <w:t xml:space="preserve"> Eddie.</w:t>
        <w:br/>
        <w:t>不和植物聊天时</w:t>
      </w:r>
      <w:r>
        <w:t xml:space="preserve"> 他就在谈论植物</w:t>
        <w:br/>
        <w:t>And</w:t>
      </w:r>
      <w:r>
        <w:t xml:space="preserve"> when</w:t>
      </w:r>
      <w:r>
        <w:t xml:space="preserve"> he's</w:t>
      </w:r>
      <w:r>
        <w:t xml:space="preserve"> not</w:t>
      </w:r>
      <w:r>
        <w:t xml:space="preserve"> talking</w:t>
      </w:r>
      <w:r>
        <w:t xml:space="preserve"> to</w:t>
      </w:r>
      <w:r>
        <w:t xml:space="preserve"> them,</w:t>
      </w:r>
      <w:r>
        <w:t xml:space="preserve"> he's</w:t>
      </w:r>
      <w:r>
        <w:t xml:space="preserve"> talking</w:t>
      </w:r>
      <w:r>
        <w:t xml:space="preserve"> about</w:t>
      </w:r>
      <w:r>
        <w:t xml:space="preserve"> them,</w:t>
        <w:br/>
        <w:t>实在是太他妈无聊了</w:t>
        <w:br/>
        <w:t>and</w:t>
      </w:r>
      <w:r>
        <w:t xml:space="preserve"> it's</w:t>
      </w:r>
      <w:r>
        <w:t xml:space="preserve"> very</w:t>
      </w:r>
      <w:r>
        <w:t xml:space="preserve"> fucking</w:t>
      </w:r>
      <w:r>
        <w:t xml:space="preserve"> boring.</w:t>
        <w:br/>
        <w:t>好吧</w:t>
        <w:br/>
        <w:t>All</w:t>
      </w:r>
      <w:r>
        <w:t xml:space="preserve"> right.</w:t>
        <w:br/>
        <w:t>好吧</w:t>
      </w:r>
      <w:r>
        <w:t xml:space="preserve"> 我保证</w:t>
      </w:r>
      <w:r>
        <w:t xml:space="preserve"> 我会跟他谈谈的</w:t>
        <w:br/>
        <w:t>All</w:t>
      </w:r>
      <w:r>
        <w:t xml:space="preserve"> right.</w:t>
      </w:r>
      <w:r>
        <w:t xml:space="preserve"> I</w:t>
      </w:r>
      <w:r>
        <w:t xml:space="preserve"> promise</w:t>
      </w:r>
      <w:r>
        <w:t xml:space="preserve"> I'll</w:t>
      </w:r>
      <w:r>
        <w:t xml:space="preserve"> have</w:t>
      </w:r>
      <w:r>
        <w:t xml:space="preserve"> a</w:t>
      </w:r>
      <w:r>
        <w:t xml:space="preserve"> word</w:t>
      </w:r>
      <w:r>
        <w:t xml:space="preserve"> with</w:t>
      </w:r>
      <w:r>
        <w:t xml:space="preserve"> him.</w:t>
        <w:br/>
        <w:t>失陪一下</w:t>
        <w:br/>
        <w:t>Excuse</w:t>
      </w:r>
      <w:r>
        <w:t xml:space="preserve"> me.</w:t>
        <w:br/>
        <w:t>亲爱的</w:t>
      </w:r>
      <w:r>
        <w:t xml:space="preserve"> 别在餐桌上接电&amp;hearts;话&amp;hearts;</w:t>
        <w:br/>
        <w:t>Darling,</w:t>
      </w:r>
      <w:r>
        <w:t xml:space="preserve"> not</w:t>
      </w:r>
      <w:r>
        <w:t xml:space="preserve"> at</w:t>
      </w:r>
      <w:r>
        <w:t xml:space="preserve"> the</w:t>
      </w:r>
      <w:r>
        <w:t xml:space="preserve"> table.</w:t>
        <w:br/>
        <w:t>抱歉</w:t>
        <w:br/>
        <w:t>Sorry!</w:t>
        <w:br/>
        <w:t>喂</w:t>
      </w:r>
      <w:r>
        <w:t xml:space="preserve"> </w:t>
        <w:br/>
        <w:t>Hello?</w:t>
        <w:br/>
        <w:t>你昨晚溜得还挺早啊</w:t>
        <w:br/>
        <w:t>You</w:t>
      </w:r>
      <w:r>
        <w:t xml:space="preserve"> slinked</w:t>
      </w:r>
      <w:r>
        <w:t xml:space="preserve"> off</w:t>
      </w:r>
      <w:r>
        <w:t xml:space="preserve"> a</w:t>
      </w:r>
      <w:r>
        <w:t xml:space="preserve"> bit</w:t>
      </w:r>
      <w:r>
        <w:t xml:space="preserve"> early</w:t>
      </w:r>
      <w:r>
        <w:t xml:space="preserve"> last</w:t>
      </w:r>
      <w:r>
        <w:t xml:space="preserve"> night.</w:t>
        <w:br/>
        <w:t>我得去见一个老朋友</w:t>
        <w:br/>
        <w:t>I</w:t>
      </w:r>
      <w:r>
        <w:t xml:space="preserve"> had</w:t>
      </w:r>
      <w:r>
        <w:t xml:space="preserve"> to</w:t>
      </w:r>
      <w:r>
        <w:t xml:space="preserve"> go</w:t>
      </w:r>
      <w:r>
        <w:t xml:space="preserve"> and</w:t>
      </w:r>
      <w:r>
        <w:t xml:space="preserve"> see</w:t>
      </w:r>
      <w:r>
        <w:t xml:space="preserve"> an</w:t>
      </w:r>
      <w:r>
        <w:t xml:space="preserve"> old</w:t>
      </w:r>
      <w:r>
        <w:t xml:space="preserve"> friend.</w:t>
        <w:br/>
        <w:t>恰奇那边进展得如何</w:t>
      </w:r>
      <w:r>
        <w:t xml:space="preserve"> </w:t>
        <w:br/>
        <w:t>How</w:t>
      </w:r>
      <w:r>
        <w:t xml:space="preserve"> did</w:t>
      </w:r>
      <w:r>
        <w:t xml:space="preserve"> it</w:t>
      </w:r>
      <w:r>
        <w:t xml:space="preserve"> go</w:t>
      </w:r>
      <w:r>
        <w:t xml:space="preserve"> with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5"/>
          <w:cols w:space="720"/>
          <w:titlePg w:val="0"/>
          <w:docGrid w:linePitch="360"/>
        </w:sectPr>
      </w:pPr>
      <w:r>
        <w:t xml:space="preserve"> Chucky?</w:t>
        <w:br/>
        <w:t>恰奇那边的情况</w:t>
      </w:r>
      <w:r>
        <w:t xml:space="preserve"> 比预想的还要复杂一些</w:t>
        <w:br/>
        <w:t>The</w:t>
      </w:r>
      <w:r>
        <w:t xml:space="preserve"> situation</w:t>
      </w:r>
      <w:r>
        <w:t xml:space="preserve"> turns</w:t>
      </w:r>
      <w:r>
        <w:t xml:space="preserve"> out</w:t>
      </w:r>
      <w:r>
        <w:t xml:space="preserve"> to</w:t>
      </w:r>
      <w:r>
        <w:t xml:space="preserve"> be</w:t>
      </w:r>
      <w:r>
        <w:t xml:space="preserve"> a</w:t>
      </w:r>
      <w:r>
        <w:t xml:space="preserve"> little</w:t>
      </w:r>
      <w:r>
        <w:t xml:space="preserve"> more</w:t>
      </w:r>
      <w:r>
        <w:t xml:space="preserve"> complicated</w:t>
      </w:r>
      <w:r>
        <w:t xml:space="preserve"> than</w:t>
      </w:r>
      <w:r>
        <w:t xml:space="preserve"> anticipated.</w:t>
        <w:br/>
        <w:t>我要对全球男性朋友</w:t>
      </w:r>
      <w:r>
        <w:t xml:space="preserve"> 做出特别呼吁</w:t>
      </w:r>
      <w:r>
        <w:t xml:space="preserve"> 好吗</w:t>
      </w:r>
      <w:r>
        <w:t xml:space="preserve"> </w:t>
        <w:br/>
        <w:t>This</w:t>
      </w:r>
      <w:r>
        <w:t xml:space="preserve"> is</w:t>
      </w:r>
      <w:r>
        <w:t xml:space="preserve"> a</w:t>
      </w:r>
      <w:r>
        <w:t xml:space="preserve"> special</w:t>
      </w:r>
      <w:r>
        <w:t xml:space="preserve"> shout</w:t>
      </w:r>
      <w:r>
        <w:t xml:space="preserve"> out</w:t>
      </w:r>
      <w:r>
        <w:t xml:space="preserve"> to</w:t>
      </w:r>
      <w:r>
        <w:t xml:space="preserve"> all</w:t>
      </w:r>
      <w:r>
        <w:t xml:space="preserve"> my</w:t>
      </w:r>
      <w:r>
        <w:t xml:space="preserve"> mandem</w:t>
      </w:r>
      <w:r>
        <w:t xml:space="preserve"> worldwide,</w:t>
      </w:r>
      <w:r>
        <w:t xml:space="preserve"> yeah?</w:t>
        <w:br/>
        <w:t>伯明翰的小伙们</w:t>
        <w:br/>
        <w:t>Brum-town</w:t>
      </w:r>
      <w:r>
        <w:t xml:space="preserve"> boys.</w:t>
        <w:br/>
        <w:t>你要是遇到了这个干瘦</w:t>
      </w:r>
      <w:r>
        <w:t xml:space="preserve"> 帅气的混&amp;hearts;蛋&amp;hearts;</w:t>
        <w:br/>
        <w:t>When</w:t>
      </w:r>
      <w:r>
        <w:t xml:space="preserve"> you</w:t>
      </w:r>
      <w:r>
        <w:t xml:space="preserve"> see</w:t>
      </w:r>
      <w:r>
        <w:t xml:space="preserve"> this</w:t>
      </w:r>
      <w:r>
        <w:t xml:space="preserve"> skinny,</w:t>
      </w:r>
      <w:r>
        <w:t xml:space="preserve"> handsome</w:t>
      </w:r>
      <w:r>
        <w:t xml:space="preserve"> bastard,</w:t>
      </w:r>
      <w:r>
        <w:t xml:space="preserve"> yeah,</w:t>
        <w:br/>
        <w:t>他妈的抓住他的脖子</w:t>
      </w:r>
      <w:r>
        <w:t xml:space="preserve"> 像碾蟑螂一样碾死他</w:t>
        <w:br/>
        <w:t>fucking</w:t>
      </w:r>
      <w:r>
        <w:t xml:space="preserve"> grab</w:t>
      </w:r>
      <w:r>
        <w:t xml:space="preserve"> him</w:t>
      </w:r>
      <w:r>
        <w:t xml:space="preserve"> by</w:t>
      </w:r>
      <w:r>
        <w:t xml:space="preserve"> the</w:t>
      </w:r>
      <w:r>
        <w:t xml:space="preserve"> neck</w:t>
      </w:r>
      <w:r>
        <w:t xml:space="preserve"> and</w:t>
      </w:r>
      <w:r>
        <w:t xml:space="preserve"> crush</w:t>
      </w:r>
      <w:r>
        <w:t xml:space="preserve"> him</w:t>
      </w:r>
      <w:r>
        <w:t xml:space="preserve"> like</w:t>
      </w:r>
      <w:r>
        <w:t xml:space="preserve"> a</w:t>
      </w:r>
      <w:r>
        <w:t xml:space="preserve"> cockroach.</w:t>
        <w:br/>
        <w:t>恰奇在社交媒体世界里忙了一整晚</w:t>
        <w:br/>
        <w:t>Chucky</w:t>
      </w:r>
      <w:r>
        <w:t xml:space="preserve"> had</w:t>
      </w:r>
      <w:r>
        <w:t xml:space="preserve"> a</w:t>
      </w:r>
      <w:r>
        <w:t xml:space="preserve"> busy</w:t>
      </w:r>
      <w:r>
        <w:t xml:space="preserve"> night</w:t>
      </w:r>
      <w:r>
        <w:t xml:space="preserve"> in</w:t>
      </w:r>
      <w:r>
        <w:t xml:space="preserve"> the</w:t>
      </w:r>
      <w:r>
        <w:t xml:space="preserve"> world</w:t>
      </w:r>
      <w:r>
        <w:t xml:space="preserve"> of</w:t>
      </w:r>
      <w:r>
        <w:t xml:space="preserve"> social</w:t>
      </w:r>
      <w:r>
        <w:t xml:space="preserve"> media.</w:t>
        <w:br/>
        <w:t>只要看到他</w:t>
      </w:r>
      <w:r>
        <w:t xml:space="preserve"> 砸他奶奶的玻璃</w:t>
      </w:r>
      <w:r>
        <w:t xml:space="preserve"> 搞死他或者干&amp;hearts;死&amp;hearts;他爸爸</w:t>
      </w:r>
      <w:r>
        <w:t xml:space="preserve"> 见到就行动</w:t>
        <w:br/>
        <w:t>On</w:t>
      </w:r>
      <w:r>
        <w:t xml:space="preserve"> sight,</w:t>
      </w:r>
      <w:r>
        <w:t xml:space="preserve"> smash</w:t>
      </w:r>
      <w:r>
        <w:t xml:space="preserve"> all</w:t>
      </w:r>
      <w:r>
        <w:t xml:space="preserve"> his</w:t>
      </w:r>
      <w:r>
        <w:t xml:space="preserve"> nan's</w:t>
      </w:r>
      <w:r>
        <w:t xml:space="preserve"> windows,</w:t>
      </w:r>
      <w:r>
        <w:t xml:space="preserve"> fuck</w:t>
      </w:r>
      <w:r>
        <w:t xml:space="preserve"> him</w:t>
      </w:r>
      <w:r>
        <w:t xml:space="preserve"> up,</w:t>
      </w:r>
      <w:r>
        <w:t xml:space="preserve"> or</w:t>
      </w:r>
      <w:r>
        <w:t xml:space="preserve"> shag</w:t>
      </w:r>
      <w:r>
        <w:t xml:space="preserve"> his</w:t>
      </w:r>
      <w:r>
        <w:t xml:space="preserve"> dad.</w:t>
        <w:br/>
        <w:t>干什么都行</w:t>
      </w:r>
      <w:r>
        <w:t xml:space="preserve"> 反正干就对了</w:t>
        <w:br/>
        <w:t>Whatever</w:t>
      </w:r>
      <w:r>
        <w:t xml:space="preserve"> you</w:t>
      </w:r>
      <w:r>
        <w:t xml:space="preserve"> like,</w:t>
      </w:r>
      <w:r>
        <w:t xml:space="preserve"> man.</w:t>
      </w:r>
      <w:r>
        <w:t xml:space="preserve"> Penetrate,</w:t>
      </w:r>
      <w:r>
        <w:t xml:space="preserve"> penetrate.</w:t>
        <w:br/>
        <w:t>最终结果就是我弟弟得躲避一阵子</w:t>
        <w:br/>
        <w:t>The</w:t>
      </w:r>
      <w:r>
        <w:t xml:space="preserve"> upshot</w:t>
      </w:r>
      <w:r>
        <w:t xml:space="preserve"> is</w:t>
      </w:r>
      <w:r>
        <w:t xml:space="preserve"> that</w:t>
      </w:r>
      <w:r>
        <w:t xml:space="preserve"> my</w:t>
      </w:r>
      <w:r>
        <w:t xml:space="preserve"> brother</w:t>
      </w:r>
      <w:r>
        <w:t xml:space="preserve"> needs</w:t>
      </w:r>
      <w:r>
        <w:t xml:space="preserve"> to</w:t>
      </w:r>
      <w:r>
        <w:t xml:space="preserve"> take</w:t>
      </w:r>
      <w:r>
        <w:t xml:space="preserve"> a</w:t>
      </w:r>
      <w:r>
        <w:t xml:space="preserve"> sojourn</w:t>
      </w:r>
      <w:r>
        <w:t xml:space="preserve"> for</w:t>
      </w:r>
      <w:r>
        <w:t xml:space="preserve"> a</w:t>
      </w:r>
      <w:r>
        <w:t xml:space="preserve"> few</w:t>
      </w:r>
      <w:r>
        <w:t xml:space="preserve"> days.</w:t>
        <w:br/>
        <w:t>我们需要他专心训练</w:t>
      </w:r>
      <w:r>
        <w:t xml:space="preserve"> 不被任何事打扰</w:t>
        <w:br/>
        <w:t>We</w:t>
      </w:r>
      <w:r>
        <w:t xml:space="preserve"> need</w:t>
      </w:r>
      <w:r>
        <w:t xml:space="preserve"> him</w:t>
      </w:r>
      <w:r>
        <w:t xml:space="preserve"> to</w:t>
      </w:r>
      <w:r>
        <w:t xml:space="preserve"> focus</w:t>
      </w:r>
      <w:r>
        <w:t xml:space="preserve"> on</w:t>
      </w:r>
      <w:r>
        <w:t xml:space="preserve"> his</w:t>
      </w:r>
      <w:r>
        <w:t xml:space="preserve"> training.</w:t>
      </w:r>
      <w:r>
        <w:t xml:space="preserve"> No</w:t>
      </w:r>
      <w:r>
        <w:t xml:space="preserve"> distractions.</w:t>
        <w:br/>
        <w:t>见到就行动</w:t>
      </w:r>
      <w:r>
        <w:t xml:space="preserve"> -</w:t>
      </w:r>
      <w:r>
        <w:t xml:space="preserve"> 直接干&amp;hearts;死&amp;hearts;他</w:t>
        <w:br/>
        <w:t>On</w:t>
      </w:r>
      <w:r>
        <w:t xml:space="preserve"> sight.</w:t>
      </w:r>
      <w:r>
        <w:t xml:space="preserve"> -</w:t>
      </w:r>
      <w:r>
        <w:t xml:space="preserve"> Bang</w:t>
      </w:r>
      <w:r>
        <w:t xml:space="preserve"> bang.</w:t>
        <w:br/>
        <w:t>既然你非常急于加速事情的进展</w:t>
        <w:br/>
        <w:t>Given</w:t>
      </w:r>
      <w:r>
        <w:t xml:space="preserve"> how</w:t>
      </w:r>
      <w:r>
        <w:t xml:space="preserve"> eager</w:t>
      </w:r>
      <w:r>
        <w:t xml:space="preserve"> you</w:t>
      </w:r>
      <w:r>
        <w:t xml:space="preserve"> are</w:t>
      </w:r>
      <w:r>
        <w:t xml:space="preserve"> to</w:t>
      </w:r>
      <w:r>
        <w:t xml:space="preserve"> move</w:t>
      </w:r>
      <w:r>
        <w:t xml:space="preserve"> things</w:t>
      </w:r>
      <w:r>
        <w:t xml:space="preserve"> on</w:t>
      </w:r>
      <w:r>
        <w:t xml:space="preserve"> swiftly,</w:t>
        <w:br/>
        <w:t>我想问问</w:t>
      </w:r>
      <w:r>
        <w:t xml:space="preserve"> 你是否愿意让他过去住一阵子</w:t>
        <w:br/>
        <w:t>I</w:t>
      </w:r>
      <w:r>
        <w:t xml:space="preserve"> wondered</w:t>
      </w:r>
      <w:r>
        <w:t xml:space="preserve"> if</w:t>
      </w:r>
      <w:r>
        <w:t xml:space="preserve"> you</w:t>
      </w:r>
      <w:r>
        <w:t xml:space="preserve"> might</w:t>
      </w:r>
      <w:r>
        <w:t xml:space="preserve"> be</w:t>
      </w:r>
      <w:r>
        <w:t xml:space="preserve"> willing</w:t>
      </w:r>
      <w:r>
        <w:t xml:space="preserve"> to</w:t>
      </w:r>
      <w:r>
        <w:t xml:space="preserve"> let</w:t>
      </w:r>
      <w:r>
        <w:t xml:space="preserve"> him</w:t>
      </w:r>
      <w:r>
        <w:t xml:space="preserve"> come</w:t>
      </w:r>
      <w:r>
        <w:t xml:space="preserve"> and</w:t>
      </w:r>
      <w:r>
        <w:t xml:space="preserve"> stay.</w:t>
        <w:br/>
        <w:t>妈的</w:t>
      </w:r>
      <w:r>
        <w:t xml:space="preserve"> 苏茜</w:t>
      </w:r>
      <w:r>
        <w:t xml:space="preserve"> 你应该把这件事解决掉的</w:t>
        <w:br/>
        <w:t>For</w:t>
      </w:r>
      <w:r>
        <w:t xml:space="preserve"> fuck's</w:t>
      </w:r>
      <w:r>
        <w:t xml:space="preserve"> sake.</w:t>
      </w:r>
      <w:r>
        <w:t xml:space="preserve"> You</w:t>
      </w:r>
      <w:r>
        <w:t xml:space="preserve"> were</w:t>
      </w:r>
      <w:r>
        <w:t xml:space="preserve"> supposed</w:t>
      </w:r>
      <w:r>
        <w:t xml:space="preserve"> to</w:t>
      </w:r>
      <w:r>
        <w:t xml:space="preserve"> sort</w:t>
      </w:r>
      <w:r>
        <w:t xml:space="preserve"> this.</w:t>
        <w:br/>
        <w:t>我现在就是在解决这件事</w:t>
        <w:br/>
        <w:t>And</w:t>
      </w:r>
      <w:r>
        <w:t xml:space="preserve"> I'm</w:t>
      </w:r>
      <w:r>
        <w:t xml:space="preserve"> in</w:t>
      </w:r>
      <w:r>
        <w:t xml:space="preserve"> the</w:t>
      </w:r>
      <w:r>
        <w:t xml:space="preserve"> process</w:t>
      </w:r>
      <w:r>
        <w:t xml:space="preserve"> of</w:t>
      </w:r>
      <w:r>
        <w:t xml:space="preserve"> doing</w:t>
      </w:r>
      <w:r>
        <w:t xml:space="preserve"> exactly</w:t>
      </w:r>
      <w:r>
        <w:t xml:space="preserve"> that.</w:t>
        <w:br/>
        <w:t>说到底</w:t>
      </w:r>
      <w:r>
        <w:t xml:space="preserve"> 杰克确实上了恰奇的女友</w:t>
        <w:br/>
        <w:t>After</w:t>
      </w:r>
      <w:r>
        <w:t xml:space="preserve"> all,</w:t>
      </w:r>
      <w:r>
        <w:t xml:space="preserve"> Jack</w:t>
      </w:r>
      <w:r>
        <w:t xml:space="preserve"> did</w:t>
      </w:r>
      <w:r>
        <w:t xml:space="preserve"> bang</w:t>
      </w:r>
      <w:r>
        <w:t xml:space="preserve"> Chucky's</w:t>
      </w:r>
      <w:r>
        <w:t xml:space="preserve"> missus.</w:t>
        <w:br/>
        <w:t>体面的做法就是让他慢慢恢复理智</w:t>
        <w:br/>
        <w:t>The</w:t>
      </w:r>
      <w:r>
        <w:t xml:space="preserve"> polite</w:t>
      </w:r>
      <w:r>
        <w:t xml:space="preserve"> thing</w:t>
      </w:r>
      <w:r>
        <w:t xml:space="preserve"> to</w:t>
      </w:r>
      <w:r>
        <w:t xml:space="preserve"> do</w:t>
      </w:r>
      <w:r>
        <w:t xml:space="preserve"> is</w:t>
      </w:r>
      <w:r>
        <w:t xml:space="preserve"> to</w:t>
      </w:r>
      <w:r>
        <w:t xml:space="preserve"> allow</w:t>
      </w:r>
      <w:r>
        <w:t xml:space="preserve"> sobriety</w:t>
      </w:r>
      <w:r>
        <w:t xml:space="preserve"> to</w:t>
      </w:r>
      <w:r>
        <w:t xml:space="preserve"> percolate.</w:t>
        <w:br/>
        <w:t>然后我再提醒他</w:t>
      </w:r>
      <w:r>
        <w:t xml:space="preserve"> 等级制度是如何运作的</w:t>
        <w:br/>
        <w:t>Then</w:t>
      </w:r>
      <w:r>
        <w:t xml:space="preserve"> I'll</w:t>
      </w:r>
      <w:r>
        <w:t xml:space="preserve"> remind</w:t>
      </w:r>
      <w:r>
        <w:t xml:space="preserve"> him</w:t>
      </w:r>
      <w:r>
        <w:t xml:space="preserve"> of</w:t>
      </w:r>
      <w:r>
        <w:t xml:space="preserve"> how</w:t>
      </w:r>
      <w:r>
        <w:t xml:space="preserve"> hierarchy</w:t>
      </w:r>
      <w:r>
        <w:t xml:space="preserve"> operates.</w:t>
        <w:br/>
        <w:t>好吧</w:t>
      </w:r>
      <w:r>
        <w:t xml:space="preserve"> -</w:t>
      </w:r>
      <w:r>
        <w:t xml:space="preserve"> 好极了</w:t>
        <w:br/>
        <w:t>Fine.</w:t>
      </w:r>
      <w:r>
        <w:t xml:space="preserve"> -</w:t>
      </w:r>
      <w:r>
        <w:t xml:space="preserve"> Sweet.</w:t>
        <w:br/>
        <w:t>有客人要来吗</w:t>
      </w:r>
      <w:r>
        <w:t xml:space="preserve"> </w:t>
        <w:br/>
        <w:t>Are</w:t>
      </w:r>
      <w:r>
        <w:t xml:space="preserve"> we</w:t>
      </w:r>
      <w:r>
        <w:t xml:space="preserve"> expecting</w:t>
      </w:r>
      <w:r>
        <w:t xml:space="preserve"> guests?</w:t>
        <w:br/>
        <w:t>貌似是这样</w:t>
      </w:r>
    </w:p>
    <w:p>
      <w:pPr>
        <w:sectPr w:rsidSect="00034616">
          <w:type w:val="nextPage"/>
          <w:pgSz w:w="12240" w:h="15840"/>
          <w:pgMar w:top="1440" w:right="1800" w:bottom="1440" w:left="1800" w:header="720" w:footer="720" w:gutter="0"/>
          <w:pgNumType w:start="16"/>
          <w:cols w:space="720"/>
          <w:titlePg w:val="0"/>
          <w:docGrid w:linePitch="360"/>
        </w:sectPr>
      </w:pPr>
      <w:r>
        <w:t xml:space="preserve"> 是的</w:t>
        <w:br/>
        <w:t>It</w:t>
      </w:r>
      <w:r>
        <w:t xml:space="preserve"> would</w:t>
      </w:r>
      <w:r>
        <w:t xml:space="preserve"> appear</w:t>
      </w:r>
      <w:r>
        <w:t xml:space="preserve"> so,</w:t>
      </w:r>
      <w:r>
        <w:t xml:space="preserve"> yes.</w:t>
        <w:br/>
        <w:t>先生</w:t>
      </w:r>
      <w:r>
        <w:t xml:space="preserve"> 给你</w:t>
      </w:r>
      <w:r>
        <w:t xml:space="preserve"> 这边请</w:t>
        <w:br/>
        <w:t>Here</w:t>
      </w:r>
      <w:r>
        <w:t xml:space="preserve"> you</w:t>
      </w:r>
      <w:r>
        <w:t xml:space="preserve"> are,</w:t>
      </w:r>
      <w:r>
        <w:t xml:space="preserve"> sir.</w:t>
      </w:r>
      <w:r>
        <w:t xml:space="preserve"> This</w:t>
      </w:r>
      <w:r>
        <w:t xml:space="preserve"> way.</w:t>
        <w:br/>
        <w:t>苏茜·格拉斯的弟弟</w:t>
      </w:r>
      <w:r>
        <w:t xml:space="preserve"> </w:t>
        <w:br/>
        <w:t>Susie</w:t>
      </w:r>
      <w:r>
        <w:t xml:space="preserve"> Glass's</w:t>
      </w:r>
      <w:r>
        <w:t xml:space="preserve"> brother?</w:t>
        <w:br/>
        <w:t>仅此一位</w:t>
        <w:br/>
        <w:t>The</w:t>
      </w:r>
      <w:r>
        <w:t xml:space="preserve"> one</w:t>
      </w:r>
      <w:r>
        <w:t xml:space="preserve"> and</w:t>
      </w:r>
      <w:r>
        <w:t xml:space="preserve"> only.</w:t>
        <w:br/>
        <w:t>好吧</w:t>
      </w:r>
      <w:r>
        <w:t xml:space="preserve"> 仅此一位</w:t>
      </w:r>
      <w:r>
        <w:t xml:space="preserve"> 过来帮我安装一下这个沙包</w:t>
        <w:br/>
        <w:t>Okay,</w:t>
      </w:r>
      <w:r>
        <w:t xml:space="preserve"> the</w:t>
      </w:r>
      <w:r>
        <w:t xml:space="preserve"> one</w:t>
      </w:r>
      <w:r>
        <w:t xml:space="preserve"> and</w:t>
      </w:r>
      <w:r>
        <w:t xml:space="preserve"> only,</w:t>
      </w:r>
      <w:r>
        <w:t xml:space="preserve"> get</w:t>
      </w:r>
      <w:r>
        <w:t xml:space="preserve"> over</w:t>
      </w:r>
      <w:r>
        <w:t xml:space="preserve"> here</w:t>
      </w:r>
      <w:r>
        <w:t xml:space="preserve"> and</w:t>
      </w:r>
      <w:r>
        <w:t xml:space="preserve"> help</w:t>
      </w:r>
      <w:r>
        <w:t xml:space="preserve"> me</w:t>
      </w:r>
      <w:r>
        <w:t xml:space="preserve"> with</w:t>
      </w:r>
      <w:r>
        <w:t xml:space="preserve"> this</w:t>
      </w:r>
      <w:r>
        <w:t xml:space="preserve"> bag.</w:t>
        <w:br/>
        <w:t>阁下说你要参加一场重要比赛</w:t>
        <w:br/>
        <w:t>His</w:t>
      </w:r>
      <w:r>
        <w:t xml:space="preserve"> Grace</w:t>
      </w:r>
      <w:r>
        <w:t xml:space="preserve"> said</w:t>
      </w:r>
      <w:r>
        <w:t xml:space="preserve"> you</w:t>
      </w:r>
      <w:r>
        <w:t xml:space="preserve"> got</w:t>
      </w:r>
      <w:r>
        <w:t xml:space="preserve"> a</w:t>
      </w:r>
      <w:r>
        <w:t xml:space="preserve"> big</w:t>
      </w:r>
      <w:r>
        <w:t xml:space="preserve"> fight</w:t>
      </w:r>
      <w:r>
        <w:t xml:space="preserve"> coming</w:t>
      </w:r>
      <w:r>
        <w:t xml:space="preserve"> up.</w:t>
        <w:br/>
        <w:t>是啊</w:t>
        <w:br/>
        <w:t>Yeah.</w:t>
        <w:br/>
        <w:t>中量级淘汰赛</w:t>
        <w:br/>
        <w:t>In,</w:t>
      </w:r>
      <w:r>
        <w:t xml:space="preserve"> uh,</w:t>
      </w:r>
      <w:r>
        <w:t xml:space="preserve"> the</w:t>
      </w:r>
      <w:r>
        <w:t xml:space="preserve"> middleweight</w:t>
      </w:r>
      <w:r>
        <w:t xml:space="preserve"> eliminator.</w:t>
        <w:br/>
        <w:t>好吧</w:t>
      </w:r>
      <w:r>
        <w:t xml:space="preserve"> 了不起先生</w:t>
        <w:br/>
        <w:t>Well,</w:t>
      </w:r>
      <w:r>
        <w:t xml:space="preserve"> Mr.</w:t>
      </w:r>
      <w:r>
        <w:t xml:space="preserve"> Big</w:t>
      </w:r>
      <w:r>
        <w:t xml:space="preserve"> Time,</w:t>
        <w:br/>
        <w:t>打几拳</w:t>
      </w:r>
      <w:r>
        <w:t xml:space="preserve"> 让我看看你的实力</w:t>
        <w:br/>
        <w:t>jump</w:t>
      </w:r>
      <w:r>
        <w:t xml:space="preserve"> on</w:t>
      </w:r>
      <w:r>
        <w:t xml:space="preserve"> the</w:t>
      </w:r>
      <w:r>
        <w:t xml:space="preserve"> bag</w:t>
      </w:r>
      <w:r>
        <w:t xml:space="preserve"> and</w:t>
      </w:r>
      <w:r>
        <w:t xml:space="preserve"> show</w:t>
      </w:r>
      <w:r>
        <w:t xml:space="preserve"> us</w:t>
      </w:r>
      <w:r>
        <w:t xml:space="preserve"> what</w:t>
      </w:r>
      <w:r>
        <w:t xml:space="preserve"> you've</w:t>
      </w:r>
      <w:r>
        <w:t xml:space="preserve"> got.</w:t>
        <w:br/>
        <w:t>好了</w:t>
        <w:br/>
        <w:t>Right.</w:t>
        <w:br/>
        <w:t>弗雷迪</w:t>
      </w:r>
      <w:r>
        <w:t xml:space="preserve"> 我收到你的信息了</w:t>
        <w:br/>
        <w:t>Freddy.</w:t>
      </w:r>
      <w:r>
        <w:t xml:space="preserve"> I</w:t>
      </w:r>
      <w:r>
        <w:t xml:space="preserve"> got</w:t>
      </w:r>
      <w:r>
        <w:t xml:space="preserve"> your</w:t>
      </w:r>
      <w:r>
        <w:t xml:space="preserve"> message.</w:t>
      </w:r>
      <w:r>
        <w:t xml:space="preserve"> </w:t>
        <w:br/>
        <w:t>爱德华</w:t>
      </w:r>
      <w:r>
        <w:t xml:space="preserve"> 我正想找你呢</w:t>
        <w:br/>
        <w:t>Edward,</w:t>
      </w:r>
      <w:r>
        <w:t xml:space="preserve"> just</w:t>
      </w:r>
      <w:r>
        <w:t xml:space="preserve"> the</w:t>
      </w:r>
      <w:r>
        <w:t xml:space="preserve"> man</w:t>
      </w:r>
      <w:r>
        <w:t xml:space="preserve"> I</w:t>
      </w:r>
      <w:r>
        <w:t xml:space="preserve"> wanted</w:t>
      </w:r>
      <w:r>
        <w:t xml:space="preserve"> to</w:t>
      </w:r>
      <w:r>
        <w:t xml:space="preserve"> see.</w:t>
        <w:br/>
        <w:t>欢迎来到创意熔炉</w:t>
      </w:r>
      <w:r>
        <w:t xml:space="preserve"> 老弟</w:t>
        <w:br/>
        <w:t>Welcome</w:t>
      </w:r>
      <w:r>
        <w:t xml:space="preserve"> to</w:t>
      </w:r>
      <w:r>
        <w:t xml:space="preserve"> the</w:t>
      </w:r>
      <w:r>
        <w:t xml:space="preserve"> cauldron</w:t>
      </w:r>
      <w:r>
        <w:t xml:space="preserve"> of</w:t>
      </w:r>
      <w:r>
        <w:t xml:space="preserve"> creativity,</w:t>
      </w:r>
      <w:r>
        <w:t xml:space="preserve"> brother.</w:t>
        <w:br/>
        <w:t>吉米斯</w:t>
      </w:r>
      <w:r>
        <w:t xml:space="preserve"> 能让我们单独聊一下吗</w:t>
      </w:r>
      <w:r>
        <w:t xml:space="preserve"> </w:t>
        <w:br/>
        <w:t>James,</w:t>
      </w:r>
      <w:r>
        <w:t xml:space="preserve"> would</w:t>
      </w:r>
      <w:r>
        <w:t xml:space="preserve"> you</w:t>
      </w:r>
      <w:r>
        <w:t xml:space="preserve"> give</w:t>
      </w:r>
      <w:r>
        <w:t xml:space="preserve"> us</w:t>
      </w:r>
      <w:r>
        <w:t xml:space="preserve"> the</w:t>
      </w:r>
      <w:r>
        <w:t xml:space="preserve"> floor,please?</w:t>
        <w:br/>
        <w:t>好</w:t>
      </w:r>
      <w:r>
        <w:t xml:space="preserve"> 那当然</w:t>
        <w:br/>
        <w:t>Oh,</w:t>
      </w:r>
      <w:r>
        <w:t xml:space="preserve"> yeah,</w:t>
      </w:r>
      <w:r>
        <w:t xml:space="preserve"> of</w:t>
      </w:r>
      <w:r>
        <w:t xml:space="preserve"> course.</w:t>
        <w:br/>
        <w:t>放松</w:t>
        <w:br/>
        <w:t>Relax.</w:t>
        <w:br/>
        <w:t>你可以的</w:t>
      </w:r>
      <w:r>
        <w:t xml:space="preserve"> 兄弟</w:t>
        <w:br/>
        <w:t>You</w:t>
      </w:r>
      <w:r>
        <w:t xml:space="preserve"> got</w:t>
      </w:r>
      <w:r>
        <w:t xml:space="preserve"> this,</w:t>
      </w:r>
      <w:r>
        <w:t xml:space="preserve"> fam.</w:t>
        <w:br/>
        <w:t>好的</w:t>
      </w:r>
      <w:r>
        <w:t xml:space="preserve"> 谢啦</w:t>
      </w:r>
      <w:r>
        <w:t xml:space="preserve"> 老兄</w:t>
        <w:br/>
        <w:t>That's</w:t>
      </w:r>
      <w:r>
        <w:t xml:space="preserve"> cool.</w:t>
      </w:r>
      <w:r>
        <w:t xml:space="preserve"> Thanks,</w:t>
      </w:r>
      <w:r>
        <w:t xml:space="preserve"> man.</w:t>
        <w:br/>
        <w:t>你和吉米到底在搞什么小活动</w:t>
      </w:r>
      <w:r>
        <w:t xml:space="preserve"> </w:t>
        <w:br/>
        <w:t>So</w:t>
      </w:r>
      <w:r>
        <w:t xml:space="preserve"> what's</w:t>
      </w:r>
      <w:r>
        <w:t xml:space="preserve"> this</w:t>
      </w:r>
      <w:r>
        <w:t xml:space="preserve"> little</w:t>
      </w:r>
      <w:r>
        <w:t xml:space="preserve"> project</w:t>
      </w:r>
      <w:r>
        <w:t xml:space="preserve"> you've</w:t>
      </w:r>
      <w:r>
        <w:t xml:space="preserve"> got</w:t>
      </w:r>
      <w:r>
        <w:t xml:space="preserve"> going</w:t>
      </w:r>
      <w:r>
        <w:t xml:space="preserve"> with</w:t>
      </w:r>
      <w:r>
        <w:t xml:space="preserve"> Jimmy?</w:t>
        <w:br/>
        <w:t>好吧</w:t>
      </w:r>
      <w:r>
        <w:t xml:space="preserve"> 首先呢</w:t>
      </w:r>
      <w:r>
        <w:t xml:space="preserve"> 这不是什么他妈小...</w:t>
        <w:br/>
        <w:t>Okay,</w:t>
      </w:r>
      <w:r>
        <w:t xml:space="preserve"> well,</w:t>
      </w:r>
      <w:r>
        <w:t xml:space="preserve"> first</w:t>
      </w:r>
      <w:r>
        <w:t xml:space="preserve"> of</w:t>
      </w:r>
      <w:r>
        <w:t xml:space="preserve"> all,</w:t>
      </w:r>
      <w:r>
        <w:t xml:space="preserve"> it's</w:t>
      </w:r>
      <w:r>
        <w:t xml:space="preserve"> not</w:t>
      </w:r>
      <w:r>
        <w:t xml:space="preserve"> just</w:t>
      </w:r>
      <w:r>
        <w:t xml:space="preserve"> a</w:t>
      </w:r>
      <w:r>
        <w:t xml:space="preserve"> little</w:t>
      </w:r>
    </w:p>
    <w:p>
      <w:r>
        <w:t xml:space="preserve"> fucking...</w:t>
        <w:br/>
        <w:t>我想说的是</w:t>
      </w:r>
      <w:r>
        <w:t xml:space="preserve"> 这一次</w:t>
        <w:br/>
        <w:t>The</w:t>
      </w:r>
      <w:r>
        <w:t xml:space="preserve"> point</w:t>
      </w:r>
      <w:r>
        <w:t xml:space="preserve"> is,</w:t>
      </w:r>
      <w:r>
        <w:t xml:space="preserve"> this</w:t>
      </w:r>
      <w:r>
        <w:t xml:space="preserve"> time,</w:t>
        <w:br/>
        <w:t>我做了一件非同寻常的事情</w:t>
        <w:br/>
        <w:t>I</w:t>
      </w:r>
      <w:r>
        <w:t xml:space="preserve"> did</w:t>
      </w:r>
      <w:r>
        <w:t xml:space="preserve"> something</w:t>
      </w:r>
      <w:r>
        <w:t xml:space="preserve"> extraordinary.</w:t>
        <w:br/>
        <w:t>你的老板们肯定想听一下</w:t>
        <w:br/>
        <w:t>And</w:t>
      </w:r>
      <w:r>
        <w:t xml:space="preserve"> your</w:t>
      </w:r>
      <w:r>
        <w:t xml:space="preserve"> bosses</w:t>
      </w:r>
      <w:r>
        <w:t xml:space="preserve"> are</w:t>
      </w:r>
      <w:r>
        <w:t xml:space="preserve"> gonna</w:t>
      </w:r>
      <w:r>
        <w:t xml:space="preserve"> wanna</w:t>
      </w:r>
      <w:r>
        <w:t xml:space="preserve"> hear</w:t>
      </w:r>
      <w:r>
        <w:t xml:space="preserve"> about</w:t>
      </w:r>
      <w:r>
        <w:t xml:space="preserve"> it.</w:t>
        <w:br/>
        <w:t>好吧</w:t>
      </w:r>
      <w:r>
        <w:t xml:space="preserve"> 弗雷迪</w:t>
      </w:r>
      <w:r>
        <w:t xml:space="preserve"> 我完全相信</w:t>
        <w:br/>
        <w:t>All</w:t>
      </w:r>
      <w:r>
        <w:t xml:space="preserve"> right,</w:t>
      </w:r>
      <w:r>
        <w:t xml:space="preserve"> Freddy.</w:t>
      </w:r>
      <w:r>
        <w:t xml:space="preserve"> I</w:t>
      </w:r>
      <w:r>
        <w:t xml:space="preserve"> have</w:t>
      </w:r>
      <w:r>
        <w:t xml:space="preserve"> no</w:t>
      </w:r>
      <w:r>
        <w:t xml:space="preserve"> doubt.</w:t>
        <w:br/>
        <w:t>我只是想稍微调整下你的期望值</w:t>
        <w:br/>
        <w:t>But</w:t>
      </w:r>
      <w:r>
        <w:t xml:space="preserve"> I</w:t>
      </w:r>
      <w:r>
        <w:t xml:space="preserve"> just</w:t>
      </w:r>
      <w:r>
        <w:t xml:space="preserve"> wanna</w:t>
      </w:r>
      <w:r>
        <w:t xml:space="preserve"> temper</w:t>
      </w:r>
      <w:r>
        <w:t xml:space="preserve"> your</w:t>
      </w:r>
      <w:r>
        <w:t xml:space="preserve"> expectations.</w:t>
      </w:r>
      <w:r>
        <w:t xml:space="preserve"> </w:t>
        <w:br/>
        <w:t>没关系</w:t>
      </w:r>
      <w:r>
        <w:t xml:space="preserve"> 随便调整</w:t>
        <w:br/>
        <w:t>That's</w:t>
      </w:r>
      <w:r>
        <w:t xml:space="preserve"> fine.</w:t>
      </w:r>
      <w:r>
        <w:t xml:space="preserve"> That's</w:t>
      </w:r>
      <w:r>
        <w:t xml:space="preserve"> fine.</w:t>
      </w:r>
      <w:r>
        <w:t xml:space="preserve"> Temper</w:t>
      </w:r>
      <w:r>
        <w:t xml:space="preserve"> away.</w:t>
        <w:br/>
        <w:t>尽管调整你的期望值</w:t>
        <w:br/>
        <w:t>Go</w:t>
      </w:r>
      <w:r>
        <w:t xml:space="preserve"> ahead</w:t>
      </w:r>
      <w:r>
        <w:t xml:space="preserve"> and</w:t>
      </w:r>
      <w:r>
        <w:t xml:space="preserve"> temper</w:t>
      </w:r>
      <w:r>
        <w:t xml:space="preserve"> those</w:t>
      </w:r>
      <w:r>
        <w:t xml:space="preserve"> expectations.</w:t>
        <w:br/>
        <w:t>反正我肯定会超出你的期望</w:t>
        <w:br/>
        <w:t>I'm</w:t>
      </w:r>
      <w:r>
        <w:t xml:space="preserve"> about</w:t>
      </w:r>
      <w:r>
        <w:t xml:space="preserve"> to</w:t>
      </w:r>
      <w:r>
        <w:t xml:space="preserve"> exceed</w:t>
      </w:r>
      <w:r>
        <w:t xml:space="preserve"> yours.</w:t>
        <w:br/>
        <w:t>那到底是什么</w:t>
      </w:r>
      <w:r>
        <w:t xml:space="preserve"> 弗雷迪</w:t>
      </w:r>
      <w:r>
        <w:t xml:space="preserve"> </w:t>
        <w:br/>
        <w:t>What</w:t>
      </w:r>
      <w:r>
        <w:t xml:space="preserve"> exactly</w:t>
      </w:r>
      <w:r>
        <w:t xml:space="preserve"> is</w:t>
      </w:r>
      <w:r>
        <w:t xml:space="preserve"> that?</w:t>
        <w:br/>
        <w:t>你看</w:t>
      </w:r>
      <w:r>
        <w:t xml:space="preserve"> 是这样的</w:t>
      </w:r>
      <w:r>
        <w:t xml:space="preserve"> 我遇到了一个人</w:t>
        <w:br/>
        <w:t>See,</w:t>
      </w:r>
      <w:r>
        <w:t xml:space="preserve"> what</w:t>
      </w:r>
      <w:r>
        <w:t xml:space="preserve"> happened</w:t>
      </w:r>
      <w:r>
        <w:t xml:space="preserve"> was,</w:t>
      </w:r>
      <w:r>
        <w:t xml:space="preserve"> I</w:t>
      </w:r>
      <w:r>
        <w:t xml:space="preserve"> meet</w:t>
      </w:r>
      <w:r>
        <w:t xml:space="preserve"> this</w:t>
      </w:r>
      <w:r>
        <w:t xml:space="preserve"> guy.</w:t>
        <w:br/>
        <w:t>一个老头子</w:t>
      </w:r>
      <w:r>
        <w:t xml:space="preserve"> 留着大胡子</w:t>
      </w:r>
      <w:r>
        <w:t xml:space="preserve"> 长得像耶稣</w:t>
        <w:br/>
        <w:t>Old</w:t>
      </w:r>
      <w:r>
        <w:t xml:space="preserve"> guy,</w:t>
      </w:r>
      <w:r>
        <w:t xml:space="preserve"> big</w:t>
      </w:r>
      <w:r>
        <w:t xml:space="preserve"> beard,</w:t>
      </w:r>
      <w:r>
        <w:t xml:space="preserve"> looked</w:t>
      </w:r>
      <w:r>
        <w:t xml:space="preserve"> like</w:t>
      </w:r>
      <w:r>
        <w:t xml:space="preserve"> Jesus.</w:t>
        <w:br/>
        <w:t>他跟我说了一个他在做的项目</w:t>
        <w:br/>
        <w:t>Starts</w:t>
      </w:r>
      <w:r>
        <w:t xml:space="preserve"> telling</w:t>
      </w:r>
      <w:r>
        <w:t xml:space="preserve"> me</w:t>
      </w:r>
      <w:r>
        <w:t xml:space="preserve"> about</w:t>
      </w:r>
      <w:r>
        <w:t xml:space="preserve"> this</w:t>
      </w:r>
      <w:r>
        <w:t xml:space="preserve"> project</w:t>
      </w:r>
      <w:r>
        <w:t xml:space="preserve"> he's</w:t>
      </w:r>
      <w:r>
        <w:t xml:space="preserve"> been</w:t>
      </w:r>
      <w:r>
        <w:t xml:space="preserve"> working</w:t>
      </w:r>
      <w:r>
        <w:t xml:space="preserve"> on.</w:t>
        <w:br/>
        <w:t>在种古&amp;hearts;柯&amp;hearts;叶的土壤里种植大&amp;hearts;麻&amp;hearts;种子</w:t>
        <w:br/>
        <w:t>Growing</w:t>
      </w:r>
      <w:r>
        <w:t xml:space="preserve"> sativa</w:t>
      </w:r>
      <w:r>
        <w:t xml:space="preserve"> marijuana</w:t>
      </w:r>
      <w:r>
        <w:t xml:space="preserve"> seeds</w:t>
      </w:r>
      <w:r>
        <w:t xml:space="preserve"> in</w:t>
      </w:r>
      <w:r>
        <w:t xml:space="preserve"> the</w:t>
      </w:r>
      <w:r>
        <w:t xml:space="preserve"> same</w:t>
      </w:r>
      <w:r>
        <w:t xml:space="preserve"> soil</w:t>
      </w:r>
      <w:r>
        <w:t xml:space="preserve"> as</w:t>
      </w:r>
      <w:r>
        <w:t xml:space="preserve"> coca</w:t>
      </w:r>
      <w:r>
        <w:t xml:space="preserve"> plants.</w:t>
        <w:br/>
        <w:t>你看</w:t>
      </w:r>
      <w:r>
        <w:t xml:space="preserve"> 随着时间的推移</w:t>
      </w:r>
      <w:r>
        <w:t xml:space="preserve"> 种子会开始吸收</w:t>
        <w:br/>
        <w:t>See,</w:t>
      </w:r>
      <w:r>
        <w:t xml:space="preserve"> what</w:t>
      </w:r>
      <w:r>
        <w:t xml:space="preserve"> happens</w:t>
      </w:r>
      <w:r>
        <w:t xml:space="preserve"> is,</w:t>
      </w:r>
      <w:r>
        <w:t xml:space="preserve"> over</w:t>
      </w:r>
      <w:r>
        <w:t xml:space="preserve"> time,</w:t>
      </w:r>
      <w:r>
        <w:t xml:space="preserve"> the</w:t>
      </w:r>
      <w:r>
        <w:t xml:space="preserve"> seeds</w:t>
      </w:r>
      <w:r>
        <w:t xml:space="preserve"> start</w:t>
      </w:r>
      <w:r>
        <w:t xml:space="preserve"> to</w:t>
      </w:r>
      <w:r>
        <w:t xml:space="preserve"> absorb</w:t>
        <w:br/>
        <w:t>古&amp;hearts;柯&amp;hearts;叶的特性</w:t>
      </w:r>
      <w:r>
        <w:t xml:space="preserve"> 然后最终</w:t>
      </w:r>
      <w:r>
        <w:t xml:space="preserve"> 你瞧</w:t>
        <w:br/>
        <w:t>the</w:t>
      </w:r>
      <w:r>
        <w:t xml:space="preserve"> properties</w:t>
      </w:r>
      <w:r>
        <w:t xml:space="preserve"> from</w:t>
      </w:r>
      <w:r>
        <w:t xml:space="preserve"> the</w:t>
      </w:r>
      <w:r>
        <w:t xml:space="preserve"> coke</w:t>
      </w:r>
      <w:r>
        <w:t xml:space="preserve"> plants,</w:t>
      </w:r>
      <w:r>
        <w:t xml:space="preserve"> and,</w:t>
      </w:r>
      <w:r>
        <w:t xml:space="preserve"> eventually,</w:t>
      </w:r>
      <w:r>
        <w:t xml:space="preserve"> voilà!</w:t>
        <w:br/>
        <w:t>快克大&amp;hearts;麻&amp;hearts;</w:t>
      </w:r>
      <w:r>
        <w:t xml:space="preserve"> 或者叫大&amp;hearts;麻&amp;hearts;快克</w:t>
      </w:r>
      <w:r>
        <w:t xml:space="preserve"> 我不记得他是怎么说...</w:t>
        <w:br/>
        <w:t>Crack</w:t>
      </w:r>
      <w:r>
        <w:t xml:space="preserve"> weed.</w:t>
      </w:r>
      <w:r>
        <w:t xml:space="preserve"> Or</w:t>
      </w:r>
      <w:r>
        <w:t xml:space="preserve"> weed</w:t>
      </w:r>
      <w:r>
        <w:t xml:space="preserve"> crack.</w:t>
      </w:r>
      <w:r>
        <w:t xml:space="preserve"> I</w:t>
      </w:r>
      <w:r>
        <w:t xml:space="preserve"> can't</w:t>
      </w:r>
      <w:r>
        <w:t xml:space="preserve"> remember</w:t>
      </w:r>
      <w:r>
        <w:t xml:space="preserve"> which</w:t>
      </w:r>
      <w:r>
        <w:t xml:space="preserve"> way--</w:t>
        <w:br/>
        <w:t>弗雷迪</w:t>
      </w:r>
      <w:r>
        <w:t xml:space="preserve"> 别说了</w:t>
        <w:br/>
        <w:t>I</w:t>
      </w:r>
      <w:r>
        <w:t xml:space="preserve"> have</w:t>
      </w:r>
      <w:r>
        <w:t xml:space="preserve"> to</w:t>
      </w:r>
      <w:r>
        <w:t xml:space="preserve"> stop</w:t>
      </w:r>
      <w:r>
        <w:t xml:space="preserve"> you</w:t>
      </w:r>
      <w:r>
        <w:t xml:space="preserve"> there.</w:t>
        <w:br/>
        <w:t>别</w:t>
      </w:r>
      <w:r>
        <w:t xml:space="preserve"> 让我说完行吗</w:t>
        <w:br/>
        <w:t>No,</w:t>
      </w:r>
      <w:r>
        <w:t xml:space="preserve"> let</w:t>
      </w:r>
      <w:r>
        <w:t xml:space="preserve"> me</w:t>
      </w:r>
      <w:r>
        <w:t xml:space="preserve"> finish,</w:t>
      </w:r>
      <w:r>
        <w:t xml:space="preserve"> okay?</w:t>
        <w:br/>
        <w:t>听着</w:t>
      </w:r>
      <w:r>
        <w:t xml:space="preserve"> 我知道这听起来很扯</w:t>
        <w:br/>
        <w:t>Look,</w:t>
      </w:r>
      <w:r>
        <w:t xml:space="preserve"> I</w:t>
      </w:r>
      <w:r>
        <w:t xml:space="preserve"> know...</w:t>
      </w:r>
      <w:r>
        <w:t xml:space="preserve"> I</w:t>
      </w:r>
      <w:r>
        <w:t xml:space="preserve"> know</w:t>
      </w:r>
      <w:r>
        <w:t xml:space="preserve"> this</w:t>
      </w:r>
      <w:r>
        <w:t xml:space="preserve"> sounds</w:t>
      </w:r>
      <w:r>
        <w:t xml:space="preserve"> crazy--</w:t>
        <w:br/>
        <w:t>从科学角度看</w:t>
      </w:r>
      <w:r>
        <w:t xml:space="preserve"> 也是不可能的</w:t>
      </w:r>
      <w:r>
        <w:t xml:space="preserve"> 听着</w:t>
      </w:r>
      <w:r>
        <w:t xml:space="preserve"> 我很感...</w:t>
        <w:br/>
        <w:t>And</w:t>
      </w:r>
      <w:r>
        <w:t xml:space="preserve"> scientifically</w:t>
      </w:r>
      <w:r>
        <w:t xml:space="preserve"> impossible.</w:t>
      </w:r>
      <w:r>
        <w:t xml:space="preserve"> Look,</w:t>
      </w:r>
      <w:r>
        <w:t xml:space="preserve"> I</w:t>
      </w:r>
      <w:r>
        <w:t xml:space="preserve"> appre--</w:t>
        <w:br/>
        <w:t>这玩意能他妈的颠覆整个行业</w:t>
      </w:r>
      <w:r>
        <w:br/>
      </w:r>
      <w:r>
        <w:br/>
      </w:r>
    </w:p>
    <w:p>
      <w:pPr>
        <w:spacing w:after="0" w:line="240" w:lineRule="auto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https://d.book118.com/148011077130006044</w:t>
        </w:r>
      </w:hyperlink>
    </w:p>
    <w:p/>
    <w:sectPr w:rsidSect="00034616">
      <w:type w:val="nextPage"/>
      <w:pgSz w:w="12240" w:h="15840"/>
      <w:pgMar w:top="1440" w:right="1800" w:bottom="1440" w:left="1800" w:header="720" w:footer="720" w:gutter="0"/>
      <w:pgNumType w:start="17"/>
      <w:cols w:space="720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14:defaultImageDpi w14:val="300"/>
  <w14:docId w14:val="240620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hyperlink" Target="https://d.book118.com/148011077130006044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python-docx</dc:creator>
  <dc:description>generated by python-docx</dc:description>
  <cp:revision>1</cp:revision>
  <dcterms:created xsi:type="dcterms:W3CDTF">2013-12-23T23:15:00Z</dcterms:created>
  <dcterms:modified xsi:type="dcterms:W3CDTF">2013-12-23T23:15:00Z</dcterms:modified>
</cp:coreProperties>
</file>