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计划与工作总结范文</w:t>
      </w:r>
    </w:p>
    <w:p>
      <w:pPr>
        <w:spacing w:before="100" w:after="200" w:line="360" w:lineRule="auto"/>
        <w:ind w:firstLine="576"/>
        <w:jc w:val="left"/>
      </w:pPr>
      <w:r>
        <w:rPr>
          <w:rFonts w:ascii="宋体" w:eastAsia="宋体" w:hAnsi="宋体"/>
          <w:sz w:val="28"/>
        </w:rPr>
        <w:t>目录</w:t>
      </w:r>
    </w:p>
    <w:p>
      <w:pPr>
        <w:spacing w:before="100" w:after="200" w:line="360" w:lineRule="auto"/>
        <w:ind w:firstLine="576"/>
        <w:jc w:val="left"/>
      </w:pPr>
      <w:r>
        <w:rPr>
          <w:rFonts w:ascii="宋体" w:eastAsia="宋体" w:hAnsi="宋体"/>
          <w:sz w:val="28"/>
        </w:rPr>
        <w:t>第1篇第2篇第3篇第4篇第5篇第6篇第7篇第8篇第9篇第10篇第11篇第12篇</w:t>
      </w:r>
    </w:p>
    <w:p>
      <w:pPr>
        <w:spacing w:before="100" w:after="200" w:line="360" w:lineRule="auto"/>
        <w:ind w:firstLine="576"/>
        <w:jc w:val="left"/>
      </w:pPr>
      <w:r>
        <w:rPr>
          <w:rFonts w:ascii="宋体" w:eastAsia="宋体" w:hAnsi="宋体"/>
          <w:sz w:val="28"/>
        </w:rPr>
        <w:t>【第1篇】协会年工作总结及年计划与五年规划</w:t>
      </w:r>
    </w:p>
    <w:p>
      <w:pPr>
        <w:spacing w:before="100" w:after="200" w:line="360" w:lineRule="auto"/>
        <w:ind w:firstLine="576"/>
        <w:jc w:val="left"/>
      </w:pPr>
      <w:r>
        <w:rPr>
          <w:rFonts w:ascii="宋体" w:eastAsia="宋体" w:hAnsi="宋体"/>
          <w:sz w:val="28"/>
        </w:rPr>
        <w:t>协会2022年工作总结及2022年计划与五年规划</w:t>
      </w:r>
    </w:p>
    <w:p>
      <w:pPr>
        <w:spacing w:before="100" w:after="200" w:line="360" w:lineRule="auto"/>
        <w:ind w:firstLine="576"/>
        <w:jc w:val="left"/>
      </w:pPr>
      <w:r>
        <w:rPr>
          <w:rFonts w:ascii="宋体" w:eastAsia="宋体" w:hAnsi="宋体"/>
          <w:sz w:val="28"/>
        </w:rPr>
        <w:t>在市科协的正确领导下，在市卫生局的指导下，在市民政局的监管下，在协会理事会的组织带领下，xx健康教育科学传播协会近两年做了一定的工作，现简要总结报告如下：</w:t>
      </w:r>
    </w:p>
    <w:p>
      <w:pPr>
        <w:spacing w:before="100" w:after="200" w:line="360" w:lineRule="auto"/>
        <w:jc w:val="left"/>
      </w:pPr>
      <w:r>
        <w:rPr>
          <w:rFonts w:ascii="宋体 (中文正文)" w:eastAsia="宋体" w:hAnsi="宋体 (中文正文)"/>
          <w:b/>
          <w:sz w:val="28"/>
        </w:rPr>
        <w:t>一、成立了xx健康教育科学传播协会（2022年5月）。</w:t>
      </w:r>
    </w:p>
    <w:p>
      <w:pPr>
        <w:spacing w:before="100" w:after="200" w:line="360" w:lineRule="auto"/>
        <w:jc w:val="left"/>
      </w:pPr>
      <w:r>
        <w:rPr>
          <w:rFonts w:ascii="宋体 (中文正文)" w:eastAsia="宋体" w:hAnsi="宋体 (中文正文)"/>
          <w:b/>
          <w:sz w:val="28"/>
        </w:rPr>
        <w:t>二、成立了xx市健康教育志愿者联合会筹备委员会（2022年12月15日）</w:t>
      </w:r>
    </w:p>
    <w:p>
      <w:pPr>
        <w:spacing w:before="100" w:after="200" w:line="360" w:lineRule="auto"/>
        <w:ind w:firstLine="576"/>
        <w:jc w:val="left"/>
      </w:pPr>
      <w:r>
        <w:rPr>
          <w:rFonts w:ascii="宋体" w:eastAsia="宋体" w:hAnsi="宋体"/>
          <w:sz w:val="28"/>
        </w:rPr>
        <w:t>三、组织会员开展经常性地健康知识宣传活动，编印健康科普宣传资料20多期，散发赠送张贴资料近20万份。</w:t>
      </w:r>
    </w:p>
    <w:p>
      <w:pPr>
        <w:spacing w:before="100" w:after="200" w:line="360" w:lineRule="auto"/>
        <w:jc w:val="left"/>
      </w:pPr>
      <w:r>
        <w:rPr>
          <w:rFonts w:ascii="宋体 (中文正文)" w:eastAsia="宋体" w:hAnsi="宋体 (中文正文)"/>
          <w:b/>
          <w:sz w:val="28"/>
        </w:rPr>
        <w:t>四、发展新会员70多人，其中xx会员50多人。</w:t>
      </w:r>
    </w:p>
    <w:p>
      <w:pPr>
        <w:spacing w:before="100" w:after="200" w:line="360" w:lineRule="auto"/>
        <w:ind w:firstLine="576"/>
        <w:jc w:val="left"/>
      </w:pPr>
      <w:r>
        <w:rPr>
          <w:rFonts w:ascii="宋体" w:eastAsia="宋体" w:hAnsi="宋体"/>
          <w:sz w:val="28"/>
        </w:rPr>
        <w:t>五、结合开展了一些社会救助活动和无偿献血活动，到古桥、铜堡、双河、禄市、永兴、瓦店等敬老院开展了慰问活动。</w:t>
      </w:r>
    </w:p>
    <w:p>
      <w:pPr>
        <w:spacing w:before="100" w:after="200" w:line="360" w:lineRule="auto"/>
        <w:jc w:val="left"/>
      </w:pPr>
      <w:r>
        <w:rPr>
          <w:rFonts w:ascii="宋体 (中文正文)" w:eastAsia="宋体" w:hAnsi="宋体 (中文正文)"/>
          <w:b/>
          <w:sz w:val="28"/>
        </w:rPr>
        <w:t>六、先后4次向中央和省上书面建议和请求制定《健康教育法》。</w:t>
      </w:r>
    </w:p>
    <w:p>
      <w:pPr>
        <w:spacing w:before="100" w:after="200" w:line="360" w:lineRule="auto"/>
        <w:jc w:val="left"/>
        <w:sectPr w:rsidSect="00034616">
          <w:pgSz w:w="11906" w:h="16838"/>
          <w:pgMar w:top="1440" w:right="1440" w:bottom="1440" w:left="1440" w:header="720" w:footer="720" w:gutter="0"/>
          <w:cols w:space="720"/>
          <w:docGrid w:linePitch="360"/>
        </w:sectPr>
      </w:pPr>
      <w:r>
        <w:rPr>
          <w:rFonts w:ascii="宋体 (中文正文)" w:eastAsia="宋体" w:hAnsi="宋体 (中文正文)"/>
          <w:b/>
          <w:sz w:val="28"/>
        </w:rPr>
        <w:t>七、筹集健康科普图书200多本。</w:t>
      </w:r>
    </w:p>
    <w:p>
      <w:pPr>
        <w:spacing w:before="100" w:after="200" w:line="360" w:lineRule="auto"/>
        <w:jc w:val="left"/>
      </w:pPr>
      <w:r>
        <w:rPr>
          <w:rFonts w:ascii="宋体 (中文正文)" w:eastAsia="宋体" w:hAnsi="宋体 (中文正文)"/>
          <w:b/>
          <w:sz w:val="28"/>
        </w:rPr>
        <w:t>九、每个季度召开了一次协会理事会会议，今年底召开了协会第二次会员大会。</w:t>
      </w:r>
    </w:p>
    <w:p>
      <w:pPr>
        <w:spacing w:before="100" w:after="200" w:line="360" w:lineRule="auto"/>
        <w:ind w:firstLine="576"/>
        <w:jc w:val="left"/>
      </w:pPr>
      <w:r>
        <w:rPr>
          <w:rFonts w:ascii="宋体" w:eastAsia="宋体" w:hAnsi="宋体"/>
          <w:sz w:val="28"/>
        </w:rPr>
        <w:t>以上是所做的主要工作与成绩，下面是存在的主要问题和不足：一是会员集中宣传和自主宣传还比较少；二是办公活动经费紧缺；三是办公场所条件较差；四是会员不稳定。</w:t>
      </w:r>
    </w:p>
    <w:p>
      <w:pPr>
        <w:spacing w:before="100" w:after="200" w:line="360" w:lineRule="auto"/>
        <w:ind w:firstLine="576"/>
        <w:jc w:val="left"/>
      </w:pPr>
      <w:r>
        <w:rPr>
          <w:rFonts w:ascii="宋体" w:eastAsia="宋体" w:hAnsi="宋体"/>
          <w:sz w:val="28"/>
        </w:rPr>
        <w:t>明年的重点工作计划如下：一是正式成立xx市健康教育志愿者联合会；二是改善xx协会的办公条件；三是组织更多的会员宣传活动；四是继续大力发展志愿者会员；五是力争开办一个健康知识专门图书馆；六是适当到乡镇去开展一些宣传服务活动。</w:t>
      </w:r>
    </w:p>
    <w:p>
      <w:pPr>
        <w:spacing w:before="100" w:after="200" w:line="360" w:lineRule="auto"/>
        <w:ind w:firstLine="576"/>
        <w:jc w:val="left"/>
      </w:pPr>
      <w:r>
        <w:rPr>
          <w:rFonts w:ascii="宋体" w:eastAsia="宋体" w:hAnsi="宋体"/>
          <w:sz w:val="28"/>
        </w:rPr>
        <w:t>2022年工作计划与未来五年工作规划要点</w:t>
      </w:r>
    </w:p>
    <w:p>
      <w:pPr>
        <w:spacing w:before="100" w:after="200" w:line="360" w:lineRule="auto"/>
        <w:jc w:val="left"/>
      </w:pPr>
      <w:r>
        <w:rPr>
          <w:rFonts w:ascii="宋体 (中文正文)" w:eastAsia="宋体" w:hAnsi="宋体 (中文正文)"/>
          <w:b/>
          <w:sz w:val="28"/>
        </w:rPr>
        <w:t>一、2022年工作计划要点</w:t>
      </w:r>
    </w:p>
    <w:p>
      <w:pPr>
        <w:spacing w:before="100" w:after="200" w:line="360" w:lineRule="auto"/>
        <w:ind w:firstLine="576"/>
        <w:jc w:val="left"/>
      </w:pPr>
      <w:r>
        <w:rPr>
          <w:rFonts w:ascii="宋体" w:eastAsia="宋体" w:hAnsi="宋体"/>
          <w:sz w:val="28"/>
        </w:rPr>
        <w:t>1、成立xx市健康教育志愿者联合会。计划于4月7日正式成立，会员达65人以上，有办公场所，有起码的活动经费。</w:t>
      </w:r>
    </w:p>
    <w:p>
      <w:pPr>
        <w:spacing w:before="100" w:after="200" w:line="360" w:lineRule="auto"/>
        <w:ind w:firstLine="576"/>
        <w:jc w:val="left"/>
      </w:pPr>
      <w:r>
        <w:rPr>
          <w:rFonts w:ascii="宋体" w:eastAsia="宋体" w:hAnsi="宋体"/>
          <w:sz w:val="28"/>
        </w:rPr>
        <w:t>2、初步成立一家乡镇协会（或者工作站）。初步计划在古桥街道或者华龙街道建立分会或者支分会。</w:t>
      </w:r>
    </w:p>
    <w:p>
      <w:pPr>
        <w:spacing w:before="100" w:after="200" w:line="360" w:lineRule="auto"/>
        <w:ind w:firstLine="576"/>
        <w:jc w:val="left"/>
      </w:pPr>
      <w:r>
        <w:rPr>
          <w:rFonts w:ascii="宋体" w:eastAsia="宋体" w:hAnsi="宋体"/>
          <w:sz w:val="28"/>
        </w:rPr>
        <w:t>3、开办一家养生文化宣传饭店。地点在城南，规模小型，容纳顾客100人以内，主要提供药膳食疗香草茶以及保健食材，结合开展健康宣传公益服务。</w:t>
      </w:r>
    </w:p>
    <w:p>
      <w:pPr>
        <w:spacing w:before="100" w:after="200" w:line="360" w:lineRule="auto"/>
        <w:ind w:firstLine="576"/>
        <w:jc w:val="left"/>
      </w:pPr>
      <w:r>
        <w:rPr>
          <w:rFonts w:ascii="宋体" w:eastAsia="宋体" w:hAnsi="宋体"/>
          <w:sz w:val="28"/>
        </w:rPr>
        <w:t>4、逐渐规范和完善两个协会的建设与管理。主要是理事会负责人、办公场所、活动经费、会员活动、登记注册等方面。</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5、采取多种形式大力宣传健康知识、发展会员。逐步举办健康讲座和摆摊设点宣传，大力鼓励日常自主宣传，积极探索会员发展会员模式。</w:t>
      </w:r>
    </w:p>
    <w:p>
      <w:pPr>
        <w:spacing w:before="100" w:after="200" w:line="360" w:lineRule="auto"/>
        <w:ind w:firstLine="576"/>
        <w:jc w:val="left"/>
      </w:pPr>
      <w:r>
        <w:rPr>
          <w:rFonts w:ascii="宋体" w:eastAsia="宋体" w:hAnsi="宋体"/>
          <w:sz w:val="28"/>
        </w:rPr>
        <w:t>6、继续呼吁和建议请求国家立法。上半年和下半年各一次。</w:t>
      </w:r>
    </w:p>
    <w:p>
      <w:pPr>
        <w:spacing w:before="100" w:after="200" w:line="360" w:lineRule="auto"/>
        <w:ind w:firstLine="576"/>
        <w:jc w:val="left"/>
      </w:pPr>
      <w:r>
        <w:rPr>
          <w:rFonts w:ascii="宋体" w:eastAsia="宋体" w:hAnsi="宋体"/>
          <w:sz w:val="28"/>
        </w:rPr>
        <w:t>7、加强对外宣传，提高社会影响力和知名度</w:t>
      </w:r>
    </w:p>
    <w:p>
      <w:pPr>
        <w:spacing w:before="100" w:after="200" w:line="360" w:lineRule="auto"/>
        <w:ind w:firstLine="576"/>
        <w:jc w:val="left"/>
      </w:pPr>
      <w:r>
        <w:rPr>
          <w:rFonts w:ascii="宋体" w:eastAsia="宋体" w:hAnsi="宋体"/>
          <w:sz w:val="28"/>
        </w:rPr>
        <w:t>8、组建成立临时党支部。根据具体情况成立一个或者两个。</w:t>
      </w:r>
    </w:p>
    <w:p>
      <w:pPr>
        <w:spacing w:before="100" w:after="200" w:line="360" w:lineRule="auto"/>
        <w:ind w:firstLine="576"/>
        <w:jc w:val="left"/>
      </w:pPr>
      <w:r>
        <w:rPr>
          <w:rFonts w:ascii="宋体" w:eastAsia="宋体" w:hAnsi="宋体"/>
          <w:sz w:val="28"/>
        </w:rPr>
        <w:t>9、编印《xx大众健康教育报》。初步计划为双月报，赠送给有关部门和有关人员。</w:t>
      </w:r>
    </w:p>
    <w:p>
      <w:pPr>
        <w:spacing w:before="100" w:after="200" w:line="360" w:lineRule="auto"/>
        <w:ind w:firstLine="576"/>
        <w:jc w:val="left"/>
      </w:pPr>
      <w:r>
        <w:rPr>
          <w:rFonts w:ascii="宋体" w:eastAsia="宋体" w:hAnsi="宋体"/>
          <w:sz w:val="28"/>
        </w:rPr>
        <w:t>10、其他有关工作。包括召开协会会员大会例会等。</w:t>
      </w:r>
    </w:p>
    <w:p>
      <w:pPr>
        <w:spacing w:before="100" w:after="200" w:line="360" w:lineRule="auto"/>
        <w:jc w:val="left"/>
      </w:pPr>
      <w:r>
        <w:rPr>
          <w:rFonts w:ascii="宋体 (中文正文)" w:eastAsia="宋体" w:hAnsi="宋体 (中文正文)"/>
          <w:b/>
          <w:sz w:val="28"/>
        </w:rPr>
        <w:t>二、—2023年工作规划要点</w:t>
      </w:r>
    </w:p>
    <w:p>
      <w:pPr>
        <w:spacing w:before="100" w:after="200" w:line="360" w:lineRule="auto"/>
        <w:ind w:firstLine="576"/>
        <w:jc w:val="left"/>
      </w:pPr>
      <w:r>
        <w:rPr>
          <w:rFonts w:ascii="宋体" w:eastAsia="宋体" w:hAnsi="宋体"/>
          <w:sz w:val="28"/>
        </w:rPr>
        <w:t>1、创办xx市科学养生文化传播公司。</w:t>
      </w:r>
    </w:p>
    <w:p>
      <w:pPr>
        <w:spacing w:before="100" w:after="200" w:line="360" w:lineRule="auto"/>
        <w:ind w:firstLine="576"/>
        <w:jc w:val="left"/>
      </w:pPr>
      <w:r>
        <w:rPr>
          <w:rFonts w:ascii="宋体" w:eastAsia="宋体" w:hAnsi="宋体"/>
          <w:sz w:val="28"/>
        </w:rPr>
        <w:t>2、再开办1，2家县级协会和饭店。</w:t>
      </w:r>
    </w:p>
    <w:p>
      <w:pPr>
        <w:spacing w:before="100" w:after="200" w:line="360" w:lineRule="auto"/>
        <w:ind w:firstLine="576"/>
        <w:jc w:val="left"/>
      </w:pPr>
      <w:r>
        <w:rPr>
          <w:rFonts w:ascii="宋体" w:eastAsia="宋体" w:hAnsi="宋体"/>
          <w:sz w:val="28"/>
        </w:rPr>
        <w:t>3、正式成立1，2家乡镇协会和村居分会。</w:t>
      </w:r>
    </w:p>
    <w:p>
      <w:pPr>
        <w:spacing w:before="100" w:after="200" w:line="360" w:lineRule="auto"/>
        <w:ind w:firstLine="576"/>
        <w:jc w:val="left"/>
      </w:pPr>
      <w:r>
        <w:rPr>
          <w:rFonts w:ascii="宋体" w:eastAsia="宋体" w:hAnsi="宋体"/>
          <w:sz w:val="28"/>
        </w:rPr>
        <w:t>4、正式成立协会党支部或者公司总支部。</w:t>
      </w:r>
    </w:p>
    <w:p>
      <w:pPr>
        <w:spacing w:before="100" w:after="200" w:line="360" w:lineRule="auto"/>
        <w:ind w:firstLine="576"/>
        <w:jc w:val="left"/>
      </w:pPr>
      <w:r>
        <w:rPr>
          <w:rFonts w:ascii="宋体" w:eastAsia="宋体" w:hAnsi="宋体"/>
          <w:sz w:val="28"/>
        </w:rPr>
        <w:t>5、巩固完善“三项建设”，发展壮大本团体组织。</w:t>
      </w:r>
    </w:p>
    <w:p>
      <w:pPr>
        <w:spacing w:before="100" w:after="200" w:line="360" w:lineRule="auto"/>
        <w:ind w:firstLine="576"/>
        <w:jc w:val="left"/>
      </w:pPr>
      <w:r>
        <w:rPr>
          <w:rFonts w:ascii="宋体" w:eastAsia="宋体" w:hAnsi="宋体"/>
          <w:sz w:val="28"/>
        </w:rPr>
        <w:t>6、继续呼吁和建议国家立法。</w:t>
      </w:r>
    </w:p>
    <w:p>
      <w:pPr>
        <w:spacing w:before="100" w:after="200" w:line="360" w:lineRule="auto"/>
        <w:ind w:firstLine="576"/>
        <w:jc w:val="left"/>
      </w:pPr>
      <w:r>
        <w:rPr>
          <w:rFonts w:ascii="宋体" w:eastAsia="宋体" w:hAnsi="宋体"/>
          <w:sz w:val="28"/>
        </w:rPr>
        <w:t>7、编著发行一本大众健康教育图书或者小册子。</w:t>
      </w:r>
    </w:p>
    <w:p>
      <w:pPr>
        <w:spacing w:before="100" w:after="200" w:line="360" w:lineRule="auto"/>
        <w:ind w:firstLine="576"/>
        <w:jc w:val="left"/>
      </w:pPr>
      <w:r>
        <w:rPr>
          <w:rFonts w:ascii="宋体" w:eastAsia="宋体" w:hAnsi="宋体"/>
          <w:sz w:val="28"/>
        </w:rPr>
        <w:t>9、培育业务骨干和健康教育师。计划重点培育2，3人。</w:t>
      </w:r>
    </w:p>
    <w:p>
      <w:pPr>
        <w:spacing w:before="100" w:after="200" w:line="360" w:lineRule="auto"/>
        <w:ind w:firstLine="576"/>
        <w:jc w:val="left"/>
      </w:pPr>
      <w:r>
        <w:rPr>
          <w:rFonts w:ascii="宋体" w:eastAsia="宋体" w:hAnsi="宋体"/>
          <w:sz w:val="28"/>
        </w:rPr>
        <w:t>10、力争在全省全国产生一定的影响和名气。</w:t>
      </w:r>
    </w:p>
    <w:p>
      <w:pPr>
        <w:spacing w:before="100" w:after="200" w:line="360" w:lineRule="auto"/>
        <w:ind w:firstLine="576"/>
        <w:jc w:val="left"/>
      </w:pPr>
      <w:r>
        <w:rPr>
          <w:rFonts w:ascii="宋体" w:eastAsia="宋体" w:hAnsi="宋体"/>
          <w:sz w:val="28"/>
        </w:rPr>
        <w:t>11、着手准备建立固定的基地。主要是开始策划和筹备。</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12、其他有关工作。</w:t>
      </w:r>
    </w:p>
    <w:p>
      <w:pPr>
        <w:spacing w:before="100" w:after="200" w:line="360" w:lineRule="auto"/>
        <w:ind w:firstLine="576"/>
        <w:jc w:val="left"/>
      </w:pPr>
      <w:r>
        <w:rPr>
          <w:rFonts w:ascii="宋体" w:eastAsia="宋体" w:hAnsi="宋体"/>
          <w:sz w:val="28"/>
        </w:rPr>
        <w:t>1.技能不过硬，话术还有问题。发现在跟客户交流的时候，方法不够灵活，心急的时候会有点口吃。</w:t>
      </w:r>
    </w:p>
    <w:p>
      <w:pPr>
        <w:spacing w:before="100" w:after="200" w:line="360" w:lineRule="auto"/>
        <w:ind w:firstLine="576"/>
        <w:jc w:val="left"/>
      </w:pPr>
      <w:r>
        <w:rPr>
          <w:rFonts w:ascii="宋体" w:eastAsia="宋体" w:hAnsi="宋体"/>
          <w:sz w:val="28"/>
        </w:rPr>
        <w:t>3.销售意识不强，往往是聊了很长时间的客户都不清楚我到底是要跟他推销什么。只是从我这里听消息。</w:t>
      </w:r>
    </w:p>
    <w:p>
      <w:pPr>
        <w:spacing w:before="100" w:after="200" w:line="360" w:lineRule="auto"/>
        <w:ind w:firstLine="576"/>
        <w:jc w:val="left"/>
      </w:pPr>
      <w:r>
        <w:rPr>
          <w:rFonts w:ascii="宋体" w:eastAsia="宋体" w:hAnsi="宋体"/>
          <w:sz w:val="28"/>
        </w:rPr>
        <w:t>4.过分在乎成败，急躁，把握不好分寸，常常在不恰当的时候推销产品或者啰嗦过多，让客户有所反感。</w:t>
      </w:r>
    </w:p>
    <w:p>
      <w:pPr>
        <w:spacing w:before="100" w:after="200" w:line="360" w:lineRule="auto"/>
        <w:ind w:firstLine="576"/>
        <w:jc w:val="left"/>
      </w:pPr>
      <w:r>
        <w:rPr>
          <w:rFonts w:ascii="宋体" w:eastAsia="宋体" w:hAnsi="宋体"/>
          <w:sz w:val="28"/>
        </w:rPr>
        <w:t>5.自我要求不强，平时业余时间没有充分利用来学习提高自己，总体能力素质不够强。</w:t>
      </w:r>
    </w:p>
    <w:p>
      <w:pPr>
        <w:spacing w:before="100" w:after="200" w:line="360" w:lineRule="auto"/>
        <w:ind w:firstLine="576"/>
        <w:jc w:val="left"/>
      </w:pPr>
      <w:r>
        <w:rPr>
          <w:rFonts w:ascii="宋体" w:eastAsia="宋体" w:hAnsi="宋体"/>
          <w:sz w:val="28"/>
        </w:rPr>
        <w:t>2.现在正在尝试各种工作方法，试图找出一种适合自己，使用起来得心应手的方式。</w:t>
      </w:r>
    </w:p>
    <w:p>
      <w:pPr>
        <w:spacing w:before="100" w:after="200" w:line="360" w:lineRule="auto"/>
        <w:ind w:firstLine="576"/>
        <w:jc w:val="left"/>
      </w:pPr>
      <w:r>
        <w:rPr>
          <w:rFonts w:ascii="宋体" w:eastAsia="宋体" w:hAnsi="宋体"/>
          <w:sz w:val="28"/>
        </w:rPr>
        <w:t>3.控制自己的情绪与状态，尽量保持状态稳定，保持良好的状态。4：加强销售意识，加强目的性，有计划，有步骤的去和客户交流，戒急戒躁，从容面对挑战。</w:t>
      </w:r>
    </w:p>
    <w:p>
      <w:pPr>
        <w:spacing w:before="100" w:after="200" w:line="360" w:lineRule="auto"/>
        <w:ind w:firstLine="576"/>
        <w:jc w:val="left"/>
      </w:pPr>
      <w:r>
        <w:rPr>
          <w:rFonts w:ascii="宋体" w:eastAsia="宋体" w:hAnsi="宋体"/>
          <w:sz w:val="28"/>
        </w:rPr>
        <w:t>5.要有好业绩就得加强业务学习，开拓视野，丰富知识，采取多样化形式，把学业务与交流技能向结合。</w:t>
      </w:r>
    </w:p>
    <w:p>
      <w:pPr>
        <w:spacing w:before="100" w:after="200" w:line="360" w:lineRule="auto"/>
        <w:ind w:firstLine="576"/>
        <w:jc w:val="left"/>
      </w:pPr>
      <w:r>
        <w:rPr>
          <w:rFonts w:ascii="宋体" w:eastAsia="宋体" w:hAnsi="宋体"/>
          <w:sz w:val="28"/>
        </w:rPr>
        <w:t>6.和公司其他员工要有良好的沟通，有团队意识，多交流，多探讨，才能不断增长业务技能。</w:t>
      </w:r>
    </w:p>
    <w:p>
      <w:pPr>
        <w:spacing w:before="100" w:after="200" w:line="360" w:lineRule="auto"/>
        <w:ind w:firstLine="576"/>
        <w:jc w:val="left"/>
      </w:pPr>
      <w:r>
        <w:rPr>
          <w:rFonts w:ascii="宋体" w:eastAsia="宋体" w:hAnsi="宋体"/>
          <w:sz w:val="28"/>
        </w:rPr>
        <w:t>7.自己多总结工作，看看有哪些工作上的失误，及时改正。以上就是我的工作计划，工作中总会有各种各样的.困难，我会向领导请示，向同事探讨，共同努力克服。为公司做出自己最大的贡献。</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1.技能不过硬，话术还有问题。发现在跟客户交流的时候，方法不够灵活，心急的时候会有点口吃。</w:t>
      </w:r>
    </w:p>
    <w:p>
      <w:pPr>
        <w:spacing w:before="100" w:after="200" w:line="360" w:lineRule="auto"/>
        <w:ind w:firstLine="576"/>
        <w:jc w:val="left"/>
      </w:pPr>
      <w:r>
        <w:rPr>
          <w:rFonts w:ascii="宋体" w:eastAsia="宋体" w:hAnsi="宋体"/>
          <w:sz w:val="28"/>
        </w:rPr>
        <w:t>3.销售意识不强，往往是聊了很长时间的客户都不清楚我到底是要跟他推销什么。只是从我这里听消息。</w:t>
      </w:r>
    </w:p>
    <w:p>
      <w:pPr>
        <w:spacing w:before="100" w:after="200" w:line="360" w:lineRule="auto"/>
        <w:ind w:firstLine="576"/>
        <w:jc w:val="left"/>
      </w:pPr>
      <w:r>
        <w:rPr>
          <w:rFonts w:ascii="宋体" w:eastAsia="宋体" w:hAnsi="宋体"/>
          <w:sz w:val="28"/>
        </w:rPr>
        <w:t>4.过分在乎成败，急躁，把握不好分寸，常常在不恰当的时候推销产品或者啰嗦过多，让客户有所反感。</w:t>
      </w:r>
    </w:p>
    <w:p>
      <w:pPr>
        <w:spacing w:before="100" w:after="200" w:line="360" w:lineRule="auto"/>
        <w:ind w:firstLine="576"/>
        <w:jc w:val="left"/>
      </w:pPr>
      <w:r>
        <w:rPr>
          <w:rFonts w:ascii="宋体" w:eastAsia="宋体" w:hAnsi="宋体"/>
          <w:sz w:val="28"/>
        </w:rPr>
        <w:t>在年度销售工作计划里我主要将客户信息划分为四大类：</w:t>
      </w:r>
    </w:p>
    <w:p>
      <w:pPr>
        <w:spacing w:before="100" w:after="200" w:line="360" w:lineRule="auto"/>
        <w:ind w:firstLine="576"/>
        <w:jc w:val="left"/>
      </w:pPr>
      <w:r>
        <w:rPr>
          <w:rFonts w:ascii="宋体" w:eastAsia="宋体" w:hAnsi="宋体"/>
          <w:sz w:val="28"/>
        </w:rPr>
        <w:t>2.现在正在尝试各种工作方法，试图找出一种适合自己，使用起来得心应手的方式。</w:t>
      </w:r>
    </w:p>
    <w:p>
      <w:pPr>
        <w:spacing w:before="100" w:after="200" w:line="360" w:lineRule="auto"/>
        <w:ind w:firstLine="576"/>
        <w:jc w:val="left"/>
      </w:pPr>
      <w:r>
        <w:rPr>
          <w:rFonts w:ascii="宋体" w:eastAsia="宋体" w:hAnsi="宋体"/>
          <w:sz w:val="28"/>
        </w:rPr>
        <w:t>3.控制自己的情绪与状态，尽量保持状态稳定，保持良好的状态。</w:t>
      </w:r>
    </w:p>
    <w:p>
      <w:pPr>
        <w:spacing w:before="100" w:after="200" w:line="360" w:lineRule="auto"/>
        <w:ind w:firstLine="576"/>
        <w:jc w:val="left"/>
      </w:pPr>
      <w:r>
        <w:rPr>
          <w:rFonts w:ascii="宋体" w:eastAsia="宋体" w:hAnsi="宋体"/>
          <w:sz w:val="28"/>
        </w:rPr>
        <w:t>4：加强销售意识，加强目的性，有计划，有步骤的去和客户交流，戒急戒躁，从容面对挑战。</w:t>
      </w:r>
    </w:p>
    <w:p>
      <w:pPr>
        <w:spacing w:before="100" w:after="200" w:line="360" w:lineRule="auto"/>
        <w:ind w:firstLine="576"/>
        <w:jc w:val="left"/>
      </w:pPr>
      <w:r>
        <w:rPr>
          <w:rFonts w:ascii="宋体" w:eastAsia="宋体" w:hAnsi="宋体"/>
          <w:sz w:val="28"/>
        </w:rPr>
        <w:t>5.要有好业绩就得加强业务学习，开拓视野，丰富知识，采取多样化形式，把学业务与交流技能向结合。</w:t>
      </w:r>
    </w:p>
    <w:p>
      <w:pPr>
        <w:spacing w:before="100" w:after="200" w:line="360" w:lineRule="auto"/>
        <w:ind w:firstLine="576"/>
        <w:jc w:val="left"/>
      </w:pPr>
      <w:r>
        <w:rPr>
          <w:rFonts w:ascii="宋体" w:eastAsia="宋体" w:hAnsi="宋体"/>
          <w:sz w:val="28"/>
        </w:rPr>
        <w:t>6.和公司其他员工要有良好的沟通，有团队意识，多交流，多探讨，才能不断增长业务技能。</w:t>
      </w:r>
    </w:p>
    <w:p>
      <w:pPr>
        <w:spacing w:before="100" w:after="200" w:line="360" w:lineRule="auto"/>
        <w:ind w:firstLine="576"/>
        <w:jc w:val="left"/>
      </w:pPr>
      <w:r>
        <w:rPr>
          <w:rFonts w:ascii="宋体" w:eastAsia="宋体" w:hAnsi="宋体"/>
          <w:sz w:val="28"/>
        </w:rPr>
        <w:t>7.自己多总结工作，看看有哪些工作上的失误，及时改正。</w:t>
      </w:r>
    </w:p>
    <w:p>
      <w:pPr>
        <w:spacing w:before="100" w:after="200" w:line="360" w:lineRule="auto"/>
        <w:ind w:firstLine="576"/>
        <w:jc w:val="left"/>
      </w:pPr>
      <w:r>
        <w:rPr>
          <w:rFonts w:ascii="宋体" w:eastAsia="宋体" w:hAnsi="宋体"/>
          <w:sz w:val="28"/>
        </w:rPr>
        <w:t>以上就是我的工作计划，工作中总会有各种各样的困难，我会向领导请示，向同事探讨，共同努力克服。为公司做出自己最大的贡献。</w:t>
      </w:r>
    </w:p>
    <w:p>
      <w:pPr>
        <w:spacing w:before="100" w:after="200" w:line="360" w:lineRule="auto"/>
        <w:ind w:firstLine="576"/>
        <w:jc w:val="left"/>
      </w:pPr>
      <w:r>
        <w:rPr>
          <w:rFonts w:ascii="宋体" w:eastAsia="宋体" w:hAnsi="宋体"/>
          <w:sz w:val="28"/>
        </w:rPr>
        <w:t>【第3篇】一周工作计划与总结ppt表</w:t>
      </w:r>
    </w:p>
    <w:p>
      <w:pPr>
        <w:spacing w:before="100" w:after="200" w:line="360" w:lineRule="auto"/>
        <w:ind w:firstLine="576"/>
        <w:jc w:val="left"/>
      </w:pPr>
      <w:r>
        <w:rPr>
          <w:rFonts w:ascii="宋体" w:eastAsia="宋体" w:hAnsi="宋体"/>
          <w:sz w:val="28"/>
        </w:rPr>
        <w:t>一、成功案例分析：1、老客户是如何维系的;2、新客户是如何开发的，而且保持了他的稳定性。3、投诉是如何解决的。</w:t>
      </w:r>
    </w:p>
    <w:p>
      <w:pPr>
        <w:spacing w:before="100" w:after="200" w:line="360" w:lineRule="auto"/>
        <w:jc w:val="left"/>
        <w:sectPr w:rsidSect="00034616">
          <w:type w:val="nextPage"/>
          <w:pgSz w:w="11906" w:h="16838"/>
          <w:pgMar w:top="1440" w:right="1440" w:bottom="1440" w:left="1440" w:header="720" w:footer="720" w:gutter="0"/>
          <w:pgNumType w:start="5"/>
          <w:cols w:space="720"/>
          <w:titlePg w:val="0"/>
          <w:docGrid w:linePitch="360"/>
        </w:sectPr>
      </w:pPr>
      <w:r>
        <w:rPr>
          <w:rFonts w:ascii="宋体 (中文正文)" w:eastAsia="宋体" w:hAnsi="宋体 (中文正文)"/>
          <w:b/>
          <w:sz w:val="28"/>
        </w:rPr>
        <w:t>二、从以上案例中总结得到的好的经验</w:t>
      </w:r>
    </w:p>
    <w:p>
      <w:pPr>
        <w:spacing w:before="100" w:after="200" w:line="360" w:lineRule="auto"/>
        <w:jc w:val="left"/>
      </w:pPr>
      <w:r>
        <w:rPr>
          <w:rFonts w:ascii="宋体 (中文正文)" w:eastAsia="宋体" w:hAnsi="宋体 (中文正文)"/>
          <w:b/>
          <w:sz w:val="28"/>
        </w:rPr>
        <w:t>三、出现了什么问题，从问题总结出来有哪些是做得不足的、如何做可以得到更好的处理。</w:t>
      </w:r>
    </w:p>
    <w:p>
      <w:pPr>
        <w:spacing w:before="100" w:after="200" w:line="360" w:lineRule="auto"/>
        <w:ind w:firstLine="576"/>
        <w:jc w:val="left"/>
      </w:pPr>
      <w:r>
        <w:rPr>
          <w:rFonts w:ascii="宋体" w:eastAsia="宋体" w:hAnsi="宋体"/>
          <w:sz w:val="28"/>
        </w:rPr>
        <w:t>计划</w:t>
      </w:r>
    </w:p>
    <w:p>
      <w:pPr>
        <w:spacing w:before="100" w:after="200" w:line="360" w:lineRule="auto"/>
        <w:ind w:firstLine="576"/>
        <w:jc w:val="left"/>
      </w:pPr>
      <w:r>
        <w:rPr>
          <w:rFonts w:ascii="宋体" w:eastAsia="宋体" w:hAnsi="宋体"/>
          <w:sz w:val="28"/>
        </w:rPr>
        <w:t>1、订好年度大目标，比如：你要开发多少新客户、你要赚到多少钱、你要给自己添一些什么硬件设施等等。你想得到的，全都是你的目标。不要怕写出来。写都不敢写的话，那你完蛋了，不用努力了。因为你没有方向。</w:t>
      </w:r>
    </w:p>
    <w:p>
      <w:pPr>
        <w:spacing w:before="100" w:after="200" w:line="360" w:lineRule="auto"/>
        <w:ind w:firstLine="576"/>
        <w:jc w:val="left"/>
      </w:pPr>
      <w:r>
        <w:rPr>
          <w:rFonts w:ascii="宋体" w:eastAsia="宋体" w:hAnsi="宋体"/>
          <w:sz w:val="28"/>
        </w:rPr>
        <w:t>2、将年度目标细化，每月每周甚至每天的工作是哪些。</w:t>
      </w:r>
    </w:p>
    <w:p>
      <w:pPr>
        <w:spacing w:before="100" w:after="200" w:line="360" w:lineRule="auto"/>
        <w:ind w:firstLine="576"/>
        <w:jc w:val="left"/>
      </w:pPr>
      <w:r>
        <w:rPr>
          <w:rFonts w:ascii="宋体" w:eastAsia="宋体" w:hAnsi="宋体"/>
          <w:sz w:val="28"/>
        </w:rPr>
        <w:t>3、从问题中总结出来的不足之处，新的一年如何来学习，补足。</w:t>
      </w:r>
    </w:p>
    <w:p>
      <w:pPr>
        <w:spacing w:before="100" w:after="200" w:line="360" w:lineRule="auto"/>
        <w:ind w:firstLine="576"/>
        <w:jc w:val="left"/>
      </w:pPr>
      <w:r>
        <w:rPr>
          <w:rFonts w:ascii="宋体" w:eastAsia="宋体" w:hAnsi="宋体"/>
          <w:sz w:val="28"/>
        </w:rPr>
        <w:t>【第4篇】周计划与周总结怎么写</w:t>
      </w:r>
    </w:p>
    <w:p>
      <w:pPr>
        <w:spacing w:before="100" w:after="200" w:line="360" w:lineRule="auto"/>
        <w:ind w:firstLine="576"/>
        <w:jc w:val="left"/>
      </w:pPr>
      <w:r>
        <w:rPr>
          <w:rFonts w:ascii="宋体" w:eastAsia="宋体" w:hAnsi="宋体"/>
          <w:sz w:val="28"/>
        </w:rPr>
        <w:t>周计划与周总结怎么写1</w:t>
      </w:r>
    </w:p>
    <w:p>
      <w:pPr>
        <w:spacing w:before="100" w:after="200" w:line="360" w:lineRule="auto"/>
        <w:ind w:firstLine="576"/>
        <w:jc w:val="left"/>
      </w:pPr>
      <w:r>
        <w:rPr>
          <w:rFonts w:ascii="宋体" w:eastAsia="宋体" w:hAnsi="宋体"/>
          <w:sz w:val="28"/>
        </w:rPr>
        <w:t>在这过去的一周中我学到了很多，也充分的锻炼了自己，可以说这一周下来我是颇有收获的，但同时也在工作中发现了困难，反省出自己在工作中的一些不足之处，这也是我需要思考和改进的方面，下面我就说说这一周来我对销售工作的认识，也好分享给各位跟我一样奋斗在销售岗位上的同事们。</w:t>
      </w:r>
    </w:p>
    <w:p>
      <w:pPr>
        <w:spacing w:before="100" w:after="200" w:line="360" w:lineRule="auto"/>
        <w:ind w:firstLine="576"/>
        <w:jc w:val="left"/>
      </w:pPr>
      <w:r>
        <w:rPr>
          <w:rFonts w:ascii="宋体" w:eastAsia="宋体" w:hAnsi="宋体"/>
          <w:sz w:val="28"/>
        </w:rPr>
        <w:t>1.作为一个销售，一定要很了解公司和公司所销售的产品，这样你在跟客户介绍的时候才能有充分的自信去说服他去接受你，接受你的产品。</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p>
    <w:p>
      <w:pPr>
        <w:spacing w:before="100" w:after="200" w:line="360" w:lineRule="auto"/>
        <w:ind w:firstLine="576"/>
        <w:jc w:val="left"/>
      </w:pPr>
      <w:r>
        <w:rPr>
          <w:rFonts w:ascii="宋体" w:eastAsia="宋体" w:hAnsi="宋体"/>
          <w:sz w:val="28"/>
        </w:rPr>
        <w:t>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spacing w:before="100" w:after="200" w:line="360" w:lineRule="auto"/>
        <w:ind w:firstLine="576"/>
        <w:jc w:val="left"/>
      </w:pPr>
      <w:r>
        <w:rPr>
          <w:rFonts w:ascii="宋体" w:eastAsia="宋体" w:hAnsi="宋体"/>
          <w:sz w:val="28"/>
        </w:rPr>
        <w:t>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spacing w:before="100" w:after="200" w:line="360" w:lineRule="auto"/>
        <w:ind w:firstLine="576"/>
        <w:jc w:val="left"/>
      </w:pPr>
      <w:r>
        <w:rPr>
          <w:rFonts w:ascii="宋体" w:eastAsia="宋体" w:hAnsi="宋体"/>
          <w:sz w:val="28"/>
        </w:rPr>
        <w:t>5.当你在和客户沟通时一定要记住你不是去求他们去买你的产品，而是去帮助他们解决问题的，这是一个各有所有的双赢，主管说这个非常重要，直接影响了心态，而正确的.心态是成功的关键。</w:t>
      </w:r>
    </w:p>
    <w:p>
      <w:pPr>
        <w:spacing w:before="100" w:after="200" w:line="360" w:lineRule="auto"/>
        <w:ind w:firstLine="576"/>
        <w:jc w:val="left"/>
      </w:pPr>
      <w:r>
        <w:rPr>
          <w:rFonts w:ascii="宋体" w:eastAsia="宋体" w:hAnsi="宋体"/>
          <w:sz w:val="28"/>
        </w:rPr>
        <w:t>7.一定要有耐心和恒心，相信自己只要付出一定会有回报，只是时间问题，我曾经一度很郁闷自己因为自己没有业绩，但是当主管告诉我他是进公司第3个月才卖出了第一套房.我又对自己充满了信心，当然耐心不等同于混日子和等单，是要我们时刻保持上进心，不断的去努力。</w:t>
      </w:r>
    </w:p>
    <w:p>
      <w:pPr>
        <w:spacing w:before="100" w:after="200" w:line="360" w:lineRule="auto"/>
        <w:ind w:firstLine="576"/>
        <w:jc w:val="left"/>
      </w:pPr>
      <w:r>
        <w:rPr>
          <w:rFonts w:ascii="宋体" w:eastAsia="宋体" w:hAnsi="宋体"/>
          <w:sz w:val="28"/>
        </w:rPr>
        <w:t>8.作为一个销售人员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spacing w:before="100" w:after="200" w:line="360" w:lineRule="auto"/>
        <w:ind w:firstLine="576"/>
        <w:jc w:val="left"/>
      </w:pPr>
      <w:r>
        <w:rPr>
          <w:rFonts w:ascii="宋体" w:eastAsia="宋体" w:hAnsi="宋体"/>
          <w:sz w:val="28"/>
        </w:rPr>
        <w:t>周计划与周总结怎么写2</w:t>
      </w:r>
    </w:p>
    <w:p>
      <w:pPr>
        <w:spacing w:before="100" w:after="200" w:line="360" w:lineRule="auto"/>
        <w:ind w:firstLine="576"/>
        <w:jc w:val="left"/>
      </w:pPr>
      <w:r>
        <w:rPr>
          <w:rFonts w:ascii="宋体" w:eastAsia="宋体" w:hAnsi="宋体"/>
          <w:sz w:val="28"/>
        </w:rPr>
        <w:t>以上是我对于一周工作所进行的总结及心得，如有不足之处，恳望领导同事们的指导帮助。</w:t>
      </w:r>
    </w:p>
    <w:p>
      <w:pPr>
        <w:spacing w:before="100" w:after="200" w:line="360" w:lineRule="auto"/>
        <w:ind w:firstLine="576"/>
        <w:jc w:val="left"/>
      </w:pPr>
      <w:r>
        <w:rPr>
          <w:rFonts w:ascii="宋体" w:eastAsia="宋体" w:hAnsi="宋体"/>
          <w:sz w:val="28"/>
        </w:rPr>
        <w:t>【第5篇】审计计划与工作总结</w:t>
      </w:r>
    </w:p>
    <w:p>
      <w:pPr>
        <w:spacing w:before="100" w:after="200" w:line="360" w:lineRule="auto"/>
        <w:ind w:firstLine="576"/>
        <w:jc w:val="left"/>
      </w:pPr>
      <w:r>
        <w:rPr>
          <w:rFonts w:ascii="宋体" w:eastAsia="宋体" w:hAnsi="宋体"/>
          <w:sz w:val="28"/>
        </w:rPr>
        <w:t>审计工作计划篇一</w:t>
      </w:r>
    </w:p>
    <w:p>
      <w:pPr>
        <w:spacing w:before="100" w:after="200" w:line="360" w:lineRule="auto"/>
        <w:jc w:val="left"/>
      </w:pPr>
      <w:r>
        <w:rPr>
          <w:rFonts w:ascii="宋体 (中文正文)" w:eastAsia="宋体" w:hAnsi="宋体 (中文正文)"/>
          <w:sz w:val="28"/>
        </w:rPr>
        <w:t>一、工作思路：</w:t>
      </w:r>
    </w:p>
    <w:p>
      <w:pPr>
        <w:spacing w:before="100" w:after="200" w:line="360" w:lineRule="auto"/>
        <w:ind w:firstLine="576"/>
        <w:jc w:val="left"/>
      </w:pPr>
      <w:r>
        <w:rPr>
          <w:rFonts w:ascii="宋体" w:eastAsia="宋体" w:hAnsi="宋体"/>
          <w:sz w:val="28"/>
        </w:rPr>
        <w:t>以防控操作风险为核心，推进稽核审计任务制度化，稽核检查程序化，稽核文档格式化，稽核责任明晰化，稽核处罚标准化，扩大稽核审计范围和深度，提升稽核审计能力，进一步促进我区联社依法合规经营稳步发展。</w:t>
      </w:r>
    </w:p>
    <w:p>
      <w:pPr>
        <w:spacing w:before="100" w:after="200" w:line="360" w:lineRule="auto"/>
        <w:jc w:val="left"/>
      </w:pPr>
      <w:r>
        <w:rPr>
          <w:rFonts w:ascii="宋体 (中文正文)" w:eastAsia="宋体" w:hAnsi="宋体 (中文正文)"/>
          <w:sz w:val="28"/>
        </w:rPr>
        <w:t>二、具体工作：</w:t>
      </w:r>
    </w:p>
    <w:p>
      <w:pPr>
        <w:spacing w:before="100" w:after="200" w:line="360" w:lineRule="auto"/>
        <w:ind w:firstLine="576"/>
        <w:jc w:val="left"/>
      </w:pPr>
      <w:r>
        <w:rPr>
          <w:rFonts w:ascii="宋体" w:eastAsia="宋体" w:hAnsi="宋体"/>
          <w:sz w:val="28"/>
        </w:rPr>
        <w:t>1、安排两次序时稽核。对2022年6-11月全面业务开展稽核检查，对存在的问题通过现场辅导纠改、发整改通知书、限期整改、违规积分、以及处罚相关责任人等方式手段，强化合规意识，规避操作风险。</w:t>
      </w:r>
    </w:p>
    <w:p>
      <w:pPr>
        <w:spacing w:before="100" w:after="200" w:line="360" w:lineRule="auto"/>
        <w:ind w:firstLine="576"/>
        <w:jc w:val="left"/>
      </w:pPr>
      <w:r>
        <w:rPr>
          <w:rFonts w:ascii="宋体" w:eastAsia="宋体" w:hAnsi="宋体"/>
          <w:sz w:val="28"/>
        </w:rPr>
        <w:t>2、安排两次专项稽核。一是对信用社对公账户管理专项检查主要是开户的合规性、使用的规范性、对账的及时性检查。二是对2022年新增贷款专项稽核检查，重点是10万元以上贷款的全面检查，充分揭示信贷管理风险点，为进一步体提高信贷工作质量提供更可靠地决策依据。</w:t>
      </w:r>
    </w:p>
    <w:p>
      <w:pPr>
        <w:spacing w:before="100" w:after="200" w:line="360" w:lineRule="auto"/>
        <w:ind w:firstLine="576"/>
        <w:jc w:val="left"/>
      </w:pPr>
      <w:r>
        <w:rPr>
          <w:rFonts w:ascii="宋体" w:eastAsia="宋体" w:hAnsi="宋体"/>
          <w:sz w:val="28"/>
        </w:rPr>
        <w:t>3、加强后续稽核检查，确保纠改到位。采取“人盯社”包片稽核，后续再稽核和整改到位。</w:t>
      </w:r>
    </w:p>
    <w:p>
      <w:pPr>
        <w:spacing w:before="100" w:after="200" w:line="360" w:lineRule="auto"/>
        <w:jc w:val="left"/>
        <w:sectPr w:rsidSect="00034616">
          <w:type w:val="nextPage"/>
          <w:pgSz w:w="11906" w:h="16838"/>
          <w:pgMar w:top="1440" w:right="1440" w:bottom="1440" w:left="1440" w:header="720" w:footer="720" w:gutter="0"/>
          <w:pgNumType w:start="8"/>
          <w:cols w:space="720"/>
          <w:titlePg w:val="0"/>
          <w:docGrid w:linePitch="360"/>
        </w:sectPr>
      </w:pPr>
      <w:r>
        <w:rPr>
          <w:rFonts w:ascii="宋体 (中文正文)" w:eastAsia="宋体" w:hAnsi="宋体 (中文正文)"/>
          <w:b/>
          <w:sz w:val="28"/>
        </w:rPr>
        <w:t>三、工作措施</w:t>
      </w:r>
    </w:p>
    <w:p>
      <w:pPr>
        <w:spacing w:before="100" w:after="200" w:line="360" w:lineRule="auto"/>
        <w:ind w:firstLine="576"/>
        <w:jc w:val="left"/>
      </w:pPr>
      <w:r>
        <w:rPr>
          <w:rFonts w:ascii="宋体" w:eastAsia="宋体" w:hAnsi="宋体"/>
          <w:sz w:val="28"/>
        </w:rPr>
        <w:t>1、部门人员加强学习、强化培训，推行稽核人员到一线业务岗位实践制度，增强非现场稽核能力。</w:t>
      </w:r>
    </w:p>
    <w:p>
      <w:pPr>
        <w:spacing w:before="100" w:after="200" w:line="360" w:lineRule="auto"/>
        <w:ind w:firstLine="576"/>
        <w:jc w:val="left"/>
      </w:pPr>
      <w:r>
        <w:rPr>
          <w:rFonts w:ascii="宋体" w:eastAsia="宋体" w:hAnsi="宋体"/>
          <w:sz w:val="28"/>
        </w:rPr>
        <w:t>2、改进稽核审计方式提高效率，非现场和现场稽核相结合，合理收集业务操作风险点，做到全方位、多角度、分层次地立体稽核。</w:t>
      </w:r>
    </w:p>
    <w:p>
      <w:pPr>
        <w:spacing w:before="100" w:after="200" w:line="360" w:lineRule="auto"/>
        <w:ind w:firstLine="576"/>
        <w:jc w:val="left"/>
      </w:pPr>
      <w:r>
        <w:rPr>
          <w:rFonts w:ascii="宋体" w:eastAsia="宋体" w:hAnsi="宋体"/>
          <w:sz w:val="28"/>
        </w:rPr>
        <w:t>3、加强内控建设，强力推进稽核管理规范化。重点落实省联社稽核审计“主审制”和办事处的稽核审计工作问责制。实施有效约束的质量控制机制，完善内部审计工作责任制度，建立统一的《稽核人员工作日志》对下乡执行任务和整理资料全程予以如实登记，制度管人管事的长效机制。四、存在问题：</w:t>
      </w:r>
    </w:p>
    <w:p>
      <w:pPr>
        <w:spacing w:before="100" w:after="200" w:line="360" w:lineRule="auto"/>
        <w:ind w:firstLine="576"/>
        <w:jc w:val="left"/>
      </w:pPr>
      <w:r>
        <w:rPr>
          <w:rFonts w:ascii="宋体" w:eastAsia="宋体" w:hAnsi="宋体"/>
          <w:sz w:val="28"/>
        </w:rPr>
        <w:t>1、稽核人员学习不够，素质有待提高。今年稽核人员变动后，新到稽核岗位人员较多，虽然稽核审计部对稽核人员的学习培训作了计划，规定了稽核人员必学篇目和制度规定，规定了学习时间，但由于部门人员基本上都在信用社稽核检查，回到单位的时间不统一，所以组织学习的时间相对较少。</w:t>
      </w:r>
    </w:p>
    <w:p>
      <w:pPr>
        <w:spacing w:before="100" w:after="200" w:line="360" w:lineRule="auto"/>
        <w:ind w:firstLine="576"/>
        <w:jc w:val="left"/>
      </w:pPr>
      <w:r>
        <w:rPr>
          <w:rFonts w:ascii="宋体" w:eastAsia="宋体" w:hAnsi="宋体"/>
          <w:sz w:val="28"/>
        </w:rPr>
        <w:t>2、稽核工作创新不够。由于今年联社成立事后监督中心，业务传票统一上缴联社保管，针对这一变化，稽核审计工作没有相应的应对措施，对基层社的序时稽核不全面，容易留下死角。</w:t>
      </w:r>
    </w:p>
    <w:p>
      <w:pPr>
        <w:spacing w:before="100" w:after="200" w:line="360" w:lineRule="auto"/>
        <w:ind w:firstLine="576"/>
        <w:jc w:val="left"/>
      </w:pPr>
      <w:r>
        <w:rPr>
          <w:rFonts w:ascii="宋体" w:eastAsia="宋体" w:hAnsi="宋体"/>
          <w:sz w:val="28"/>
        </w:rPr>
        <w:t>3、稽核力量不足，稽核任务完成不理想。我联社现有专职稽核人员5人，按省联社标准不足，加之今年派员参加上级检查和接待检查次数较多，对自身稽核任务有所耽误。</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4、稽核的广度和深度不够。一是对会计出纳业务的稽核在一定程度上停留在表面层次上，注重帐平款准，而对业务合法性，操作的合规性，以及操作风险和道德风险关注不够。二是对贷款</w:t>
      </w:r>
    </w:p>
    <w:p>
      <w:pPr>
        <w:spacing w:before="100" w:after="200" w:line="360" w:lineRule="auto"/>
        <w:ind w:firstLine="576"/>
        <w:jc w:val="left"/>
      </w:pPr>
      <w:r>
        <w:rPr>
          <w:rFonts w:ascii="宋体" w:eastAsia="宋体" w:hAnsi="宋体"/>
          <w:sz w:val="28"/>
        </w:rPr>
        <w:t>业务的稽核检查只停留在合同资料、要素的齐全性上，对贷款真实性以及贷款发放的合规性分析检查不够。</w:t>
      </w:r>
    </w:p>
    <w:p>
      <w:pPr>
        <w:spacing w:before="100" w:after="200" w:line="360" w:lineRule="auto"/>
        <w:ind w:firstLine="576"/>
        <w:jc w:val="left"/>
      </w:pPr>
      <w:r>
        <w:rPr>
          <w:rFonts w:ascii="宋体" w:eastAsia="宋体" w:hAnsi="宋体"/>
          <w:sz w:val="28"/>
        </w:rPr>
        <w:t>5、信息不对称，对一线人员素质风险防范不够。在稽核过程中，更多的是看现场操作，而对柜员平时执行制度的情况了解不够;报表、帐册看得多，找职工座谈少，对职工的所思、所想了解得少。</w:t>
      </w:r>
    </w:p>
    <w:p>
      <w:pPr>
        <w:spacing w:before="100" w:after="200" w:line="360" w:lineRule="auto"/>
        <w:ind w:firstLine="576"/>
        <w:jc w:val="left"/>
      </w:pPr>
      <w:r>
        <w:rPr>
          <w:rFonts w:ascii="宋体" w:eastAsia="宋体" w:hAnsi="宋体"/>
          <w:sz w:val="28"/>
        </w:rPr>
        <w:t>审计工作计划篇二</w:t>
      </w:r>
    </w:p>
    <w:p>
      <w:pPr>
        <w:spacing w:before="100" w:after="200" w:line="360" w:lineRule="auto"/>
        <w:jc w:val="left"/>
      </w:pPr>
      <w:r>
        <w:rPr>
          <w:rFonts w:ascii="宋体 (中文正文)" w:eastAsia="宋体" w:hAnsi="宋体 (中文正文)"/>
          <w:b/>
          <w:sz w:val="28"/>
        </w:rPr>
        <w:t>一、党建工作</w:t>
      </w:r>
    </w:p>
    <w:p>
      <w:pPr>
        <w:spacing w:before="100" w:after="200" w:line="360" w:lineRule="auto"/>
        <w:ind w:firstLine="576"/>
        <w:jc w:val="left"/>
      </w:pPr>
      <w:r>
        <w:rPr>
          <w:rFonts w:ascii="宋体" w:eastAsia="宋体" w:hAnsi="宋体"/>
          <w:sz w:val="28"/>
        </w:rPr>
        <w:t>今年以来，审计局始终把党建工作列入局党组重要议事日程，认真研究，精心安排，充分发挥党支部的战斗堡垒作用和共产党员先锋模范作用，狠抓党建工作各项任务的落实。</w:t>
      </w:r>
    </w:p>
    <w:p>
      <w:pPr>
        <w:spacing w:before="100" w:after="200" w:line="360" w:lineRule="auto"/>
        <w:ind w:firstLine="576"/>
        <w:jc w:val="left"/>
      </w:pPr>
      <w:r>
        <w:rPr>
          <w:rFonts w:ascii="宋体" w:eastAsia="宋体" w:hAnsi="宋体"/>
          <w:sz w:val="28"/>
        </w:rPr>
        <w:t>(一)抓好党员、干部学习教育。为了深入贯彻精神，抓好党的思想建设和党员、干部学习教育，我支部年初特别制定了政治理论学习计划，并明确专人抓此项工作的落实，主要是认真学习党的精神以及各类关于党的建设的资料;抓好党员干部思想教育，组织全体党员到九渡赤水纪念馆，进行革命传统教育，通过学习教育，使党员干部思想稳定，始终保持着良好的精神状态，为开展审计工作提供思想保证。</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二)抓支部建设，审计局党支部严格按照上级党委的要求，及时传达中央和上级党组织的指示、决定、文件和会议精神，引导和发动党员积极主动地去实践，以党员的模范行为来体现党的先进性，不断增强党性修养。支部认真听取党员的思想汇报，检查党员的工作、思想、学习情况和组织交办的工作任务完成情况，认真开展批评与自我批评;党建目标管理工作做到按季考评;认真做好党费收缴管理和党内基本情况的统计工作;</w:t>
      </w:r>
    </w:p>
    <w:p>
      <w:pPr>
        <w:spacing w:before="100" w:after="200" w:line="360" w:lineRule="auto"/>
        <w:ind w:firstLine="576"/>
        <w:jc w:val="left"/>
      </w:pPr>
      <w:r>
        <w:rPr>
          <w:rFonts w:ascii="宋体" w:eastAsia="宋体" w:hAnsi="宋体"/>
          <w:sz w:val="28"/>
        </w:rPr>
        <w:t>(三)开展好党的基层组织建设年活动。及时召开动员部署会议，充分认识开展“党的基层组织建设年”活动的重大现实意义。我局采取集中学习、自学、交流发言等方式，加强对报告、《党章》、科学发展观、中央九个长效机制和省委“1+9”等文件和会议精神的学习。扎实开展主题实践活动，充分发挥党组织的桥梁和纽带作用。我局将教育活动融入各项实践活动中，参加抗雪凝活动、抗震救灾活动等。以开展党的基层组织建设年活动为契机，认真开展党建帮扶活动。审计局结合自身和挂帮乡镇实际情况，召开全局干部职工大会，制定帮扶活动方案。在办公经费紧张的情况下，局里面拔出1800元，加上全局党员干部自发捐款2200元，共计4000元全部用作帮扶经费。2022年10月10日在局长余贡泽同志的带领下，我局一行九人带着审计局全体干部职工的深情厚意深入坭坝乡开展帮扶活动。</w:t>
      </w:r>
    </w:p>
    <w:p>
      <w:pPr>
        <w:spacing w:before="100" w:after="200" w:line="360" w:lineRule="auto"/>
        <w:jc w:val="left"/>
      </w:pPr>
      <w:r>
        <w:rPr>
          <w:rFonts w:ascii="宋体 (中文正文)" w:eastAsia="宋体" w:hAnsi="宋体 (中文正文)"/>
          <w:b/>
          <w:sz w:val="28"/>
        </w:rPr>
        <w:t>二、审计业务工作完成情况</w:t>
      </w:r>
    </w:p>
    <w:p>
      <w:pPr>
        <w:spacing w:before="100" w:after="200" w:line="360" w:lineRule="auto"/>
        <w:ind w:firstLine="576"/>
        <w:jc w:val="left"/>
      </w:pPr>
      <w:r>
        <w:rPr>
          <w:rFonts w:ascii="宋体" w:eastAsia="宋体" w:hAnsi="宋体"/>
          <w:sz w:val="28"/>
        </w:rPr>
        <w:t>截止十月二十日，我局完成审计及专项审计调查项目共11个，组织审计中介机构配合开展的审计项目19个。查出违纪违规和管理不规范资金3000多万元，审计依法处理后为财政增收节支近千万元。通过各项审计业务工作的开展，使我局在维护地方经济秩序，严肃财经法纪，促进科学发展，构建和谐社会等方面发挥了重要作用，具体开展了以下几个方面的审计工作。</w:t>
      </w:r>
    </w:p>
    <w:p>
      <w:pPr>
        <w:spacing w:before="100" w:after="200" w:line="360" w:lineRule="auto"/>
        <w:ind w:firstLine="576"/>
        <w:jc w:val="left"/>
      </w:pPr>
      <w:r>
        <w:rPr>
          <w:rFonts w:ascii="宋体" w:eastAsia="宋体" w:hAnsi="宋体"/>
          <w:sz w:val="28"/>
        </w:rPr>
        <w:t>1、本级财政预算执行情况审计</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为认真贯彻落实全国全省全市审计工作会议精神，做好同级财政预算执行情况审计。我局“以促进规范预算管理，提高财政资金使用效益，建立社会主义公共财政制度为目标，以预算执行审计为重点，逐步实现由收支并重向以支出审计为主转变，积极探索财政资金效益审计的新路子”为总体目标，按照工作方案要求，对县财政局、地方税务局、县国库、县物价局进行了审计。一共查出了财政管理不规范资金452.5万元，预算单位违纪违规行为资金65.8万元，并提出了有效的整改意见和建议。审计表明：2022年度县级预算执行的情况是好的，较好地完成了县人大批准的年度预算任务。“乡财县管乡用”财政体制稳步推进，财经纪律、依法治税和税收征管不断加强，部门预算、国库集中支付、政府采购、集中管理非税收入等制度进一步健全，财政依法聚财理财的水平进一步提高。预算执行单位也在不断加强和完善内部管理，规范财政财务收支行为，执行国家财经法规的自觉性进一步增强。但仍存在一些不容忽视的问题。如：支出调整后未先报县人大批准后实施等。</w:t>
      </w:r>
    </w:p>
    <w:p>
      <w:pPr>
        <w:spacing w:before="100" w:after="200" w:line="360" w:lineRule="auto"/>
        <w:ind w:firstLine="576"/>
        <w:jc w:val="left"/>
      </w:pPr>
      <w:r>
        <w:rPr>
          <w:rFonts w:ascii="宋体" w:eastAsia="宋体" w:hAnsi="宋体"/>
          <w:sz w:val="28"/>
        </w:rPr>
        <w:t>2、加大涉及民生的专项资金审计调查和专项资金跟踪审计，促进社会和谐。</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r>
        <w:rPr>
          <w:rFonts w:ascii="宋体" w:eastAsia="宋体" w:hAnsi="宋体"/>
          <w:sz w:val="28"/>
        </w:rPr>
        <w:t>一是2022年度抗凝冻救灾资金和社会捐赠款物的审计调查。根据上级审计机关的工作安排，我局组织了对全县2022年度抗凝救灾资金和捐赠款物的分配、使用和管理进行了专项审计调查。从调查的情况看，截止2022年7月31日，全县收到抗凝救灾资金合计9，981，390元，上级调拨物资棉衣、棉被5000件和社会捐赠若干物资。本次雪凝灾害给我县造成了极大损失。面对灾情，县委、县政府全力以赴开展救灾工作，采取各种切实有效的措施，加强救灾资金和物资的管理使用，确保救济粮、款和物资及时发放到困难群众和受灾群众手中，为保障受灾群众基本生活、维护社会稳定、推进灾后重建和构建和谐社会发挥了重要作用。审计调查也发现存在一些问题：如应急救灾资金安排和拨付操作规程未能体现便捷，存在资金、物资安排不及时、甚至不合理现象。</w:t>
      </w:r>
    </w:p>
    <w:p>
      <w:pPr>
        <w:spacing w:before="100" w:after="200" w:line="360" w:lineRule="auto"/>
        <w:ind w:firstLine="576"/>
        <w:jc w:val="left"/>
      </w:pPr>
      <w:r>
        <w:rPr>
          <w:rFonts w:ascii="宋体" w:eastAsia="宋体" w:hAnsi="宋体"/>
          <w:sz w:val="28"/>
        </w:rPr>
        <w:t>二是抗震救灾款物审计。汶川大地震发生后，我局根据上级审计机关安排，认真开展抗震救灾款物的跟踪审计工作，截止6月底，全县共筹集抗震救灾资金合计3,554,997.47元，已全额上划市民政局。</w:t>
      </w:r>
    </w:p>
    <w:p>
      <w:pPr>
        <w:spacing w:before="100" w:after="200" w:line="360" w:lineRule="auto"/>
        <w:ind w:firstLine="576"/>
        <w:jc w:val="left"/>
      </w:pPr>
      <w:r>
        <w:rPr>
          <w:rFonts w:ascii="宋体" w:eastAsia="宋体" w:hAnsi="宋体"/>
          <w:sz w:val="28"/>
        </w:rPr>
        <w:t>3、加大固定资产投资审计力度，提高政府投资效益。</w:t>
      </w:r>
    </w:p>
    <w:p>
      <w:pPr>
        <w:spacing w:before="100" w:after="200" w:line="360" w:lineRule="auto"/>
        <w:ind w:firstLine="576"/>
        <w:jc w:val="left"/>
      </w:pPr>
      <w:r>
        <w:rPr>
          <w:rFonts w:ascii="宋体" w:eastAsia="宋体" w:hAnsi="宋体"/>
          <w:sz w:val="28"/>
        </w:rPr>
        <w:t>随着的深入和建设力度加大，投资审计越来越成为政府节省财政资金、减少损失浪费的重要关口，为此，我局围绕工程招投标、合同签订、工程造价的真实性以及财务管理、资金使用等情况，因地制宜，加大了对政府投资项目的跟踪审计和竣工决算审计力度，成效较为明显。今年，我局独立开展和组织审计中介机构配合实施的建设工程审计项目19个，共核减工程投资600多万元，有效控制了工程建设中的高估冒算、偷工减料、损失浪费等现象，其中长东公路建设工程、体育馆建设工程、疾控中心办公大楼、卫生局办公大楼、交警二中队办公大楼等审计项目，通过审计，进一步规范了建设单位基本建设程序，促进了政府相关政策的出台，保证了建设资金真实、合法、有效的使用，受到了县委、政府的好评。继续开展对公安局刑侦大楼和大溪公路工程建设项目跟踪审计，对工程建设过程中存在的问题和矛盾都力争解决在萌芽状态，确保了工程建设的顺利开展。</w:t>
      </w:r>
    </w:p>
    <w:p>
      <w:pPr>
        <w:spacing w:before="100" w:after="200" w:line="360" w:lineRule="auto"/>
        <w:ind w:firstLine="576"/>
        <w:jc w:val="left"/>
      </w:pPr>
      <w:r>
        <w:rPr>
          <w:rFonts w:ascii="宋体" w:eastAsia="宋体" w:hAnsi="宋体"/>
          <w:sz w:val="28"/>
        </w:rPr>
        <w:t>主义伟大旗帜，坚持走中国特色社会主义道路，以科学发展观为统领，围绕全面建设小康社会的奋斗目标，继续贯彻“全面审计，突出重点”的方针，与时俱进，开拓创新，深化，强化监督，为实现富民兴县新跨越战略和建设“小康、和谐”作出更大的贡献。工作目标：全面完成上级审计机关及县委、政府交办的各项工作任务，力争年终各项考核名次上升。</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工作措施</w:t>
      </w:r>
    </w:p>
    <w:p>
      <w:pPr>
        <w:spacing w:before="100" w:after="200" w:line="360" w:lineRule="auto"/>
        <w:ind w:firstLine="576"/>
        <w:jc w:val="left"/>
      </w:pPr>
      <w:r>
        <w:rPr>
          <w:rFonts w:ascii="宋体" w:eastAsia="宋体" w:hAnsi="宋体"/>
          <w:sz w:val="28"/>
        </w:rPr>
        <w:t>一是深化财政预算执行审计。紧紧围绕县委、政府的中心工作，以政策为导向、以预算为中心、以资金为主线、以支出为重点、以项目为基础、以效益为目标实施审计，不断提高财政预决算审计水平，促进建立科学的预算定额和支出标准，规范预算分配行为。</w:t>
      </w:r>
    </w:p>
    <w:p>
      <w:pPr>
        <w:spacing w:before="100" w:after="200" w:line="360" w:lineRule="auto"/>
        <w:ind w:firstLine="576"/>
        <w:jc w:val="left"/>
      </w:pPr>
      <w:r>
        <w:rPr>
          <w:rFonts w:ascii="宋体" w:eastAsia="宋体" w:hAnsi="宋体"/>
          <w:sz w:val="28"/>
        </w:rPr>
        <w:t>二是加强对重点部门、重点资金的审计，确保财政公共服务投入的安全、效益;</w:t>
      </w:r>
    </w:p>
    <w:p>
      <w:pPr>
        <w:spacing w:before="100" w:after="200" w:line="360" w:lineRule="auto"/>
        <w:ind w:firstLine="576"/>
        <w:jc w:val="left"/>
      </w:pPr>
      <w:r>
        <w:rPr>
          <w:rFonts w:ascii="宋体" w:eastAsia="宋体" w:hAnsi="宋体"/>
          <w:sz w:val="28"/>
        </w:rPr>
        <w:t>三是深化对重大投资项目的审计。加强对农业、水利、交通、生态、环境、基本公共服务体系建设等重点投资项目的审计。扩大审计范围，揭露重大损失浪费问题，推进资源节约型、生态友好型社会的建设，提高财政资金使用效益。同时充分发挥审计社会中介组织和审计力量的积极作用;</w:t>
      </w:r>
    </w:p>
    <w:p>
      <w:pPr>
        <w:spacing w:before="100" w:after="200" w:line="360" w:lineRule="auto"/>
        <w:ind w:firstLine="576"/>
        <w:jc w:val="left"/>
      </w:pPr>
      <w:r>
        <w:rPr>
          <w:rFonts w:ascii="宋体" w:eastAsia="宋体" w:hAnsi="宋体"/>
          <w:sz w:val="28"/>
        </w:rPr>
        <w:t>四是进一步完善经济责任审计评价体系，拓宽对干部监督、考核的渠道，为客观公正评价干部提供重要依据，也为县委、政府选拔、任用干部提供决策服务;</w:t>
      </w:r>
    </w:p>
    <w:p>
      <w:pPr>
        <w:spacing w:before="100" w:after="200" w:line="360" w:lineRule="auto"/>
        <w:ind w:firstLine="576"/>
        <w:jc w:val="left"/>
      </w:pPr>
      <w:r>
        <w:rPr>
          <w:rFonts w:ascii="宋体" w:eastAsia="宋体" w:hAnsi="宋体"/>
          <w:sz w:val="28"/>
        </w:rPr>
        <w:t>五是进一步扩大开展工程项目跟踪审计的范围，通过审计杜绝工程项目建设过程中的各种跑、冒、滴、漏等行为，实现投资控制、质量控制和进度控制目标的实现，最大限度地发挥资金的投入效率。</w:t>
      </w:r>
    </w:p>
    <w:p>
      <w:pPr>
        <w:spacing w:before="100" w:after="200" w:line="360" w:lineRule="auto"/>
        <w:ind w:firstLine="576"/>
        <w:jc w:val="left"/>
      </w:pPr>
      <w:r>
        <w:rPr>
          <w:rFonts w:ascii="宋体" w:eastAsia="宋体" w:hAnsi="宋体"/>
          <w:sz w:val="28"/>
        </w:rPr>
        <w:t>六是按照“积极探索，提高，稳妥推进，逐步规范”的原则，有计划、有步骤地逐步推行审计结果公告制度，增加审计工作的透明度，扩大审计影响，增强审计执法能力;</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七是加强对审计业务人员的培训力度，特别是对《审计法》、《财政违法行为处罚处分条例》等法律法规的学习，不断提高政治业务素质和行政执法水平;</w:t>
      </w:r>
    </w:p>
    <w:p>
      <w:pPr>
        <w:spacing w:before="100" w:after="200" w:line="360" w:lineRule="auto"/>
        <w:ind w:firstLine="576"/>
        <w:jc w:val="left"/>
      </w:pPr>
      <w:r>
        <w:rPr>
          <w:rFonts w:ascii="宋体" w:eastAsia="宋体" w:hAnsi="宋体"/>
          <w:sz w:val="28"/>
        </w:rPr>
        <w:t>八是加强审计机关基础设施和技术装备建设，特别是开展工程建设项目审计所需的一些设备，以适应现代信息化工作的需要;</w:t>
      </w:r>
    </w:p>
    <w:p>
      <w:pPr>
        <w:spacing w:before="100" w:after="200" w:line="360" w:lineRule="auto"/>
        <w:ind w:firstLine="576"/>
        <w:jc w:val="left"/>
      </w:pPr>
      <w:r>
        <w:rPr>
          <w:rFonts w:ascii="宋体" w:eastAsia="宋体" w:hAnsi="宋体"/>
          <w:sz w:val="28"/>
        </w:rPr>
        <w:t>九是加强审计机关内部控制制度建设，严格执行审计项目质量控制办法，切实提高审计质量控制水平，确保审计工作质量稳步提高。建立错案追究责任制，增强审计人员的责任意识，促进依法审计，防范审计风险;</w:t>
      </w:r>
    </w:p>
    <w:p>
      <w:pPr>
        <w:spacing w:before="100" w:after="200" w:line="360" w:lineRule="auto"/>
        <w:ind w:firstLine="576"/>
        <w:jc w:val="left"/>
      </w:pPr>
      <w:r>
        <w:rPr>
          <w:rFonts w:ascii="宋体" w:eastAsia="宋体" w:hAnsi="宋体"/>
          <w:sz w:val="28"/>
        </w:rPr>
        <w:t>十是加强廉政建设，经常开展党风廉政教育，提高审计人员执行廉政规定和“审计九不准”的自觉性，为建立廉洁高效的审计机关、审计队伍提供政治保障。</w:t>
      </w:r>
    </w:p>
    <w:p>
      <w:pPr>
        <w:spacing w:before="100" w:after="200" w:line="360" w:lineRule="auto"/>
        <w:ind w:firstLine="576"/>
        <w:jc w:val="left"/>
      </w:pPr>
      <w:r>
        <w:rPr>
          <w:rFonts w:ascii="宋体" w:eastAsia="宋体" w:hAnsi="宋体"/>
          <w:sz w:val="28"/>
        </w:rPr>
        <w:t>审计工作计划篇三</w:t>
      </w:r>
    </w:p>
    <w:p>
      <w:pPr>
        <w:spacing w:before="100" w:after="200" w:line="360" w:lineRule="auto"/>
        <w:ind w:firstLine="576"/>
        <w:jc w:val="left"/>
      </w:pPr>
      <w:r>
        <w:rPr>
          <w:rFonts w:ascii="宋体" w:eastAsia="宋体" w:hAnsi="宋体"/>
          <w:sz w:val="28"/>
        </w:rPr>
        <w:t>医院内部审计作为医院的经济监督部门，构建和谐社会、和谐医院都与内部审计工作息息相关，深入地把握审计工作的基本思路，认真履行好自已的职能，积极为促进医院和谐发展服务是关健。我室2022年工作计划如下：</w:t>
      </w:r>
    </w:p>
    <w:p>
      <w:pPr>
        <w:spacing w:before="100" w:after="200" w:line="360" w:lineRule="auto"/>
        <w:jc w:val="left"/>
      </w:pPr>
      <w:r>
        <w:rPr>
          <w:rFonts w:ascii="宋体 (中文正文)" w:eastAsia="宋体" w:hAnsi="宋体 (中文正文)"/>
          <w:b/>
          <w:sz w:val="28"/>
        </w:rPr>
        <w:t>一、提高审计质量，发挥审计监督作用</w:t>
      </w:r>
    </w:p>
    <w:p>
      <w:pPr>
        <w:spacing w:before="100" w:after="200" w:line="360" w:lineRule="auto"/>
        <w:ind w:firstLine="576"/>
        <w:jc w:val="left"/>
      </w:pPr>
      <w:r>
        <w:rPr>
          <w:rFonts w:ascii="宋体" w:eastAsia="宋体" w:hAnsi="宋体"/>
          <w:sz w:val="28"/>
        </w:rPr>
        <w:t>1、全面履行审计职责，提高审计监督能力。在工作中要自觉遵守、严格执行审计工作要求和审计程序，克服审计过程中的随意性。</w:t>
      </w:r>
    </w:p>
    <w:p>
      <w:pPr>
        <w:spacing w:before="100" w:after="200" w:line="360" w:lineRule="auto"/>
        <w:ind w:firstLine="576"/>
        <w:jc w:val="left"/>
      </w:pPr>
      <w:r>
        <w:rPr>
          <w:rFonts w:ascii="宋体" w:eastAsia="宋体" w:hAnsi="宋体"/>
          <w:sz w:val="28"/>
        </w:rPr>
        <w:t>2、坚持“全面审计、突出重点”的审计思路。医院由于经营规模的扩大，经营业务的日趋复杂，使得内审对象及内审面逐步扩展。因此，医院内审工作要从医院的经济工作中心出发，重点着眼于对加强各类资金管理能力、提高经济效益与社会效益等事项。</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3、改进审计计划管理，使审计年度计划要和我院的经济工作计划在时间上错位半年，使审计计划能确实落到实处，建立健全规章制度，提高财务管理水平。</w:t>
      </w:r>
    </w:p>
    <w:p>
      <w:pPr>
        <w:spacing w:before="100" w:after="200" w:line="360" w:lineRule="auto"/>
        <w:ind w:firstLine="576"/>
        <w:jc w:val="left"/>
      </w:pPr>
      <w:r>
        <w:rPr>
          <w:rFonts w:ascii="宋体" w:eastAsia="宋体" w:hAnsi="宋体"/>
          <w:sz w:val="28"/>
        </w:rPr>
        <w:t>4、提高审计人员素质。不断更新审计人员整体知识结构、提高综合素质，做好审计人员的教育培训。只有审计人员综合素质提高了，审计质量才能得到保证。</w:t>
      </w:r>
    </w:p>
    <w:p>
      <w:pPr>
        <w:spacing w:before="100" w:after="200" w:line="360" w:lineRule="auto"/>
        <w:jc w:val="left"/>
      </w:pPr>
      <w:r>
        <w:rPr>
          <w:rFonts w:ascii="宋体 (中文正文)" w:eastAsia="宋体" w:hAnsi="宋体 (中文正文)"/>
          <w:b/>
          <w:sz w:val="28"/>
        </w:rPr>
        <w:t>二、更新审计理念，提高审计工作层次</w:t>
      </w:r>
    </w:p>
    <w:p>
      <w:pPr>
        <w:spacing w:before="100" w:after="200" w:line="360" w:lineRule="auto"/>
        <w:jc w:val="left"/>
      </w:pPr>
      <w:r>
        <w:rPr>
          <w:rFonts w:ascii="宋体 (中文正文)" w:eastAsia="宋体" w:hAnsi="宋体 (中文正文)"/>
          <w:b/>
          <w:sz w:val="28"/>
        </w:rPr>
        <w:t>三、以成本管理审计为重点，强化审计经济监督</w:t>
      </w:r>
    </w:p>
    <w:p>
      <w:pPr>
        <w:spacing w:before="100" w:after="200" w:line="360" w:lineRule="auto"/>
        <w:ind w:firstLine="576"/>
        <w:jc w:val="left"/>
      </w:pPr>
      <w:r>
        <w:rPr>
          <w:rFonts w:ascii="宋体" w:eastAsia="宋体" w:hAnsi="宋体"/>
          <w:sz w:val="28"/>
        </w:rPr>
        <w:t>在市场经济条件下，医院被推向市场，医院的生存不再取决于上级主管部门的意志，而是取决于市场对医院的接纳程度，取决于医院能否为患者提供优质、价廉的医疗服务，市场决定着医院的生存和发展。医院要开展正常的经营活动，向广大患者提供医疗服务，必然会消耗一定的人力、财力和物力，因此医院的经营过程也就是资源耗费的过程，同时也是成本的形成过程。医院之所以必须注意成本是因为每增加一元的成本不仅会增加病人的经济负担，而且会减少医院的收益，影响医院的长期发展;成本问题解决不好，医院的效益就没有保障，竞争力也会变得低下。因此，内部审计要把医疗服务成本作为基本审计，及时发现成本管理中存在的主要问题、重大问题，找到损失浪费的主要表现、症结所在，做好综合分析，针对存在的问题及其原因提出有效的解决办法和建议，促进医院有效节约与合璎利用资源，降低成本，从而提高经济效益与社会效益。</w:t>
      </w:r>
    </w:p>
    <w:p>
      <w:pPr>
        <w:spacing w:before="100" w:after="200" w:line="360" w:lineRule="auto"/>
        <w:jc w:val="left"/>
      </w:pPr>
      <w:r>
        <w:rPr>
          <w:rFonts w:ascii="宋体 (中文正文)" w:eastAsia="宋体" w:hAnsi="宋体 (中文正文)"/>
          <w:b/>
          <w:sz w:val="28"/>
        </w:rPr>
        <w:t>四、运用计算机审计，提高审计效率</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r>
        <w:rPr>
          <w:rFonts w:ascii="宋体" w:eastAsia="宋体" w:hAnsi="宋体"/>
          <w:sz w:val="28"/>
        </w:rPr>
        <w:t>随着医院管理信息化程度的逐渐提高，我院计算机信息系统要联网，使医院内部审计从传统的、以纸质账簿为载体的财务审计转向以业务、管理、绩效审计为主。通过借助计算机审计技术，能及时地获得相关信息资料，缩短审计时间，节约审计成本,从而提高审计效率。</w:t>
      </w:r>
    </w:p>
    <w:p>
      <w:pPr>
        <w:spacing w:before="100" w:after="200" w:line="360" w:lineRule="auto"/>
        <w:ind w:firstLine="576"/>
        <w:jc w:val="left"/>
      </w:pPr>
      <w:r>
        <w:rPr>
          <w:rFonts w:ascii="宋体" w:eastAsia="宋体" w:hAnsi="宋体"/>
          <w:sz w:val="28"/>
        </w:rPr>
        <w:t>我们科室要把握时代的脉搏，坚持以科学发展观为指导，立足自身,立足内部，充分发挥应有的作用，就一定能够为促进医院的和谐发展作出新的贡献。</w:t>
      </w:r>
    </w:p>
    <w:p>
      <w:pPr>
        <w:spacing w:before="100" w:after="200" w:line="360" w:lineRule="auto"/>
        <w:ind w:firstLine="576"/>
        <w:jc w:val="left"/>
      </w:pPr>
      <w:r>
        <w:rPr>
          <w:rFonts w:ascii="宋体" w:eastAsia="宋体" w:hAnsi="宋体"/>
          <w:sz w:val="28"/>
        </w:rPr>
        <w:t>【第6篇】学生会工作计划与总结</w:t>
      </w:r>
    </w:p>
    <w:p>
      <w:pPr>
        <w:spacing w:before="100" w:after="200" w:line="360" w:lineRule="auto"/>
        <w:ind w:firstLine="576"/>
        <w:jc w:val="left"/>
      </w:pPr>
      <w:r>
        <w:rPr>
          <w:rFonts w:ascii="宋体" w:eastAsia="宋体" w:hAnsi="宋体"/>
          <w:sz w:val="28"/>
        </w:rPr>
        <w:t>学生会成员是本着甘心为同学服务为根，以实干精神为本的目的投身本会的工作中。我系学生会是学生实施自我管理、自我服务、自我教育的组织机构，同时又是学生锻炼自我、展示自我、表现自我的舞台，是全面落实全国高等院校育人工作的一个重要的补充。在新的学期为进一步提高学生会各成员的工作能力和管理水平，促进我系学生活动工作的落实，学生会特拟定以下工作计划：</w:t>
      </w:r>
    </w:p>
    <w:p>
      <w:pPr>
        <w:spacing w:before="100" w:after="200" w:line="360" w:lineRule="auto"/>
        <w:jc w:val="left"/>
      </w:pPr>
      <w:r>
        <w:rPr>
          <w:rFonts w:ascii="宋体 (中文正文)" w:eastAsia="宋体" w:hAnsi="宋体 (中文正文)"/>
          <w:b/>
          <w:sz w:val="28"/>
        </w:rPr>
        <w:t>一、加强干部素质的培养。</w:t>
      </w:r>
    </w:p>
    <w:p>
      <w:pPr>
        <w:spacing w:before="100" w:after="200" w:line="360" w:lineRule="auto"/>
        <w:ind w:firstLine="576"/>
        <w:jc w:val="left"/>
      </w:pPr>
      <w:r>
        <w:rPr>
          <w:rFonts w:ascii="宋体" w:eastAsia="宋体" w:hAnsi="宋体"/>
          <w:sz w:val="28"/>
        </w:rPr>
        <w:t>学生会干部素质的高低，直接决定了学生活动的效率、影响到学生会常规工作的最终落实，可以说，加强干部素质的培养，是学生会成长壮大的关键。在新的学期，学生会计划采取如下措施，培养干部素质：</w:t>
      </w:r>
    </w:p>
    <w:p>
      <w:pPr>
        <w:spacing w:before="100" w:after="200" w:line="360" w:lineRule="auto"/>
        <w:ind w:firstLine="576"/>
        <w:jc w:val="left"/>
      </w:pPr>
      <w:r>
        <w:rPr>
          <w:rFonts w:ascii="宋体" w:eastAsia="宋体" w:hAnsi="宋体"/>
          <w:sz w:val="28"/>
        </w:rPr>
        <w:t>1、集中培养。在本学期第6、第12周，学生会将召开全体学生会成员大会，进行集中培训，让学生会干部干事明确：做好本职工作是符合学生会发展需求，我系发展的需要，要克服认为作为学生干部吃亏的思想，要真正意识到，正是我们学生会干部无私的奉献，才使得我们的旅游管理系的系风建设更加喜人，也正是有这种奉献，才能真正锻炼，提高展示自我。要自觉树立积极工作、主动思考的意识。</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r>
        <w:rPr>
          <w:rFonts w:ascii="宋体" w:eastAsia="宋体" w:hAnsi="宋体"/>
          <w:sz w:val="28"/>
        </w:rPr>
        <w:t>2、深入工作。学生会的主要负责人应深入到学生会的工作中去，指导各部干事的工作，培养他们的管理能力。部长、副部长更应深入到具体工作中。</w:t>
      </w:r>
    </w:p>
    <w:p>
      <w:pPr>
        <w:spacing w:before="100" w:after="200" w:line="360" w:lineRule="auto"/>
        <w:ind w:firstLine="576"/>
        <w:jc w:val="left"/>
      </w:pPr>
      <w:r>
        <w:rPr>
          <w:rFonts w:ascii="宋体" w:eastAsia="宋体" w:hAnsi="宋体"/>
          <w:sz w:val="28"/>
        </w:rPr>
        <w:t>3、个别谈话。学生会的主要干部应不定期的与学生会成员交流、谈心，掌握他们的思想动态，大家共同探讨工作方法。主席、副主席、秘书长应不定期地与其他干部交流谈心;部长、副部长则更应多与干部干事交流，掌握他们的思想状况，做好他们的思想工作，并及时反馈到系团总支老师那里。</w:t>
      </w:r>
    </w:p>
    <w:p>
      <w:pPr>
        <w:spacing w:before="100" w:after="200" w:line="360" w:lineRule="auto"/>
        <w:ind w:firstLine="576"/>
        <w:jc w:val="left"/>
      </w:pPr>
      <w:r>
        <w:rPr>
          <w:rFonts w:ascii="宋体" w:eastAsia="宋体" w:hAnsi="宋体"/>
          <w:sz w:val="28"/>
        </w:rPr>
        <w:t>4、培养学生会成员的团队精神。在学生会内部开展艺体形式的竞赛。第七周：举办一场06级学生会成员vs05级学生会成员的篮球赛;第十一周：举办一场以部为单位的卡拉ok大赛，通过以上活动的开展，让干部干事时刻想到自己是学生会的一员，个人荣辱涉及整个集体，从而关心这个集体、爱护这个集体，进而为这个集体的成长壮大献计献策。</w:t>
      </w:r>
    </w:p>
    <w:p>
      <w:pPr>
        <w:spacing w:before="100" w:after="200" w:line="360" w:lineRule="auto"/>
        <w:jc w:val="left"/>
      </w:pPr>
      <w:r>
        <w:rPr>
          <w:rFonts w:ascii="宋体 (中文正文)" w:eastAsia="宋体" w:hAnsi="宋体 (中文正文)"/>
          <w:b/>
          <w:sz w:val="28"/>
        </w:rPr>
        <w:t>二、日常工作应常抓不懈。</w:t>
      </w:r>
    </w:p>
    <w:p>
      <w:pPr>
        <w:spacing w:before="100" w:after="200" w:line="360" w:lineRule="auto"/>
        <w:ind w:firstLine="576"/>
        <w:jc w:val="left"/>
      </w:pPr>
      <w:r>
        <w:rPr>
          <w:rFonts w:ascii="宋体" w:eastAsia="宋体" w:hAnsi="宋体"/>
          <w:sz w:val="28"/>
        </w:rPr>
        <w:t>学生会的管理职能就体现在日常的组织工作中。学生会日常工作的好坏，直接关系到我系学生活动工作能否正常进行。因此，我们学生会要狠抓学生会日常工作。</w:t>
      </w:r>
    </w:p>
    <w:p>
      <w:pPr>
        <w:spacing w:before="100" w:after="200" w:line="360" w:lineRule="auto"/>
        <w:ind w:firstLine="576"/>
        <w:jc w:val="left"/>
      </w:pPr>
      <w:r>
        <w:rPr>
          <w:rFonts w:ascii="宋体" w:eastAsia="宋体" w:hAnsi="宋体"/>
          <w:sz w:val="28"/>
        </w:rPr>
        <w:t>1、学生会定期于单周星期日晚7：00召开常委会例会，总结前两周的工作，布置后两周的工作，并对一些工作做出调整(如需要加开会议，会提前三天通知)。</w:t>
      </w:r>
    </w:p>
    <w:p>
      <w:pPr>
        <w:spacing w:before="100" w:after="200" w:line="360" w:lineRule="auto"/>
        <w:ind w:firstLine="576"/>
        <w:jc w:val="left"/>
      </w:pPr>
      <w:r>
        <w:rPr>
          <w:rFonts w:ascii="宋体" w:eastAsia="宋体" w:hAnsi="宋体"/>
          <w:sz w:val="28"/>
        </w:rPr>
        <w:t>2、在学生会常委会工作例会后，学生会各部负责人应及时召开部门例会(碰头会)，落实学生会的安排与调整，并对部门的工作做出相应调整。</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r>
        <w:rPr>
          <w:rFonts w:ascii="宋体" w:eastAsia="宋体" w:hAnsi="宋体"/>
          <w:sz w:val="28"/>
        </w:rPr>
        <w:t>3、学生会各部应在每周召开一次工作例会，总结本部前一周的工作，布置下一周的工作，并针对上一周的问题，在新的工作中做出调整和修正。</w:t>
      </w:r>
    </w:p>
    <w:p>
      <w:pPr>
        <w:spacing w:before="100" w:after="200" w:line="360" w:lineRule="auto"/>
        <w:ind w:firstLine="576"/>
        <w:jc w:val="left"/>
      </w:pPr>
      <w:r>
        <w:rPr>
          <w:rFonts w:ascii="宋体" w:eastAsia="宋体" w:hAnsi="宋体"/>
          <w:sz w:val="28"/>
        </w:rPr>
        <w:t>4、学生会各部门分管的副主席应参加部门的各次例会，对工作做出指导。</w:t>
      </w:r>
    </w:p>
    <w:p>
      <w:pPr>
        <w:spacing w:before="100" w:after="200" w:line="360" w:lineRule="auto"/>
        <w:ind w:firstLine="576"/>
        <w:jc w:val="left"/>
      </w:pPr>
      <w:r>
        <w:rPr>
          <w:rFonts w:ascii="宋体" w:eastAsia="宋体" w:hAnsi="宋体"/>
          <w:sz w:val="28"/>
        </w:rPr>
        <w:t>5、学生会各级各次大会(例会)均应有人做出相应记录，学生会任期届满前交我会秘书处存档。</w:t>
      </w:r>
    </w:p>
    <w:p>
      <w:pPr>
        <w:spacing w:before="100" w:after="200" w:line="360" w:lineRule="auto"/>
        <w:ind w:firstLine="576"/>
        <w:jc w:val="left"/>
      </w:pPr>
      <w:r>
        <w:rPr>
          <w:rFonts w:ascii="宋体" w:eastAsia="宋体" w:hAnsi="宋体"/>
          <w:sz w:val="28"/>
        </w:rPr>
        <w:t>6、各部门应组织本部成员认真学习各部工作职责，检查标准，并落实到工作中，学生会主要干部要不定期抽查各部的工作状况以及工作效果。</w:t>
      </w:r>
    </w:p>
    <w:p>
      <w:pPr>
        <w:spacing w:before="100" w:after="200" w:line="360" w:lineRule="auto"/>
        <w:ind w:firstLine="576"/>
        <w:jc w:val="left"/>
      </w:pPr>
      <w:r>
        <w:rPr>
          <w:rFonts w:ascii="宋体" w:eastAsia="宋体" w:hAnsi="宋体"/>
          <w:sz w:val="28"/>
        </w:rPr>
        <w:t>7、学生会各部门分工不分家，在具体工作上，各部门工作范围不同，但在工作中，大家应相互协作、配合。</w:t>
      </w:r>
    </w:p>
    <w:p>
      <w:pPr>
        <w:spacing w:before="100" w:after="200" w:line="360" w:lineRule="auto"/>
        <w:ind w:firstLine="576"/>
        <w:jc w:val="left"/>
      </w:pPr>
      <w:r>
        <w:rPr>
          <w:rFonts w:ascii="宋体" w:eastAsia="宋体" w:hAnsi="宋体"/>
          <w:sz w:val="28"/>
        </w:rPr>
        <w:t>8、各部应制定出本部的工作计划，并上交秘书处存档，并在工作中加以落实。</w:t>
      </w:r>
    </w:p>
    <w:p>
      <w:pPr>
        <w:spacing w:before="100" w:after="200" w:line="360" w:lineRule="auto"/>
        <w:jc w:val="left"/>
      </w:pPr>
      <w:r>
        <w:rPr>
          <w:rFonts w:ascii="宋体 (中文正文)" w:eastAsia="宋体" w:hAnsi="宋体 (中文正文)"/>
          <w:b/>
          <w:sz w:val="28"/>
        </w:rPr>
        <w:t>三、力求举办更多的丰富多彩的文体活动，丰富同学们的课余生活。</w:t>
      </w:r>
    </w:p>
    <w:p>
      <w:pPr>
        <w:spacing w:before="100" w:after="200" w:line="360" w:lineRule="auto"/>
        <w:ind w:firstLine="576"/>
        <w:jc w:val="left"/>
      </w:pPr>
      <w:r>
        <w:rPr>
          <w:rFonts w:ascii="宋体" w:eastAsia="宋体" w:hAnsi="宋体"/>
          <w:sz w:val="28"/>
        </w:rPr>
        <w:t>1、第2周协助系学生工作办公室开展迎接我系07级新生的工作;</w:t>
      </w:r>
    </w:p>
    <w:p>
      <w:pPr>
        <w:spacing w:before="100" w:after="200" w:line="360" w:lineRule="auto"/>
        <w:ind w:firstLine="576"/>
        <w:jc w:val="left"/>
      </w:pPr>
      <w:r>
        <w:rPr>
          <w:rFonts w:ascii="宋体" w:eastAsia="宋体" w:hAnsi="宋体"/>
          <w:sz w:val="28"/>
        </w:rPr>
        <w:t>2、第2-3周针对07级新生入学教育与军训开展相应的主题活动;</w:t>
      </w:r>
    </w:p>
    <w:p>
      <w:pPr>
        <w:spacing w:before="100" w:after="200" w:line="360" w:lineRule="auto"/>
        <w:ind w:firstLine="576"/>
        <w:jc w:val="left"/>
      </w:pPr>
      <w:r>
        <w:rPr>
          <w:rFonts w:ascii="宋体" w:eastAsia="宋体" w:hAnsi="宋体"/>
          <w:sz w:val="28"/>
        </w:rPr>
        <w:t>3、第2-3周配合学院有关方面做好校庆的相关工作;</w:t>
      </w:r>
    </w:p>
    <w:p>
      <w:pPr>
        <w:spacing w:before="100" w:after="200" w:line="360" w:lineRule="auto"/>
        <w:ind w:firstLine="576"/>
        <w:jc w:val="left"/>
      </w:pPr>
      <w:r>
        <w:rPr>
          <w:rFonts w:ascii="宋体" w:eastAsia="宋体" w:hAnsi="宋体"/>
          <w:sz w:val="28"/>
        </w:rPr>
        <w:t>4、第3周举办“旅游管理系xx年-2023学年总结表彰大会暨迎新晚会”;</w:t>
      </w:r>
    </w:p>
    <w:p>
      <w:pPr>
        <w:spacing w:before="100" w:after="200" w:line="360" w:lineRule="auto"/>
        <w:ind w:firstLine="576"/>
        <w:jc w:val="left"/>
      </w:pPr>
      <w:r>
        <w:rPr>
          <w:rFonts w:ascii="宋体" w:eastAsia="宋体" w:hAnsi="宋体"/>
          <w:sz w:val="28"/>
        </w:rPr>
        <w:t>5、第4周举行系内以年级为单位的篮球联赛，做好我系男女篮球队的选拔工作，为校区第xx届篮球赛做准备工作;</w:t>
      </w:r>
    </w:p>
    <w:p>
      <w:pPr>
        <w:spacing w:before="100" w:after="200" w:line="360" w:lineRule="auto"/>
        <w:ind w:firstLine="576"/>
        <w:jc w:val="left"/>
      </w:pPr>
      <w:r>
        <w:rPr>
          <w:rFonts w:ascii="宋体" w:eastAsia="宋体" w:hAnsi="宋体"/>
          <w:sz w:val="28"/>
        </w:rPr>
        <w:t>6、第4周开展庆国庆为主题的活动;</w:t>
      </w:r>
    </w:p>
    <w:p>
      <w:pPr>
        <w:spacing w:before="100" w:after="200" w:line="360" w:lineRule="auto"/>
        <w:ind w:firstLine="576"/>
        <w:jc w:val="left"/>
        <w:sectPr w:rsidSect="00034616">
          <w:type w:val="nextPage"/>
          <w:pgSz w:w="11906" w:h="16838"/>
          <w:pgMar w:top="1440" w:right="1440" w:bottom="1440" w:left="1440" w:header="720" w:footer="720" w:gutter="0"/>
          <w:pgNumType w:start="19"/>
          <w:cols w:space="720"/>
          <w:titlePg w:val="0"/>
          <w:docGrid w:linePitch="360"/>
        </w:sectPr>
      </w:pPr>
      <w:r>
        <w:rPr>
          <w:rFonts w:ascii="宋体" w:eastAsia="宋体" w:hAnsi="宋体"/>
          <w:sz w:val="28"/>
        </w:rPr>
        <w:t>7、第5周开展庆中秋为主题的活动;</w:t>
      </w:r>
    </w:p>
    <w:p>
      <w:pPr>
        <w:spacing w:before="100" w:after="200" w:line="360" w:lineRule="auto"/>
        <w:ind w:firstLine="576"/>
        <w:jc w:val="left"/>
      </w:pPr>
      <w:r>
        <w:rPr>
          <w:rFonts w:ascii="宋体" w:eastAsia="宋体" w:hAnsi="宋体"/>
          <w:sz w:val="28"/>
        </w:rPr>
        <w:t>8、第5-7周协助系学生工作办公室和系团总支召开旅游管理系学生代表大会第二次会议，做好学生会换届选举工作;</w:t>
      </w:r>
    </w:p>
    <w:p>
      <w:pPr>
        <w:spacing w:before="100" w:after="200" w:line="360" w:lineRule="auto"/>
        <w:ind w:firstLine="576"/>
        <w:jc w:val="left"/>
      </w:pPr>
      <w:r>
        <w:rPr>
          <w:rFonts w:ascii="宋体" w:eastAsia="宋体" w:hAnsi="宋体"/>
          <w:sz w:val="28"/>
        </w:rPr>
        <w:t>五、完善干部、干事考核制度，落实评优选先工作，充分调动其工作积极性。落实《旅游管理系“学生会之星”评选具体实施规则》，秘书处做好相应的工作。具体落实方案稍后公布。</w:t>
      </w:r>
    </w:p>
    <w:p>
      <w:pPr>
        <w:spacing w:before="100" w:after="200" w:line="360" w:lineRule="auto"/>
        <w:ind w:firstLine="576"/>
        <w:jc w:val="left"/>
      </w:pPr>
      <w:r>
        <w:rPr>
          <w:rFonts w:ascii="宋体" w:eastAsia="宋体" w:hAnsi="宋体"/>
          <w:sz w:val="28"/>
        </w:rPr>
        <w:t>旅游管理系学生会 时光如白驹过隙般飞快，转眼间，文晖中学已成立一个年头。在这岁末的寒冬里，文晖中学第xx届学生会成立了。这对于文晖中学的历史来说有重要意义，因为它毕竟开创了文晖中学的一个“第一”。朝气蓬勃的我们在学生会这艘大船上才刚刚起航。虽然有些仓促，但是我们回尽力去做的，我们都相信，时间会检验一切。</w:t>
      </w:r>
    </w:p>
    <w:p>
      <w:pPr>
        <w:spacing w:before="100" w:after="200" w:line="360" w:lineRule="auto"/>
        <w:ind w:firstLine="576"/>
        <w:jc w:val="left"/>
      </w:pPr>
      <w:r>
        <w:rPr>
          <w:rFonts w:ascii="宋体" w:eastAsia="宋体" w:hAnsi="宋体"/>
          <w:sz w:val="28"/>
        </w:rPr>
        <w:t>对于新xx届学生会来说，它只不过完成了一个从无到有的过程。一切对于我们来说，都是崭新的。新xx届学生会是在基础薄弱的情况下成立的，因此，新一年的工作，首先要把学生会的结构完善。这也是眼下工作的当务之急，应着力去完成。各个部门应及时招募干事，社团部下属的各个社团要及时成立等等。学生会作为学生们自己的组织，应以为同学们服务为己任。这些的前提条件就是学生会是完整的，因为只有一个完善的机构，才能更好地为广大同学服务。</w:t>
      </w:r>
    </w:p>
    <w:p>
      <w:pPr>
        <w:spacing w:before="100" w:after="200" w:line="360" w:lineRule="auto"/>
        <w:ind w:firstLine="576"/>
        <w:jc w:val="left"/>
      </w:pPr>
      <w:r>
        <w:rPr>
          <w:rFonts w:ascii="宋体" w:eastAsia="宋体" w:hAnsi="宋体"/>
          <w:sz w:val="28"/>
        </w:rPr>
        <w:t>接下来各个部门应落实行动。各个部门要及时地制定工作计划，把属于自己的工作有声有色地赶起来。在工作中，要积极探索，勇于实践，为文晖中学的校园文化做出贡献，以饱满的工作热情，奋发向上的精神，打造xx届有特色的学生会，使老师放心，同学满意，为文晖中学的学生会开一个好头。</w:t>
      </w:r>
    </w:p>
    <w:p>
      <w:pPr>
        <w:spacing w:before="100" w:after="200" w:line="360" w:lineRule="auto"/>
        <w:ind w:firstLine="576"/>
        <w:jc w:val="left"/>
        <w:sectPr w:rsidSect="00034616">
          <w:type w:val="nextPage"/>
          <w:pgSz w:w="11906" w:h="16838"/>
          <w:pgMar w:top="1440" w:right="1440" w:bottom="1440" w:left="1440" w:header="720" w:footer="720" w:gutter="0"/>
          <w:pgNumType w:start="20"/>
          <w:cols w:space="720"/>
          <w:titlePg w:val="0"/>
          <w:docGrid w:linePitch="360"/>
        </w:sectPr>
      </w:pPr>
      <w:r>
        <w:rPr>
          <w:rFonts w:ascii="宋体" w:eastAsia="宋体" w:hAnsi="宋体"/>
          <w:sz w:val="28"/>
        </w:rPr>
        <w:t>新xx届学生会工作要本着以下几项原则：</w:t>
      </w:r>
    </w:p>
    <w:p>
      <w:pPr>
        <w:spacing w:before="100" w:after="200" w:line="360" w:lineRule="auto"/>
        <w:ind w:firstLine="576"/>
        <w:jc w:val="left"/>
      </w:pPr>
      <w:r>
        <w:rPr>
          <w:rFonts w:ascii="宋体" w:eastAsia="宋体" w:hAnsi="宋体"/>
          <w:sz w:val="28"/>
        </w:rPr>
        <w:t>第一，坚持科学的方法，引导同学们树立正确的人生观、价值观、世界观。青少年是祖国的花朵，民族的希望。处于花季的我们，正被各种思想观念冲击着。新一年的工作，要从实际出发，结合校园政治文化特点，营造积极向上的理论学习气氛，这也是学生会配合学校开展各项活动的重要方向和根本目标。学生会作为学生们自己的组织，要切实做好广大同学的思想政治工作，团结带领广大同学在新的时期里努力学习，扎实工作，经受锻炼，增长才干，是同学们的爱国热情得以激发，从而增强同学们的民族自豪感、自信心时代赋予的使命感。</w:t>
      </w:r>
    </w:p>
    <w:p>
      <w:pPr>
        <w:spacing w:before="100" w:after="200" w:line="360" w:lineRule="auto"/>
        <w:ind w:firstLine="576"/>
        <w:jc w:val="left"/>
      </w:pPr>
      <w:r>
        <w:rPr>
          <w:rFonts w:ascii="宋体" w:eastAsia="宋体" w:hAnsi="宋体"/>
          <w:sz w:val="28"/>
        </w:rPr>
        <w:t>第三，开展丰富多彩的校园文化活动，倡导创新精神，培养创造能力，促进我校学生全面发展。学生会要紧密围绕素质教育，结合学校的实际工作，广泛开展校园文化建设，努力打造品牌活动，不断开拓创新，争取在同学们当中赢得良好的声誉。</w:t>
      </w:r>
    </w:p>
    <w:p>
      <w:pPr>
        <w:spacing w:before="100" w:after="200" w:line="360" w:lineRule="auto"/>
        <w:ind w:firstLine="576"/>
        <w:jc w:val="left"/>
      </w:pPr>
      <w:r>
        <w:rPr>
          <w:rFonts w:ascii="宋体" w:eastAsia="宋体" w:hAnsi="宋体"/>
          <w:sz w:val="28"/>
        </w:rPr>
        <w:t>第四，加强学生会的自身建设，不断提高学生会干部的整体素质增强组织的战斗力和凝聚力，形成朝气蓬勃、奋发向上的工作氛围，保障学生会各项工作的顺利开展。</w:t>
      </w:r>
    </w:p>
    <w:p>
      <w:pPr>
        <w:spacing w:before="100" w:after="200" w:line="360" w:lineRule="auto"/>
        <w:ind w:firstLine="576"/>
        <w:jc w:val="left"/>
      </w:pPr>
      <w:r>
        <w:rPr>
          <w:rFonts w:ascii="宋体" w:eastAsia="宋体" w:hAnsi="宋体"/>
          <w:sz w:val="28"/>
        </w:rPr>
        <w:t>第五，学生会作为学生们自己的组织，要健全民主制度，扩大学生的有序参与，各项工作都要由学生会全体成员讨论决定。每月学生会都要召开例会，各部门及部分干事都要准时参加，及时部署工作，不脱离实际的校园、社会情况，迎合同学们的普遍心理。</w:t>
      </w:r>
    </w:p>
    <w:p>
      <w:pPr>
        <w:spacing w:before="100" w:after="200" w:line="360" w:lineRule="auto"/>
        <w:ind w:firstLine="576"/>
        <w:jc w:val="left"/>
      </w:pPr>
      <w:r>
        <w:rPr>
          <w:rFonts w:ascii="宋体" w:eastAsia="宋体" w:hAnsi="宋体"/>
          <w:sz w:val="28"/>
        </w:rPr>
        <w:t>新xx届学生会各部门的工作以开展活动为主，应以丰富校园文化生活，提高全体同学素质，开拓全体同学视野为方针。学生会各部门拟定的相关活动几及工作如下：</w:t>
      </w:r>
    </w:p>
    <w:p>
      <w:pPr>
        <w:spacing w:before="100" w:after="200" w:line="360" w:lineRule="auto"/>
        <w:ind w:firstLine="576"/>
        <w:jc w:val="left"/>
        <w:sectPr w:rsidSect="00034616">
          <w:type w:val="nextPage"/>
          <w:pgSz w:w="11906" w:h="16838"/>
          <w:pgMar w:top="1440" w:right="1440" w:bottom="1440" w:left="1440" w:header="720" w:footer="720" w:gutter="0"/>
          <w:pgNumType w:start="21"/>
          <w:cols w:space="720"/>
          <w:titlePg w:val="0"/>
          <w:docGrid w:linePitch="360"/>
        </w:sectPr>
      </w:pPr>
    </w:p>
    <w:p>
      <w:pPr>
        <w:spacing w:before="100" w:after="200" w:line="360" w:lineRule="auto"/>
        <w:ind w:firstLine="576"/>
        <w:jc w:val="left"/>
      </w:pPr>
      <w:r>
        <w:rPr>
          <w:rFonts w:ascii="宋体" w:eastAsia="宋体" w:hAnsi="宋体"/>
          <w:sz w:val="28"/>
        </w:rPr>
        <w:t>学习部：在全校范围内整顿学习上的不良风气，对抄袭作业、考试作弊等行为狠抓严打。同时，对各班学习委员的工作进行指导督促和协调。开展各科学习竞赛，展示优秀作业、学习表标兵，举办演讲比赛、知识竞赛、科技节等同学们喜闻乐见的活动，营造一个良好的学习氛围。</w:t>
      </w:r>
    </w:p>
    <w:p>
      <w:pPr>
        <w:spacing w:before="100" w:after="200" w:line="360" w:lineRule="auto"/>
        <w:ind w:firstLine="576"/>
        <w:jc w:val="left"/>
      </w:pPr>
      <w:r>
        <w:rPr>
          <w:rFonts w:ascii="宋体" w:eastAsia="宋体" w:hAnsi="宋体"/>
          <w:sz w:val="28"/>
        </w:rPr>
        <w:t>宣传部：对校园的橱窗进行每化与装饰并及时进行更换，完成好学校各项活动的海报，运动会时协助学校完成《校运快讯》等。对各项精神及学校要求的行为规范及时宣传。</w:t>
      </w:r>
    </w:p>
    <w:p>
      <w:pPr>
        <w:spacing w:before="100" w:after="200" w:line="360" w:lineRule="auto"/>
        <w:ind w:firstLine="576"/>
        <w:jc w:val="left"/>
      </w:pPr>
      <w:r>
        <w:rPr>
          <w:rFonts w:ascii="宋体" w:eastAsia="宋体" w:hAnsi="宋体"/>
          <w:sz w:val="28"/>
        </w:rPr>
        <w:t>文体部：积极配合学校开展“一二.九”文艺会演、艺术节等活动的准备工作，保证演出正常进行，对优秀的书画作品进行挑选和展览。积极配和学校篮球联赛、运动会的开展，逐步举办乒乓球联赛、三对三篮球挑战赛、风筝大赛、三跳比赛等有益身心的活动。</w:t>
      </w:r>
    </w:p>
    <w:p>
      <w:pPr>
        <w:spacing w:before="100" w:after="200" w:line="360" w:lineRule="auto"/>
        <w:ind w:firstLine="576"/>
        <w:jc w:val="left"/>
      </w:pPr>
      <w:r>
        <w:rPr>
          <w:rFonts w:ascii="宋体" w:eastAsia="宋体" w:hAnsi="宋体"/>
          <w:sz w:val="28"/>
        </w:rPr>
        <w:t>社团部：把学校传统社团做大做强，组建其他社团。拟定完善及设立的有记者团、电视台、篮球社、美术社、话剧社。</w:t>
      </w:r>
    </w:p>
    <w:p>
      <w:pPr>
        <w:spacing w:before="100" w:after="200" w:line="360" w:lineRule="auto"/>
        <w:ind w:firstLine="576"/>
        <w:jc w:val="left"/>
      </w:pPr>
      <w:r>
        <w:rPr>
          <w:rFonts w:ascii="宋体" w:eastAsia="宋体" w:hAnsi="宋体"/>
          <w:sz w:val="28"/>
        </w:rPr>
        <w:t>纪检部：对学校各大活动的纪律进行管理，设立纪律监督岗，与其他部门联合，对违纪行为进行检查。</w:t>
      </w:r>
    </w:p>
    <w:p>
      <w:pPr>
        <w:spacing w:before="100" w:after="200" w:line="360" w:lineRule="auto"/>
        <w:ind w:firstLine="576"/>
        <w:jc w:val="left"/>
      </w:pPr>
      <w:r>
        <w:rPr>
          <w:rFonts w:ascii="宋体" w:eastAsia="宋体" w:hAnsi="宋体"/>
          <w:sz w:val="28"/>
        </w:rPr>
        <w:t>卫生部：对一些卫生常识进行宣传，设立卫生监督岗，检查包干区卫生及校园卫生，对大型活动的卫生进行管理和检查。</w:t>
      </w:r>
    </w:p>
    <w:p>
      <w:pPr>
        <w:spacing w:before="100" w:after="200" w:line="360" w:lineRule="auto"/>
        <w:ind w:firstLine="576"/>
        <w:jc w:val="left"/>
      </w:pPr>
      <w:r>
        <w:rPr>
          <w:rFonts w:ascii="宋体" w:eastAsia="宋体" w:hAnsi="宋体"/>
          <w:sz w:val="28"/>
        </w:rPr>
        <w:t>【第7篇】大学团总支年度计划与总结</w:t>
      </w:r>
    </w:p>
    <w:p>
      <w:pPr>
        <w:spacing w:before="100" w:after="200" w:line="360" w:lineRule="auto"/>
        <w:ind w:firstLine="576"/>
        <w:jc w:val="left"/>
      </w:pPr>
      <w:r>
        <w:rPr>
          <w:rFonts w:ascii="宋体" w:eastAsia="宋体" w:hAnsi="宋体"/>
          <w:sz w:val="28"/>
        </w:rPr>
        <w:t>一月份活动计划</w:t>
      </w:r>
    </w:p>
    <w:p>
      <w:pPr>
        <w:spacing w:before="100" w:after="200" w:line="360" w:lineRule="auto"/>
        <w:ind w:firstLine="576"/>
        <w:jc w:val="left"/>
      </w:pPr>
      <w:r>
        <w:rPr>
          <w:rFonts w:ascii="宋体" w:eastAsia="宋体" w:hAnsi="宋体"/>
          <w:sz w:val="28"/>
        </w:rPr>
        <w:t>天生的才干如同天生的植物一样，需要靠学习里修剪。而一份好的成绩如同玉般，需要勤奋去雕琢，以下是讲安排时间，以下是活动计划：</w:t>
      </w:r>
    </w:p>
    <w:p>
      <w:pPr>
        <w:spacing w:before="100" w:after="200" w:line="360" w:lineRule="auto"/>
        <w:ind w:firstLine="576"/>
        <w:jc w:val="left"/>
      </w:pPr>
      <w:r>
        <w:rPr>
          <w:rFonts w:ascii="宋体" w:eastAsia="宋体" w:hAnsi="宋体"/>
          <w:sz w:val="28"/>
        </w:rPr>
        <w:t>2由于已近期末，至重要的将转至学习复习，因此各类活动不多。</w:t>
      </w:r>
    </w:p>
    <w:p>
      <w:pPr>
        <w:spacing w:before="100" w:after="200" w:line="360" w:lineRule="auto"/>
        <w:ind w:firstLine="576"/>
        <w:jc w:val="left"/>
        <w:sectPr w:rsidSect="00034616">
          <w:type w:val="nextPage"/>
          <w:pgSz w:w="11906" w:h="16838"/>
          <w:pgMar w:top="1440" w:right="1440" w:bottom="1440" w:left="1440" w:header="720" w:footer="720" w:gutter="0"/>
          <w:pgNumType w:start="22"/>
          <w:cols w:space="720"/>
          <w:titlePg w:val="0"/>
          <w:docGrid w:linePitch="360"/>
        </w:sectPr>
      </w:pPr>
      <w:r>
        <w:rPr>
          <w:rFonts w:ascii="宋体" w:eastAsia="宋体" w:hAnsi="宋体"/>
          <w:sz w:val="28"/>
        </w:rPr>
        <w:t>以上是初教系团总支xx年1月份活动计划</w:t>
      </w:r>
    </w:p>
    <w:p>
      <w:pPr>
        <w:spacing w:before="100" w:after="200" w:line="360" w:lineRule="auto"/>
        <w:ind w:firstLine="576"/>
        <w:jc w:val="left"/>
      </w:pPr>
      <w:r>
        <w:rPr>
          <w:rFonts w:ascii="宋体" w:eastAsia="宋体" w:hAnsi="宋体"/>
          <w:sz w:val="28"/>
        </w:rPr>
        <w:t>初教系团总支</w:t>
      </w:r>
    </w:p>
    <w:p>
      <w:pPr>
        <w:spacing w:before="100" w:after="200" w:line="360" w:lineRule="auto"/>
        <w:ind w:firstLine="576"/>
        <w:jc w:val="left"/>
      </w:pPr>
      <w:r>
        <w:rPr>
          <w:rFonts w:ascii="宋体" w:eastAsia="宋体" w:hAnsi="宋体"/>
          <w:sz w:val="28"/>
        </w:rPr>
        <w:t>学生分会</w:t>
      </w:r>
    </w:p>
    <w:p>
      <w:pPr>
        <w:spacing w:before="100" w:after="200" w:line="360" w:lineRule="auto"/>
        <w:ind w:firstLine="576"/>
        <w:jc w:val="left"/>
      </w:pPr>
      <w:r>
        <w:rPr>
          <w:rFonts w:ascii="宋体" w:eastAsia="宋体" w:hAnsi="宋体"/>
          <w:sz w:val="28"/>
        </w:rPr>
        <w:t>初教系xx年2月份活动计划</w:t>
      </w:r>
    </w:p>
    <w:p>
      <w:pPr>
        <w:spacing w:before="100" w:after="200" w:line="360" w:lineRule="auto"/>
        <w:ind w:firstLine="576"/>
        <w:jc w:val="left"/>
      </w:pPr>
      <w:r>
        <w:rPr>
          <w:rFonts w:ascii="宋体" w:eastAsia="宋体" w:hAnsi="宋体"/>
          <w:sz w:val="28"/>
        </w:rPr>
        <w:t>新学期的到来，我们又来到了紧张的筹备工作，在这过去的一个学期中有过收获的喜悦，也有过挫折和失望，2月份，本学期的开始，为了响应学校创建文明卫生校园的号召，特拟定以下计划：</w:t>
      </w:r>
    </w:p>
    <w:p>
      <w:pPr>
        <w:spacing w:before="100" w:after="200" w:line="360" w:lineRule="auto"/>
        <w:ind w:firstLine="576"/>
        <w:jc w:val="left"/>
      </w:pPr>
      <w:r>
        <w:rPr>
          <w:rFonts w:ascii="宋体" w:eastAsia="宋体" w:hAnsi="宋体"/>
          <w:sz w:val="28"/>
        </w:rPr>
        <w:t>2月19日，我系全体系干于下午1:00在英华楼举办了“文明高专，我在行动”，英华楼大扫除。活动中既能体现我系对创建文明卫生校园的重视，同时也身先士卒，用行动和全校师生一起创建文明卫生城市。</w:t>
      </w:r>
    </w:p>
    <w:p>
      <w:pPr>
        <w:spacing w:before="100" w:after="200" w:line="360" w:lineRule="auto"/>
        <w:ind w:firstLine="576"/>
        <w:jc w:val="left"/>
      </w:pPr>
      <w:r>
        <w:rPr>
          <w:rFonts w:ascii="宋体" w:eastAsia="宋体" w:hAnsi="宋体"/>
          <w:sz w:val="28"/>
        </w:rPr>
        <w:t>由于是一开始，所有活动将于</w:t>
      </w:r>
    </w:p>
    <w:p>
      <w:pPr>
        <w:spacing w:before="100" w:after="200" w:line="360" w:lineRule="auto"/>
        <w:ind w:firstLine="576"/>
        <w:jc w:val="left"/>
      </w:pPr>
      <w:r>
        <w:rPr>
          <w:rFonts w:ascii="宋体" w:eastAsia="宋体" w:hAnsi="宋体"/>
          <w:sz w:val="28"/>
        </w:rPr>
        <w:t>3、</w:t>
      </w:r>
    </w:p>
    <w:p>
      <w:pPr>
        <w:spacing w:before="100" w:after="200" w:line="360" w:lineRule="auto"/>
        <w:ind w:firstLine="576"/>
        <w:jc w:val="left"/>
      </w:pPr>
      <w:r>
        <w:rPr>
          <w:rFonts w:ascii="宋体" w:eastAsia="宋体" w:hAnsi="宋体"/>
          <w:sz w:val="28"/>
        </w:rPr>
        <w:t>4、5月份举行，以上是初教系团总支xx年2月份活动计划！</w:t>
      </w:r>
    </w:p>
    <w:p>
      <w:pPr>
        <w:spacing w:before="100" w:after="200" w:line="360" w:lineRule="auto"/>
        <w:ind w:firstLine="576"/>
        <w:jc w:val="left"/>
      </w:pPr>
      <w:r>
        <w:rPr>
          <w:rFonts w:ascii="宋体" w:eastAsia="宋体" w:hAnsi="宋体"/>
          <w:sz w:val="28"/>
        </w:rPr>
        <w:t>团总支</w:t>
      </w:r>
    </w:p>
    <w:p>
      <w:pPr>
        <w:spacing w:before="100" w:after="200" w:line="360" w:lineRule="auto"/>
        <w:ind w:firstLine="576"/>
        <w:jc w:val="left"/>
      </w:pPr>
      <w:r>
        <w:rPr>
          <w:rFonts w:ascii="宋体" w:eastAsia="宋体" w:hAnsi="宋体"/>
          <w:sz w:val="28"/>
        </w:rPr>
        <w:t>初教系</w:t>
      </w:r>
    </w:p>
    <w:p>
      <w:pPr>
        <w:spacing w:before="100" w:after="200" w:line="360" w:lineRule="auto"/>
        <w:ind w:firstLine="576"/>
        <w:jc w:val="left"/>
      </w:pPr>
      <w:r>
        <w:rPr>
          <w:rFonts w:ascii="宋体" w:eastAsia="宋体" w:hAnsi="宋体"/>
          <w:sz w:val="28"/>
        </w:rPr>
        <w:t>学生分会</w:t>
      </w:r>
    </w:p>
    <w:p>
      <w:pPr>
        <w:spacing w:before="100" w:after="200" w:line="360" w:lineRule="auto"/>
        <w:ind w:firstLine="576"/>
        <w:jc w:val="left"/>
      </w:pPr>
      <w:r>
        <w:rPr>
          <w:rFonts w:ascii="宋体" w:eastAsia="宋体" w:hAnsi="宋体"/>
          <w:sz w:val="28"/>
        </w:rPr>
        <w:t>初教系xx年三月工作计划</w:t>
      </w:r>
    </w:p>
    <w:p>
      <w:pPr>
        <w:spacing w:before="100" w:after="200" w:line="360" w:lineRule="auto"/>
        <w:ind w:firstLine="576"/>
        <w:jc w:val="left"/>
      </w:pPr>
      <w:r>
        <w:rPr>
          <w:rFonts w:ascii="宋体" w:eastAsia="宋体" w:hAnsi="宋体"/>
          <w:sz w:val="28"/>
        </w:rPr>
        <w:t>桃李花林又一载，新一学期，所有工作将有新的突破，新的收获，以下是三月份工作计划：</w:t>
      </w:r>
    </w:p>
    <w:p>
      <w:pPr>
        <w:spacing w:before="100" w:after="200" w:line="360" w:lineRule="auto"/>
        <w:ind w:firstLine="576"/>
        <w:jc w:val="left"/>
        <w:sectPr w:rsidSect="00034616">
          <w:type w:val="nextPage"/>
          <w:pgSz w:w="11906" w:h="16838"/>
          <w:pgMar w:top="1440" w:right="1440" w:bottom="1440" w:left="1440" w:header="720" w:footer="720" w:gutter="0"/>
          <w:pgNumType w:start="23"/>
          <w:cols w:space="720"/>
          <w:titlePg w:val="0"/>
          <w:docGrid w:linePitch="360"/>
        </w:sectPr>
      </w:pPr>
      <w:r>
        <w:rPr>
          <w:rFonts w:ascii="宋体" w:eastAsia="宋体" w:hAnsi="宋体"/>
          <w:sz w:val="28"/>
        </w:rPr>
        <w:t>开学相关工作，召开工作会议，整理内部资料等一系列常规工作将有序的开展。</w:t>
      </w:r>
    </w:p>
    <w:p>
      <w:pPr>
        <w:spacing w:before="100" w:after="200" w:line="360" w:lineRule="auto"/>
        <w:ind w:firstLine="576"/>
        <w:jc w:val="left"/>
      </w:pPr>
      <w:r>
        <w:rPr>
          <w:rFonts w:ascii="宋体" w:eastAsia="宋体" w:hAnsi="宋体"/>
          <w:sz w:val="28"/>
        </w:rPr>
        <w:t>计划、准备开展三月“学雷锋”系列活动，班级活动由主题班会和清扫校园、及各班自己的“学雷锋”活动。我系团总支将从三个主题开展六项活动，从缅怀、思想教育，实践三方面开展一系列活动。</w:t>
      </w:r>
    </w:p>
    <w:p>
      <w:pPr>
        <w:spacing w:before="100" w:after="200" w:line="360" w:lineRule="auto"/>
        <w:ind w:firstLine="576"/>
        <w:jc w:val="left"/>
      </w:pPr>
      <w:r>
        <w:rPr>
          <w:rFonts w:ascii="宋体" w:eastAsia="宋体" w:hAnsi="宋体"/>
          <w:sz w:val="28"/>
        </w:rPr>
        <w:t>为了加强我系学生对学习的意识，我系将从3月份初开展“早锻炼”活动，加强学生的体质。</w:t>
      </w:r>
    </w:p>
    <w:p>
      <w:pPr>
        <w:spacing w:before="100" w:after="200" w:line="360" w:lineRule="auto"/>
        <w:ind w:firstLine="576"/>
        <w:jc w:val="left"/>
      </w:pPr>
      <w:r>
        <w:rPr>
          <w:rFonts w:ascii="宋体" w:eastAsia="宋体" w:hAnsi="宋体"/>
          <w:sz w:val="28"/>
        </w:rPr>
        <w:t>响应我校的号召，做文明大学生，我系在三月份将对党员、预备党员、系干、班干进行寝室卫生抽查，及上课情况调查工作，并将配合校里做好校风学风建设工作，并制定和实施各班级月工作考核评比制度。</w:t>
      </w:r>
    </w:p>
    <w:p>
      <w:pPr>
        <w:spacing w:before="100" w:after="200" w:line="360" w:lineRule="auto"/>
        <w:ind w:firstLine="576"/>
        <w:jc w:val="left"/>
      </w:pPr>
      <w:r>
        <w:rPr>
          <w:rFonts w:ascii="宋体" w:eastAsia="宋体" w:hAnsi="宋体"/>
          <w:sz w:val="28"/>
        </w:rPr>
        <w:t>配合校团委开展相关工作及“学雷锋”系列活动，创建文明校园的相关工作，及升旗仪式和五四青年林的维护工作。</w:t>
      </w:r>
    </w:p>
    <w:p>
      <w:pPr>
        <w:spacing w:before="100" w:after="200" w:line="360" w:lineRule="auto"/>
        <w:ind w:firstLine="576"/>
        <w:jc w:val="left"/>
      </w:pPr>
      <w:r>
        <w:rPr>
          <w:rFonts w:ascii="宋体" w:eastAsia="宋体" w:hAnsi="宋体"/>
          <w:sz w:val="28"/>
        </w:rPr>
        <w:t>对我系团员额团员证、团档进行查漏补失，并发展新团员争取将我系团员率达到100℅。</w:t>
      </w:r>
    </w:p>
    <w:p>
      <w:pPr>
        <w:spacing w:before="100" w:after="200" w:line="360" w:lineRule="auto"/>
        <w:ind w:firstLine="576"/>
        <w:jc w:val="left"/>
      </w:pPr>
      <w:r>
        <w:rPr>
          <w:rFonts w:ascii="宋体" w:eastAsia="宋体" w:hAnsi="宋体"/>
          <w:sz w:val="28"/>
        </w:rPr>
        <w:t>我系将于三月中旬制定出一份对预备党员的考核制定并且实施。</w:t>
      </w:r>
    </w:p>
    <w:p>
      <w:pPr>
        <w:spacing w:before="100" w:after="200" w:line="360" w:lineRule="auto"/>
        <w:ind w:firstLine="576"/>
        <w:jc w:val="left"/>
      </w:pPr>
      <w:r>
        <w:rPr>
          <w:rFonts w:ascii="宋体" w:eastAsia="宋体" w:hAnsi="宋体"/>
          <w:sz w:val="28"/>
        </w:rPr>
        <w:t>以上是初教系团总支xx年三月份工作计划。</w:t>
      </w:r>
    </w:p>
    <w:p>
      <w:pPr>
        <w:spacing w:before="100" w:after="200" w:line="360" w:lineRule="auto"/>
        <w:ind w:firstLine="576"/>
        <w:jc w:val="left"/>
      </w:pPr>
      <w:r>
        <w:rPr>
          <w:rFonts w:ascii="宋体" w:eastAsia="宋体" w:hAnsi="宋体"/>
          <w:sz w:val="28"/>
        </w:rPr>
        <w:t>团总支</w:t>
      </w:r>
    </w:p>
    <w:p>
      <w:pPr>
        <w:spacing w:before="100" w:after="200" w:line="360" w:lineRule="auto"/>
        <w:ind w:firstLine="576"/>
        <w:jc w:val="left"/>
      </w:pPr>
      <w:r>
        <w:rPr>
          <w:rFonts w:ascii="宋体" w:eastAsia="宋体" w:hAnsi="宋体"/>
          <w:sz w:val="28"/>
        </w:rPr>
        <w:t>初教系</w:t>
      </w:r>
    </w:p>
    <w:p>
      <w:pPr>
        <w:spacing w:before="100" w:after="200" w:line="360" w:lineRule="auto"/>
        <w:ind w:firstLine="576"/>
        <w:jc w:val="left"/>
      </w:pPr>
      <w:r>
        <w:rPr>
          <w:rFonts w:ascii="宋体" w:eastAsia="宋体" w:hAnsi="宋体"/>
          <w:sz w:val="28"/>
        </w:rPr>
        <w:t>学生分会</w:t>
      </w:r>
    </w:p>
    <w:p>
      <w:pPr>
        <w:spacing w:before="100" w:after="200" w:line="360" w:lineRule="auto"/>
        <w:ind w:firstLine="576"/>
        <w:jc w:val="left"/>
      </w:pPr>
      <w:r>
        <w:rPr>
          <w:rFonts w:ascii="宋体" w:eastAsia="宋体" w:hAnsi="宋体"/>
          <w:sz w:val="28"/>
        </w:rPr>
        <w:t>xx.2.26</w:t>
      </w:r>
    </w:p>
    <w:p>
      <w:pPr>
        <w:spacing w:before="100" w:after="200" w:line="360" w:lineRule="auto"/>
        <w:ind w:firstLine="576"/>
        <w:jc w:val="left"/>
        <w:sectPr w:rsidSect="00034616">
          <w:type w:val="nextPage"/>
          <w:pgSz w:w="11906" w:h="16838"/>
          <w:pgMar w:top="1440" w:right="1440" w:bottom="1440" w:left="1440" w:header="720" w:footer="720" w:gutter="0"/>
          <w:pgNumType w:start="24"/>
          <w:cols w:space="720"/>
          <w:titlePg w:val="0"/>
          <w:docGrid w:linePitch="360"/>
        </w:sectPr>
      </w:pPr>
      <w:r>
        <w:rPr>
          <w:rFonts w:ascii="宋体" w:eastAsia="宋体" w:hAnsi="宋体"/>
          <w:sz w:val="28"/>
        </w:rPr>
        <w:t>初教系团总支三月份活动计划</w:t>
      </w:r>
    </w:p>
    <w:p>
      <w:pPr>
        <w:spacing w:before="100" w:after="200" w:line="360" w:lineRule="auto"/>
        <w:ind w:firstLine="576"/>
        <w:jc w:val="left"/>
      </w:pPr>
      <w:r>
        <w:rPr>
          <w:rFonts w:ascii="宋体" w:eastAsia="宋体" w:hAnsi="宋体"/>
          <w:sz w:val="28"/>
        </w:rPr>
        <w:t>三月是学雷锋月，我系将以“弘扬雷锋精神，共建文明校园”为主题的主题月系列活动将有序开展，并以思想教育，实践行动两个方面出发达到双重目的。以下是活动计划：</w:t>
      </w:r>
    </w:p>
    <w:p>
      <w:pPr>
        <w:spacing w:before="100" w:after="200" w:line="360" w:lineRule="auto"/>
        <w:ind w:firstLine="576"/>
        <w:jc w:val="left"/>
      </w:pPr>
      <w:r>
        <w:rPr>
          <w:rFonts w:ascii="宋体" w:eastAsia="宋体" w:hAnsi="宋体"/>
          <w:sz w:val="28"/>
        </w:rPr>
        <w:t>三月初，我系将举办“弘扬雷锋精神，共建文明校园”的万人签名活动；</w:t>
      </w:r>
    </w:p>
    <w:p>
      <w:pPr>
        <w:spacing w:before="100" w:after="200" w:line="360" w:lineRule="auto"/>
        <w:ind w:firstLine="576"/>
        <w:jc w:val="left"/>
      </w:pPr>
      <w:r>
        <w:rPr>
          <w:rFonts w:ascii="宋体" w:eastAsia="宋体" w:hAnsi="宋体"/>
          <w:sz w:val="28"/>
        </w:rPr>
        <w:t>为了积极落实弘扬雷锋精神的号召将于三月初举办“你是我的同学的爱心基金会”的爱心助困活动；</w:t>
      </w:r>
    </w:p>
    <w:p>
      <w:pPr>
        <w:spacing w:before="100" w:after="200" w:line="360" w:lineRule="auto"/>
        <w:ind w:firstLine="576"/>
        <w:jc w:val="left"/>
      </w:pPr>
      <w:r>
        <w:rPr>
          <w:rFonts w:ascii="宋体" w:eastAsia="宋体" w:hAnsi="宋体"/>
          <w:sz w:val="28"/>
        </w:rPr>
        <w:t>“学习雷锋精神，你我共参与”知识竞赛活动将于三月上旬组织举办；</w:t>
      </w:r>
    </w:p>
    <w:p>
      <w:pPr>
        <w:spacing w:before="100" w:after="200" w:line="360" w:lineRule="auto"/>
        <w:ind w:firstLine="576"/>
        <w:jc w:val="left"/>
      </w:pPr>
      <w:r>
        <w:rPr>
          <w:rFonts w:ascii="宋体" w:eastAsia="宋体" w:hAnsi="宋体"/>
          <w:sz w:val="28"/>
        </w:rPr>
        <w:t>三月中旬，我系将举办“以爱为名，我系携手共创文明卫生城市”秋收义扫活动和“我爱我校，感恩师情”的校车情况活动；</w:t>
      </w:r>
    </w:p>
    <w:p>
      <w:pPr>
        <w:spacing w:before="100" w:after="200" w:line="360" w:lineRule="auto"/>
        <w:ind w:firstLine="576"/>
        <w:jc w:val="left"/>
      </w:pPr>
      <w:r>
        <w:rPr>
          <w:rFonts w:ascii="宋体" w:eastAsia="宋体" w:hAnsi="宋体"/>
          <w:sz w:val="28"/>
        </w:rPr>
        <w:t>三月下旬，我系将举办“我身边的典型人物事迹报告会”和“做一名优秀学生干部”的心理讲座活动；</w:t>
      </w:r>
    </w:p>
    <w:p>
      <w:pPr>
        <w:spacing w:before="100" w:after="200" w:line="360" w:lineRule="auto"/>
        <w:ind w:firstLine="576"/>
        <w:jc w:val="left"/>
      </w:pPr>
      <w:r>
        <w:rPr>
          <w:rFonts w:ascii="宋体" w:eastAsia="宋体" w:hAnsi="宋体"/>
          <w:sz w:val="28"/>
        </w:rPr>
        <w:t>配合学校以及其他活动的开展，并号召各班开展学习雷锋活动和主题班会。</w:t>
      </w:r>
    </w:p>
    <w:p>
      <w:pPr>
        <w:spacing w:before="100" w:after="200" w:line="360" w:lineRule="auto"/>
        <w:ind w:firstLine="576"/>
        <w:jc w:val="left"/>
      </w:pPr>
      <w:r>
        <w:rPr>
          <w:rFonts w:ascii="宋体" w:eastAsia="宋体" w:hAnsi="宋体"/>
          <w:sz w:val="28"/>
        </w:rPr>
        <w:t>以上是我系三月份的活动计划。</w:t>
      </w:r>
    </w:p>
    <w:p>
      <w:pPr>
        <w:spacing w:before="100" w:after="200" w:line="360" w:lineRule="auto"/>
        <w:ind w:firstLine="576"/>
        <w:jc w:val="left"/>
      </w:pPr>
      <w:r>
        <w:rPr>
          <w:rFonts w:ascii="宋体" w:eastAsia="宋体" w:hAnsi="宋体"/>
          <w:sz w:val="28"/>
        </w:rPr>
        <w:t>初教系团总支</w:t>
      </w:r>
    </w:p>
    <w:p>
      <w:pPr>
        <w:spacing w:before="100" w:after="200" w:line="360" w:lineRule="auto"/>
        <w:ind w:firstLine="576"/>
        <w:jc w:val="left"/>
      </w:pPr>
      <w:r>
        <w:rPr>
          <w:rFonts w:ascii="宋体" w:eastAsia="宋体" w:hAnsi="宋体"/>
          <w:sz w:val="28"/>
        </w:rPr>
        <w:t>xx．2．26</w:t>
      </w:r>
    </w:p>
    <w:p>
      <w:pPr>
        <w:spacing w:before="100" w:after="200" w:line="360" w:lineRule="auto"/>
        <w:ind w:firstLine="576"/>
        <w:jc w:val="left"/>
      </w:pPr>
      <w:r>
        <w:rPr>
          <w:rFonts w:ascii="宋体" w:eastAsia="宋体" w:hAnsi="宋体"/>
          <w:sz w:val="28"/>
        </w:rPr>
        <w:t>初教系团总支三月份工作总结</w:t>
      </w:r>
    </w:p>
    <w:p>
      <w:pPr>
        <w:spacing w:before="100" w:after="200" w:line="360" w:lineRule="auto"/>
        <w:ind w:firstLine="576"/>
        <w:jc w:val="left"/>
        <w:sectPr w:rsidSect="00034616">
          <w:type w:val="nextPage"/>
          <w:pgSz w:w="11906" w:h="16838"/>
          <w:pgMar w:top="1440" w:right="1440" w:bottom="1440" w:left="1440" w:header="720" w:footer="720" w:gutter="0"/>
          <w:pgNumType w:start="25"/>
          <w:cols w:space="720"/>
          <w:titlePg w:val="0"/>
          <w:docGrid w:linePitch="360"/>
        </w:sectPr>
      </w:pPr>
      <w:r>
        <w:rPr>
          <w:rFonts w:ascii="宋体" w:eastAsia="宋体" w:hAnsi="宋体"/>
          <w:sz w:val="28"/>
        </w:rPr>
        <w:t>微风习习吹来，带来了绵绵细雨，同时也带走了“三月雷锋月”，以下是我系三月份工作总结：</w:t>
      </w:r>
    </w:p>
    <w:p>
      <w:pPr>
        <w:spacing w:before="100" w:after="200" w:line="360" w:lineRule="auto"/>
        <w:ind w:firstLine="576"/>
        <w:jc w:val="left"/>
      </w:pPr>
      <w:r>
        <w:rPr>
          <w:rFonts w:ascii="宋体" w:eastAsia="宋体" w:hAnsi="宋体"/>
          <w:sz w:val="28"/>
        </w:rPr>
        <w:t>为了积极落实创建文明卫生校园的章程，响应学工处的号召，在三月上旬初步制订了各班级考核制度，并选拔了八人参加每天7：40—7：55的检查，此外，也加大了教室卫生，寝室卫生检查的力度。</w:t>
      </w:r>
    </w:p>
    <w:p>
      <w:pPr>
        <w:spacing w:before="100" w:after="200" w:line="360" w:lineRule="auto"/>
        <w:ind w:firstLine="576"/>
        <w:jc w:val="left"/>
      </w:pPr>
      <w:r>
        <w:rPr>
          <w:rFonts w:ascii="宋体" w:eastAsia="宋体" w:hAnsi="宋体"/>
          <w:sz w:val="28"/>
        </w:rPr>
        <w:t>在三月初，我系团总支召开了全体系干会议，经研究，讨论确定了“学雷锋活动”，并制定了各项活动的策划。</w:t>
      </w:r>
    </w:p>
    <w:p>
      <w:pPr>
        <w:spacing w:before="100" w:after="200" w:line="360" w:lineRule="auto"/>
        <w:ind w:firstLine="576"/>
        <w:jc w:val="left"/>
      </w:pPr>
      <w:r>
        <w:rPr>
          <w:rFonts w:ascii="宋体" w:eastAsia="宋体" w:hAnsi="宋体"/>
          <w:sz w:val="28"/>
        </w:rPr>
        <w:t>为了征选我系5月份魅力教师文化艺术节开幕式及文艺汇报晚会的节目，于3月中旬对各班发起了号召，征选优秀节目，并制定了有关事宜。</w:t>
      </w:r>
    </w:p>
    <w:p>
      <w:pPr>
        <w:spacing w:before="100" w:after="200" w:line="360" w:lineRule="auto"/>
        <w:ind w:firstLine="576"/>
        <w:jc w:val="left"/>
      </w:pPr>
      <w:r>
        <w:rPr>
          <w:rFonts w:ascii="宋体" w:eastAsia="宋体" w:hAnsi="宋体"/>
          <w:sz w:val="28"/>
        </w:rPr>
        <w:t>以上是初教系团总支3月份工作总结。</w:t>
      </w:r>
    </w:p>
    <w:p>
      <w:pPr>
        <w:spacing w:before="100" w:after="200" w:line="360" w:lineRule="auto"/>
        <w:ind w:firstLine="576"/>
        <w:jc w:val="left"/>
      </w:pPr>
      <w:r>
        <w:rPr>
          <w:rFonts w:ascii="宋体" w:eastAsia="宋体" w:hAnsi="宋体"/>
          <w:sz w:val="28"/>
        </w:rPr>
        <w:t>初教系团总支</w:t>
      </w:r>
    </w:p>
    <w:p>
      <w:pPr>
        <w:spacing w:before="100" w:after="200" w:line="360" w:lineRule="auto"/>
        <w:ind w:firstLine="576"/>
        <w:jc w:val="left"/>
      </w:pPr>
      <w:r>
        <w:rPr>
          <w:rFonts w:ascii="宋体" w:eastAsia="宋体" w:hAnsi="宋体"/>
          <w:sz w:val="28"/>
        </w:rPr>
        <w:t>xx．3．24</w:t>
      </w:r>
    </w:p>
    <w:p>
      <w:pPr>
        <w:spacing w:before="100" w:after="200" w:line="360" w:lineRule="auto"/>
        <w:ind w:firstLine="576"/>
        <w:jc w:val="left"/>
      </w:pPr>
      <w:r>
        <w:rPr>
          <w:rFonts w:ascii="宋体" w:eastAsia="宋体" w:hAnsi="宋体"/>
          <w:sz w:val="28"/>
        </w:rPr>
        <w:t>初教系团总支三月份工作总结</w:t>
      </w:r>
    </w:p>
    <w:p>
      <w:pPr>
        <w:spacing w:before="100" w:after="200" w:line="360" w:lineRule="auto"/>
        <w:ind w:firstLine="576"/>
        <w:jc w:val="left"/>
      </w:pPr>
      <w:r>
        <w:rPr>
          <w:rFonts w:ascii="宋体" w:eastAsia="宋体" w:hAnsi="宋体"/>
          <w:sz w:val="28"/>
        </w:rPr>
        <w:t>微风习习吹来，带来了绵绵细雨，同时也带走了三月份，以下是我系三月份工作总结：</w:t>
      </w:r>
    </w:p>
    <w:p>
      <w:pPr>
        <w:spacing w:before="100" w:after="200" w:line="360" w:lineRule="auto"/>
        <w:ind w:firstLine="576"/>
        <w:jc w:val="left"/>
      </w:pPr>
      <w:r>
        <w:rPr>
          <w:rFonts w:ascii="宋体" w:eastAsia="宋体" w:hAnsi="宋体"/>
          <w:sz w:val="28"/>
        </w:rPr>
        <w:t>为了更加大力宣传，弘扬雷锋精神，我系于3月2日中午于高专以食堂门口100米处举办了以“弘扬雷锋精神，共建文明卫生校园”的万人签名活动，同学们一听是与“雷锋同志”有关，便纷纷来签名，参加活动。</w:t>
      </w:r>
    </w:p>
    <w:p>
      <w:pPr>
        <w:spacing w:before="100" w:after="200" w:line="360" w:lineRule="auto"/>
        <w:ind w:firstLine="576"/>
        <w:jc w:val="left"/>
      </w:pPr>
      <w:r>
        <w:rPr>
          <w:rFonts w:ascii="宋体" w:eastAsia="宋体" w:hAnsi="宋体"/>
          <w:sz w:val="28"/>
        </w:rPr>
        <w:t>学习，弘扬雷锋的形式多异，雷锋用一生奉献于社会，感恩社会，而我系为弘扬雷锋精神感恩全校教师，于3月7日下午4：00—4：50于室外篮球场旁清扫三辆校车，这一感恩行动得到了老师们的一致好评，职工们的赞赏，忘记了脏、累。</w:t>
      </w:r>
    </w:p>
    <w:p>
      <w:pPr>
        <w:spacing w:before="100" w:after="200" w:line="360" w:lineRule="auto"/>
        <w:ind w:firstLine="576"/>
        <w:jc w:val="left"/>
        <w:sectPr w:rsidSect="00034616">
          <w:type w:val="nextPage"/>
          <w:pgSz w:w="11906" w:h="16838"/>
          <w:pgMar w:top="1440" w:right="1440" w:bottom="1440" w:left="1440" w:header="720" w:footer="720" w:gutter="0"/>
          <w:pgNumType w:start="26"/>
          <w:cols w:space="720"/>
          <w:titlePg w:val="0"/>
          <w:docGrid w:linePitch="360"/>
        </w:sectPr>
      </w:pPr>
    </w:p>
    <w:p>
      <w:pPr>
        <w:spacing w:before="100" w:after="200" w:line="360" w:lineRule="auto"/>
        <w:ind w:firstLine="576"/>
        <w:jc w:val="left"/>
      </w:pPr>
      <w:r>
        <w:rPr>
          <w:rFonts w:ascii="宋体" w:eastAsia="宋体" w:hAnsi="宋体"/>
          <w:sz w:val="28"/>
        </w:rPr>
        <w:t>三月三十日上午举办了“以爱文明，两系秋收义扫”活动，与机电系一同共100人于当天7：30集合步行至秋收广场，学生们不怕脏，不怕累，沟里，草丛里的垃圾都被清扫干净，完成集合，秋收纪念馆的管理人员也热情的邀请我们参观了纪念馆，感受了先烈们的英勇、无畏。</w:t>
      </w:r>
    </w:p>
    <w:p>
      <w:pPr>
        <w:spacing w:before="100" w:after="200" w:line="360" w:lineRule="auto"/>
        <w:ind w:firstLine="576"/>
        <w:jc w:val="left"/>
      </w:pPr>
      <w:r>
        <w:rPr>
          <w:rFonts w:ascii="宋体" w:eastAsia="宋体" w:hAnsi="宋体"/>
          <w:sz w:val="28"/>
        </w:rPr>
        <w:t>以上是初教系三月学雷锋工作的总结。</w:t>
      </w:r>
    </w:p>
    <w:p>
      <w:pPr>
        <w:spacing w:before="100" w:after="200" w:line="360" w:lineRule="auto"/>
        <w:ind w:firstLine="576"/>
        <w:jc w:val="left"/>
      </w:pPr>
      <w:r>
        <w:rPr>
          <w:rFonts w:ascii="宋体" w:eastAsia="宋体" w:hAnsi="宋体"/>
          <w:sz w:val="28"/>
        </w:rPr>
        <w:t>初教系团总支4月份活动计划</w:t>
      </w:r>
    </w:p>
    <w:p>
      <w:pPr>
        <w:spacing w:before="100" w:after="200" w:line="360" w:lineRule="auto"/>
        <w:ind w:firstLine="576"/>
        <w:jc w:val="left"/>
      </w:pPr>
      <w:r>
        <w:rPr>
          <w:rFonts w:ascii="宋体" w:eastAsia="宋体" w:hAnsi="宋体"/>
          <w:sz w:val="28"/>
        </w:rPr>
        <w:t>光阴似箭，日月如俊！转眼间三月份便过去了。以下是我洗团总支四月份活动计划。</w:t>
      </w:r>
    </w:p>
    <w:p>
      <w:pPr>
        <w:spacing w:before="100" w:after="200" w:line="360" w:lineRule="auto"/>
        <w:ind w:firstLine="576"/>
        <w:jc w:val="left"/>
      </w:pPr>
      <w:r>
        <w:rPr>
          <w:rFonts w:ascii="宋体" w:eastAsia="宋体" w:hAnsi="宋体"/>
          <w:sz w:val="28"/>
        </w:rPr>
        <w:t>我系将于四月上旬举办“初教系师生同乐会”趣味运动活动。由各班学生报名参加，各班级进行对抗后最终优胜队将于我系辅导员队进行pk，获胜者有奖品。此次活动在丰富学生课外活动的同时，也加强了系师生间的关系。</w:t>
      </w:r>
    </w:p>
    <w:p>
      <w:pPr>
        <w:spacing w:before="100" w:after="200" w:line="360" w:lineRule="auto"/>
        <w:ind w:firstLine="576"/>
        <w:jc w:val="left"/>
      </w:pPr>
      <w:r>
        <w:rPr>
          <w:rFonts w:ascii="宋体" w:eastAsia="宋体" w:hAnsi="宋体"/>
          <w:sz w:val="28"/>
        </w:rPr>
        <w:t>四月上中旬，我系将紧锣密鼓的进行“魅力教师文化艺术节”庆祝建党91周年暨文艺汇报晚会节目的预选、复选和确立节目，进行培训，充分展示学生的教学职业素养和技能风采。</w:t>
      </w:r>
    </w:p>
    <w:p>
      <w:pPr>
        <w:spacing w:before="100" w:after="200" w:line="360" w:lineRule="auto"/>
        <w:ind w:firstLine="576"/>
        <w:jc w:val="left"/>
      </w:pPr>
      <w:r>
        <w:rPr>
          <w:rFonts w:ascii="宋体" w:eastAsia="宋体" w:hAnsi="宋体"/>
          <w:sz w:val="28"/>
        </w:rPr>
        <w:t>四月底，各班班级预选“魅力教师文化艺术节”十项节目，按系名额进行筛选。此次艺术节将有以下十项比赛：儿童故事比赛、开幕式暨“红歌放声唱”比赛、文化艺术节会徽设计比赛、舞蹈比赛、情景剧比赛、器乐比赛、多媒体课件制作比赛、手抄报手工制作比赛、粉笔字比赛、英语口语比赛。每个班每个同学必须参加至少两项节目比赛，由各班班主任、辅导员进行预选，并按系里指定名额上交名单，参加决赛。通过“以赛促练”达到提高学生综合素质的目的。</w:t>
      </w:r>
    </w:p>
    <w:p>
      <w:pPr>
        <w:spacing w:before="100" w:after="200" w:line="360" w:lineRule="auto"/>
        <w:ind w:firstLine="576"/>
        <w:jc w:val="left"/>
      </w:pPr>
      <w:r>
        <w:rPr>
          <w:rFonts w:ascii="宋体" w:eastAsia="宋体" w:hAnsi="宋体"/>
          <w:sz w:val="28"/>
        </w:rPr>
        <w:t>我系将配合校团委开展一系列活动。例如，开展学生干部素质拓展活动‘建党90周年演讲比赛，环保艺术节环保植树活动，选拔四名优秀辩手参加由校社联举办的辩论赛等。</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https://d.book118.com/155221213241011123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2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55221213241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