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2024年学前班教学计划（30篇）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2024年学前班教学计划（精选30篇）</w:t>
      </w:r>
      <w:r>
        <w:rPr>
          <w:lang w:eastAsia="zh-CN"/>
        </w:rPr>
        <w:br/>
      </w:r>
      <w:r>
        <w:rPr>
          <w:lang w:eastAsia="zh-CN"/>
        </w:rPr>
        <w:t xml:space="preserve">    2024年学前班教学计划 篇1 </w:t>
      </w:r>
      <w:r>
        <w:rPr>
          <w:lang w:eastAsia="zh-CN"/>
        </w:rPr>
        <w:br/>
      </w:r>
      <w:r>
        <w:rPr>
          <w:lang w:eastAsia="zh-CN"/>
        </w:rPr>
        <w:t>　　一、班级基本情况</w:t>
      </w:r>
      <w:r>
        <w:rPr>
          <w:lang w:eastAsia="zh-CN"/>
        </w:rPr>
        <w:br/>
      </w:r>
      <w:r>
        <w:rPr>
          <w:lang w:eastAsia="zh-CN"/>
        </w:rPr>
        <w:t>　　本班共有儿童60人，其中男生25人，女生35人。上学期拼音总成绩为4428分，均分为88.6分，最高分为100分，最低分为41分，合格率为92%，优秀率为66%。</w:t>
      </w:r>
      <w:r>
        <w:rPr>
          <w:lang w:eastAsia="zh-CN"/>
        </w:rPr>
        <w:br/>
      </w:r>
      <w:r>
        <w:rPr>
          <w:lang w:eastAsia="zh-CN"/>
        </w:rPr>
        <w:t>　　从成绩看。部分孩子已掌握了拼音的有关知识。但还有一部分孩子，由于年龄、智力、家庭、学习习惯等方面存在着不同的影响，对拼音知识还未曾掌握。这学期孩子们学习拼音有一定的难度。 二、教学思路</w:t>
      </w:r>
      <w:r>
        <w:rPr>
          <w:lang w:eastAsia="zh-CN"/>
        </w:rPr>
        <w:br/>
      </w:r>
      <w:r>
        <w:rPr>
          <w:lang w:eastAsia="zh-CN"/>
        </w:rPr>
        <w:t>　　本学期，以党的__届五中全会、全国教育工作会议精神和《国家中长期教育改革和发展规划纲要》、国务院《关于当前发展学前教育的若干意见》、《原州区学前教育发展规划》为指导，以学校教学思路、语文教研组的教学思路、本班的教学思路为核心，根据孩子年龄、智力、家庭、学习习惯等方面的差异，制定本学期、本班拼音的教育教学计划。以让办人民满意的教育为宗旨，进一步加强学前教育，扩大优质教育资源，科学规划，合理布局，全面推进我校学前教育事业的持续、健康、协调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以全新的理念迎接新的挑战。根据教学内容设计教学目标；以发展的目光看待每一位孩子，以多元智能来评价每一位孩子。以孩子的发展进行课堂教学设计。树立全新的教师观，人才观，学生观和评价观，促进课堂的生成，成就每一位孩子。</w:t>
      </w:r>
      <w:r>
        <w:rPr>
          <w:lang w:eastAsia="zh-CN"/>
        </w:rPr>
        <w:br/>
      </w:r>
      <w:r>
        <w:rPr>
          <w:lang w:eastAsia="zh-CN"/>
        </w:rPr>
        <w:t>　　因材施教、分层教学。适应各个层次孩子的文化基础和个性差异，使每个孩子都能享受到学习的快乐，尝到思维的乐趣，使不同层次的孩子都能得到发展。</w:t>
      </w:r>
      <w:r>
        <w:rPr>
          <w:lang w:eastAsia="zh-CN"/>
        </w:rPr>
        <w:br/>
      </w:r>
      <w:r>
        <w:rPr>
          <w:lang w:eastAsia="zh-CN"/>
        </w:rPr>
        <w:t>　　1、我们在不断地尝试中备好课。钻研课程标准，研究教材，了解学生，订好计划。以动态的观点，观察学生所处的层次，随时注意层次的变化，兼顾“提优”、“补困”。</w:t>
      </w:r>
      <w:r>
        <w:rPr>
          <w:lang w:eastAsia="zh-CN"/>
        </w:rPr>
        <w:br/>
      </w:r>
      <w:r>
        <w:rPr>
          <w:lang w:eastAsia="zh-CN"/>
        </w:rPr>
        <w:t>　　2、要灵活地采取不同的教学方法，上好每一节课，使各层次的孩子学有所得。 3、从指路让孩子走，到教会孩子自己找路走的学法指导。 4、密切配合学校，做好家长的思想工作 5、真确评价每一个孩子。 6、做好家长工作。 三，教学内容</w:t>
      </w:r>
      <w:r>
        <w:rPr>
          <w:lang w:eastAsia="zh-CN"/>
        </w:rPr>
        <w:br/>
      </w:r>
      <w:r>
        <w:rPr>
          <w:lang w:eastAsia="zh-CN"/>
        </w:rPr>
        <w:t>　　本学期拼音教学内容：复习6个单韵母，23个声母及其学习复韵母相结合的拼读，个别整体认读音节，复韵母、前鼻韵母和后鼻韵母组成，每个复韵母都配上一幅图、儿歌、顺口溜。以插图指导幼儿正确发音，以字母与图、儿歌、顺口溜教幼儿熟记字母，同时认读四声的标号。通过23个声母与单韵母、复韵母相拼音节的学习，使幼儿学会掌握简单的拼音技巧，以韵母带调的拼音方法，不数调，一口读出，并初步地学习了部分整体认读音节及其直呼方法。 四、教学目标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 了解拼音在生活中的用途，激发幼儿学习拼音的兴趣。 2. 继续养成良好的学习习惯，能主动地按时完成课内外作业。 3. 帮助幼儿养成良好的书写姿势，为升入一年级做大好基础。</w:t>
      </w:r>
      <w:r>
        <w:rPr>
          <w:lang w:eastAsia="zh-CN"/>
        </w:rPr>
        <w:br/>
      </w:r>
      <w:r>
        <w:rPr>
          <w:lang w:eastAsia="zh-CN"/>
        </w:rPr>
        <w:t>　　4. 这一学期幼儿主要掌握九个复韵母，五个前鼻韵母和四个后鼻韵母拼、读、写的方法。 5. 通过游戏活动能正确书写和拼读音节，字母之间不混淆。 五、具体措施</w:t>
      </w:r>
      <w:r>
        <w:rPr>
          <w:lang w:eastAsia="zh-CN"/>
        </w:rPr>
        <w:br/>
      </w:r>
      <w:r>
        <w:rPr>
          <w:lang w:eastAsia="zh-CN"/>
        </w:rPr>
        <w:t>　　根据汉语拼音的教学规律，并且遵循幼儿身心发展的特点以及幼儿的个体差异，以集体教学活动为主，采用小组活动，个别活动相结合的组织形式。在教学活动中，以图为主，以读为主，帮助幼儿及时进行巩固复习，把重点，难点穿插于一日活动，逐步提高幼儿的语言表达、听、辩能力。</w:t>
      </w:r>
      <w:r>
        <w:rPr>
          <w:lang w:eastAsia="zh-CN"/>
        </w:rPr>
        <w:br/>
      </w:r>
      <w:r>
        <w:rPr>
          <w:lang w:eastAsia="zh-CN"/>
        </w:rPr>
        <w:t>　　1. 汉语拼音教学，要从实际出发，采用电脑、动画、图片和卡片等多种教学手段，激发幼儿的学习兴趣，扎扎实实地大好拼音基础。</w:t>
      </w:r>
      <w:r>
        <w:rPr>
          <w:lang w:eastAsia="zh-CN"/>
        </w:rPr>
        <w:br/>
      </w:r>
      <w:r>
        <w:rPr>
          <w:lang w:eastAsia="zh-CN"/>
        </w:rPr>
        <w:t>　　2. 重视读写训练，有效地提高幼儿读、写拼音字母的能力。</w:t>
      </w:r>
      <w:r>
        <w:rPr>
          <w:lang w:eastAsia="zh-CN"/>
        </w:rPr>
        <w:br/>
      </w:r>
      <w:r>
        <w:rPr>
          <w:lang w:eastAsia="zh-CN"/>
        </w:rPr>
        <w:t>　　3. 结合幼儿的特点，养成良好的学习习惯。</w:t>
      </w:r>
      <w:r>
        <w:rPr>
          <w:lang w:eastAsia="zh-CN"/>
        </w:rPr>
        <w:br/>
      </w:r>
      <w:r>
        <w:rPr>
          <w:lang w:eastAsia="zh-CN"/>
        </w:rPr>
        <w:t>　　4、设计求实有趣，富有知识性，科学性，艺术性的的作业内容。以起到温故知新，发展智能的作用。</w:t>
      </w:r>
      <w:r>
        <w:rPr>
          <w:lang w:eastAsia="zh-CN"/>
        </w:rPr>
        <w:br/>
      </w:r>
      <w:r>
        <w:rPr>
          <w:lang w:eastAsia="zh-CN"/>
        </w:rPr>
        <w:t>　　5、采取不同的评价方法，去评价不同层次孩子及其作业、回答的问题。</w:t>
      </w:r>
      <w:r>
        <w:rPr>
          <w:lang w:eastAsia="zh-CN"/>
        </w:rPr>
        <w:br/>
      </w:r>
      <w:r>
        <w:rPr>
          <w:lang w:eastAsia="zh-CN"/>
        </w:rPr>
        <w:t>　　6、利用早晚家长接送孩子的短暂时间与家长接触，进行家访，了解和介绍孩子情况，相互沟通提出建议。</w:t>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7、在拼音教学中，以游戏活动形势进行教学。让孩子们在玩中学，学中玩。特别是利用手势、动作、儿歌等形势的教学，使孩子们逐渐养成学习拼音的习惯。</w:t>
      </w:r>
      <w:r>
        <w:rPr>
          <w:lang w:eastAsia="zh-CN"/>
        </w:rPr>
        <w:br/>
      </w:r>
      <w:r>
        <w:rPr>
          <w:lang w:eastAsia="zh-CN"/>
        </w:rPr>
        <w:t>　　总之，从实际出发，因材施教、分层教学，以强带弱，使每个孩子适应各个层次的文化。尝到思维的乐趣，使他们都能得到发展。</w:t>
      </w:r>
      <w:r>
        <w:rPr>
          <w:lang w:eastAsia="zh-CN"/>
        </w:rPr>
        <w:br/>
      </w:r>
      <w:r>
        <w:rPr>
          <w:lang w:eastAsia="zh-CN"/>
        </w:rPr>
        <w:t xml:space="preserve">    2024年学前班教学计划 篇2 </w:t>
      </w:r>
      <w:r>
        <w:rPr>
          <w:lang w:eastAsia="zh-CN"/>
        </w:rPr>
        <w:br/>
      </w:r>
      <w:r>
        <w:rPr>
          <w:lang w:eastAsia="zh-CN"/>
        </w:rPr>
        <w:t>　　1，教材编排特点及重点训练项目</w:t>
      </w:r>
      <w:r>
        <w:rPr>
          <w:lang w:eastAsia="zh-CN"/>
        </w:rPr>
        <w:br/>
      </w:r>
      <w:r>
        <w:rPr>
          <w:lang w:eastAsia="zh-CN"/>
        </w:rPr>
        <w:t>　　简单韵母：aoeiuǖ</w:t>
      </w:r>
      <w:r>
        <w:rPr>
          <w:lang w:eastAsia="zh-CN"/>
        </w:rPr>
        <w:br/>
      </w:r>
      <w:r>
        <w:rPr>
          <w:lang w:eastAsia="zh-CN"/>
        </w:rPr>
        <w:t>　　首字母：BPMfdtnlGHJQ_zcszhchSHRyw学前拼音教学主要是拓展儿童视野，丰富儿童知识，强调儿童在学习中的丰富联想和想象力，促进儿童创业思维和表达，实现儿童素质的全面提高。</w:t>
      </w:r>
      <w:r>
        <w:rPr>
          <w:lang w:eastAsia="zh-CN"/>
        </w:rPr>
        <w:br/>
      </w:r>
      <w:r>
        <w:rPr>
          <w:lang w:eastAsia="zh-CN"/>
        </w:rPr>
        <w:t>　　2，学生情况</w:t>
      </w:r>
      <w:r>
        <w:rPr>
          <w:lang w:eastAsia="zh-CN"/>
        </w:rPr>
        <w:br/>
      </w:r>
      <w:r>
        <w:rPr>
          <w:lang w:eastAsia="zh-CN"/>
        </w:rPr>
        <w:t>　　这个班的学生来自不同的幼儿园，有不同的学习基础，差距很大。一些学生很年轻，在素质上差距很大。为了提高每个学生的思想素质和学习基础，制定了这一时期的教学要求和安排。</w:t>
      </w:r>
      <w:r>
        <w:rPr>
          <w:lang w:eastAsia="zh-CN"/>
        </w:rPr>
        <w:br/>
      </w:r>
      <w:r>
        <w:rPr>
          <w:lang w:eastAsia="zh-CN"/>
        </w:rPr>
        <w:t>　　汉语拼音是识字、阅读和学习普通话的有效工具。然而，拼音本身并不表达意义，而只是抽象的语音符号，这是学龄前儿童学习所必需的。在学习过程中，儿童容易疲劳、分心、不稳定、小动作甚至疲劳。如果他们不注意拼音的方法，他们可能会对学习失去兴趣，所以他们应该把唱歌、跳舞、听、说、画、玩融入拼音教学中。</w:t>
      </w:r>
      <w:r>
        <w:rPr>
          <w:lang w:eastAsia="zh-CN"/>
        </w:rPr>
        <w:br/>
      </w:r>
      <w:r>
        <w:rPr>
          <w:lang w:eastAsia="zh-CN"/>
        </w:rPr>
        <w:t>　　3，教学要求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1.社会简单总结：aoeiuǖ发音要领，写作规则和四音拼写练习。</w:t>
      </w:r>
      <w:r>
        <w:rPr>
          <w:lang w:eastAsia="zh-CN"/>
        </w:rPr>
        <w:br/>
      </w:r>
      <w:r>
        <w:rPr>
          <w:lang w:eastAsia="zh-CN"/>
        </w:rPr>
        <w:t>　　2.学习23个声母，区分鼻音N和边音L的发音和用法，区分平舌Zcs和凸舌zhchshR</w:t>
      </w:r>
      <w:r>
        <w:rPr>
          <w:lang w:eastAsia="zh-CN"/>
        </w:rPr>
        <w:br/>
      </w:r>
      <w:r>
        <w:rPr>
          <w:lang w:eastAsia="zh-CN"/>
        </w:rPr>
        <w:t>　　3.JQ_和ǘ拼写规则、发音和用法的发音和书写方法。</w:t>
      </w:r>
      <w:r>
        <w:rPr>
          <w:lang w:eastAsia="zh-CN"/>
        </w:rPr>
        <w:br/>
      </w:r>
      <w:r>
        <w:rPr>
          <w:lang w:eastAsia="zh-CN"/>
        </w:rPr>
        <w:t>　　4.书写格式应正确、规范。</w:t>
      </w:r>
      <w:r>
        <w:rPr>
          <w:lang w:eastAsia="zh-CN"/>
        </w:rPr>
        <w:br/>
      </w:r>
      <w:r>
        <w:rPr>
          <w:lang w:eastAsia="zh-CN"/>
        </w:rPr>
        <w:t>　　4，拼音课的教学重点</w:t>
      </w:r>
      <w:r>
        <w:rPr>
          <w:lang w:eastAsia="zh-CN"/>
        </w:rPr>
        <w:br/>
      </w:r>
      <w:r>
        <w:rPr>
          <w:lang w:eastAsia="zh-CN"/>
        </w:rPr>
        <w:t>　　拼音是拼音、识字、阅读儿歌的重点！在拼音教学中，识别部分和拼写音节是关键！</w:t>
      </w:r>
      <w:r>
        <w:rPr>
          <w:lang w:eastAsia="zh-CN"/>
        </w:rPr>
        <w:br/>
      </w:r>
      <w:r>
        <w:rPr>
          <w:lang w:eastAsia="zh-CN"/>
        </w:rPr>
        <w:t>　　5，措施和方法</w:t>
      </w:r>
      <w:r>
        <w:rPr>
          <w:lang w:eastAsia="zh-CN"/>
        </w:rPr>
        <w:br/>
      </w:r>
      <w:r>
        <w:rPr>
          <w:lang w:eastAsia="zh-CN"/>
        </w:rPr>
        <w:t>　　1汉语拼音教学立足实际，采用直观教学，如图片、卡片等。</w:t>
      </w:r>
      <w:r>
        <w:rPr>
          <w:lang w:eastAsia="zh-CN"/>
        </w:rPr>
        <w:br/>
      </w:r>
      <w:r>
        <w:rPr>
          <w:lang w:eastAsia="zh-CN"/>
        </w:rPr>
        <w:t>　　2运用多媒体教具来激发幼儿的学习兴趣，为拼音打下坚实的基础。</w:t>
      </w:r>
      <w:r>
        <w:rPr>
          <w:lang w:eastAsia="zh-CN"/>
        </w:rPr>
        <w:br/>
      </w:r>
      <w:r>
        <w:rPr>
          <w:lang w:eastAsia="zh-CN"/>
        </w:rPr>
        <w:t>　　3注重读写训练，有效提高儿童读写拼音字母的能力。</w:t>
      </w:r>
      <w:r>
        <w:rPr>
          <w:lang w:eastAsia="zh-CN"/>
        </w:rPr>
        <w:br/>
      </w:r>
      <w:r>
        <w:rPr>
          <w:lang w:eastAsia="zh-CN"/>
        </w:rPr>
        <w:t>　　4注：在教学评价中，要善于鼓励学生，多表扬学生。</w:t>
      </w:r>
      <w:r>
        <w:rPr>
          <w:lang w:eastAsia="zh-CN"/>
        </w:rPr>
        <w:br/>
      </w:r>
      <w:r>
        <w:rPr>
          <w:lang w:eastAsia="zh-CN"/>
        </w:rPr>
        <w:t>　　5结合孩子的特点，激发和诱导他们，培养良好的学习习惯。</w:t>
      </w:r>
      <w:r>
        <w:rPr>
          <w:lang w:eastAsia="zh-CN"/>
        </w:rPr>
        <w:br/>
      </w:r>
      <w:r>
        <w:rPr>
          <w:lang w:eastAsia="zh-CN"/>
        </w:rPr>
        <w:t>　　6注意家庭作业。在拼音学习阶段，尽量少安排抄写作业，多安排口语作业。保护孩子幼小的心灵，不要让他们感到太累和痛苦。</w:t>
      </w:r>
      <w:r>
        <w:rPr>
          <w:lang w:eastAsia="zh-CN"/>
        </w:rPr>
        <w:br/>
      </w:r>
      <w:r>
        <w:rPr>
          <w:lang w:eastAsia="zh-CN"/>
        </w:rPr>
        <w:t xml:space="preserve">    2024年学前班教学计划 篇3 </w:t>
      </w:r>
      <w:r>
        <w:rPr>
          <w:lang w:eastAsia="zh-CN"/>
        </w:rPr>
        <w:br/>
      </w:r>
      <w:r>
        <w:rPr>
          <w:lang w:eastAsia="zh-CN"/>
        </w:rPr>
        <w:t>　　桂花飘香，金秋9月至，新的一个学期悄然将至。我们博士娃幼儿园迎来了新的起点。新人新气象，经过7月8、月的如火如荼的筹备，我们幼小衔接的学前班博士娃的新篇章。为了有效开展教学，我为本学期本班幼儿拟定了一份教学计划，具体内容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我班幼儿正值幼小衔接的关键一年，大部分宝宝都有拼音基础，有一部分宝宝虽会写一些拼音字母但还不熟悉。可是值得庆幸的是孩子们对知识的渴望，对学习保有热情，这无疑给我们的教学带来方便。</w:t>
      </w:r>
      <w:r>
        <w:rPr>
          <w:lang w:eastAsia="zh-CN"/>
        </w:rPr>
        <w:br/>
      </w:r>
      <w:r>
        <w:rPr>
          <w:lang w:eastAsia="zh-CN"/>
        </w:rPr>
        <w:t>　　根据我班幼儿特点，因材施教。教学主要采取谐音教，运用形象的图片，联系数学中的数字特点，让孩子对所学拼音的形进行联想。在教学活动中，尽可能多的设置情景，让幼儿在生动、活泼、形象、可感的中不知不觉的习得知识，掌握本领。贯彻以幼儿为主体，变被动注入为主动吸收，特别在课堂中引入赏识教育，以鼓励赞赏为主的教育。采用“看图—联想—谐音”的导入新课模式，再采用分组，游戏接龙等丰富多彩的活动方式变枯燥的课堂为活泼的形式进一步吸引幼儿向学，更好的快乐学习。巩固以老师的形体或手指操等形象的肢体语言来刺激幼儿进一步掌握所学知识本领。最后，家园共育，让家庭教育参与到学校教育当中来，家长与孩子共同完成册来检验幼儿的学习效果，老师第二天及时检查，反馈信息。</w:t>
      </w:r>
      <w:r>
        <w:rPr>
          <w:lang w:eastAsia="zh-CN"/>
        </w:rPr>
        <w:br/>
      </w:r>
      <w:r>
        <w:rPr>
          <w:lang w:eastAsia="zh-CN"/>
        </w:rPr>
        <w:t>　　知道本学期的教学内容为单韵母和声母，及一部分音节，并能对简单音节进行拼读。</w:t>
      </w:r>
      <w:r>
        <w:rPr>
          <w:lang w:eastAsia="zh-CN"/>
        </w:rPr>
        <w:br/>
      </w:r>
      <w:r>
        <w:rPr>
          <w:lang w:eastAsia="zh-CN"/>
        </w:rPr>
        <w:t>　　拼音由6个单韵母和23个声母组成，在教学中要让幼儿认识字母的形、笔顺、发音和所占的。在声母教学中引入音节的拼读，让幼儿掌握拼读的调号，介母以及部分韵母在拼写时一些规则。在册的学习中，更好巩固所学知识，将所学的知识应用到册中再推之到实际生活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2024年学前班教学计划 篇4 </w:t>
      </w:r>
      <w:r>
        <w:rPr>
          <w:lang w:eastAsia="zh-CN"/>
        </w:rPr>
        <w:br/>
      </w:r>
      <w:r>
        <w:rPr>
          <w:lang w:eastAsia="zh-CN"/>
        </w:rPr>
        <w:t>　　新学期开始，我以积极认真的态度投入到工作当中，为了争取得到更好的成绩。因此，我结合本班的情况制定了本学期的教学计划：</w:t>
      </w:r>
      <w:r>
        <w:rPr>
          <w:lang w:eastAsia="zh-CN"/>
        </w:rPr>
        <w:br/>
      </w:r>
      <w:r>
        <w:rPr>
          <w:lang w:eastAsia="zh-CN"/>
        </w:rPr>
        <w:t>　　一、学生基本情况分析</w:t>
      </w:r>
      <w:r>
        <w:rPr>
          <w:lang w:eastAsia="zh-CN"/>
        </w:rPr>
        <w:br/>
      </w:r>
      <w:r>
        <w:rPr>
          <w:lang w:eastAsia="zh-CN"/>
        </w:rPr>
        <w:t>　　本班共有学生63人，大部分未上过幼儿园，教育起来相当困难，本学期整个班级学生面貌是活泼向上的, 班级孩子的语言表达能力不强，喜欢表演，但存在着浮躁、规则意识不强、爱大声说话等一系列问题。</w:t>
      </w:r>
      <w:r>
        <w:rPr>
          <w:lang w:eastAsia="zh-CN"/>
        </w:rPr>
        <w:br/>
      </w:r>
      <w:r>
        <w:rPr>
          <w:lang w:eastAsia="zh-CN"/>
        </w:rPr>
        <w:t>　　二、教学目标</w:t>
      </w:r>
      <w:r>
        <w:rPr>
          <w:lang w:eastAsia="zh-CN"/>
        </w:rPr>
        <w:br/>
      </w:r>
      <w:r>
        <w:rPr>
          <w:lang w:eastAsia="zh-CN"/>
        </w:rPr>
        <w:t>　　1、喜欢学习汉字有主动识字的原望。</w:t>
      </w:r>
      <w:r>
        <w:rPr>
          <w:lang w:eastAsia="zh-CN"/>
        </w:rPr>
        <w:br/>
      </w:r>
      <w:r>
        <w:rPr>
          <w:lang w:eastAsia="zh-CN"/>
        </w:rPr>
        <w:t>　　2、认识常用汉字200个，会写50个。</w:t>
      </w:r>
      <w:r>
        <w:rPr>
          <w:lang w:eastAsia="zh-CN"/>
        </w:rPr>
        <w:br/>
      </w:r>
      <w:r>
        <w:rPr>
          <w:lang w:eastAsia="zh-CN"/>
        </w:rPr>
        <w:t>　　3、掌握汉字的基本笔划,能按笔顺规则写字，字写得正确，端正整洁。</w:t>
      </w:r>
      <w:r>
        <w:rPr>
          <w:lang w:eastAsia="zh-CN"/>
        </w:rPr>
        <w:br/>
      </w:r>
      <w:r>
        <w:rPr>
          <w:lang w:eastAsia="zh-CN"/>
        </w:rPr>
        <w:t>　　4、初步养成正确的写字姿势和良好的写字习惯。</w:t>
      </w:r>
      <w:r>
        <w:rPr>
          <w:lang w:eastAsia="zh-CN"/>
        </w:rPr>
        <w:br/>
      </w:r>
      <w:r>
        <w:rPr>
          <w:lang w:eastAsia="zh-CN"/>
        </w:rPr>
        <w:t>　　5、学说普通话,逐步养成说普通话的习惯。</w:t>
      </w:r>
      <w:r>
        <w:rPr>
          <w:lang w:eastAsia="zh-CN"/>
        </w:rPr>
        <w:br/>
      </w:r>
      <w:r>
        <w:rPr>
          <w:lang w:eastAsia="zh-CN"/>
        </w:rPr>
        <w:t>　　6、会有表情地讲述故事、朗诵诗歌、散文。</w:t>
      </w:r>
      <w:r>
        <w:rPr>
          <w:lang w:eastAsia="zh-CN"/>
        </w:rPr>
        <w:br/>
      </w:r>
      <w:r>
        <w:rPr>
          <w:lang w:eastAsia="zh-CN"/>
        </w:rPr>
        <w:t>　　7、能有顺序描述人和事，根据图片线索自编、续编故事。</w:t>
      </w:r>
      <w:r>
        <w:rPr>
          <w:lang w:eastAsia="zh-CN"/>
        </w:rPr>
        <w:br/>
      </w:r>
      <w:r>
        <w:rPr>
          <w:lang w:eastAsia="zh-CN"/>
        </w:rPr>
        <w:t>　　8、能用连贯的语言有顺序的表述自己的想法。</w:t>
      </w:r>
      <w:r>
        <w:rPr>
          <w:lang w:eastAsia="zh-CN"/>
        </w:rPr>
        <w:br/>
      </w:r>
      <w:r>
        <w:rPr>
          <w:lang w:eastAsia="zh-CN"/>
        </w:rPr>
        <w:t>　　9、能自然、大方地在各种场合、用适当的音量、速度、表情讲话。</w:t>
      </w:r>
      <w:r>
        <w:rPr>
          <w:lang w:eastAsia="zh-CN"/>
        </w:rPr>
        <w:br/>
      </w:r>
      <w:r>
        <w:rPr>
          <w:lang w:eastAsia="zh-CN"/>
        </w:rPr>
        <w:t>　　三、教材分析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学前班语言教材主要是有仿编、续编和扩编的趣味故事、诗歌和图画，要让学生根据自己的生活经验和丰富的想象，创造性地运用语言，大胆而清楚表达自己的预期目标，可以使幼儿的想像力和思维能力得到很好的发展。</w:t>
      </w:r>
      <w:r>
        <w:rPr>
          <w:lang w:eastAsia="zh-CN"/>
        </w:rPr>
        <w:br/>
      </w:r>
      <w:r>
        <w:rPr>
          <w:lang w:eastAsia="zh-CN"/>
        </w:rPr>
        <w:t>　　2、幼儿进入学习倾听、理解和使用规范性语音表达时期。学习创造性地运用语言，在讲述活动中，让幼儿学生怎样地在集体面前大胆而清楚地叙述自己的想法和感受；在阅读活动中，让幼儿尝试感受书面语言。</w:t>
      </w:r>
      <w:r>
        <w:rPr>
          <w:lang w:eastAsia="zh-CN"/>
        </w:rPr>
        <w:br/>
      </w:r>
      <w:r>
        <w:rPr>
          <w:lang w:eastAsia="zh-CN"/>
        </w:rPr>
        <w:t>　　3、通过活动延伸和活动建议来丰富幼儿日常生活中的语言交往，让幼儿有更多机会真实而丰富的语言情境与各种各样的人交往，以操练和扩展自己的语言经验。</w:t>
      </w:r>
      <w:r>
        <w:rPr>
          <w:lang w:eastAsia="zh-CN"/>
        </w:rPr>
        <w:br/>
      </w:r>
      <w:r>
        <w:rPr>
          <w:lang w:eastAsia="zh-CN"/>
        </w:rPr>
        <w:t>　　四、具体措施</w:t>
      </w:r>
      <w:r>
        <w:rPr>
          <w:lang w:eastAsia="zh-CN"/>
        </w:rPr>
        <w:br/>
      </w:r>
      <w:r>
        <w:rPr>
          <w:lang w:eastAsia="zh-CN"/>
        </w:rPr>
        <w:t>　　幼儿的学习活动经常是无意识的、不自觉的，因而也多是零散的，在学习的方法上，儿童也有着很大的局限性。只有将儿童的学习活动转达化为有意识的过程，并不断地丰富儿童学习的方法，才能提高儿童学习的效果，有效地促进学生的身心全面发展。</w:t>
      </w:r>
      <w:r>
        <w:rPr>
          <w:lang w:eastAsia="zh-CN"/>
        </w:rPr>
        <w:br/>
      </w:r>
      <w:r>
        <w:rPr>
          <w:lang w:eastAsia="zh-CN"/>
        </w:rPr>
        <w:t>　　1、根据本班的实际情况，精心设计好教案、认真上好每一节课、及时反馈、认真批改每个学生的作业、耐心辅导</w:t>
      </w:r>
      <w:r>
        <w:rPr>
          <w:lang w:eastAsia="zh-CN"/>
        </w:rPr>
        <w:br/>
      </w:r>
      <w:r>
        <w:rPr>
          <w:lang w:eastAsia="zh-CN"/>
        </w:rPr>
        <w:t>　　学生、使用普通话教学。</w:t>
      </w:r>
      <w:r>
        <w:rPr>
          <w:lang w:eastAsia="zh-CN"/>
        </w:rPr>
        <w:br/>
      </w:r>
      <w:r>
        <w:rPr>
          <w:lang w:eastAsia="zh-CN"/>
        </w:rPr>
        <w:t>　　2、由于小孩小，掌握抽象的汉语拼音是相当枯燥无味的，所以在教学中力求做到汉语拼音的教学具有趣味性，富有童趣,让学生在和谐的课堂气氛中掌握汉语拼音。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3、识字方面他们容易记得一些形象的具体的有颜色的材料加强直观性形象化，引导学生去学，通过形象、直观的教学，加上丰富的意象，学生就能掌握所学的汉字。</w:t>
      </w:r>
      <w:r>
        <w:rPr>
          <w:lang w:eastAsia="zh-CN"/>
        </w:rPr>
        <w:br/>
      </w:r>
      <w:r>
        <w:rPr>
          <w:lang w:eastAsia="zh-CN"/>
        </w:rPr>
        <w:t>　　五、教学进度安排</w:t>
      </w:r>
      <w:r>
        <w:rPr>
          <w:lang w:eastAsia="zh-CN"/>
        </w:rPr>
        <w:br/>
      </w:r>
      <w:r>
        <w:rPr>
          <w:lang w:eastAsia="zh-CN"/>
        </w:rPr>
        <w:t>　　略</w:t>
      </w:r>
      <w:r>
        <w:rPr>
          <w:lang w:eastAsia="zh-CN"/>
        </w:rPr>
        <w:br/>
      </w:r>
      <w:r>
        <w:rPr>
          <w:lang w:eastAsia="zh-CN"/>
        </w:rPr>
        <w:t xml:space="preserve">    2024年学前班教学计划 篇5 </w:t>
      </w:r>
      <w:r>
        <w:rPr>
          <w:lang w:eastAsia="zh-CN"/>
        </w:rPr>
        <w:br/>
      </w:r>
      <w:r>
        <w:rPr>
          <w:lang w:eastAsia="zh-CN"/>
        </w:rPr>
        <w:t>　　时间过得真快！又一年秋季教学工作开始了，学前班的孩子们又换了一批新面孔，孩子们由幼儿园式的生活学习开始向准小学生转化了。在这学期四个月左右的时间里，我作为学前班班主任将努力抓好学生的安全工作、德育工作、转化工作，努力提高学生的思想品德，努力培养良好的学习习惯，为下学期更好地学习和生活铺垫下良好的基础。</w:t>
      </w:r>
      <w:r>
        <w:rPr>
          <w:lang w:eastAsia="zh-CN"/>
        </w:rPr>
        <w:br/>
      </w:r>
      <w:r>
        <w:rPr>
          <w:lang w:eastAsia="zh-CN"/>
        </w:rPr>
        <w:t>　　一、班级基本情况</w:t>
      </w:r>
      <w:r>
        <w:rPr>
          <w:lang w:eastAsia="zh-CN"/>
        </w:rPr>
        <w:br/>
      </w:r>
      <w:r>
        <w:rPr>
          <w:lang w:eastAsia="zh-CN"/>
        </w:rPr>
        <w:t>　　本班现有学前班儿童25人，男孩12人，女孩13人。这些孩子都是从各个幼儿园转过来的，所以班级孩子情况比较复杂，学习能力，生活能力都参差不齐。</w:t>
      </w:r>
      <w:r>
        <w:rPr>
          <w:lang w:eastAsia="zh-CN"/>
        </w:rPr>
        <w:br/>
      </w:r>
      <w:r>
        <w:rPr>
          <w:lang w:eastAsia="zh-CN"/>
        </w:rPr>
        <w:t>　　二、班级工作重点</w:t>
      </w:r>
      <w:r>
        <w:rPr>
          <w:lang w:eastAsia="zh-CN"/>
        </w:rPr>
        <w:br/>
      </w:r>
      <w:r>
        <w:rPr>
          <w:lang w:eastAsia="zh-CN"/>
        </w:rPr>
        <w:t>　　（一）培养幼儿的各项习惯</w:t>
      </w:r>
      <w:r>
        <w:rPr>
          <w:lang w:eastAsia="zh-CN"/>
        </w:rPr>
        <w:br/>
      </w:r>
      <w:r>
        <w:rPr>
          <w:lang w:eastAsia="zh-CN"/>
        </w:rPr>
        <w:t>　　学习本学期重点加强对孩子们的常规教育，培养孩子们养成良好的生活、卫生学习习惯，加强生活自理能力。加强培养幼儿知识、技能、态度、情感等各方面的能力。</w:t>
      </w:r>
      <w:r>
        <w:rPr>
          <w:lang w:eastAsia="zh-CN"/>
        </w:rPr>
        <w:br/>
      </w:r>
      <w:r>
        <w:rPr>
          <w:lang w:eastAsia="zh-CN"/>
        </w:rPr>
        <w:t>　　1、学习习惯：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（1）在日常生活中加强活动的常规要求和检查，做到坐姿端正、安静听讲。</w:t>
      </w:r>
      <w:r>
        <w:rPr>
          <w:lang w:eastAsia="zh-CN"/>
        </w:rPr>
        <w:br/>
      </w:r>
      <w:r>
        <w:rPr>
          <w:lang w:eastAsia="zh-CN"/>
        </w:rPr>
        <w:t>　　（2）要求特殊幼儿上活动课时不插嘴、活动时不打闹，做到老师提出的要求。</w:t>
      </w:r>
      <w:r>
        <w:rPr>
          <w:lang w:eastAsia="zh-CN"/>
        </w:rPr>
        <w:br/>
      </w:r>
      <w:r>
        <w:rPr>
          <w:lang w:eastAsia="zh-CN"/>
        </w:rPr>
        <w:t>　　（3）培养幼儿良好的倾听习惯和积极举手的好习惯。</w:t>
      </w:r>
      <w:r>
        <w:rPr>
          <w:lang w:eastAsia="zh-CN"/>
        </w:rPr>
        <w:br/>
      </w:r>
      <w:r>
        <w:rPr>
          <w:lang w:eastAsia="zh-CN"/>
        </w:rPr>
        <w:t>　　（4）要求幼儿在一日活动中，做到友好相处，不争斗、不打闹，学习自我保护的技能。及时表扬那些敢于在集体面前表现自己的幼儿，创造各种机会让幼儿有自己展示的空间，对有进步的幼儿及时表扬，引导鼓励班上不主动、各项能力差的幼儿，和家长在教育上达到共识。</w:t>
      </w:r>
      <w:r>
        <w:rPr>
          <w:lang w:eastAsia="zh-CN"/>
        </w:rPr>
        <w:br/>
      </w:r>
      <w:r>
        <w:rPr>
          <w:lang w:eastAsia="zh-CN"/>
        </w:rPr>
        <w:t>　　（5）积极认真完成老师布置的书写作业和立体作业。</w:t>
      </w:r>
      <w:r>
        <w:rPr>
          <w:lang w:eastAsia="zh-CN"/>
        </w:rPr>
        <w:br/>
      </w:r>
      <w:r>
        <w:rPr>
          <w:lang w:eastAsia="zh-CN"/>
        </w:rPr>
        <w:t>　　2、卫生习惯：</w:t>
      </w:r>
      <w:r>
        <w:rPr>
          <w:lang w:eastAsia="zh-CN"/>
        </w:rPr>
        <w:br/>
      </w:r>
      <w:r>
        <w:rPr>
          <w:lang w:eastAsia="zh-CN"/>
        </w:rPr>
        <w:t>　　（1）让幼儿养成不撕纸、不扔纸、主动捡地上拉圾的好习惯。在平时日常生活中要天天强调，并在班级中比一比哪个孩子平时做得最好。</w:t>
      </w:r>
      <w:r>
        <w:rPr>
          <w:lang w:eastAsia="zh-CN"/>
        </w:rPr>
        <w:br/>
      </w:r>
      <w:r>
        <w:rPr>
          <w:lang w:eastAsia="zh-CN"/>
        </w:rPr>
        <w:t>　　（2）好习惯从我开始！轮流安排孩子扫地、拖地、擦桌椅、收玩具，让幼儿从小养成讲卫生、爱劳动的好习惯。</w:t>
      </w:r>
      <w:r>
        <w:rPr>
          <w:lang w:eastAsia="zh-CN"/>
        </w:rPr>
        <w:br/>
      </w:r>
      <w:r>
        <w:rPr>
          <w:lang w:eastAsia="zh-CN"/>
        </w:rPr>
        <w:t>　　3、行为习惯：</w:t>
      </w:r>
      <w:r>
        <w:rPr>
          <w:lang w:eastAsia="zh-CN"/>
        </w:rPr>
        <w:br/>
      </w:r>
      <w:r>
        <w:rPr>
          <w:lang w:eastAsia="zh-CN"/>
        </w:rPr>
        <w:t>　　（1）主动大方问人好。</w:t>
      </w:r>
      <w:r>
        <w:rPr>
          <w:lang w:eastAsia="zh-CN"/>
        </w:rPr>
        <w:br/>
      </w:r>
      <w:r>
        <w:rPr>
          <w:lang w:eastAsia="zh-CN"/>
        </w:rPr>
        <w:t>　　（2）上下楼梯不拥挤。</w:t>
      </w:r>
      <w:r>
        <w:rPr>
          <w:lang w:eastAsia="zh-CN"/>
        </w:rPr>
        <w:br/>
      </w:r>
      <w:r>
        <w:rPr>
          <w:lang w:eastAsia="zh-CN"/>
        </w:rPr>
        <w:t>　　（3）文明用餐不浪费。</w:t>
      </w:r>
      <w:r>
        <w:rPr>
          <w:lang w:eastAsia="zh-CN"/>
        </w:rPr>
        <w:br/>
      </w:r>
      <w:r>
        <w:rPr>
          <w:lang w:eastAsia="zh-CN"/>
        </w:rPr>
        <w:t>　　（4）按时午休不讲话。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（5）按时上学不早退。</w:t>
      </w:r>
      <w:r>
        <w:rPr>
          <w:lang w:eastAsia="zh-CN"/>
        </w:rPr>
        <w:br/>
      </w:r>
      <w:r>
        <w:rPr>
          <w:lang w:eastAsia="zh-CN"/>
        </w:rPr>
        <w:t>　　（6）玩具分享不争抢。</w:t>
      </w:r>
      <w:r>
        <w:rPr>
          <w:lang w:eastAsia="zh-CN"/>
        </w:rPr>
        <w:br/>
      </w:r>
      <w:r>
        <w:rPr>
          <w:lang w:eastAsia="zh-CN"/>
        </w:rPr>
        <w:t>　　（7）爱护图书不损坏。</w:t>
      </w:r>
      <w:r>
        <w:rPr>
          <w:lang w:eastAsia="zh-CN"/>
        </w:rPr>
        <w:br/>
      </w:r>
      <w:r>
        <w:rPr>
          <w:lang w:eastAsia="zh-CN"/>
        </w:rPr>
        <w:t>　　（二）家长工作</w:t>
      </w:r>
      <w:r>
        <w:rPr>
          <w:lang w:eastAsia="zh-CN"/>
        </w:rPr>
        <w:br/>
      </w:r>
      <w:r>
        <w:rPr>
          <w:lang w:eastAsia="zh-CN"/>
        </w:rPr>
        <w:t>　　每天在小黑板上、微信组里告知家长当天所学内容以及当日作业，以便家长在家对孩子进行辅导。每日在早晨和放学的时间与家长沟通。给孩子一个客观评价。有个别孩子的突出行为，要与家长进行深入沟通。做好保育工作，认真上课，让家长放心。</w:t>
      </w:r>
      <w:r>
        <w:rPr>
          <w:lang w:eastAsia="zh-CN"/>
        </w:rPr>
        <w:br/>
      </w:r>
      <w:r>
        <w:rPr>
          <w:lang w:eastAsia="zh-CN"/>
        </w:rPr>
        <w:t>　　三、工作措施</w:t>
      </w:r>
      <w:r>
        <w:rPr>
          <w:lang w:eastAsia="zh-CN"/>
        </w:rPr>
        <w:br/>
      </w:r>
      <w:r>
        <w:rPr>
          <w:lang w:eastAsia="zh-CN"/>
        </w:rPr>
        <w:t>　　1、经常联系幼儿家长，密切结合社会、家庭对学校进行三结合教育。</w:t>
      </w:r>
      <w:r>
        <w:rPr>
          <w:lang w:eastAsia="zh-CN"/>
        </w:rPr>
        <w:br/>
      </w:r>
      <w:r>
        <w:rPr>
          <w:lang w:eastAsia="zh-CN"/>
        </w:rPr>
        <w:t>　　2、注重幼儿在校文化教育，积极配合各科任老师的工作，形成良好的教育体系。</w:t>
      </w:r>
      <w:r>
        <w:rPr>
          <w:lang w:eastAsia="zh-CN"/>
        </w:rPr>
        <w:br/>
      </w:r>
      <w:r>
        <w:rPr>
          <w:lang w:eastAsia="zh-CN"/>
        </w:rPr>
        <w:t>　　3、做好班级卫生工作，为幼儿提供一个舒适的学习生活环境。</w:t>
      </w:r>
      <w:r>
        <w:rPr>
          <w:lang w:eastAsia="zh-CN"/>
        </w:rPr>
        <w:br/>
      </w:r>
      <w:r>
        <w:rPr>
          <w:lang w:eastAsia="zh-CN"/>
        </w:rPr>
        <w:t>　　4、对幼儿进行安全教育，掌握一些基本的安全常识，避免出现安全事故。</w:t>
      </w:r>
      <w:r>
        <w:rPr>
          <w:lang w:eastAsia="zh-CN"/>
        </w:rPr>
        <w:br/>
      </w:r>
      <w:r>
        <w:rPr>
          <w:lang w:eastAsia="zh-CN"/>
        </w:rPr>
        <w:t>　　总之，做为班主任，客观公正的对待每一个孩子，对于每次每项活动认真做好教育工作，及时反思，了解每一个孩子的发展现状，给予他们不同的指导和帮助，促进他们在不同水平上的发展。以孩子的身心健康发展为着眼点，力争教好孩子，关心爱护他们。本学期再接再励，把班级中的各项工作做好，为取得更大进步更好成绩而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2024年学前班教学计划 篇6 </w:t>
      </w:r>
      <w:r>
        <w:rPr>
          <w:lang w:eastAsia="zh-CN"/>
        </w:rPr>
        <w:br/>
      </w:r>
      <w:r>
        <w:rPr>
          <w:lang w:eastAsia="zh-CN"/>
        </w:rPr>
        <w:t>　　生活卫生习惯</w:t>
      </w:r>
      <w:r>
        <w:rPr>
          <w:lang w:eastAsia="zh-CN"/>
        </w:rPr>
        <w:br/>
      </w:r>
      <w:r>
        <w:rPr>
          <w:lang w:eastAsia="zh-CN"/>
        </w:rPr>
        <w:t>　　1、认真迅速地盥洗，节约用水，不把地溅潮。</w:t>
      </w:r>
      <w:r>
        <w:rPr>
          <w:lang w:eastAsia="zh-CN"/>
        </w:rPr>
        <w:br/>
      </w:r>
      <w:r>
        <w:rPr>
          <w:lang w:eastAsia="zh-CN"/>
        </w:rPr>
        <w:t>　　2、有良好的进餐习惯，饭后主动收拾餐具。</w:t>
      </w:r>
      <w:r>
        <w:rPr>
          <w:lang w:eastAsia="zh-CN"/>
        </w:rPr>
        <w:br/>
      </w:r>
      <w:r>
        <w:rPr>
          <w:lang w:eastAsia="zh-CN"/>
        </w:rPr>
        <w:t>　　3、有良好的午睡习惯；起床后独立地整理衣服；女孩会梳短发。</w:t>
      </w:r>
      <w:r>
        <w:rPr>
          <w:lang w:eastAsia="zh-CN"/>
        </w:rPr>
        <w:br/>
      </w:r>
      <w:r>
        <w:rPr>
          <w:lang w:eastAsia="zh-CN"/>
        </w:rPr>
        <w:t>　　4、注意个人卫生，会自己洗手帕。</w:t>
      </w:r>
      <w:r>
        <w:rPr>
          <w:lang w:eastAsia="zh-CN"/>
        </w:rPr>
        <w:br/>
      </w:r>
      <w:r>
        <w:rPr>
          <w:lang w:eastAsia="zh-CN"/>
        </w:rPr>
        <w:t>　　5、懂得一些自我保护的`方法，运动时注意安全，疲劳时注意休息，饭前、饭后不做剧烈运动等。</w:t>
      </w:r>
      <w:r>
        <w:rPr>
          <w:lang w:eastAsia="zh-CN"/>
        </w:rPr>
        <w:br/>
      </w:r>
      <w:r>
        <w:rPr>
          <w:lang w:eastAsia="zh-CN"/>
        </w:rPr>
        <w:t>　　6、知道刷牙时不用手摸，不用舌舔。</w:t>
      </w:r>
      <w:r>
        <w:rPr>
          <w:lang w:eastAsia="zh-CN"/>
        </w:rPr>
        <w:br/>
      </w:r>
      <w:r>
        <w:rPr>
          <w:lang w:eastAsia="zh-CN"/>
        </w:rPr>
        <w:t>　　行为习惯</w:t>
      </w:r>
      <w:r>
        <w:rPr>
          <w:lang w:eastAsia="zh-CN"/>
        </w:rPr>
        <w:br/>
      </w:r>
      <w:r>
        <w:rPr>
          <w:lang w:eastAsia="zh-CN"/>
        </w:rPr>
        <w:t>　　1、能互相谦让，学习自己解决纠纷；有了进步不骄傲，为同伴的进步而高兴。</w:t>
      </w:r>
      <w:r>
        <w:rPr>
          <w:lang w:eastAsia="zh-CN"/>
        </w:rPr>
        <w:br/>
      </w:r>
      <w:r>
        <w:rPr>
          <w:lang w:eastAsia="zh-CN"/>
        </w:rPr>
        <w:t>　　2、有集体荣誉感，能遵守集体规则和公共秩序。</w:t>
      </w:r>
      <w:r>
        <w:rPr>
          <w:lang w:eastAsia="zh-CN"/>
        </w:rPr>
        <w:br/>
      </w:r>
      <w:r>
        <w:rPr>
          <w:lang w:eastAsia="zh-CN"/>
        </w:rPr>
        <w:t>　　3、能迅速地收拾玩具、图书，学习修补破损的图书。</w:t>
      </w:r>
      <w:r>
        <w:rPr>
          <w:lang w:eastAsia="zh-CN"/>
        </w:rPr>
        <w:br/>
      </w:r>
      <w:r>
        <w:rPr>
          <w:lang w:eastAsia="zh-CN"/>
        </w:rPr>
        <w:t>　　4、积极参加公益劳动，如打扫卫生、种植等，做事认真有条理。</w:t>
      </w:r>
      <w:r>
        <w:rPr>
          <w:lang w:eastAsia="zh-CN"/>
        </w:rPr>
        <w:br/>
      </w:r>
      <w:r>
        <w:rPr>
          <w:lang w:eastAsia="zh-CN"/>
        </w:rPr>
        <w:t>　　5、尊敬长辈，对人态度和蔼，会给长辈让座。</w:t>
      </w:r>
      <w:r>
        <w:rPr>
          <w:lang w:eastAsia="zh-CN"/>
        </w:rPr>
        <w:br/>
      </w:r>
      <w:r>
        <w:rPr>
          <w:lang w:eastAsia="zh-CN"/>
        </w:rPr>
        <w:t>　　6、能分辨一般是非，并努力按正确的去做，遇到困难能想办法克服。</w:t>
      </w:r>
      <w:r>
        <w:rPr>
          <w:lang w:eastAsia="zh-CN"/>
        </w:rPr>
        <w:br/>
      </w:r>
      <w:r>
        <w:rPr>
          <w:lang w:eastAsia="zh-CN"/>
        </w:rPr>
        <w:t>　　动作发展</w:t>
      </w:r>
      <w:r>
        <w:rPr>
          <w:lang w:eastAsia="zh-CN"/>
        </w:rPr>
        <w:br/>
      </w:r>
      <w:r>
        <w:rPr>
          <w:lang w:eastAsia="zh-CN"/>
        </w:rPr>
        <w:t>　　1、能快速跑30公尺。</w:t>
      </w:r>
      <w:r>
        <w:rPr>
          <w:lang w:eastAsia="zh-CN"/>
        </w:rPr>
        <w:br/>
      </w:r>
      <w:r>
        <w:rPr>
          <w:lang w:eastAsia="zh-CN"/>
        </w:rPr>
        <w:t>　　2、会助跑跳高50公分以上、跳远70公分以上。</w:t>
      </w:r>
      <w:r>
        <w:rPr>
          <w:lang w:eastAsia="zh-CN"/>
        </w:rPr>
        <w:br/>
      </w:r>
      <w:r>
        <w:rPr>
          <w:lang w:eastAsia="zh-CN"/>
        </w:rPr>
        <w:t>　　3、能在平衡板上轻松自如地行走。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4、能投准目标。</w:t>
      </w:r>
      <w:r>
        <w:rPr>
          <w:lang w:eastAsia="zh-CN"/>
        </w:rPr>
        <w:br/>
      </w:r>
      <w:r>
        <w:rPr>
          <w:lang w:eastAsia="zh-CN"/>
        </w:rPr>
        <w:t>　　5、在体育活动中会穿越障碍物，动作敏捷、迅速，有耐力，能控制活动量。</w:t>
      </w:r>
      <w:r>
        <w:rPr>
          <w:lang w:eastAsia="zh-CN"/>
        </w:rPr>
        <w:br/>
      </w:r>
      <w:r>
        <w:rPr>
          <w:lang w:eastAsia="zh-CN"/>
        </w:rPr>
        <w:t>　　学习能力</w:t>
      </w:r>
      <w:r>
        <w:rPr>
          <w:lang w:eastAsia="zh-CN"/>
        </w:rPr>
        <w:br/>
      </w:r>
      <w:r>
        <w:rPr>
          <w:lang w:eastAsia="zh-CN"/>
        </w:rPr>
        <w:t>　　1、能主动地参加各项活动并坚持完成任务，能认真、细心地管理和收拾自己的学习用品。</w:t>
      </w:r>
      <w:r>
        <w:rPr>
          <w:lang w:eastAsia="zh-CN"/>
        </w:rPr>
        <w:br/>
      </w:r>
      <w:r>
        <w:rPr>
          <w:lang w:eastAsia="zh-CN"/>
        </w:rPr>
        <w:t>　　2、会用多种材料和工具，根据自己的想象，制作小玩具。</w:t>
      </w:r>
      <w:r>
        <w:rPr>
          <w:lang w:eastAsia="zh-CN"/>
        </w:rPr>
        <w:br/>
      </w:r>
      <w:r>
        <w:rPr>
          <w:lang w:eastAsia="zh-CN"/>
        </w:rPr>
        <w:t>　　3、在学习活动中能积极发现问题并找出解决一些简单问题的多种方法。</w:t>
      </w:r>
      <w:r>
        <w:rPr>
          <w:lang w:eastAsia="zh-CN"/>
        </w:rPr>
        <w:br/>
      </w:r>
      <w:r>
        <w:rPr>
          <w:lang w:eastAsia="zh-CN"/>
        </w:rPr>
        <w:t>　　4、会熟悉地进行10以内加减运算，会编、解最简单的应用题。</w:t>
      </w:r>
      <w:r>
        <w:rPr>
          <w:lang w:eastAsia="zh-CN"/>
        </w:rPr>
        <w:br/>
      </w:r>
      <w:r>
        <w:rPr>
          <w:lang w:eastAsia="zh-CN"/>
        </w:rPr>
        <w:t>　　5、能有表情地演唱，会有节奏地跳几个不同内容和风格的舞，能辨认几种乐器、乐曲。</w:t>
      </w:r>
      <w:r>
        <w:rPr>
          <w:lang w:eastAsia="zh-CN"/>
        </w:rPr>
        <w:br/>
      </w:r>
      <w:r>
        <w:rPr>
          <w:lang w:eastAsia="zh-CN"/>
        </w:rPr>
        <w:t>　　6、能根据生活经验和故事内容画情节画，会恰当地安排画面；会画图案画，画面色彩鲜艳，花纹对称；能评价自己和同伴的作品。</w:t>
      </w:r>
      <w:r>
        <w:rPr>
          <w:lang w:eastAsia="zh-CN"/>
        </w:rPr>
        <w:br/>
      </w:r>
      <w:r>
        <w:rPr>
          <w:lang w:eastAsia="zh-CN"/>
        </w:rPr>
        <w:t>　　语言发展</w:t>
      </w:r>
      <w:r>
        <w:rPr>
          <w:lang w:eastAsia="zh-CN"/>
        </w:rPr>
        <w:br/>
      </w:r>
      <w:r>
        <w:rPr>
          <w:lang w:eastAsia="zh-CN"/>
        </w:rPr>
        <w:t>　　1、能掌握较多的实词和虚词，并在交往中正确运用这些词。</w:t>
      </w:r>
      <w:r>
        <w:rPr>
          <w:lang w:eastAsia="zh-CN"/>
        </w:rPr>
        <w:br/>
      </w:r>
      <w:r>
        <w:rPr>
          <w:lang w:eastAsia="zh-CN"/>
        </w:rPr>
        <w:t>　　2、讲述连贯、清楚、简练。</w:t>
      </w:r>
      <w:r>
        <w:rPr>
          <w:lang w:eastAsia="zh-CN"/>
        </w:rPr>
        <w:br/>
      </w:r>
      <w:r>
        <w:rPr>
          <w:lang w:eastAsia="zh-CN"/>
        </w:rPr>
        <w:t>　　3、能积极参加问题讨论，会评价别人的发言。</w:t>
      </w:r>
      <w:r>
        <w:rPr>
          <w:lang w:eastAsia="zh-CN"/>
        </w:rPr>
        <w:br/>
      </w:r>
      <w:r>
        <w:rPr>
          <w:lang w:eastAsia="zh-CN"/>
        </w:rPr>
        <w:t>　　4、喜爱文学作品，朗诵时能表现诗歌、快板、绕口令、故事等不同类型文学作品的特点；能简单地概括作品的主题，想象情节的发展。</w:t>
      </w:r>
      <w:r>
        <w:rPr>
          <w:lang w:eastAsia="zh-CN"/>
        </w:rPr>
        <w:br/>
      </w:r>
      <w:r>
        <w:rPr>
          <w:lang w:eastAsia="zh-CN"/>
        </w:rPr>
        <w:t xml:space="preserve">    2024年学前班教学计划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教学目的</w:t>
      </w:r>
      <w:r>
        <w:rPr>
          <w:lang w:eastAsia="zh-CN"/>
        </w:rPr>
        <w:br/>
      </w:r>
      <w:r>
        <w:rPr>
          <w:lang w:eastAsia="zh-CN"/>
        </w:rPr>
        <w:t>　　1、学习趣味绘画培养幼儿对美术的兴趣爱好，运用各种线条和色块的组合大胆地表现在生活中感受过的物体的基本形象和主要特征，大胆地按自己的意愿画画。</w:t>
      </w:r>
      <w:r>
        <w:rPr>
          <w:lang w:eastAsia="zh-CN"/>
        </w:rPr>
        <w:br/>
      </w:r>
      <w:r>
        <w:rPr>
          <w:lang w:eastAsia="zh-CN"/>
        </w:rPr>
        <w:t>　　2. 学习折纸方法，学习简易的制作，并掌握几种剪纸的方法及要领训练幼儿手指灵活性，提高幼儿欣赏水平;</w:t>
      </w:r>
      <w:r>
        <w:rPr>
          <w:lang w:eastAsia="zh-CN"/>
        </w:rPr>
        <w:br/>
      </w:r>
      <w:r>
        <w:rPr>
          <w:lang w:eastAsia="zh-CN"/>
        </w:rPr>
        <w:t>　　3、通过欣赏名画家的代表作，欣赏民间工艺品，节日教室布置，欣赏和评价同伴的美术作品，提高对美的欣赏力和个性品质。</w:t>
      </w:r>
      <w:r>
        <w:rPr>
          <w:lang w:eastAsia="zh-CN"/>
        </w:rPr>
        <w:br/>
      </w:r>
      <w:r>
        <w:rPr>
          <w:lang w:eastAsia="zh-CN"/>
        </w:rPr>
        <w:t>　　4、通过多种形式的美术活，例如泥工的制作，使幼儿体验到美术活动的乐趣，提高幼儿对美术活动的兴趣。</w:t>
      </w:r>
      <w:r>
        <w:rPr>
          <w:lang w:eastAsia="zh-CN"/>
        </w:rPr>
        <w:br/>
      </w:r>
      <w:r>
        <w:rPr>
          <w:lang w:eastAsia="zh-CN"/>
        </w:rPr>
        <w:t>　　5、学习运用各种工具材料大胆地进行手工活动，对手工活动感兴趣，并能运用自己制作的玩具、手工作品来美化自己的生活或开展其他活动。</w:t>
      </w:r>
      <w:r>
        <w:rPr>
          <w:lang w:eastAsia="zh-CN"/>
        </w:rPr>
        <w:br/>
      </w:r>
      <w:r>
        <w:rPr>
          <w:lang w:eastAsia="zh-CN"/>
        </w:rPr>
        <w:t>　　教学进度安排</w:t>
      </w:r>
      <w:r>
        <w:rPr>
          <w:lang w:eastAsia="zh-CN"/>
        </w:rPr>
        <w:br/>
      </w:r>
      <w:r>
        <w:rPr>
          <w:lang w:eastAsia="zh-CN"/>
        </w:rPr>
        <w:t>　　1、1——6周：简易绘画</w:t>
      </w:r>
      <w:r>
        <w:rPr>
          <w:lang w:eastAsia="zh-CN"/>
        </w:rPr>
        <w:br/>
      </w:r>
      <w:r>
        <w:rPr>
          <w:lang w:eastAsia="zh-CN"/>
        </w:rPr>
        <w:t>　　2、7——11周：学习折纸方法和简易的制作</w:t>
      </w:r>
      <w:r>
        <w:rPr>
          <w:lang w:eastAsia="zh-CN"/>
        </w:rPr>
        <w:br/>
      </w:r>
      <w:r>
        <w:rPr>
          <w:lang w:eastAsia="zh-CN"/>
        </w:rPr>
        <w:t>　　3、12——14周：欣赏名画家的代表作，欣赏民间工艺品</w:t>
      </w:r>
      <w:r>
        <w:rPr>
          <w:lang w:eastAsia="zh-CN"/>
        </w:rPr>
        <w:br/>
      </w:r>
      <w:r>
        <w:rPr>
          <w:lang w:eastAsia="zh-CN"/>
        </w:rPr>
        <w:t>　　4、15——20周：手工活动</w:t>
      </w:r>
      <w:r>
        <w:rPr>
          <w:lang w:eastAsia="zh-CN"/>
        </w:rPr>
        <w:br/>
      </w:r>
      <w:r>
        <w:rPr>
          <w:lang w:eastAsia="zh-CN"/>
        </w:rPr>
        <w:t>　　教学用具</w:t>
      </w:r>
      <w:r>
        <w:rPr>
          <w:lang w:eastAsia="zh-CN"/>
        </w:rPr>
        <w:br/>
      </w:r>
      <w:r>
        <w:rPr>
          <w:lang w:eastAsia="zh-CN"/>
        </w:rPr>
        <w:t>　　油画棒，水彩笔，蜡笔，橡皮泥等</w:t>
      </w:r>
      <w:r>
        <w:rPr>
          <w:lang w:eastAsia="zh-CN"/>
        </w:rPr>
        <w:br/>
      </w:r>
      <w:r>
        <w:rPr>
          <w:lang w:eastAsia="zh-CN"/>
        </w:rPr>
        <w:t>　　教学方法</w:t>
      </w:r>
      <w:r>
        <w:rPr>
          <w:lang w:eastAsia="zh-CN"/>
        </w:rPr>
        <w:br/>
      </w:r>
      <w:r>
        <w:rPr>
          <w:lang w:eastAsia="zh-CN"/>
        </w:rPr>
        <w:t>　　示范法、演示法、临摹法、讲授法、谈话法、讨论法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教学要求：学生每天至少要完成一幅作业，每班好的作业那出来作学习示样。</w:t>
      </w:r>
      <w:r>
        <w:rPr>
          <w:lang w:eastAsia="zh-CN"/>
        </w:rPr>
        <w:br/>
      </w:r>
      <w:r>
        <w:rPr>
          <w:lang w:eastAsia="zh-CN"/>
        </w:rPr>
        <w:t xml:space="preserve">    2024年学前班教学计划 篇8 </w:t>
      </w:r>
      <w:r>
        <w:rPr>
          <w:lang w:eastAsia="zh-CN"/>
        </w:rPr>
        <w:br/>
      </w:r>
      <w:r>
        <w:rPr>
          <w:lang w:eastAsia="zh-CN"/>
        </w:rPr>
        <w:t>　　一、指导思想：</w:t>
      </w:r>
      <w:r>
        <w:rPr>
          <w:lang w:eastAsia="zh-CN"/>
        </w:rPr>
        <w:br/>
      </w:r>
      <w:r>
        <w:rPr>
          <w:lang w:eastAsia="zh-CN"/>
        </w:rPr>
        <w:t>　　以培养小学生科学素养为宗旨，进取倡导让学生亲身经历以探究为主的学习活动，培养他们的好奇心和探究欲，发展他们对科学本质的理解，使他们学会探究解决问题的策略，为他们终身的学习和生活打好基础。</w:t>
      </w:r>
      <w:r>
        <w:rPr>
          <w:lang w:eastAsia="zh-CN"/>
        </w:rPr>
        <w:br/>
      </w:r>
      <w:r>
        <w:rPr>
          <w:lang w:eastAsia="zh-CN"/>
        </w:rPr>
        <w:t>　　二、教学目标：</w:t>
      </w:r>
      <w:r>
        <w:rPr>
          <w:lang w:eastAsia="zh-CN"/>
        </w:rPr>
        <w:br/>
      </w:r>
      <w:r>
        <w:rPr>
          <w:lang w:eastAsia="zh-CN"/>
        </w:rPr>
        <w:t>　　1、培养学生科学的思维方法，努力发展学生解决问题的本事，使得学生们在日常生活中亲近科学、运用科学，把科学转化为对自我日常生活的指导，逐渐养成科学的行为习惯和生活习惯；</w:t>
      </w:r>
      <w:r>
        <w:rPr>
          <w:lang w:eastAsia="zh-CN"/>
        </w:rPr>
        <w:br/>
      </w:r>
      <w:r>
        <w:rPr>
          <w:lang w:eastAsia="zh-CN"/>
        </w:rPr>
        <w:t>　　2、了解科学探究的过程和方法，让学生亲身经历科学探究的全过程，从中获得科学知识，增长才干，体会科学探究的乐趣，理解科学的真谛，逐步学会科学地看问题、想问题；</w:t>
      </w:r>
      <w:r>
        <w:rPr>
          <w:lang w:eastAsia="zh-CN"/>
        </w:rPr>
        <w:br/>
      </w:r>
      <w:r>
        <w:rPr>
          <w:lang w:eastAsia="zh-CN"/>
        </w:rPr>
        <w:t>　　3、继续指导、引导学生学习运用假设，分析事物之间的因果关系，注重观察实验中的测量，异常是控制变量、采集数据，并对实验结果作出自我的解释，学习建立解释模型，以验证自我的假设。</w:t>
      </w:r>
      <w:r>
        <w:rPr>
          <w:lang w:eastAsia="zh-CN"/>
        </w:rPr>
        <w:br/>
      </w:r>
      <w:r>
        <w:rPr>
          <w:lang w:eastAsia="zh-CN"/>
        </w:rPr>
        <w:t>　　4、坚持和发展对周围世界的好奇心与求知欲，构成大胆细心、注重证据、敢于质疑的科学态度和爱科学、爱家乡、爱祖国的情感；</w:t>
      </w:r>
      <w:r>
        <w:rPr>
          <w:lang w:eastAsia="zh-CN"/>
        </w:rPr>
        <w:br/>
      </w:r>
      <w:r>
        <w:rPr>
          <w:lang w:eastAsia="zh-CN"/>
        </w:rPr>
        <w:t>　　5、亲近自然、欣赏自然、珍爱生命，进取参与资源和环境的保护，关心现代科技的发展。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三、教材分析</w:t>
      </w:r>
      <w:r>
        <w:rPr>
          <w:lang w:eastAsia="zh-CN"/>
        </w:rPr>
        <w:br/>
      </w:r>
      <w:r>
        <w:rPr>
          <w:lang w:eastAsia="zh-CN"/>
        </w:rPr>
        <w:t>　　学植物的一生单元：引导学生经历种植凤仙花的完整过程。经过对凤仙花各个生长期不一样形态特征的观察，帮忙学生建立植物生长周期的概念，并引导他们学会定期观察、记录以及分析数据的方法。</w:t>
      </w:r>
      <w:r>
        <w:rPr>
          <w:lang w:eastAsia="zh-CN"/>
        </w:rPr>
        <w:br/>
      </w:r>
      <w:r>
        <w:rPr>
          <w:lang w:eastAsia="zh-CN"/>
        </w:rPr>
        <w:t>　　动物的生命周期单元：引导学生经历养蚕的完整过程。经过对蚕各个生长时期不一样形态特征的观察，帮忙学生建立动物的生命周期概念，感受生物的生命过程并学会描述这个过程。</w:t>
      </w:r>
      <w:r>
        <w:rPr>
          <w:lang w:eastAsia="zh-CN"/>
        </w:rPr>
        <w:br/>
      </w:r>
      <w:r>
        <w:rPr>
          <w:lang w:eastAsia="zh-CN"/>
        </w:rPr>
        <w:t>　　沉和浮单元：主要涉及物体在水中的沉浮与哪些因素有关、怎样改变物体的沉浮及如何利用沉浮的原理来制作小船和潜艇等问题。</w:t>
      </w:r>
      <w:r>
        <w:rPr>
          <w:lang w:eastAsia="zh-CN"/>
        </w:rPr>
        <w:br/>
      </w:r>
      <w:r>
        <w:rPr>
          <w:lang w:eastAsia="zh-CN"/>
        </w:rPr>
        <w:t>　　动物的生命周期单元：引导学生经历养蚕的完整过程。经过对蚕各个生长时期不一样形态特征的观察，帮忙学生建立动物的生命周期概念，感受生物的生命过程并会描述这个过程。</w:t>
      </w:r>
      <w:r>
        <w:rPr>
          <w:lang w:eastAsia="zh-CN"/>
        </w:rPr>
        <w:br/>
      </w:r>
      <w:r>
        <w:rPr>
          <w:lang w:eastAsia="zh-CN"/>
        </w:rPr>
        <w:t>　　四、基本措施：</w:t>
      </w:r>
      <w:r>
        <w:rPr>
          <w:lang w:eastAsia="zh-CN"/>
        </w:rPr>
        <w:br/>
      </w:r>
      <w:r>
        <w:rPr>
          <w:lang w:eastAsia="zh-CN"/>
        </w:rPr>
        <w:t>　　1、把科学课程的总目标落实到每一节课；</w:t>
      </w:r>
      <w:r>
        <w:rPr>
          <w:lang w:eastAsia="zh-CN"/>
        </w:rPr>
        <w:br/>
      </w:r>
      <w:r>
        <w:rPr>
          <w:lang w:eastAsia="zh-CN"/>
        </w:rPr>
        <w:t>　　2、把握小学生科学学习特点，因势利导；</w:t>
      </w:r>
      <w:r>
        <w:rPr>
          <w:lang w:eastAsia="zh-CN"/>
        </w:rPr>
        <w:br/>
      </w:r>
      <w:r>
        <w:rPr>
          <w:lang w:eastAsia="zh-CN"/>
        </w:rPr>
        <w:t>　　3、用丰富多彩的亲历活动充实教学过程；</w:t>
      </w:r>
      <w:r>
        <w:rPr>
          <w:lang w:eastAsia="zh-CN"/>
        </w:rPr>
        <w:br/>
      </w:r>
      <w:r>
        <w:rPr>
          <w:lang w:eastAsia="zh-CN"/>
        </w:rPr>
        <w:t>　　4、让探究成为科学学习的主要方式；</w:t>
      </w:r>
      <w:r>
        <w:rPr>
          <w:lang w:eastAsia="zh-CN"/>
        </w:rPr>
        <w:br/>
      </w:r>
      <w:r>
        <w:rPr>
          <w:lang w:eastAsia="zh-CN"/>
        </w:rPr>
        <w:t>　　5、树立开放的教学观念；</w:t>
      </w:r>
      <w:r>
        <w:rPr>
          <w:lang w:eastAsia="zh-CN"/>
        </w:rPr>
        <w:br/>
      </w:r>
      <w:r>
        <w:rPr>
          <w:lang w:eastAsia="zh-CN"/>
        </w:rPr>
        <w:t>　　6、悉心地引导学生的科学学习活动；</w:t>
      </w:r>
      <w:r>
        <w:rPr>
          <w:lang w:eastAsia="zh-CN"/>
        </w:rPr>
        <w:br/>
      </w:r>
      <w:r>
        <w:rPr>
          <w:lang w:eastAsia="zh-CN"/>
        </w:rPr>
        <w:t>　　7、充分运用现代教育技术；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8、组织指导科技兴趣小组，引导学生参加各类有关竞赛，以赛促学。</w:t>
      </w:r>
      <w:r>
        <w:rPr>
          <w:lang w:eastAsia="zh-CN"/>
        </w:rPr>
        <w:br/>
      </w:r>
      <w:r>
        <w:rPr>
          <w:lang w:eastAsia="zh-CN"/>
        </w:rPr>
        <w:t xml:space="preserve">    2024年学前班教学计划 篇9 </w:t>
      </w:r>
      <w:r>
        <w:rPr>
          <w:lang w:eastAsia="zh-CN"/>
        </w:rPr>
        <w:br/>
      </w:r>
      <w:r>
        <w:rPr>
          <w:lang w:eastAsia="zh-CN"/>
        </w:rPr>
        <w:t>　　我们学前班迎来了一群可爱的小朋友。他们一个个眼里都充满了求知的渴望。看到这样一群聪明乖巧的孩子们，我们老师用一颗充满母爱的心，去爱护他们，教育他们。为了我们的目标，我制定了一下计划：</w:t>
      </w:r>
      <w:r>
        <w:rPr>
          <w:lang w:eastAsia="zh-CN"/>
        </w:rPr>
        <w:br/>
      </w:r>
      <w:r>
        <w:rPr>
          <w:lang w:eastAsia="zh-CN"/>
        </w:rPr>
        <w:t>　　一、教学分析</w:t>
      </w:r>
      <w:r>
        <w:rPr>
          <w:lang w:eastAsia="zh-CN"/>
        </w:rPr>
        <w:br/>
      </w:r>
      <w:r>
        <w:rPr>
          <w:lang w:eastAsia="zh-CN"/>
        </w:rPr>
        <w:t>　　根据我对孩子们简单的测试，我发现我们班有大多数孩子的基础都比较差。虽然说已经进入学前班，但是还有小朋友认不全10以内的数字，也有一些小朋友会写但不认识。所以根据我班的情况，在我以后这学期的教育工作中。我将有针对性的加强基础知识的辅导。</w:t>
      </w:r>
      <w:r>
        <w:rPr>
          <w:lang w:eastAsia="zh-CN"/>
        </w:rPr>
        <w:br/>
      </w:r>
      <w:r>
        <w:rPr>
          <w:lang w:eastAsia="zh-CN"/>
        </w:rPr>
        <w:t>　　二.教学内容：</w:t>
      </w:r>
      <w:r>
        <w:rPr>
          <w:lang w:eastAsia="zh-CN"/>
        </w:rPr>
        <w:br/>
      </w:r>
      <w:r>
        <w:rPr>
          <w:lang w:eastAsia="zh-CN"/>
        </w:rPr>
        <w:t>　　1.认识比较高矮，粗细，能够按高矮，粗细给10以内的物体排序。</w:t>
      </w:r>
      <w:r>
        <w:rPr>
          <w:lang w:eastAsia="zh-CN"/>
        </w:rPr>
        <w:br/>
      </w:r>
      <w:r>
        <w:rPr>
          <w:lang w:eastAsia="zh-CN"/>
        </w:rPr>
        <w:t>　　2.感知几种平面图形的主要特征。</w:t>
      </w:r>
      <w:r>
        <w:rPr>
          <w:lang w:eastAsia="zh-CN"/>
        </w:rPr>
        <w:br/>
      </w:r>
      <w:r>
        <w:rPr>
          <w:lang w:eastAsia="zh-CN"/>
        </w:rPr>
        <w:t>　　3.了解相邻数的含义。</w:t>
      </w:r>
      <w:r>
        <w:rPr>
          <w:lang w:eastAsia="zh-CN"/>
        </w:rPr>
        <w:br/>
      </w:r>
      <w:r>
        <w:rPr>
          <w:lang w:eastAsia="zh-CN"/>
        </w:rPr>
        <w:t>　　4. 熟练掌握倒数10以内的数。</w:t>
      </w:r>
      <w:r>
        <w:rPr>
          <w:lang w:eastAsia="zh-CN"/>
        </w:rPr>
        <w:br/>
      </w:r>
      <w:r>
        <w:rPr>
          <w:lang w:eastAsia="zh-CN"/>
        </w:rPr>
        <w:t>　　5.在操作中探索，总结，记录10以内的组成和分解。</w:t>
      </w:r>
      <w:r>
        <w:rPr>
          <w:lang w:eastAsia="zh-CN"/>
        </w:rPr>
        <w:br/>
      </w:r>
      <w:r>
        <w:rPr>
          <w:lang w:eastAsia="zh-CN"/>
        </w:rPr>
        <w:t>　　6.认识加减符号及算式，在具体的情境中加深理解加减的含义。</w:t>
      </w:r>
      <w:r>
        <w:rPr>
          <w:lang w:eastAsia="zh-CN"/>
        </w:rPr>
        <w:br/>
      </w:r>
      <w:r>
        <w:rPr>
          <w:lang w:eastAsia="zh-CN"/>
        </w:rPr>
        <w:t>　　7.进一步学习10以内的组成，运算已有的知识推导总结出某数的组成。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8.学习解答应用题，列出算式，学习分解加法和减法的应用题。</w:t>
      </w:r>
      <w:r>
        <w:rPr>
          <w:lang w:eastAsia="zh-CN"/>
        </w:rPr>
        <w:br/>
      </w:r>
      <w:r>
        <w:rPr>
          <w:lang w:eastAsia="zh-CN"/>
        </w:rPr>
        <w:t>　　9.认识几种常见的几何体，进一步感知几何体的特征。</w:t>
      </w:r>
      <w:r>
        <w:rPr>
          <w:lang w:eastAsia="zh-CN"/>
        </w:rPr>
        <w:br/>
      </w:r>
      <w:r>
        <w:rPr>
          <w:lang w:eastAsia="zh-CN"/>
        </w:rPr>
        <w:t>　　10.认识整点与半点，了解一小时与半小时的不同，尝试记录整点和半点。</w:t>
      </w:r>
      <w:r>
        <w:rPr>
          <w:lang w:eastAsia="zh-CN"/>
        </w:rPr>
        <w:br/>
      </w:r>
      <w:r>
        <w:rPr>
          <w:lang w:eastAsia="zh-CN"/>
        </w:rPr>
        <w:t>　　11.学习看日历，知道一个星期有7天。</w:t>
      </w:r>
      <w:r>
        <w:rPr>
          <w:lang w:eastAsia="zh-CN"/>
        </w:rPr>
        <w:br/>
      </w:r>
      <w:r>
        <w:rPr>
          <w:lang w:eastAsia="zh-CN"/>
        </w:rPr>
        <w:t>　　三.教育目标</w:t>
      </w:r>
      <w:r>
        <w:rPr>
          <w:lang w:eastAsia="zh-CN"/>
        </w:rPr>
        <w:br/>
      </w:r>
      <w:r>
        <w:rPr>
          <w:lang w:eastAsia="zh-CN"/>
        </w:rPr>
        <w:t>　　我们争取让每一个孩子在学期结束是，都能获得优秀的成绩，让每一个孩子都能有看得见的进步，让每一个家长都能肯定我们的工作，满意我们的教育教学。为了这一个目标，我将一直努力下去。</w:t>
      </w:r>
      <w:r>
        <w:rPr>
          <w:lang w:eastAsia="zh-CN"/>
        </w:rPr>
        <w:br/>
      </w:r>
      <w:r>
        <w:rPr>
          <w:lang w:eastAsia="zh-CN"/>
        </w:rPr>
        <w:t xml:space="preserve">    2024年学前班教学计划 篇10 </w:t>
      </w:r>
      <w:r>
        <w:rPr>
          <w:lang w:eastAsia="zh-CN"/>
        </w:rPr>
        <w:br/>
      </w:r>
      <w:r>
        <w:rPr>
          <w:lang w:eastAsia="zh-CN"/>
        </w:rPr>
        <w:t>　　一、指导思想</w:t>
      </w:r>
      <w:r>
        <w:rPr>
          <w:lang w:eastAsia="zh-CN"/>
        </w:rPr>
        <w:br/>
      </w:r>
      <w:r>
        <w:rPr>
          <w:lang w:eastAsia="zh-CN"/>
        </w:rPr>
        <w:t>　　学前班数学教育的主要任务是教师通过组</w:t>
      </w:r>
      <w:r>
        <w:rPr>
          <w:lang w:eastAsia="zh-CN"/>
        </w:rPr>
        <w:br/>
      </w:r>
      <w:r>
        <w:rPr>
          <w:lang w:eastAsia="zh-CN"/>
        </w:rPr>
        <w:t>　　织幼儿开展多彩的活动来扩展、整理其在生活中获得的有关数学方面的经验，掌握粗浅的数学知识，培养幼儿对数学的兴趣和初步的运用数学知识认识事物的能力，为入小学学习打好必要的基础。</w:t>
      </w:r>
      <w:r>
        <w:rPr>
          <w:lang w:eastAsia="zh-CN"/>
        </w:rPr>
        <w:br/>
      </w:r>
      <w:r>
        <w:rPr>
          <w:lang w:eastAsia="zh-CN"/>
        </w:rPr>
        <w:t>　　二、学生基本情况分析</w:t>
      </w:r>
      <w:r>
        <w:rPr>
          <w:lang w:eastAsia="zh-CN"/>
        </w:rPr>
        <w:br/>
      </w:r>
      <w:r>
        <w:rPr>
          <w:lang w:eastAsia="zh-CN"/>
        </w:rPr>
        <w:t>　　在过去的半年里，通过老师耐心细致的教学和辅导，大多数孩子能在老师的引导下认真开展数学活动，基本掌握了对数字的理解，并能准确的进行加减运算，能看图提出一些简单的数学问题。对数学活动有了一定的兴趣爱好，这为他们今后的学习打好了坚实的基础。</w:t>
      </w:r>
      <w:r>
        <w:rPr>
          <w:lang w:eastAsia="zh-CN"/>
        </w:rPr>
        <w:br/>
      </w:r>
      <w:r>
        <w:rPr>
          <w:lang w:eastAsia="zh-CN"/>
        </w:rPr>
        <w:t>　　三、教材分析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1、本学期将学习按数群记数和数的分类统计，它不仅能引导幼儿将数字知识应用于生活实际，更能提高幼儿对数的敏感性和计算能力。</w:t>
      </w:r>
      <w:r>
        <w:rPr>
          <w:lang w:eastAsia="zh-CN"/>
        </w:rPr>
        <w:br/>
      </w:r>
      <w:r>
        <w:rPr>
          <w:lang w:eastAsia="zh-CN"/>
        </w:rPr>
        <w:t>　　2、教幼儿学习简单的测量方法，并认识时钟和日历等生活常用数学知识。</w:t>
      </w:r>
      <w:r>
        <w:rPr>
          <w:lang w:eastAsia="zh-CN"/>
        </w:rPr>
        <w:br/>
      </w:r>
      <w:r>
        <w:rPr>
          <w:lang w:eastAsia="zh-CN"/>
        </w:rPr>
        <w:t>　　3、认识简单的几何图形，将体和形、数结合起来认识并引导儿童认识三者之间的联系，通过实物展示和提问、讲解等方法充分激发儿童的想象活动。</w:t>
      </w:r>
      <w:r>
        <w:rPr>
          <w:lang w:eastAsia="zh-CN"/>
        </w:rPr>
        <w:br/>
      </w:r>
      <w:r>
        <w:rPr>
          <w:lang w:eastAsia="zh-CN"/>
        </w:rPr>
        <w:t>　　4、结合幼儿生活经验和实际的生活需要来展开教学。</w:t>
      </w:r>
      <w:r>
        <w:rPr>
          <w:lang w:eastAsia="zh-CN"/>
        </w:rPr>
        <w:br/>
      </w:r>
      <w:r>
        <w:rPr>
          <w:lang w:eastAsia="zh-CN"/>
        </w:rPr>
        <w:t>　　5、继续学习数的组成，5——10的组成及加减运算。</w:t>
      </w:r>
      <w:r>
        <w:rPr>
          <w:lang w:eastAsia="zh-CN"/>
        </w:rPr>
        <w:br/>
      </w:r>
      <w:r>
        <w:rPr>
          <w:lang w:eastAsia="zh-CN"/>
        </w:rPr>
        <w:t>　　四、教学目的</w:t>
      </w:r>
      <w:r>
        <w:rPr>
          <w:lang w:eastAsia="zh-CN"/>
        </w:rPr>
        <w:br/>
      </w:r>
      <w:r>
        <w:rPr>
          <w:lang w:eastAsia="zh-CN"/>
        </w:rPr>
        <w:t>　　要求幼儿在老师的引导下，能结合生活中的实际经验，区分和理解一些事物的相关联系，通过自己的操作并理解、分析和概括出数的意义及数字的相互关系，并能准确的进行加减运算。</w:t>
      </w:r>
      <w:r>
        <w:rPr>
          <w:lang w:eastAsia="zh-CN"/>
        </w:rPr>
        <w:br/>
      </w:r>
      <w:r>
        <w:rPr>
          <w:lang w:eastAsia="zh-CN"/>
        </w:rPr>
        <w:t>　　五、教学的重难点</w:t>
      </w:r>
      <w:r>
        <w:rPr>
          <w:lang w:eastAsia="zh-CN"/>
        </w:rPr>
        <w:br/>
      </w:r>
      <w:r>
        <w:rPr>
          <w:lang w:eastAsia="zh-CN"/>
        </w:rPr>
        <w:t>　　1、能理解数字的意义并能准确计算。</w:t>
      </w:r>
      <w:r>
        <w:rPr>
          <w:lang w:eastAsia="zh-CN"/>
        </w:rPr>
        <w:br/>
      </w:r>
      <w:r>
        <w:rPr>
          <w:lang w:eastAsia="zh-CN"/>
        </w:rPr>
        <w:t>　　2、能对周围的事物有一定的空间想象能力。</w:t>
      </w:r>
      <w:r>
        <w:rPr>
          <w:lang w:eastAsia="zh-CN"/>
        </w:rPr>
        <w:br/>
      </w:r>
      <w:r>
        <w:rPr>
          <w:lang w:eastAsia="zh-CN"/>
        </w:rPr>
        <w:t>　　3、对生活中的物体能有一个基本的认识能力。</w:t>
      </w:r>
      <w:r>
        <w:rPr>
          <w:lang w:eastAsia="zh-CN"/>
        </w:rPr>
        <w:br/>
      </w:r>
      <w:r>
        <w:rPr>
          <w:lang w:eastAsia="zh-CN"/>
        </w:rPr>
        <w:t>　　六、教学措施</w:t>
      </w:r>
      <w:r>
        <w:rPr>
          <w:lang w:eastAsia="zh-CN"/>
        </w:rPr>
        <w:br/>
      </w:r>
      <w:r>
        <w:rPr>
          <w:lang w:eastAsia="zh-CN"/>
        </w:rPr>
        <w:t>　　教学活动与幼儿的日常生活紧密结合起来，并通过游戏的方法培养和保护幼儿对数学学习的兴趣，并创造和提供一定的条件帮助幼儿合理地运用其掌握的数学知识，将其转化为认识事物的能力。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七、教学安排</w:t>
      </w:r>
      <w:r>
        <w:rPr>
          <w:lang w:eastAsia="zh-CN"/>
        </w:rPr>
        <w:br/>
      </w:r>
      <w:r>
        <w:rPr>
          <w:lang w:eastAsia="zh-CN"/>
        </w:rPr>
        <w:t>　　第一二周：按群数计算、复习3和4的组成与加减法第三周：学习5的组成及加减运算</w:t>
      </w:r>
      <w:r>
        <w:rPr>
          <w:lang w:eastAsia="zh-CN"/>
        </w:rPr>
        <w:br/>
      </w:r>
      <w:r>
        <w:rPr>
          <w:lang w:eastAsia="zh-CN"/>
        </w:rPr>
        <w:t>　　第四周：学习6的组成及加减运算</w:t>
      </w:r>
      <w:r>
        <w:rPr>
          <w:lang w:eastAsia="zh-CN"/>
        </w:rPr>
        <w:br/>
      </w:r>
      <w:r>
        <w:rPr>
          <w:lang w:eastAsia="zh-CN"/>
        </w:rPr>
        <w:t>　　第五周：数的记录和统计，单双数的认识</w:t>
      </w:r>
      <w:r>
        <w:rPr>
          <w:lang w:eastAsia="zh-CN"/>
        </w:rPr>
        <w:br/>
      </w:r>
      <w:r>
        <w:rPr>
          <w:lang w:eastAsia="zh-CN"/>
        </w:rPr>
        <w:t>　　第六周：学习7的组成及加减运算</w:t>
      </w:r>
      <w:r>
        <w:rPr>
          <w:lang w:eastAsia="zh-CN"/>
        </w:rPr>
        <w:br/>
      </w:r>
      <w:r>
        <w:rPr>
          <w:lang w:eastAsia="zh-CN"/>
        </w:rPr>
        <w:t>　　第七周：学习8的组成及加减运算</w:t>
      </w:r>
      <w:r>
        <w:rPr>
          <w:lang w:eastAsia="zh-CN"/>
        </w:rPr>
        <w:br/>
      </w:r>
      <w:r>
        <w:rPr>
          <w:lang w:eastAsia="zh-CN"/>
        </w:rPr>
        <w:t>　　第八周：测量、认识正方体和长方体</w:t>
      </w:r>
      <w:r>
        <w:rPr>
          <w:lang w:eastAsia="zh-CN"/>
        </w:rPr>
        <w:br/>
      </w:r>
      <w:r>
        <w:rPr>
          <w:lang w:eastAsia="zh-CN"/>
        </w:rPr>
        <w:t>　　第九周：学习9的组成及加减运算</w:t>
      </w:r>
      <w:r>
        <w:rPr>
          <w:lang w:eastAsia="zh-CN"/>
        </w:rPr>
        <w:br/>
      </w:r>
      <w:r>
        <w:rPr>
          <w:lang w:eastAsia="zh-CN"/>
        </w:rPr>
        <w:t>　　第十周：认识球体和圆柱体、变与不变</w:t>
      </w:r>
      <w:r>
        <w:rPr>
          <w:lang w:eastAsia="zh-CN"/>
        </w:rPr>
        <w:br/>
      </w:r>
      <w:r>
        <w:rPr>
          <w:lang w:eastAsia="zh-CN"/>
        </w:rPr>
        <w:t>　　第十一周：二等分和四等分、复习8和9的组成和加减第十二周：学习10的组成和加减</w:t>
      </w:r>
      <w:r>
        <w:rPr>
          <w:lang w:eastAsia="zh-CN"/>
        </w:rPr>
        <w:br/>
      </w:r>
      <w:r>
        <w:rPr>
          <w:lang w:eastAsia="zh-CN"/>
        </w:rPr>
        <w:t>　　第十三周：认识时钟、认识日历</w:t>
      </w:r>
      <w:r>
        <w:rPr>
          <w:lang w:eastAsia="zh-CN"/>
        </w:rPr>
        <w:br/>
      </w:r>
      <w:r>
        <w:rPr>
          <w:lang w:eastAsia="zh-CN"/>
        </w:rPr>
        <w:t>　　第十四周：复习分类、复习排序和序数</w:t>
      </w:r>
      <w:r>
        <w:rPr>
          <w:lang w:eastAsia="zh-CN"/>
        </w:rPr>
        <w:br/>
      </w:r>
      <w:r>
        <w:rPr>
          <w:lang w:eastAsia="zh-CN"/>
        </w:rPr>
        <w:t>　　第十五周：复习形体、区分形体</w:t>
      </w:r>
      <w:r>
        <w:rPr>
          <w:lang w:eastAsia="zh-CN"/>
        </w:rPr>
        <w:br/>
      </w:r>
      <w:r>
        <w:rPr>
          <w:lang w:eastAsia="zh-CN"/>
        </w:rPr>
        <w:t xml:space="preserve">    2024年学前班教学计划 篇11 </w:t>
      </w:r>
      <w:r>
        <w:rPr>
          <w:lang w:eastAsia="zh-CN"/>
        </w:rPr>
        <w:br/>
      </w:r>
      <w:r>
        <w:rPr>
          <w:lang w:eastAsia="zh-CN"/>
        </w:rPr>
        <w:t>　　学前班的小朋友刚刚入学，习惯比较差，注意力差等问题，课堂教学组织有一定的难度，因此教师的教学态度和教学理念起决定作用。本期将引导学生美术的热情和培养学生的审美情趣。</w:t>
      </w:r>
      <w:r>
        <w:rPr>
          <w:lang w:eastAsia="zh-CN"/>
        </w:rPr>
        <w:br/>
      </w:r>
      <w:r>
        <w:rPr>
          <w:lang w:eastAsia="zh-CN"/>
        </w:rPr>
        <w:t>　　二、教材分析：</w:t>
      </w:r>
      <w:r>
        <w:rPr>
          <w:lang w:eastAsia="zh-CN"/>
        </w:rPr>
        <w:br/>
      </w:r>
      <w:r>
        <w:rPr>
          <w:lang w:eastAsia="zh-CN"/>
        </w:rPr>
        <w:t>　　1、知识教育要点：</w:t>
      </w:r>
      <w:r>
        <w:rPr>
          <w:lang w:eastAsia="zh-CN"/>
        </w:rPr>
        <w:br/>
      </w:r>
      <w:r>
        <w:rPr>
          <w:lang w:eastAsia="zh-CN"/>
        </w:rPr>
        <w:t>　　（1）认识和运用各种平面形、常用色。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（2）运用形和色，进行临摹、添画、记忆画、想象画练习。</w:t>
      </w:r>
      <w:r>
        <w:rPr>
          <w:lang w:eastAsia="zh-CN"/>
        </w:rPr>
        <w:br/>
      </w:r>
      <w:r>
        <w:rPr>
          <w:lang w:eastAsia="zh-CN"/>
        </w:rPr>
        <w:t>　　（3）学习使用各种简易绘画工具，学习撕、折、拼、贴和揉捏、搓、挖等手工制作法， 养成正确地绘画、制作姿势与习惯。</w:t>
      </w:r>
      <w:r>
        <w:rPr>
          <w:lang w:eastAsia="zh-CN"/>
        </w:rPr>
        <w:br/>
      </w:r>
      <w:r>
        <w:rPr>
          <w:lang w:eastAsia="zh-CN"/>
        </w:rPr>
        <w:t>　　（4）欣赏祖国风光和儿童画、民间美术作品的美。</w:t>
      </w:r>
      <w:r>
        <w:rPr>
          <w:lang w:eastAsia="zh-CN"/>
        </w:rPr>
        <w:br/>
      </w:r>
      <w:r>
        <w:rPr>
          <w:lang w:eastAsia="zh-CN"/>
        </w:rPr>
        <w:t>　　2、能力培养要点：</w:t>
      </w:r>
      <w:r>
        <w:rPr>
          <w:lang w:eastAsia="zh-CN"/>
        </w:rPr>
        <w:br/>
      </w:r>
      <w:r>
        <w:rPr>
          <w:lang w:eastAsia="zh-CN"/>
        </w:rPr>
        <w:t>　　（1）在美术活动中发展学生的想象力和创造力，积极促进从无意想象过渡到有意想象 ，从再现想象过渡到创造想象。</w:t>
      </w:r>
      <w:r>
        <w:rPr>
          <w:lang w:eastAsia="zh-CN"/>
        </w:rPr>
        <w:br/>
      </w:r>
      <w:r>
        <w:rPr>
          <w:lang w:eastAsia="zh-CN"/>
        </w:rPr>
        <w:t>　　（2）在绘画活动中大胆用笔用色，鼓励儿童通过绘画表达自己的情绪情感。</w:t>
      </w:r>
      <w:r>
        <w:rPr>
          <w:lang w:eastAsia="zh-CN"/>
        </w:rPr>
        <w:br/>
      </w:r>
      <w:r>
        <w:rPr>
          <w:lang w:eastAsia="zh-CN"/>
        </w:rPr>
        <w:t>　　（3）提高手部运动的灵活性，促进手和脑的协调发展。</w:t>
      </w:r>
      <w:r>
        <w:rPr>
          <w:lang w:eastAsia="zh-CN"/>
        </w:rPr>
        <w:br/>
      </w:r>
      <w:r>
        <w:rPr>
          <w:lang w:eastAsia="zh-CN"/>
        </w:rPr>
        <w:t>　　（4）提高对色彩美、形状美的能力。</w:t>
      </w:r>
      <w:r>
        <w:rPr>
          <w:lang w:eastAsia="zh-CN"/>
        </w:rPr>
        <w:br/>
      </w:r>
      <w:r>
        <w:rPr>
          <w:lang w:eastAsia="zh-CN"/>
        </w:rPr>
        <w:t>　　3、审美教育要点：</w:t>
      </w:r>
      <w:r>
        <w:rPr>
          <w:lang w:eastAsia="zh-CN"/>
        </w:rPr>
        <w:br/>
      </w:r>
      <w:r>
        <w:rPr>
          <w:lang w:eastAsia="zh-CN"/>
        </w:rPr>
        <w:t>　　（1）培养儿童热爱祖国、热爱家乡、热爱劳动人民的感情。</w:t>
      </w:r>
      <w:r>
        <w:rPr>
          <w:lang w:eastAsia="zh-CN"/>
        </w:rPr>
        <w:br/>
      </w:r>
      <w:r>
        <w:rPr>
          <w:lang w:eastAsia="zh-CN"/>
        </w:rPr>
        <w:t>　　（2）让学生感受美术活动的愉悦，激发儿童对艺术创造活动的兴趣。</w:t>
      </w:r>
      <w:r>
        <w:rPr>
          <w:lang w:eastAsia="zh-CN"/>
        </w:rPr>
        <w:br/>
      </w:r>
      <w:r>
        <w:rPr>
          <w:lang w:eastAsia="zh-CN"/>
        </w:rPr>
        <w:t>　　2、全册重难点：</w:t>
      </w:r>
      <w:r>
        <w:rPr>
          <w:lang w:eastAsia="zh-CN"/>
        </w:rPr>
        <w:br/>
      </w:r>
      <w:r>
        <w:rPr>
          <w:lang w:eastAsia="zh-CN"/>
        </w:rPr>
        <w:t>　　（一）重点：</w:t>
      </w:r>
      <w:r>
        <w:rPr>
          <w:lang w:eastAsia="zh-CN"/>
        </w:rPr>
        <w:br/>
      </w:r>
      <w:r>
        <w:rPr>
          <w:lang w:eastAsia="zh-CN"/>
        </w:rPr>
        <w:t>　　1、 传授版画的方法和步骤，并进行一系列练习；</w:t>
      </w:r>
      <w:r>
        <w:rPr>
          <w:lang w:eastAsia="zh-CN"/>
        </w:rPr>
        <w:br/>
      </w:r>
      <w:r>
        <w:rPr>
          <w:lang w:eastAsia="zh-CN"/>
        </w:rPr>
        <w:t>　　2、用撕纸拼贴方法进行简单画面制作；</w:t>
      </w:r>
      <w:r>
        <w:rPr>
          <w:lang w:eastAsia="zh-CN"/>
        </w:rPr>
        <w:br/>
      </w:r>
      <w:r>
        <w:rPr>
          <w:lang w:eastAsia="zh-CN"/>
        </w:rPr>
        <w:t>　　3、欣赏大自然中的动植物和中外儿童优秀美术作品。</w:t>
      </w:r>
      <w:r>
        <w:rPr>
          <w:lang w:eastAsia="zh-CN"/>
        </w:rPr>
        <w:br/>
      </w:r>
      <w:r>
        <w:rPr>
          <w:lang w:eastAsia="zh-CN"/>
        </w:rPr>
        <w:t>　　（二）难点：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1、在绘画训练中，要求线条自然流畅，色彩鲜艳丰富，造型大胆生动，富有儿童情趣。</w:t>
      </w:r>
      <w:r>
        <w:rPr>
          <w:lang w:eastAsia="zh-CN"/>
        </w:rPr>
        <w:br/>
      </w:r>
      <w:r>
        <w:rPr>
          <w:lang w:eastAsia="zh-CN"/>
        </w:rPr>
        <w:t>　　2、在工艺制作中，培养学生初步的造型能力，培养按步骤操作的良好习惯，培养学生发散思维和思维的灵活性与敏捷性。</w:t>
      </w:r>
      <w:r>
        <w:rPr>
          <w:lang w:eastAsia="zh-CN"/>
        </w:rPr>
        <w:br/>
      </w:r>
      <w:r>
        <w:rPr>
          <w:lang w:eastAsia="zh-CN"/>
        </w:rPr>
        <w:t>　　3、在欣赏过程中，提高欣赏能力，发现美和创造美、鉴赏美的能力。</w:t>
      </w:r>
      <w:r>
        <w:rPr>
          <w:lang w:eastAsia="zh-CN"/>
        </w:rPr>
        <w:br/>
      </w:r>
      <w:r>
        <w:rPr>
          <w:lang w:eastAsia="zh-CN"/>
        </w:rPr>
        <w:t>　　三、全期提高教学质量的措施与方法：</w:t>
      </w:r>
      <w:r>
        <w:rPr>
          <w:lang w:eastAsia="zh-CN"/>
        </w:rPr>
        <w:br/>
      </w:r>
      <w:r>
        <w:rPr>
          <w:lang w:eastAsia="zh-CN"/>
        </w:rPr>
        <w:t>　　1、教师联系各学科的课堂要求，根据美术课的自身特点，明确地向学生提出正确的学习态度，逐步培养学生良好的学习习惯。</w:t>
      </w:r>
      <w:r>
        <w:rPr>
          <w:lang w:eastAsia="zh-CN"/>
        </w:rPr>
        <w:br/>
      </w:r>
      <w:r>
        <w:rPr>
          <w:lang w:eastAsia="zh-CN"/>
        </w:rPr>
        <w:t>　　2、利用课堂教学，充分发挥教师的直观性演示，动作要规范化，给学生以楷模，学习正确作画方法，充分调动起学习气氛。</w:t>
      </w:r>
      <w:r>
        <w:rPr>
          <w:lang w:eastAsia="zh-CN"/>
        </w:rPr>
        <w:br/>
      </w:r>
      <w:r>
        <w:rPr>
          <w:lang w:eastAsia="zh-CN"/>
        </w:rPr>
        <w:t>　　3、选择富有儿童情趣的教学内容，采用生动活泼的教学形式，激发和培养学生学习美术的兴趣。</w:t>
      </w:r>
      <w:r>
        <w:rPr>
          <w:lang w:eastAsia="zh-CN"/>
        </w:rPr>
        <w:br/>
      </w:r>
      <w:r>
        <w:rPr>
          <w:lang w:eastAsia="zh-CN"/>
        </w:rPr>
        <w:t xml:space="preserve">    2024年学前班教学计划 篇12 </w:t>
      </w:r>
      <w:r>
        <w:rPr>
          <w:lang w:eastAsia="zh-CN"/>
        </w:rPr>
        <w:br/>
      </w:r>
      <w:r>
        <w:rPr>
          <w:lang w:eastAsia="zh-CN"/>
        </w:rPr>
        <w:t>　　我和孩子们一起又迎来了新的学期。这是幼儿们在学前班的最后一个学期，也是入小学前最关键的一学期。</w:t>
      </w:r>
      <w:r>
        <w:rPr>
          <w:lang w:eastAsia="zh-CN"/>
        </w:rPr>
        <w:br/>
      </w:r>
      <w:r>
        <w:rPr>
          <w:lang w:eastAsia="zh-CN"/>
        </w:rPr>
        <w:t>　　本学期本班幼儿30名，男生15名，女生15名。经过上学期的学习，幼儿总的来看，在学习习惯方面有了较大的进步。</w:t>
      </w:r>
      <w:r>
        <w:rPr>
          <w:lang w:eastAsia="zh-CN"/>
        </w:rPr>
        <w:br/>
      </w:r>
      <w:r>
        <w:rPr>
          <w:lang w:eastAsia="zh-CN"/>
        </w:rPr>
        <w:t>　　本学期我但任学前班的语文教学工作，我力求上好每堂课，在课前认真研究教材，准确把握重难点，在教学中严格遵循幼儿的认知规律、年龄特点，结合幼儿的生活经验，有目的、有计划、有组织地开展，并不断归纳总结，提高教学水平。下面将主要的学科做简单的教学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一、拼音教学计划</w:t>
      </w:r>
      <w:r>
        <w:rPr>
          <w:lang w:eastAsia="zh-CN"/>
        </w:rPr>
        <w:br/>
      </w:r>
      <w:r>
        <w:rPr>
          <w:lang w:eastAsia="zh-CN"/>
        </w:rPr>
        <w:t>　　学会复韵母、整体认读音节能读准音，认清形，正确书写，会读它们的四声。学习声母与复韵母组成的音节，能准确拼读音节，正确书写音节。</w:t>
      </w:r>
      <w:r>
        <w:rPr>
          <w:lang w:eastAsia="zh-CN"/>
        </w:rPr>
        <w:br/>
      </w:r>
      <w:r>
        <w:rPr>
          <w:lang w:eastAsia="zh-CN"/>
        </w:rPr>
        <w:t>　　二、写字教学计划</w:t>
      </w:r>
      <w:r>
        <w:rPr>
          <w:lang w:eastAsia="zh-CN"/>
        </w:rPr>
        <w:br/>
      </w:r>
      <w:r>
        <w:rPr>
          <w:lang w:eastAsia="zh-CN"/>
        </w:rPr>
        <w:t>　　写字方面，熟练掌握基本的汉字笔画名称及书写，加强认识汉字的深度，要求能在田字格中按照笔顺规则正确地书写。课堂中，规范的板书，熟练掌握每一个生字的每一笔画所在田字格的位置。培养良好的学习习惯，让幼儿掌握正确的读写姿势和爱惜学习用品。</w:t>
      </w:r>
      <w:r>
        <w:rPr>
          <w:lang w:eastAsia="zh-CN"/>
        </w:rPr>
        <w:br/>
      </w:r>
      <w:r>
        <w:rPr>
          <w:lang w:eastAsia="zh-CN"/>
        </w:rPr>
        <w:t>　　三、每月具体工作重点安排如下：</w:t>
      </w:r>
      <w:r>
        <w:rPr>
          <w:lang w:eastAsia="zh-CN"/>
        </w:rPr>
        <w:br/>
      </w:r>
      <w:r>
        <w:rPr>
          <w:lang w:eastAsia="zh-CN"/>
        </w:rPr>
        <w:t>　　二、三月：搞好班级卫生，迎接幼儿回校；做好新生的情绪稳定工作，开展正常的教育教学工作；庆“三八”主题活动，开展“我是妈妈的好帮手”活动。</w:t>
      </w:r>
      <w:r>
        <w:rPr>
          <w:lang w:eastAsia="zh-CN"/>
        </w:rPr>
        <w:br/>
      </w:r>
      <w:r>
        <w:rPr>
          <w:lang w:eastAsia="zh-CN"/>
        </w:rPr>
        <w:t>　　四月、五月：开展“劳动最光荣”主题活动，了解成人劳动，珍惜别人劳动成果，激发幼儿劳动兴趣；准备六一活动。</w:t>
      </w:r>
      <w:r>
        <w:rPr>
          <w:lang w:eastAsia="zh-CN"/>
        </w:rPr>
        <w:br/>
      </w:r>
      <w:r>
        <w:rPr>
          <w:lang w:eastAsia="zh-CN"/>
        </w:rPr>
        <w:t>　　六月：开展“我要上小学了”主题活动；开展主题教育活动。</w:t>
      </w:r>
      <w:r>
        <w:rPr>
          <w:lang w:eastAsia="zh-CN"/>
        </w:rPr>
        <w:br/>
      </w:r>
      <w:r>
        <w:rPr>
          <w:lang w:eastAsia="zh-CN"/>
        </w:rPr>
        <w:t xml:space="preserve">    2024年学前班教学计划 篇13 </w:t>
      </w:r>
      <w:r>
        <w:rPr>
          <w:lang w:eastAsia="zh-CN"/>
        </w:rPr>
        <w:br/>
      </w:r>
      <w:r>
        <w:rPr>
          <w:lang w:eastAsia="zh-CN"/>
        </w:rPr>
        <w:t>　　数学：</w:t>
      </w:r>
      <w:r>
        <w:rPr>
          <w:lang w:eastAsia="zh-CN"/>
        </w:rPr>
        <w:br/>
      </w:r>
      <w:r>
        <w:rPr>
          <w:lang w:eastAsia="zh-CN"/>
        </w:rPr>
        <w:t>　　1运用多种方法准确、迅速地数数。</w:t>
      </w:r>
      <w:r>
        <w:rPr>
          <w:lang w:eastAsia="zh-CN"/>
        </w:rPr>
        <w:br/>
      </w:r>
      <w:r>
        <w:rPr>
          <w:lang w:eastAsia="zh-CN"/>
        </w:rPr>
        <w:t>　　2掌握100以内的倒数和100以内的相邻数。区别100以内单双数。</w:t>
      </w:r>
      <w:r>
        <w:rPr>
          <w:lang w:eastAsia="zh-CN"/>
        </w:rPr>
        <w:br/>
      </w:r>
      <w:r>
        <w:rPr>
          <w:lang w:eastAsia="zh-CN"/>
        </w:rPr>
        <w:t>　　3准确、迅速地进行100以内加减运算。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4解答100以内的口头应用题，能自编应用题。</w:t>
      </w:r>
      <w:r>
        <w:rPr>
          <w:lang w:eastAsia="zh-CN"/>
        </w:rPr>
        <w:br/>
      </w:r>
      <w:r>
        <w:rPr>
          <w:lang w:eastAsia="zh-CN"/>
        </w:rPr>
        <w:t>　　5认识时钟，学习看日历。</w:t>
      </w:r>
      <w:r>
        <w:rPr>
          <w:lang w:eastAsia="zh-CN"/>
        </w:rPr>
        <w:br/>
      </w:r>
      <w:r>
        <w:rPr>
          <w:lang w:eastAsia="zh-CN"/>
        </w:rPr>
        <w:t>　　6按物体的外形特征、用途、原料、相关性、类别、数量等进行三维分类和排序。</w:t>
      </w:r>
      <w:r>
        <w:rPr>
          <w:lang w:eastAsia="zh-CN"/>
        </w:rPr>
        <w:br/>
      </w:r>
      <w:r>
        <w:rPr>
          <w:lang w:eastAsia="zh-CN"/>
        </w:rPr>
        <w:t>　　7认识人民币，并能进行兑换。</w:t>
      </w:r>
      <w:r>
        <w:rPr>
          <w:lang w:eastAsia="zh-CN"/>
        </w:rPr>
        <w:br/>
      </w:r>
      <w:r>
        <w:rPr>
          <w:lang w:eastAsia="zh-CN"/>
        </w:rPr>
        <w:t>　　8学习图形的拼组</w:t>
      </w:r>
      <w:r>
        <w:rPr>
          <w:lang w:eastAsia="zh-CN"/>
        </w:rPr>
        <w:br/>
      </w:r>
      <w:r>
        <w:rPr>
          <w:lang w:eastAsia="zh-CN"/>
        </w:rPr>
        <w:t>　　9学会对某一样事物进行统计，并根据统计结果进行回答。</w:t>
      </w:r>
      <w:r>
        <w:rPr>
          <w:lang w:eastAsia="zh-CN"/>
        </w:rPr>
        <w:br/>
      </w:r>
      <w:r>
        <w:rPr>
          <w:lang w:eastAsia="zh-CN"/>
        </w:rPr>
        <w:t>　　10按照不同方式，不同顺序找规律。</w:t>
      </w:r>
      <w:r>
        <w:rPr>
          <w:lang w:eastAsia="zh-CN"/>
        </w:rPr>
        <w:br/>
      </w:r>
      <w:r>
        <w:rPr>
          <w:lang w:eastAsia="zh-CN"/>
        </w:rPr>
        <w:t>　　语言：</w:t>
      </w:r>
      <w:r>
        <w:rPr>
          <w:lang w:eastAsia="zh-CN"/>
        </w:rPr>
        <w:br/>
      </w:r>
      <w:r>
        <w:rPr>
          <w:lang w:eastAsia="zh-CN"/>
        </w:rPr>
        <w:t>　　1分辨语音的细小差别，正确发出近似音。</w:t>
      </w:r>
      <w:r>
        <w:rPr>
          <w:lang w:eastAsia="zh-CN"/>
        </w:rPr>
        <w:br/>
      </w:r>
      <w:r>
        <w:rPr>
          <w:lang w:eastAsia="zh-CN"/>
        </w:rPr>
        <w:t>　　2学会三拼音节，并正确书写三拼音节。能用拼音写一句完整的话。</w:t>
      </w:r>
      <w:r>
        <w:rPr>
          <w:lang w:eastAsia="zh-CN"/>
        </w:rPr>
        <w:br/>
      </w:r>
      <w:r>
        <w:rPr>
          <w:lang w:eastAsia="zh-CN"/>
        </w:rPr>
        <w:t>　　3正确运用时间和空间的名词。</w:t>
      </w:r>
      <w:r>
        <w:rPr>
          <w:lang w:eastAsia="zh-CN"/>
        </w:rPr>
        <w:br/>
      </w:r>
      <w:r>
        <w:rPr>
          <w:lang w:eastAsia="zh-CN"/>
        </w:rPr>
        <w:t>　　4学习描述事物不同事物的形容词和更广泛的量词。</w:t>
      </w:r>
      <w:r>
        <w:rPr>
          <w:lang w:eastAsia="zh-CN"/>
        </w:rPr>
        <w:br/>
      </w:r>
      <w:r>
        <w:rPr>
          <w:lang w:eastAsia="zh-CN"/>
        </w:rPr>
        <w:t>　　5正确使用一些常用的向、从等介词和因为、所以、如果等连词。掌握并运用一些同义词和反义词。</w:t>
      </w:r>
      <w:r>
        <w:rPr>
          <w:lang w:eastAsia="zh-CN"/>
        </w:rPr>
        <w:br/>
      </w:r>
      <w:r>
        <w:rPr>
          <w:lang w:eastAsia="zh-CN"/>
        </w:rPr>
        <w:t>　　6学习叠词，并能把一个词变成叠词。</w:t>
      </w:r>
      <w:r>
        <w:rPr>
          <w:lang w:eastAsia="zh-CN"/>
        </w:rPr>
        <w:br/>
      </w:r>
      <w:r>
        <w:rPr>
          <w:lang w:eastAsia="zh-CN"/>
        </w:rPr>
        <w:t>　　7能正确运用“有、越、吗、像、从、很、又”等词造句。</w:t>
      </w:r>
      <w:r>
        <w:rPr>
          <w:lang w:eastAsia="zh-CN"/>
        </w:rPr>
        <w:br/>
      </w:r>
      <w:r>
        <w:rPr>
          <w:lang w:eastAsia="zh-CN"/>
        </w:rPr>
        <w:t>　　8在讲述活动中，学习描述画面的情节和发展的过程并进行连贯的讲述。根据图片或情节描述其没有表现出来的事物。根据老师提供的不同材料进行创造性的讲述。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9辨认周围生活中比较常见的禁烟、有毒、危险品、防火、放电、铁路、航空、少先队等标记，知道其所代表的意思。</w:t>
      </w:r>
      <w:r>
        <w:rPr>
          <w:lang w:eastAsia="zh-CN"/>
        </w:rPr>
        <w:br/>
      </w:r>
      <w:r>
        <w:rPr>
          <w:lang w:eastAsia="zh-CN"/>
        </w:rPr>
        <w:t>　　10口齿清楚、有表情地复述故事和表演故事。积极参与故事等文学作品表演活动，用恰当的动作、表情来表现角色的个性，体验作品表达的感情。</w:t>
      </w:r>
      <w:r>
        <w:rPr>
          <w:lang w:eastAsia="zh-CN"/>
        </w:rPr>
        <w:br/>
      </w:r>
      <w:r>
        <w:rPr>
          <w:lang w:eastAsia="zh-CN"/>
        </w:rPr>
        <w:t>　　11理解故事、诗歌、童话、寓言、散文等文学作品，连贯、完整地讲出其内容，人与事之间的相互关系及蕴含的道理。</w:t>
      </w:r>
      <w:r>
        <w:rPr>
          <w:lang w:eastAsia="zh-CN"/>
        </w:rPr>
        <w:br/>
      </w:r>
      <w:r>
        <w:rPr>
          <w:lang w:eastAsia="zh-CN"/>
        </w:rPr>
        <w:t>　　12能独立仿编或与同伴共同创编故事、诗歌和散文的完整内容或部分内容。</w:t>
      </w:r>
      <w:r>
        <w:rPr>
          <w:lang w:eastAsia="zh-CN"/>
        </w:rPr>
        <w:br/>
      </w:r>
      <w:r>
        <w:rPr>
          <w:lang w:eastAsia="zh-CN"/>
        </w:rPr>
        <w:t>　　13会用绘画方式自制图书，初步了解书的构成。会修补图书。</w:t>
      </w:r>
      <w:r>
        <w:rPr>
          <w:lang w:eastAsia="zh-CN"/>
        </w:rPr>
        <w:br/>
      </w:r>
      <w:r>
        <w:rPr>
          <w:lang w:eastAsia="zh-CN"/>
        </w:rPr>
        <w:t>　　音乐</w:t>
      </w:r>
      <w:r>
        <w:rPr>
          <w:lang w:eastAsia="zh-CN"/>
        </w:rPr>
        <w:br/>
      </w:r>
      <w:r>
        <w:rPr>
          <w:lang w:eastAsia="zh-CN"/>
        </w:rPr>
        <w:t>　　1引导幼儿欣赏一些中外名曲，初步理解音乐作品的内涵，用面部表情或动作表现自己所感受到音乐形象，并通过自己的语言表达出来对作品的理解</w:t>
      </w:r>
      <w:r>
        <w:rPr>
          <w:lang w:eastAsia="zh-CN"/>
        </w:rPr>
        <w:br/>
      </w:r>
      <w:r>
        <w:rPr>
          <w:lang w:eastAsia="zh-CN"/>
        </w:rPr>
        <w:t>　　2引导幼儿有表情地学唱不同性质、不同节拍的歌曲，唱出歌曲中强、弱、快、慢所表达的不同情绪</w:t>
      </w:r>
      <w:r>
        <w:rPr>
          <w:lang w:eastAsia="zh-CN"/>
        </w:rPr>
        <w:br/>
      </w:r>
      <w:r>
        <w:rPr>
          <w:lang w:eastAsia="zh-CN"/>
        </w:rPr>
        <w:t>　　3学会有表情地轮唱、对唱、领唱、独唱</w:t>
      </w:r>
      <w:r>
        <w:rPr>
          <w:lang w:eastAsia="zh-CN"/>
        </w:rPr>
        <w:br/>
      </w:r>
      <w:r>
        <w:rPr>
          <w:lang w:eastAsia="zh-CN"/>
        </w:rPr>
        <w:t>　　4掌握简单的舞蹈动作及名称</w:t>
      </w:r>
      <w:r>
        <w:rPr>
          <w:lang w:eastAsia="zh-CN"/>
        </w:rPr>
        <w:br/>
      </w:r>
      <w:r>
        <w:rPr>
          <w:lang w:eastAsia="zh-CN"/>
        </w:rPr>
        <w:t>　　5能为歌曲或乐曲创编舞蹈动作</w:t>
      </w:r>
      <w:r>
        <w:rPr>
          <w:lang w:eastAsia="zh-CN"/>
        </w:rPr>
        <w:br/>
      </w:r>
      <w:r>
        <w:rPr>
          <w:lang w:eastAsia="zh-CN"/>
        </w:rPr>
        <w:t>　　6初步学习有情节的舞蹈，学会表演才能</w:t>
      </w:r>
      <w:r>
        <w:rPr>
          <w:lang w:eastAsia="zh-CN"/>
        </w:rPr>
        <w:br/>
      </w:r>
      <w:r>
        <w:rPr>
          <w:lang w:eastAsia="zh-CN"/>
        </w:rPr>
        <w:t xml:space="preserve">    2024年学前班教学计划 篇14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学前教育的任务应是向幼儿进行体、智、德、美全面发展的教育,使其身心健康活泼的成长,为入小学打好基础,为造就一代新人打好基础.学前班的美术教学作为提高幼儿素质的重要学科,是对幼儿进行美育的重要手段</w:t>
      </w:r>
      <w:r>
        <w:rPr>
          <w:lang w:eastAsia="zh-CN"/>
        </w:rPr>
        <w:br/>
      </w:r>
      <w:r>
        <w:rPr>
          <w:lang w:eastAsia="zh-CN"/>
        </w:rPr>
        <w:t>　　二、学情分析：</w:t>
      </w:r>
      <w:r>
        <w:rPr>
          <w:lang w:eastAsia="zh-CN"/>
        </w:rPr>
        <w:br/>
      </w:r>
      <w:r>
        <w:rPr>
          <w:lang w:eastAsia="zh-CN"/>
        </w:rPr>
        <w:t>　　我班共有幼儿50名,人比较多。学前班的孩子小,控制自己行为的能力还不是很好,具有好动不好静,注意力易转移,抽象思维还未完全起步,形象思维和无意注意占优势的特点.</w:t>
      </w:r>
      <w:r>
        <w:rPr>
          <w:lang w:eastAsia="zh-CN"/>
        </w:rPr>
        <w:br/>
      </w:r>
      <w:r>
        <w:rPr>
          <w:lang w:eastAsia="zh-CN"/>
        </w:rPr>
        <w:t>　　三、教学内容分析：</w:t>
      </w:r>
      <w:r>
        <w:rPr>
          <w:lang w:eastAsia="zh-CN"/>
        </w:rPr>
        <w:br/>
      </w:r>
      <w:r>
        <w:rPr>
          <w:lang w:eastAsia="zh-CN"/>
        </w:rPr>
        <w:t>　　学前班这学期设计的美术活动,作为提高幼儿素质的重要学科,本学期教学内容包括：观察、绘画</w:t>
      </w:r>
      <w:r>
        <w:rPr>
          <w:lang w:eastAsia="zh-CN"/>
        </w:rPr>
        <w:br/>
      </w:r>
      <w:r>
        <w:rPr>
          <w:lang w:eastAsia="zh-CN"/>
        </w:rPr>
        <w:t>　　四、教学目标：</w:t>
      </w:r>
      <w:r>
        <w:rPr>
          <w:lang w:eastAsia="zh-CN"/>
        </w:rPr>
        <w:br/>
      </w:r>
      <w:r>
        <w:rPr>
          <w:lang w:eastAsia="zh-CN"/>
        </w:rPr>
        <w:t>　　通过音乐教学使幼儿在以下几方面得到充分发展：</w:t>
      </w:r>
      <w:r>
        <w:rPr>
          <w:lang w:eastAsia="zh-CN"/>
        </w:rPr>
        <w:br/>
      </w:r>
      <w:r>
        <w:rPr>
          <w:lang w:eastAsia="zh-CN"/>
        </w:rPr>
        <w:t>　　1.使幼儿体验美术学习的快乐,培养美术学习的兴趣.</w:t>
      </w:r>
      <w:r>
        <w:rPr>
          <w:lang w:eastAsia="zh-CN"/>
        </w:rPr>
        <w:br/>
      </w:r>
      <w:r>
        <w:rPr>
          <w:lang w:eastAsia="zh-CN"/>
        </w:rPr>
        <w:t>　　2.发展幼儿的情感、美感,发展幼儿的基本美术能力.</w:t>
      </w:r>
      <w:r>
        <w:rPr>
          <w:lang w:eastAsia="zh-CN"/>
        </w:rPr>
        <w:br/>
      </w:r>
      <w:r>
        <w:rPr>
          <w:lang w:eastAsia="zh-CN"/>
        </w:rPr>
        <w:t>　　3.发展幼儿的感知觉.</w:t>
      </w:r>
      <w:r>
        <w:rPr>
          <w:lang w:eastAsia="zh-CN"/>
        </w:rPr>
        <w:br/>
      </w:r>
      <w:r>
        <w:rPr>
          <w:lang w:eastAsia="zh-CN"/>
        </w:rPr>
        <w:t>　　4.美术教育对于幼儿的合作精神、人际交往能力具有积极的作用.</w:t>
      </w:r>
      <w:r>
        <w:rPr>
          <w:lang w:eastAsia="zh-CN"/>
        </w:rPr>
        <w:br/>
      </w:r>
      <w:r>
        <w:rPr>
          <w:lang w:eastAsia="zh-CN"/>
        </w:rPr>
        <w:t>　　5.培养幼儿艺术感.</w:t>
      </w:r>
      <w:r>
        <w:rPr>
          <w:lang w:eastAsia="zh-CN"/>
        </w:rPr>
        <w:br/>
      </w:r>
      <w:r>
        <w:rPr>
          <w:lang w:eastAsia="zh-CN"/>
        </w:rPr>
        <w:t>　　五、教学措施：</w:t>
      </w:r>
      <w:r>
        <w:rPr>
          <w:lang w:eastAsia="zh-CN"/>
        </w:rPr>
        <w:br/>
      </w:r>
      <w:r>
        <w:rPr>
          <w:lang w:eastAsia="zh-CN"/>
        </w:rPr>
        <w:t>　　1.充分利用现代教学手段进行教学.</w:t>
      </w:r>
      <w:r>
        <w:rPr>
          <w:lang w:eastAsia="zh-CN"/>
        </w:rPr>
        <w:br/>
      </w:r>
      <w:r>
        <w:rPr>
          <w:lang w:eastAsia="zh-CN"/>
        </w:rPr>
        <w:t>　　2.积极参加到幼儿学习美术的活动中去.</w:t>
      </w:r>
      <w:r>
        <w:rPr>
          <w:lang w:eastAsia="zh-CN"/>
        </w:rPr>
        <w:br/>
      </w:r>
      <w:r>
        <w:rPr>
          <w:lang w:eastAsia="zh-CN"/>
        </w:rPr>
        <w:t>　　六、进度安排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比较物体的多少，长短，大小，粗细，高矮，这些，孩子以前就学过了，也能正确比较，而在本学期的主要任务就是加强他们比较的能力，让孩子能掌握正确的比较方法，让孩子在“出现在不同位置，不在同一水平面上”等情况下也能正确比较。</w:t>
      </w:r>
      <w:r>
        <w:rPr>
          <w:lang w:eastAsia="zh-CN"/>
        </w:rPr>
        <w:br/>
      </w:r>
      <w:r>
        <w:rPr>
          <w:lang w:eastAsia="zh-CN"/>
        </w:rPr>
        <w:t>　　2、比较正方形，长方形。引导幼儿巩固它们的特征，能根据它们的特征对它们进行比较，并能正确地找到它们。认识圆形和三角形，能比较不同，正确找到它们。</w:t>
      </w:r>
      <w:r>
        <w:rPr>
          <w:lang w:eastAsia="zh-CN"/>
        </w:rPr>
        <w:br/>
      </w:r>
      <w:r>
        <w:rPr>
          <w:lang w:eastAsia="zh-CN"/>
        </w:rPr>
        <w:t>　　3、按形状分类，让幼儿通过比较形状的不同来分类。</w:t>
      </w:r>
      <w:r>
        <w:rPr>
          <w:lang w:eastAsia="zh-CN"/>
        </w:rPr>
        <w:br/>
      </w:r>
      <w:r>
        <w:rPr>
          <w:lang w:eastAsia="zh-CN"/>
        </w:rPr>
        <w:t>　　4、空间位置的认识和学习，上、下、前、后的学习也是必不可少的，教师应正确引导幼儿正确辨别方向，给以后的生活打基础。</w:t>
      </w:r>
      <w:r>
        <w:rPr>
          <w:lang w:eastAsia="zh-CN"/>
        </w:rPr>
        <w:br/>
      </w:r>
      <w:r>
        <w:rPr>
          <w:lang w:eastAsia="zh-CN"/>
        </w:rPr>
        <w:t>　　5、线条就能画得更好，更清晰，更合乎要求</w:t>
      </w:r>
      <w:r>
        <w:rPr>
          <w:lang w:eastAsia="zh-CN"/>
        </w:rPr>
        <w:br/>
      </w:r>
      <w:r>
        <w:rPr>
          <w:lang w:eastAsia="zh-CN"/>
        </w:rPr>
        <w:t>　　6、在此期间，对孩子的涂色过程也要严格抓，让幼儿不要涂出线条外，涂色时按顺序涂，有规律地涂色，不能乱七八糟地画。</w:t>
      </w:r>
      <w:r>
        <w:rPr>
          <w:lang w:eastAsia="zh-CN"/>
        </w:rPr>
        <w:br/>
      </w:r>
      <w:r>
        <w:rPr>
          <w:lang w:eastAsia="zh-CN"/>
        </w:rPr>
        <w:t>　　2、其次，则是手工。手工中更多的是印画和贴画。培养孩子的动手</w:t>
      </w:r>
      <w:r>
        <w:rPr>
          <w:lang w:eastAsia="zh-CN"/>
        </w:rPr>
        <w:br/>
      </w:r>
      <w:r>
        <w:rPr>
          <w:lang w:eastAsia="zh-CN"/>
        </w:rPr>
        <w:t>　　能力，让幼儿在操作中探索发现其中的奥妙。其中还穿插着美术游戏，让幼儿在学中玩，玩中学，提高幼儿对学美术的兴趣，更好地配合老师学好美术，增强自己的动手能力。</w:t>
      </w:r>
      <w:r>
        <w:rPr>
          <w:lang w:eastAsia="zh-CN"/>
        </w:rPr>
        <w:br/>
      </w:r>
      <w:r>
        <w:rPr>
          <w:lang w:eastAsia="zh-CN"/>
        </w:rPr>
        <w:t xml:space="preserve">    2024年学前班教学计划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今年有幸担任了学前班的班主任，我班共有三位小朋友，本学期我我力求上好每堂课，在课前认真研究教材，准确把握重难点，注意强化难点强调重点，教学中严格遵循幼儿的认知规律，年龄特点，结合幼儿的生活经验，有目的、有计划、有组织地开展，并不断归纳总结，提高教学水平。下面将主要的学科做简单的教学计划：</w:t>
      </w:r>
      <w:r>
        <w:rPr>
          <w:lang w:eastAsia="zh-CN"/>
        </w:rPr>
        <w:br/>
      </w:r>
      <w:r>
        <w:rPr>
          <w:lang w:eastAsia="zh-CN"/>
        </w:rPr>
        <w:t>　　一、拼音教学计划</w:t>
      </w:r>
      <w:r>
        <w:rPr>
          <w:lang w:eastAsia="zh-CN"/>
        </w:rPr>
        <w:br/>
      </w:r>
      <w:r>
        <w:rPr>
          <w:lang w:eastAsia="zh-CN"/>
        </w:rPr>
        <w:t>　　（一）、本学期拼音的教学重点</w:t>
      </w:r>
      <w:r>
        <w:rPr>
          <w:lang w:eastAsia="zh-CN"/>
        </w:rPr>
        <w:br/>
      </w:r>
      <w:r>
        <w:rPr>
          <w:lang w:eastAsia="zh-CN"/>
        </w:rPr>
        <w:t>　　学会复韵母、整体认读音节能读准音，认清形，正确书写，会读它们的四声。学习声母与复韵母组成的音节，能准确拼读音节，正确书写音节。</w:t>
      </w:r>
      <w:r>
        <w:rPr>
          <w:lang w:eastAsia="zh-CN"/>
        </w:rPr>
        <w:br/>
      </w:r>
      <w:r>
        <w:rPr>
          <w:lang w:eastAsia="zh-CN"/>
        </w:rPr>
        <w:t>　　（二）、措施与方法</w:t>
      </w:r>
      <w:r>
        <w:rPr>
          <w:lang w:eastAsia="zh-CN"/>
        </w:rPr>
        <w:br/>
      </w:r>
      <w:r>
        <w:rPr>
          <w:lang w:eastAsia="zh-CN"/>
        </w:rPr>
        <w:t>　　1、汉语拼音的教学，从实际出发，采用直观教学，如：图片、卡片。</w:t>
      </w:r>
      <w:r>
        <w:rPr>
          <w:lang w:eastAsia="zh-CN"/>
        </w:rPr>
        <w:br/>
      </w:r>
      <w:r>
        <w:rPr>
          <w:lang w:eastAsia="zh-CN"/>
        </w:rPr>
        <w:t>　　2、可借助多媒体教学的辅助手段，激发幼儿的学习兴趣，扎扎实实地把拼音基础打牢。</w:t>
      </w:r>
      <w:r>
        <w:rPr>
          <w:lang w:eastAsia="zh-CN"/>
        </w:rPr>
        <w:br/>
      </w:r>
      <w:r>
        <w:rPr>
          <w:lang w:eastAsia="zh-CN"/>
        </w:rPr>
        <w:t>　　3、重视读写训练，有效地提高幼儿的读写拼音字母的能力。</w:t>
      </w:r>
      <w:r>
        <w:rPr>
          <w:lang w:eastAsia="zh-CN"/>
        </w:rPr>
        <w:br/>
      </w:r>
      <w:r>
        <w:rPr>
          <w:lang w:eastAsia="zh-CN"/>
        </w:rPr>
        <w:t>　　4、注教学评价，要善于鼓励学生，多表扬。</w:t>
      </w:r>
      <w:r>
        <w:rPr>
          <w:lang w:eastAsia="zh-CN"/>
        </w:rPr>
        <w:br/>
      </w:r>
      <w:r>
        <w:rPr>
          <w:lang w:eastAsia="zh-CN"/>
        </w:rPr>
        <w:t>　　5、结合幼儿的特点，启发诱导，培养良好的学习习惯。</w:t>
      </w:r>
      <w:r>
        <w:rPr>
          <w:lang w:eastAsia="zh-CN"/>
        </w:rPr>
        <w:br/>
      </w:r>
      <w:r>
        <w:rPr>
          <w:lang w:eastAsia="zh-CN"/>
        </w:rPr>
        <w:t>　　6、关注家庭作业，拼音作业布置要适量，也要多布置一些口头拼读作业。</w:t>
      </w:r>
      <w:r>
        <w:rPr>
          <w:lang w:eastAsia="zh-CN"/>
        </w:rPr>
        <w:br/>
      </w:r>
    </w:p>
    <w:p w:rsidR="001B1F19" w14:textId="27C3F48A">
      <w:pPr>
        <w:rPr>
          <w:rFonts w:hint="eastAsia"/>
          <w:lang w:eastAsia="zh-CN"/>
        </w:rPr>
      </w:pPr>
      <w:r>
        <w:rPr>
          <w:lang w:eastAsia="zh-CN"/>
        </w:rPr>
        <w:t>　　教育教学方面，认真写好教学计划，提早备好课，备课时认真钻研教材，学习好，力求吃透教材，找准重点、难点。互相听课，认真听取同事的意见，改进教学方式。每天及时写教学反思、总结经验教训。在教与学的过程中，以激发幼儿的兴趣为主，以抓好拼读为重点，掌握一定的拼读方法，正确使用“情境图”、“语境歌”。充分运用表音表形图。</w:t>
      </w:r>
      <w:r>
        <w:rPr>
          <w:lang w:eastAsia="zh-CN"/>
        </w:rPr>
        <w:br/>
      </w:r>
      <w:r>
        <w:rPr>
          <w:lang w:eastAsia="zh-CN"/>
        </w:rPr>
        <w:t>　　合理渗透教材的人文性。让孩子通过（1）编小故事，（2）采用歌谣，（3）编顺口溜、编儿歌的方式帮组记。课堂中努力营造一个个生动活泼、适合幼儿心理特点的教学环境，引发幼儿对学习的兴趣，以各种方式吸引幼儿使他们从中受到感染和教育，同时完成身体上、智力上、品德行为与情感上、美感上等方面的教育，我注重“快乐教学”“寓教于乐”让幼儿始终保持在快乐求知欲望高的氛围中学习。</w:t>
      </w:r>
      <w:r>
        <w:rPr>
          <w:lang w:eastAsia="zh-CN"/>
        </w:rPr>
        <w:br/>
      </w:r>
      <w:r>
        <w:rPr>
          <w:lang w:eastAsia="zh-CN"/>
        </w:rPr>
        <w:t>　　二、数学教学计划</w:t>
      </w:r>
      <w:r>
        <w:rPr>
          <w:lang w:eastAsia="zh-CN"/>
        </w:rPr>
        <w:br/>
      </w:r>
      <w:r>
        <w:rPr>
          <w:lang w:eastAsia="zh-CN"/>
        </w:rPr>
        <w:t>　　（一）、教学目的要求</w:t>
      </w:r>
      <w:r>
        <w:rPr>
          <w:lang w:eastAsia="zh-CN"/>
        </w:rPr>
        <w:br/>
      </w:r>
      <w:r>
        <w:rPr>
          <w:lang w:eastAsia="zh-CN"/>
        </w:rPr>
        <w:t>　　幼儿在老师的引导下，能结合生活中的实际经验，区分和理解一些事物的相关联系，通过自己的操作并理解、分析和概括出数的意义及数字的相互关系，并能准确的进行20以内加减运算。</w:t>
      </w:r>
      <w:r>
        <w:rPr>
          <w:lang w:eastAsia="zh-CN"/>
        </w:rPr>
        <w:br/>
      </w:r>
      <w:r>
        <w:rPr>
          <w:lang w:eastAsia="zh-CN"/>
        </w:rPr>
        <w:t>　　（二）、数学教学的重难点</w:t>
      </w:r>
      <w:r>
        <w:rPr>
          <w:lang w:eastAsia="zh-CN"/>
        </w:rPr>
        <w:br/>
      </w:r>
      <w:r>
        <w:rPr>
          <w:lang w:eastAsia="zh-CN"/>
        </w:rPr>
        <w:t>　　1、能对周围的事物有一定的空间想象能力。</w:t>
      </w:r>
      <w:r>
        <w:rPr>
          <w:lang w:eastAsia="zh-CN"/>
        </w:rPr>
        <w:br/>
      </w:r>
      <w:r>
        <w:rPr>
          <w:lang w:eastAsia="zh-CN"/>
        </w:rPr>
        <w:t>　　2、对生活中的物体能有一个基本的认识能力，如认识钟表、学习等分、学习分类等。</w:t>
      </w:r>
      <w:r>
        <w:rPr>
          <w:lang w:eastAsia="zh-CN"/>
        </w:rPr>
        <w:br/>
      </w:r>
      <w:r>
        <w:rPr>
          <w:lang w:eastAsia="zh-CN"/>
        </w:rPr>
        <w:t>　　3、能理解数字的意义并能准确的进行20以内加减运算。</w:t>
      </w:r>
      <w:r>
        <w:rPr>
          <w:lang w:eastAsia="zh-CN"/>
        </w:rPr>
        <w:br/>
      </w:r>
      <w:r>
        <w:rPr>
          <w:lang w:eastAsia="zh-CN"/>
        </w:rPr>
        <w:t>　　4、认识钱币及钱币的简单计算。</w:t>
      </w:r>
      <w:r>
        <w:rPr>
          <w:lang w:eastAsia="zh-CN"/>
        </w:rPr>
        <w:br/>
      </w:r>
      <w:r>
        <w:rPr>
          <w:lang w:eastAsia="zh-CN"/>
        </w:rPr>
        <w:t>　　5、数的连加、连减及加减混合算式。</w:t>
      </w:r>
      <w:r>
        <w:rPr>
          <w:lang w:eastAsia="zh-CN"/>
        </w:rPr>
        <w:br/>
      </w:r>
      <w:r>
        <w:rPr>
          <w:lang w:eastAsia="zh-CN"/>
        </w:rPr>
        <w:t>　　（三）、教学措施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https://d.book118.com/156140040201010043</w:t>
        </w:r>
      </w:hyperlink>
    </w:p>
    <w:p w:rsidR="001B1F19">
      <w:pPr>
        <w:rPr>
          <w:rFonts w:hint="eastAsia"/>
          <w:lang w:eastAsia="zh-CN"/>
        </w:rPr>
      </w:pPr>
    </w:p>
    <w:sectPr>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56140040201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