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学校安全生产月总结（35篇）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学校安全生产月总结（精选35篇）</w:t>
      </w:r>
      <w:r>
        <w:rPr>
          <w:lang w:eastAsia="zh-CN"/>
        </w:rPr>
        <w:br/>
      </w:r>
      <w:r>
        <w:rPr>
          <w:lang w:eastAsia="zh-CN"/>
        </w:rPr>
        <w:t xml:space="preserve">    学校安全生产月总结 篇1 </w:t>
      </w:r>
      <w:r>
        <w:rPr>
          <w:lang w:eastAsia="zh-CN"/>
        </w:rPr>
        <w:br/>
      </w:r>
      <w:r>
        <w:rPr>
          <w:lang w:eastAsia="zh-CN"/>
        </w:rPr>
        <w:t>　　为进一步贯彻落实杏教〔20__〕65号文件《关于印发20__年全省教育系统安全宣传月活动方案的通知》中有关安全的文件精神，按照教育局 安全生产年活动实施方案的要求，进一步落实《20__年山西省 安全宣传月活动方案》，提高我校广大师生的安全意识，保护学生安全健康的成长，保障学校的正常教学秩序，围绕科学发展，安全发展这一主题，在校长、教导处的领导下，从6月1日至6月30日，在全校开展了学校安全月活动，现总结如下:</w:t>
      </w:r>
      <w:r>
        <w:rPr>
          <w:lang w:eastAsia="zh-CN"/>
        </w:rPr>
        <w:br/>
      </w:r>
    </w:p>
    <w:p w:rsidR="001B1F19" w14:textId="0AE8485B">
      <w:pPr>
        <w:pStyle w:val="Heading1"/>
        <w:jc w:val="center"/>
        <w:rPr>
          <w:rFonts w:hint="eastAsia"/>
          <w:lang w:eastAsia="zh-CN"/>
        </w:rPr>
      </w:pPr>
      <w:r>
        <w:rPr>
          <w:sz w:val="44"/>
          <w:lang w:eastAsia="zh-CN"/>
        </w:rPr>
        <w:t>学校安全生产月总结（35篇）</w:t>
      </w:r>
    </w:p>
    <w:p w:rsidR="001B1F19"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学校安全生产月总结（精选35篇）</w:t>
      </w:r>
      <w:r>
        <w:rPr>
          <w:lang w:eastAsia="zh-CN"/>
        </w:rPr>
        <w:br/>
      </w:r>
      <w:r>
        <w:rPr>
          <w:lang w:eastAsia="zh-CN"/>
        </w:rPr>
        <w:t xml:space="preserve">    学校安全生产月总结 篇1 </w:t>
      </w:r>
      <w:r>
        <w:rPr>
          <w:lang w:eastAsia="zh-CN"/>
        </w:rPr>
        <w:br/>
      </w:r>
      <w:r>
        <w:rPr>
          <w:lang w:eastAsia="zh-CN"/>
        </w:rPr>
        <w:t>　　为进一步贯彻落实杏教〔20__〕65号文件《关于印发20__年全省教育系统安全宣传月活动方案的通知》中有关安全的文件精神，按照教育局 安全生产年活动实施方案的要求，进一步落实《20__年山西省 安全宣传月活动方案》，提高我校广大师生的安全意识，保护学生安全健康的成长，保障学校的正常教学秩序，围绕科学发展，安全发展这一主题，在校长、教导处的领导下，从6月1日至6月30日，在全校开展了学校安全月活动，现总结如下:</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一、树立安全意识，营造良好的安全环境。学校坚持科学发展，安全发展的方针，以继续实现零事故安全月为目标。学校安全教育工作关系到千家万户的幸福，关系到人民群众的切身利益，关系到社会稳定的大局。我校对这项工作高度重视，要求要站在讲政治的高度，充分认识安全月活动的重要性，要求做到认识到位、部署到位、措施到位。学校成立了以苏秀荣为组长的，各科室负责人参与的校园安全领导小组。其次，进一步完善安全制度。使安全管理制度更加科学、合理、规范、易操作。学校安全工作领导小组和各班班主任签订安全工作现任状。建立了各项安全工作检查评比制度、安全工作管理制度。实行领导安全值日检查制。值日领导对每天的安全工作负总责，领导小组成员依表值日。</w:t>
      </w:r>
      <w:r>
        <w:rPr>
          <w:lang w:eastAsia="zh-CN"/>
        </w:rPr>
        <w:br/>
      </w:r>
      <w:r>
        <w:rPr>
          <w:lang w:eastAsia="zh-CN"/>
        </w:rPr>
        <w:t>　　活动开展初期，我们组织以领导小组为核心的宣传小组，针对我校的实际，制定我校的安全宣传教育内容。多次召开会议研究并向全校师生广泛进行了宣传，使全校师生进一步提高了安全意识。</w:t>
      </w:r>
      <w:r>
        <w:rPr>
          <w:lang w:eastAsia="zh-CN"/>
        </w:rPr>
        <w:br/>
      </w:r>
      <w:r>
        <w:rPr>
          <w:lang w:eastAsia="zh-CN"/>
        </w:rPr>
        <w:t>　　二、开展丰富多彩的活动，将安全意识深入人心。</w:t>
      </w:r>
      <w:r>
        <w:rPr>
          <w:lang w:eastAsia="zh-CN"/>
        </w:rPr>
        <w:br/>
      </w:r>
      <w:r>
        <w:rPr>
          <w:lang w:eastAsia="zh-CN"/>
        </w:rPr>
        <w:t>　　我们利用各种会议对师生进行安全重要性地教育。红领巾广播站每日都对安全知识，以及与安全方面是和人进行表扬与批评，通过广播，学生学到了许多安全常识，感受到了安全的重要性。黑板报、宣传橱窗等更是学生宣传安全的主阵地，全校出了以安全为主题的黑板报，在校园处处都能感受讲安全的气氛。</w:t>
      </w:r>
      <w:r>
        <w:rPr>
          <w:lang w:eastAsia="zh-CN"/>
        </w:rPr>
        <w:br/>
      </w:r>
      <w:r>
        <w:rPr>
          <w:lang w:eastAsia="zh-CN"/>
        </w:rPr>
        <w:t>　　(一)加大宣传力度，强化师生安全意识。</w:t>
      </w:r>
      <w:r>
        <w:rPr>
          <w:lang w:eastAsia="zh-CN"/>
        </w:rPr>
        <w:br/>
      </w:r>
      <w:r>
        <w:rPr>
          <w:lang w:eastAsia="zh-CN"/>
        </w:rPr>
        <w:t>　　⒈通过校园网、广播站、宣传栏、黑板报等阵地，广泛宣传消防、交通、饮食卫生、校产使用与保管等方面的法律规章和安全常识，提高全体师生的安全意识和自我防护能力。利用班队课、晨会课，学科渗透等途径，加强对学生开展安全预防教育，使学生接受比较系统的防溺水、防触电、防病、防食物中毒、防体育运动伤害、防火、防盗、防骗、防煤气中毒等安全知识和技能教育活动。</w:t>
      </w:r>
      <w:r>
        <w:rPr>
          <w:lang w:eastAsia="zh-CN"/>
        </w:rPr>
        <w:br/>
      </w:r>
      <w:r>
        <w:rPr>
          <w:lang w:eastAsia="zh-CN"/>
        </w:rPr>
        <w:t>　　⒉充分发挥升旗仪式、主题班会等阵地的作用，以学校《学生安全常规》以及《安全知识手册》为素材，大力加强学生良好行为习惯的培养，克服麻痹思想，让学生牢固树立时时讲安全、处处讲安全的思想。</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⒊教导处配合语文组组织好以学生安全教育为主题的征文和演讲比赛，提高学生自我教育、自我管理、自我服务和自我防护的意识和能力。</w:t>
      </w:r>
      <w:r>
        <w:rPr>
          <w:lang w:eastAsia="zh-CN"/>
        </w:rPr>
        <w:br/>
      </w:r>
      <w:r>
        <w:rPr>
          <w:lang w:eastAsia="zh-CN"/>
        </w:rPr>
        <w:t>　　⒋认真组织全体教职员工深入学习和贯彻《教育法》、《教师法》、《中小学教师职业道德规范》以及《学生伤害事故处理办法》等相关法规，学习教育部、公安部关于加强校园安全的文件，增强依法执教、依法管理的意识，杜绝体罚和变相体罚学生的行为，增强责任意识和防范意识，提高处理安全问题的能力。</w:t>
      </w:r>
      <w:r>
        <w:rPr>
          <w:lang w:eastAsia="zh-CN"/>
        </w:rPr>
        <w:br/>
      </w:r>
      <w:r>
        <w:rPr>
          <w:lang w:eastAsia="zh-CN"/>
        </w:rPr>
        <w:t>　　(二)以活动为载体，增强安全教育的效果。</w:t>
      </w:r>
      <w:r>
        <w:rPr>
          <w:lang w:eastAsia="zh-CN"/>
        </w:rPr>
        <w:br/>
      </w:r>
      <w:r>
        <w:rPr>
          <w:lang w:eastAsia="zh-CN"/>
        </w:rPr>
        <w:t>　　⒈进一步加强和改进学校德育工作，使养成教育在细、严、实上下功夫，找准找全问题，加大改进措施，突出交通、饮食、用电、用气、防火、防溺水、校产的使用与管理及体育课、实验课和教学区及生活区人员疏散等方面的安全管理和教育，消除隐患，防范和避免事故的发生。</w:t>
      </w:r>
      <w:r>
        <w:rPr>
          <w:lang w:eastAsia="zh-CN"/>
        </w:rPr>
        <w:br/>
      </w:r>
      <w:r>
        <w:rPr>
          <w:lang w:eastAsia="zh-CN"/>
        </w:rPr>
        <w:t>　　⒉各班建立安全检查小组，由班主任、值日班长、负责本班安全知识宣传、常规检查及报告工作。</w:t>
      </w:r>
      <w:r>
        <w:rPr>
          <w:lang w:eastAsia="zh-CN"/>
        </w:rPr>
        <w:br/>
      </w:r>
      <w:r>
        <w:rPr>
          <w:lang w:eastAsia="zh-CN"/>
        </w:rPr>
        <w:t>　　3. 6月15日聘请杏花岭交警大队领导关于法制方面的教育讲座，用身边的例子说服教育学生。交警和专业人员和学生进行安全互动、教给学生基本的保护常识和技能。</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4、20__年3月29日下午，为了搞好逃生自救演练活动，学校认真制定了逃生自救演练活动计划，在整个演练过程中，全校师生总动员，演练活动按原计划和要求顺利进行，师生行动迅速且井然有序，全校师生从听到警报到在操场上整齐列队仅用时一分半钟。通过本次演练活动全校师生的提高了安全防范意识，学生的自救求生能力得到了很好的锻炼。</w:t>
      </w:r>
      <w:r>
        <w:rPr>
          <w:lang w:eastAsia="zh-CN"/>
        </w:rPr>
        <w:br/>
      </w:r>
      <w:r>
        <w:rPr>
          <w:lang w:eastAsia="zh-CN"/>
        </w:rPr>
        <w:t>　　5、6月13日我校举行了隆重的安全生产宣传周启动仪式。苏秀荣校长进行动员。6月14日进行消防安全宣传日。活动期间，由教导处组织宣传标语，分发传单。</w:t>
      </w:r>
      <w:r>
        <w:rPr>
          <w:lang w:eastAsia="zh-CN"/>
        </w:rPr>
        <w:br/>
      </w:r>
      <w:r>
        <w:rPr>
          <w:lang w:eastAsia="zh-CN"/>
        </w:rPr>
        <w:t>　　(三)做好保障工作，防患于未然</w:t>
      </w:r>
      <w:r>
        <w:rPr>
          <w:lang w:eastAsia="zh-CN"/>
        </w:rPr>
        <w:br/>
      </w:r>
      <w:r>
        <w:rPr>
          <w:lang w:eastAsia="zh-CN"/>
        </w:rPr>
        <w:t>　　⒈加强校产的使用与维护管理。</w:t>
      </w:r>
      <w:r>
        <w:rPr>
          <w:lang w:eastAsia="zh-CN"/>
        </w:rPr>
        <w:br/>
      </w:r>
      <w:r>
        <w:rPr>
          <w:lang w:eastAsia="zh-CN"/>
        </w:rPr>
        <w:t>　　⑴加强维修人员岗位培训，全天候对校舍、校产及教学设施、仪器设备进行全面检查，发现问题及时处理，消除各种安全隐患，保证无事故发生。</w:t>
      </w:r>
      <w:r>
        <w:rPr>
          <w:lang w:eastAsia="zh-CN"/>
        </w:rPr>
        <w:br/>
      </w:r>
      <w:r>
        <w:rPr>
          <w:lang w:eastAsia="zh-CN"/>
        </w:rPr>
        <w:t>　　⑵加强对消防设施的检测与维护。</w:t>
      </w:r>
      <w:r>
        <w:rPr>
          <w:lang w:eastAsia="zh-CN"/>
        </w:rPr>
        <w:br/>
      </w:r>
      <w:r>
        <w:rPr>
          <w:lang w:eastAsia="zh-CN"/>
        </w:rPr>
        <w:t>　　⒉切实抓好食品卫生与防疫。</w:t>
      </w:r>
      <w:r>
        <w:rPr>
          <w:lang w:eastAsia="zh-CN"/>
        </w:rPr>
        <w:br/>
      </w:r>
      <w:r>
        <w:rPr>
          <w:lang w:eastAsia="zh-CN"/>
        </w:rPr>
        <w:t>　　学生的安全教育工作常抓不懈，常抓常新。正是因为学校能从实际出发不断健全和完善学校有关安全工作方面的规章制度，才形成了学校安全保卫工作和学生安全教育工作有章可循，以章办事，违章必纠的良好局面。使学校安全管理网络覆盖到校园的每一个区域，每一个角落。</w:t>
      </w:r>
      <w:r>
        <w:rPr>
          <w:lang w:eastAsia="zh-CN"/>
        </w:rPr>
        <w:br/>
      </w:r>
      <w:r>
        <w:rPr>
          <w:lang w:eastAsia="zh-CN"/>
        </w:rPr>
        <w:t>　　为了提高学生学安全、讲安全的积极性，我们还举办了安全知识讲座，在此期间我校开展了防雷、防溺水和防火灾</w:t>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xml:space="preserve"> 演练活动。我们在全校开展让安全进校园，把安全带回家的主题班会。寓安全教育于活动中，加强安全教育，提高安全意识，养成安全习惯。我们还修订了加强学生乘坐机动车上学的管理制度，杜绝一切社会闲散人员进入校园，以明确责任，确保学生安全</w:t>
      </w:r>
      <w:r>
        <w:rPr>
          <w:lang w:eastAsia="zh-CN"/>
        </w:rPr>
        <w:br/>
      </w:r>
      <w:r>
        <w:rPr>
          <w:lang w:eastAsia="zh-CN"/>
        </w:rPr>
        <w:t>　　二、围绕主题，落实责任。</w:t>
      </w:r>
      <w:r>
        <w:rPr>
          <w:lang w:eastAsia="zh-CN"/>
        </w:rPr>
        <w:br/>
      </w:r>
      <w:r>
        <w:rPr>
          <w:lang w:eastAsia="zh-CN"/>
        </w:rPr>
        <w:t>　　我校这次安全月活动主题是科学发展、安全发展，为主题，进一步强化各项预防措施，落实学校安全主体责任，有效防止和坚决遏制重特大事故，进一步提升学校安全管理工作。通过活动促进广大师生进一步确立安全意识，提高学生在各种危急情况下自救、互救和自我保护的技能，进一步完善学校安全管理制度，经常检查和消除各种安全隐患，为全校学生提供一个安全健康的学习成长环境。为此，我校进行了责任分解，要求教导处负责学生安全宣传教育和培训工作，制定学校安全工作计划和检查落实工作。总务处负责学校安全设施检查及其整改工作，明确责任，合理分工，认真协调，绷紧安全这根弦，使各项安全工作落在了实处。</w:t>
      </w:r>
      <w:r>
        <w:rPr>
          <w:lang w:eastAsia="zh-CN"/>
        </w:rPr>
        <w:br/>
      </w:r>
      <w:r>
        <w:rPr>
          <w:lang w:eastAsia="zh-CN"/>
        </w:rPr>
        <w:t>　　三、强化安全管理，加强进行安全检查，使安全工作百无一漏。</w:t>
      </w:r>
      <w:r>
        <w:rPr>
          <w:lang w:eastAsia="zh-CN"/>
        </w:rPr>
        <w:br/>
      </w:r>
      <w:r>
        <w:rPr>
          <w:lang w:eastAsia="zh-CN"/>
        </w:rPr>
        <w:t>　　首先，对学校的每一个角落进行排查，消除安全隐患。各班班主任对本班级的用电线路和门窗进行一次检查，特别是检查窗户用小锤敲一敲，检查接口处是否离焊，玻璃边缘用手摸一摸，看看上面的油腻是否要脱落。由领导小组成员参加对学校围墙、大门、厕所、楼房、外面用电线路等公共设施进行了一次安全大检查。</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总之，我校师生安全意识高，防范意识强，现在已形成了人人参与、上下联动、校内外结合的良性安全预警管理体制。把学校日常管理和安全活动月的集中教育，注意积累和总结经验，将短期的有效的应急措施和做法转化为长期的、经常性的工作机制，致力于培养师生员工的安全意识、规范行为和文明习惯，实现校园的长治久安。当然，个别老师的麻痹松懈的思想、个别学生的不良行为习惯、小商小贩的流动摊点的隐患等等，需要我校在下一步工作中继续努力，坚决杜绝，确保高效，确保我校零犯罪率、零事故率。今后，我们将进一步重视学校安全教育工作，及时解决安全工作中出现的新问题，不断提高学校安全教育工作水平。</w:t>
      </w:r>
      <w:r>
        <w:rPr>
          <w:lang w:eastAsia="zh-CN"/>
        </w:rPr>
        <w:br/>
      </w:r>
      <w:r>
        <w:rPr>
          <w:lang w:eastAsia="zh-CN"/>
        </w:rPr>
        <w:t xml:space="preserve">    学校安全生产月总结 篇2 </w:t>
      </w:r>
      <w:r>
        <w:rPr>
          <w:lang w:eastAsia="zh-CN"/>
        </w:rPr>
        <w:br/>
      </w:r>
      <w:r>
        <w:rPr>
          <w:lang w:eastAsia="zh-CN"/>
        </w:rPr>
        <w:t>　　根据市安委会办公室《关于印发__市20__年“安全生产月”活动方案的通知》（_安办发〔20__〕19号）要求，及高校工委、区、街道办事处的统一部署，结合我院实际，根据开展“安全生产月”活动实施方案，六月份“安全生产月”各项活动完成情况总结如下：</w:t>
      </w:r>
      <w:r>
        <w:rPr>
          <w:lang w:eastAsia="zh-CN"/>
        </w:rPr>
        <w:br/>
      </w:r>
      <w:r>
        <w:rPr>
          <w:lang w:eastAsia="zh-CN"/>
        </w:rPr>
        <w:t>　　一、活动时间及活动主题</w:t>
      </w:r>
      <w:r>
        <w:rPr>
          <w:lang w:eastAsia="zh-CN"/>
        </w:rPr>
        <w:br/>
      </w:r>
      <w:r>
        <w:rPr>
          <w:lang w:eastAsia="zh-CN"/>
        </w:rPr>
        <w:t>　　本活动自6月1日始至6月30日结束。</w:t>
      </w:r>
      <w:r>
        <w:rPr>
          <w:lang w:eastAsia="zh-CN"/>
        </w:rPr>
        <w:br/>
      </w:r>
      <w:r>
        <w:rPr>
          <w:lang w:eastAsia="zh-CN"/>
        </w:rPr>
        <w:t>　　活动主题为“安全责任，重在落实”。</w:t>
      </w:r>
      <w:r>
        <w:rPr>
          <w:lang w:eastAsia="zh-CN"/>
        </w:rPr>
        <w:br/>
      </w:r>
      <w:r>
        <w:rPr>
          <w:lang w:eastAsia="zh-CN"/>
        </w:rPr>
        <w:t>　　二、总体目标及活动内容</w:t>
      </w:r>
      <w:r>
        <w:rPr>
          <w:lang w:eastAsia="zh-CN"/>
        </w:rPr>
        <w:br/>
      </w:r>
      <w:r>
        <w:rPr>
          <w:lang w:eastAsia="zh-CN"/>
        </w:rPr>
        <w:t>　　以深入开展“安全生产基层基础深化年”为载体，贯彻落实国家、省、市有关工作部署，切实做好学院的安全（安全生产）工作，营造“关注安全、关爱生命”的深厚氛围，普及安全生产的法律法规和安全常识，提高广大师生员工的安全意识和素质，促进学院安全生产形势保持持续稳定。</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学院除积极参加市、区安委会、街道办等相关部门统一组织的活动外，结合本院实际，组织开展各具特色的活动。</w:t>
      </w:r>
      <w:r>
        <w:rPr>
          <w:lang w:eastAsia="zh-CN"/>
        </w:rPr>
        <w:br/>
      </w:r>
      <w:r>
        <w:rPr>
          <w:lang w:eastAsia="zh-CN"/>
        </w:rPr>
        <w:t>　　（一）宣传、发动阶段（5月30日—6月6日）</w:t>
      </w:r>
      <w:r>
        <w:rPr>
          <w:lang w:eastAsia="zh-CN"/>
        </w:rPr>
        <w:br/>
      </w:r>
      <w:r>
        <w:rPr>
          <w:lang w:eastAsia="zh-CN"/>
        </w:rPr>
        <w:t>　　以“安全责任，重在落实”为主题，广泛宣传安全生产法律法规，提高意识。</w:t>
      </w:r>
      <w:r>
        <w:rPr>
          <w:lang w:eastAsia="zh-CN"/>
        </w:rPr>
        <w:br/>
      </w:r>
      <w:r>
        <w:rPr>
          <w:lang w:eastAsia="zh-CN"/>
        </w:rPr>
        <w:t>　　1、向后勤处、基建科、__公司等部门及进校各施工单位、三个学生食堂、金工车间、丝织车间传达开展20__年“安全生产月”活动的有关文件精神、活动开展的重要意义和活动目标及活动内容。</w:t>
      </w:r>
      <w:r>
        <w:rPr>
          <w:lang w:eastAsia="zh-CN"/>
        </w:rPr>
        <w:br/>
      </w:r>
      <w:r>
        <w:rPr>
          <w:lang w:eastAsia="zh-CN"/>
        </w:rPr>
        <w:t>　　2、传达学院关于组织开展“安全生产月”活动实施方案内容及相关要求。</w:t>
      </w:r>
      <w:r>
        <w:rPr>
          <w:lang w:eastAsia="zh-CN"/>
        </w:rPr>
        <w:br/>
      </w:r>
      <w:r>
        <w:rPr>
          <w:lang w:eastAsia="zh-CN"/>
        </w:rPr>
        <w:t>　　3、认真学习、贯彻上级部门及学院关于开展“安全生产月”活动的各项要求和部署，根据本部门安全生产的相关要求和操作规程，提高安全生产管理知识和安全技能，认真学习，部署落实，安全生产，避免各类安全生产事故的发生。</w:t>
      </w:r>
      <w:r>
        <w:rPr>
          <w:lang w:eastAsia="zh-CN"/>
        </w:rPr>
        <w:br/>
      </w:r>
      <w:r>
        <w:rPr>
          <w:lang w:eastAsia="zh-CN"/>
        </w:rPr>
        <w:t>　　（二）组织开展安全宣传教育活动（6月7日—12日）</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充分利用校园（一教门厅处、各学生公寓门口处、餐厅口等）LED显示屏、广播等宣传工具，宣传“安全生产”等相关文件和法律、法规、规章制度等；宣传“坚持安全发展，构建和谐校园”、“遵章守纪、杜绝隐患、落实责任、保障安全”等“安全生产”宣传口号。并采用宣传栏、安全教育班会等宣传形式，营造声势，凝集共识，围绕活动主题和实施方案，广泛宣传党和国家的安全生产的方针政策、法律法规，广泛宣传“安全生产基层基础深化年”活动的重要意义，广泛宣传安全生产管理知识和安全技能，进一步丰富和拓展了“安全生产月”活动内涵。</w:t>
      </w:r>
      <w:r>
        <w:rPr>
          <w:lang w:eastAsia="zh-CN"/>
        </w:rPr>
        <w:br/>
      </w:r>
      <w:r>
        <w:rPr>
          <w:lang w:eastAsia="zh-CN"/>
        </w:rPr>
        <w:t>　　（三）开展安全大检查，补充、完善安全管理制度和操作规程（6月20日—30日）</w:t>
      </w:r>
      <w:r>
        <w:rPr>
          <w:lang w:eastAsia="zh-CN"/>
        </w:rPr>
        <w:br/>
      </w:r>
      <w:r>
        <w:rPr>
          <w:lang w:eastAsia="zh-CN"/>
        </w:rPr>
        <w:t>　　结合学院内部实际，开展安全大检查活动，补充和完善各项安全管理制度和操作规程。</w:t>
      </w:r>
      <w:r>
        <w:rPr>
          <w:lang w:eastAsia="zh-CN"/>
        </w:rPr>
        <w:br/>
      </w:r>
      <w:r>
        <w:rPr>
          <w:lang w:eastAsia="zh-CN"/>
        </w:rPr>
        <w:t>　　1、按照上级部门和我院《防汛抢险应急预案》（__院办〔20__〕39号）的部署和要求，针对汛期来临的现实情况，协调、组织后勤部门、基建部门及安全领导小组等相关人员对全院防汛设施、人员、隐患情况进行专项检查，对检查出的情况及时上报学院领导和相关部门，并对检查出的隐患督促立即整改。对不能立即整改的隐患，要求加强防护措施，避免问题的发生。</w:t>
      </w:r>
      <w:r>
        <w:rPr>
          <w:lang w:eastAsia="zh-CN"/>
        </w:rPr>
        <w:br/>
      </w:r>
      <w:r>
        <w:rPr>
          <w:lang w:eastAsia="zh-CN"/>
        </w:rPr>
        <w:t>　　2、组织人员到金工车间、丝织车间、相关实验实训室对相关管理制度和操作规程进行检查和完善补充。对不按要求进行的操作行为进行及时整改。</w:t>
      </w:r>
      <w:r>
        <w:rPr>
          <w:lang w:eastAsia="zh-CN"/>
        </w:rPr>
        <w:br/>
      </w:r>
      <w:r>
        <w:rPr>
          <w:lang w:eastAsia="zh-CN"/>
        </w:rPr>
        <w:t>　　3、到学生公寓等人员密集场所，检查安全管理规章制度的完善情况、防护设施配置、使用等情况，尽量避免各类问题的发生。采取各种宣传形式和方法，开展“反违章操作、反违章指挥、反违反劳动纪律”等活动，强化安全意识和素质，集中消除安全盲区、死角和隐患，实现了“零事故月”。</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学院各部门以“安全生产月”活动为契机，层层落实安全工作责任，认真排查事故隐患。针对汛期来临等实际，扎实做好安全隐患排查、落实整改措施、开展（消防）安全培训等各类活动，防范事故，全面增强了校园的综合防控能力，提升了学院的安全管理水平，确保了校园和师生的安全。</w:t>
      </w:r>
      <w:r>
        <w:rPr>
          <w:lang w:eastAsia="zh-CN"/>
        </w:rPr>
        <w:br/>
      </w:r>
      <w:r>
        <w:rPr>
          <w:lang w:eastAsia="zh-CN"/>
        </w:rPr>
        <w:t xml:space="preserve">    学校安全生产月总结 篇3 </w:t>
      </w:r>
      <w:r>
        <w:rPr>
          <w:lang w:eastAsia="zh-CN"/>
        </w:rPr>
        <w:br/>
      </w:r>
      <w:r>
        <w:rPr>
          <w:lang w:eastAsia="zh-CN"/>
        </w:rPr>
        <w:t>　　对于每个人来说，生命都只有一次。注意安全，就是善待和珍惜生命的一种有效途径，而在现实生活中，并非人人都具有较高的安全意识，校园安全与我们每个师生密切相关，它关系到同学们能否健康地成长，能否顺利地完成学业，它关系到老师们能否在一个宁静、安全的环境中教书育人，为国家培养和造就各种人才，做好校园安全工作，是学校教育的首要任务之一，必须长抓不懈，提高学生自我防范意识，确保同学们在校期间的安全，务必做到以下几点：</w:t>
      </w:r>
      <w:r>
        <w:rPr>
          <w:lang w:eastAsia="zh-CN"/>
        </w:rPr>
        <w:br/>
      </w:r>
      <w:r>
        <w:rPr>
          <w:lang w:eastAsia="zh-CN"/>
        </w:rPr>
        <w:t>　　一、提高个人思想素质。</w:t>
      </w:r>
      <w:r>
        <w:rPr>
          <w:lang w:eastAsia="zh-CN"/>
        </w:rPr>
        <w:br/>
      </w:r>
      <w:r>
        <w:rPr>
          <w:lang w:eastAsia="zh-CN"/>
        </w:rPr>
        <w:t>　　团结同学，和同学和睦相处，善于化解同学之间的矛盾。不参与打架斗殴等校园暴力行为;不侮辱和谩骂他人，争做文明学生。</w:t>
      </w:r>
      <w:r>
        <w:rPr>
          <w:lang w:eastAsia="zh-CN"/>
        </w:rPr>
        <w:br/>
      </w:r>
      <w:r>
        <w:rPr>
          <w:lang w:eastAsia="zh-CN"/>
        </w:rPr>
        <w:t>　　二、珍惜生命，禁止下水游泳。</w:t>
      </w:r>
      <w:r>
        <w:rPr>
          <w:lang w:eastAsia="zh-CN"/>
        </w:rPr>
        <w:br/>
      </w:r>
      <w:r>
        <w:rPr>
          <w:lang w:eastAsia="zh-CN"/>
        </w:rPr>
        <w:t>　　做到六个不准：</w:t>
      </w:r>
      <w:r>
        <w:rPr>
          <w:lang w:eastAsia="zh-CN"/>
        </w:rPr>
        <w:br/>
      </w:r>
      <w:r>
        <w:rPr>
          <w:lang w:eastAsia="zh-CN"/>
        </w:rPr>
        <w:t>　　1、不准私自下水游泳;</w:t>
      </w:r>
      <w:r>
        <w:rPr>
          <w:lang w:eastAsia="zh-CN"/>
        </w:rPr>
        <w:br/>
      </w:r>
      <w:r>
        <w:rPr>
          <w:lang w:eastAsia="zh-CN"/>
        </w:rPr>
        <w:t>　　2、不准擅自与他人结伴游泳;</w:t>
      </w:r>
      <w:r>
        <w:rPr>
          <w:lang w:eastAsia="zh-CN"/>
        </w:rPr>
        <w:br/>
      </w:r>
      <w:r>
        <w:rPr>
          <w:lang w:eastAsia="zh-CN"/>
        </w:rPr>
        <w:t>　　3、不准在无家长或老师带队的情况下游泳;</w:t>
      </w:r>
      <w:r>
        <w:rPr>
          <w:lang w:eastAsia="zh-CN"/>
        </w:rPr>
        <w:br/>
      </w:r>
      <w:r>
        <w:rPr>
          <w:lang w:eastAsia="zh-CN"/>
        </w:rPr>
        <w:t>　　4、不准到不熟悉的水域游泳;</w:t>
      </w:r>
      <w:r>
        <w:rPr>
          <w:lang w:eastAsia="zh-CN"/>
        </w:rPr>
        <w:br/>
      </w:r>
      <w:r>
        <w:rPr>
          <w:lang w:eastAsia="zh-CN"/>
        </w:rPr>
        <w:t>　　5、不准到无安全设施、无救护人员的水域游泳;</w:t>
      </w:r>
      <w:r>
        <w:rPr>
          <w:lang w:eastAsia="zh-CN"/>
        </w:rPr>
        <w:br/>
      </w:r>
      <w:r>
        <w:rPr>
          <w:lang w:eastAsia="zh-CN"/>
        </w:rPr>
        <w:t>　　6、不准不会水性的学生擅自下水施救。</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三、关注课间安全。</w:t>
      </w:r>
      <w:r>
        <w:rPr>
          <w:lang w:eastAsia="zh-CN"/>
        </w:rPr>
        <w:br/>
      </w:r>
      <w:r>
        <w:rPr>
          <w:lang w:eastAsia="zh-CN"/>
        </w:rPr>
        <w:t>　　请同学们在课间做到上下楼梯时不拥挤、不推搡;课间休息时不追逐嬉戏打闹、不攀高、不开过火玩笑、不在过道或人群密集的地方做危险活动、游戏，课间不得翻越学校围墙外出玩耍，避免发生各种课间伤害事故。</w:t>
      </w:r>
      <w:r>
        <w:rPr>
          <w:lang w:eastAsia="zh-CN"/>
        </w:rPr>
        <w:br/>
      </w:r>
      <w:r>
        <w:rPr>
          <w:lang w:eastAsia="zh-CN"/>
        </w:rPr>
        <w:t>　　四、注意校园交通安全。</w:t>
      </w:r>
      <w:r>
        <w:rPr>
          <w:lang w:eastAsia="zh-CN"/>
        </w:rPr>
        <w:br/>
      </w:r>
      <w:r>
        <w:rPr>
          <w:lang w:eastAsia="zh-CN"/>
        </w:rPr>
        <w:t>　　不与过往校园的车俩抢道;不在车辆过往的校园道上停留、簇拥、嬉戏打闹;不在车辆过往的校园路口或大门处集聚、等人。</w:t>
      </w:r>
      <w:r>
        <w:rPr>
          <w:lang w:eastAsia="zh-CN"/>
        </w:rPr>
        <w:br/>
      </w:r>
      <w:r>
        <w:rPr>
          <w:lang w:eastAsia="zh-CN"/>
        </w:rPr>
        <w:t>　　五、讲究饮食卫生，养成良好习惯。</w:t>
      </w:r>
      <w:r>
        <w:rPr>
          <w:lang w:eastAsia="zh-CN"/>
        </w:rPr>
        <w:br/>
      </w:r>
      <w:r>
        <w:rPr>
          <w:lang w:eastAsia="zh-CN"/>
        </w:rPr>
        <w:t>　　拒绝三无食品，不吃零食、不喝生水、不偏食、不暴饮暴食、不随地吐痰、不乱扔果皮纸屑。</w:t>
      </w:r>
      <w:r>
        <w:rPr>
          <w:lang w:eastAsia="zh-CN"/>
        </w:rPr>
        <w:br/>
      </w:r>
      <w:r>
        <w:rPr>
          <w:lang w:eastAsia="zh-CN"/>
        </w:rPr>
        <w:t>　　六、强化“防火灾、防触电、防侵害”意识。</w:t>
      </w:r>
      <w:r>
        <w:rPr>
          <w:lang w:eastAsia="zh-CN"/>
        </w:rPr>
        <w:br/>
      </w:r>
      <w:r>
        <w:rPr>
          <w:lang w:eastAsia="zh-CN"/>
        </w:rPr>
        <w:t>　　不吸烟、不玩火，不焚烧废弃物;不随意触摸各种电器，不接受陌生人接送与来访。</w:t>
      </w:r>
      <w:r>
        <w:rPr>
          <w:lang w:eastAsia="zh-CN"/>
        </w:rPr>
        <w:br/>
      </w:r>
      <w:r>
        <w:rPr>
          <w:lang w:eastAsia="zh-CN"/>
        </w:rPr>
        <w:t>　　七、学会自护自救，提高防御能力。</w:t>
      </w:r>
      <w:r>
        <w:rPr>
          <w:lang w:eastAsia="zh-CN"/>
        </w:rPr>
        <w:br/>
      </w:r>
      <w:r>
        <w:rPr>
          <w:lang w:eastAsia="zh-CN"/>
        </w:rPr>
        <w:t>　　学会简易的防护自救方法，遇到偶发事件要冷静对待，敢于批评、指正一切违反安全要求的行为和现象，做维护校园安全的主人。</w:t>
      </w:r>
      <w:r>
        <w:rPr>
          <w:lang w:eastAsia="zh-CN"/>
        </w:rPr>
        <w:br/>
      </w:r>
      <w:r>
        <w:rPr>
          <w:lang w:eastAsia="zh-CN"/>
        </w:rPr>
        <w:t>　　八、加强自我防范意识。</w:t>
      </w:r>
      <w:r>
        <w:rPr>
          <w:lang w:eastAsia="zh-CN"/>
        </w:rPr>
        <w:br/>
      </w:r>
      <w:r>
        <w:rPr>
          <w:lang w:eastAsia="zh-CN"/>
        </w:rPr>
        <w:t>　　注意公共场所的人身和财产安全，不把贵重物品(钱物)放在教室或寝室，外出活动不要独行，要走大路，和同学们结伴而行，如果遇到坏人坏事要冷静、机智，见义勇为要量力而行，要及时拨打110电话报警。</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九、认真学习，珍惜时光。</w:t>
      </w:r>
      <w:r>
        <w:rPr>
          <w:lang w:eastAsia="zh-CN"/>
        </w:rPr>
        <w:br/>
      </w:r>
      <w:r>
        <w:rPr>
          <w:lang w:eastAsia="zh-CN"/>
        </w:rPr>
        <w:t>　　远离网吧，不进入未成年不宜的场所，不吸烟，不喝酒，不赌博，不看不健康的影像和书籍，不同社会闲杂人员交往。</w:t>
      </w:r>
      <w:r>
        <w:rPr>
          <w:lang w:eastAsia="zh-CN"/>
        </w:rPr>
        <w:br/>
      </w:r>
      <w:r>
        <w:rPr>
          <w:lang w:eastAsia="zh-CN"/>
        </w:rPr>
        <w:t xml:space="preserve">    学校安全生产月总结 篇4 </w:t>
      </w:r>
      <w:r>
        <w:rPr>
          <w:lang w:eastAsia="zh-CN"/>
        </w:rPr>
        <w:br/>
      </w:r>
      <w:r>
        <w:rPr>
          <w:lang w:eastAsia="zh-CN"/>
        </w:rPr>
        <w:t>　　安全&amp;&amp;我们永恒的旋律。学生是祖国的未来和希望，他们能否安全、健康的成长关系到广大群众的切身利益，关系到民族的兴旺和国家的前途。树立安全意识，是全社会的任务，更是学校教育的一项重要内容之一。为了全面提高学生的安全意识，增强学生的自我保护意识，我校在安全周内开展了一系列的安全教育活动，取得了一定的成效。紧密围绕增强安全意识，提高自我保护能力这一主题，结合本校的实际情况。积极组织开展好20__年安全教育周系列活动。做到精密安排、活动经常、形势多样、教育性强的目标。创建了一个安全的教育教学环境，强化了学生的安全意识。在学校形成了安全第一，人人有责的良好氛围。</w:t>
      </w:r>
      <w:r>
        <w:rPr>
          <w:lang w:eastAsia="zh-CN"/>
        </w:rPr>
        <w:br/>
      </w:r>
      <w:r>
        <w:rPr>
          <w:lang w:eastAsia="zh-CN"/>
        </w:rPr>
        <w:t>　　一、取得效果</w:t>
      </w:r>
      <w:r>
        <w:rPr>
          <w:lang w:eastAsia="zh-CN"/>
        </w:rPr>
        <w:br/>
      </w:r>
      <w:r>
        <w:rPr>
          <w:lang w:eastAsia="zh-CN"/>
        </w:rPr>
        <w:t>　　1、学生安全知识面更广了，安全意识更强了，对注意安全的理解更深了。2、学生法制观念增强了，学生能够做到知法守法，学生的自我保护意识和能力也提高了。3、学生讲卫生意识更高了，个人自理能力更强了。4、教学秩序更好了，学生学习行为文明了，活动更加安全了。5、管理机制更加完善了，教育责任到人，落实到位了。6、创建了安全的教学环境，形成了安全工作，重于泰山的良好氛围。</w:t>
      </w:r>
      <w:r>
        <w:rPr>
          <w:lang w:eastAsia="zh-CN"/>
        </w:rPr>
        <w:br/>
      </w:r>
      <w:r>
        <w:rPr>
          <w:lang w:eastAsia="zh-CN"/>
        </w:rPr>
        <w:t>　　二、活动开展</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1、我校一直以来在集会时对学生进行安全教育，充分利用好国旗下讲话这一契机，特别在安全教育月、安全教育周、安全教育日时做专题讲座。这一时期，做到每天集会对学生进行比较系统的防溺水、防交通、防食物中毒、防疾病流行病、防体育运动伤害、防触电、防火等安全知识教育，学生对安全知识有了更广更深的了解。2、班主任为安全知识的授课老师，在每周一安全教育课时期对学生进行系统的安全知识教育，班主任做到先备课再教育，同时各班级利用晨间谈话的时间，对学生进行安全知识教育。3、我校在安全教育周期间利用交通安全图片展览、交通安全知识讲座、法律知识讲座等，及时张贴法制教育图片，对学生进行法律知识教育。4、各中队利用队会课时间，开展以增强交通安全意识，提高自我保护能力主题队会活动，活动内容丰富，实践教育性强。5、我校举行学生安全知识竞赛，知识内容全面、丰富，学生均能考出好成绩。先由班级组织评比，再由学校统一总评。6、我校组织各班级刊出以珍爱生命、安全第一为主题的班刊评比活动，做到主题突出，内容丰富，教育性强。对优秀的给予及时表彰。7、我校安全领导小组人员对学校的校舍、消防、用电、活动场所等安全方面进行彻底的检查，没有发现安全隐患。8、发放《致家长的一封信》890多份。9、学校贯彻上级文件精神，成立领导小组，制定各种安全事故发生应急处置方案，并在会议上组织学习，人人明确自己的职责。10、在校长的带领下，对学校进行安全检查和安全工作的指导，并提出了科学、合理的建议和意见，进一步全校的安全管理工作。11、开展七年级、八年级军训工作，利用十天时间对学生进行了军训，加强国防教育及纪律教育，并让学生都学会了交警指挥操，对学生交通法规的认识做到了进一步学习。12、假前让学生每人做一份安全手抄报活动，开学初进行了评比活动。学生的积极参与大大地从内加强自我知识的充实，对于安全高于一切意识深入内心起到了作用。总之，通过安全教育周这一契机，大力加强对学生的安全教育，努力建立起一个安全的学习环境。在今后的工作中，我校将继往开来，与时俱进，进一步做好学校的一切安全工作。</w:t>
      </w:r>
      <w:r>
        <w:rPr>
          <w:lang w:eastAsia="zh-CN"/>
        </w:rPr>
        <w:br/>
      </w:r>
      <w:r>
        <w:rPr>
          <w:lang w:eastAsia="zh-CN"/>
        </w:rPr>
        <w:t xml:space="preserve">    学校安全生产月总结 篇5 </w:t>
      </w:r>
      <w:r>
        <w:rPr>
          <w:lang w:eastAsia="zh-CN"/>
        </w:rPr>
        <w:br/>
      </w:r>
      <w:r>
        <w:rPr>
          <w:lang w:eastAsia="zh-CN"/>
        </w:rPr>
        <w:t>　　根据《关于印发雁江区教育局__年“安全生产月”活动方案〉的通知》文件精神，我校积极开展 “全国安全生产月”活动，现总结如下：</w:t>
      </w:r>
      <w:r>
        <w:rPr>
          <w:lang w:eastAsia="zh-CN"/>
        </w:rPr>
        <w:br/>
      </w:r>
      <w:r>
        <w:rPr>
          <w:lang w:eastAsia="zh-CN"/>
        </w:rPr>
        <w:t>　　一、组织领导</w:t>
      </w:r>
      <w:r>
        <w:rPr>
          <w:lang w:eastAsia="zh-CN"/>
        </w:rPr>
        <w:br/>
      </w:r>
      <w:r>
        <w:rPr>
          <w:lang w:eastAsia="zh-CN"/>
        </w:rPr>
        <w:t>　　成立了雁江四小“安全活动月”领导小组，指导、协调和组织全校的安全月活动。组长：胡志安副组长：陈作元 成员：王华、李艺、曹金国、林玲及各年级组长领导小组成员负责本次“安全活动月”的开展，具体负责本部门、本组图片文字等资料搜集、信息报送和活动的具体实施等。</w:t>
      </w:r>
      <w:r>
        <w:rPr>
          <w:lang w:eastAsia="zh-CN"/>
        </w:rPr>
        <w:br/>
      </w:r>
      <w:r>
        <w:rPr>
          <w:lang w:eastAsia="zh-CN"/>
        </w:rPr>
        <w:t>　　二、加强“安全生产月”宣传教育活动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__年全国“安全生产月”活动的主题是“安全责任，重在落实”。学校高度重视“安全生产月”宣传教育活动，按照《雁江区教育局__年“安全生产月”活动方案》要求，围绕“抓应急、建机制、夯基础，治隐患、保平安、促发展”的总体工作思路，突出“安全发展，预防为主”主题，广泛宣传“安全第一、预防为主、综合治理”方针和安全工作标本兼治、重在治本的各项政策措施，认真组织开展“全国安全生产月”宣传教育活动，努力营造“关爱生命，关注安全”的社会氛围和教育事业发展的安全环境。</w:t>
      </w:r>
      <w:r>
        <w:rPr>
          <w:lang w:eastAsia="zh-CN"/>
        </w:rPr>
        <w:br/>
      </w:r>
      <w:r>
        <w:rPr>
          <w:lang w:eastAsia="zh-CN"/>
        </w:rPr>
        <w:t>　　三、增强活动实效性</w:t>
      </w:r>
      <w:r>
        <w:rPr>
          <w:lang w:eastAsia="zh-CN"/>
        </w:rPr>
        <w:br/>
      </w:r>
      <w:r>
        <w:rPr>
          <w:lang w:eastAsia="zh-CN"/>
        </w:rPr>
        <w:t>　　我校“安全生产月”活动定于__年6月1日－6月30日。活动主题：“安全发展、预防为主”。咨询日于__年6月12日进行，重点防溺水的有关知识，宣传“安全生产月”的意义，宣传安全生产法律法规、安全知识等。6月12日至18日为安全应急预案演练周。学校认真组织学生开展安全演练，使师生掌握应急的基本技能和应急知识。</w:t>
      </w:r>
      <w:r>
        <w:rPr>
          <w:lang w:eastAsia="zh-CN"/>
        </w:rPr>
        <w:br/>
      </w:r>
      <w:r>
        <w:rPr>
          <w:lang w:eastAsia="zh-CN"/>
        </w:rPr>
        <w:t>　　1、针对自然灾害频繁的实际，学校认真开展了“防灾减灾”宣传活动。主要是组织学生收看（听）防灾减灾知识宣传，悬挂张贴标语口号、办一期黑板报，各班组织开展安全主题班会，观看影像节目，宣传相关安全知识，扎实开展防灾减灾的宣传教育活动，切实提高广大师生防范自然灾害的意识和自我保护的能力。</w:t>
      </w:r>
      <w:r>
        <w:rPr>
          <w:lang w:eastAsia="zh-CN"/>
        </w:rPr>
        <w:br/>
      </w:r>
      <w:r>
        <w:rPr>
          <w:lang w:eastAsia="zh-CN"/>
        </w:rPr>
        <w:t>　　2、认真做好自然灾害的防范工作。学校根据实际，进一步制定、修订、完善自然灾害应急预案，重点是防地震、洪水、泥石流、滑坡、雷电、酷暑极端天气等专项预案，开展应对自然灾害的避让、逃生、自救、互救应急演练，加强分管领导、重要岗位等相关人员的自然灾害应急培训工作，并做好必要的应急物质等准备。</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xml:space="preserve">    学校安全生产月总结 篇6 </w:t>
      </w:r>
      <w:r>
        <w:rPr>
          <w:lang w:eastAsia="zh-CN"/>
        </w:rPr>
        <w:br/>
      </w:r>
      <w:r>
        <w:rPr>
          <w:lang w:eastAsia="zh-CN"/>
        </w:rPr>
        <w:t>　　学校安全生产月总结</w:t>
      </w:r>
      <w:r>
        <w:rPr>
          <w:lang w:eastAsia="zh-CN"/>
        </w:rPr>
        <w:br/>
      </w:r>
      <w:r>
        <w:rPr>
          <w:lang w:eastAsia="zh-CN"/>
        </w:rPr>
        <w:t>　　一、加强“安全生产月”宣传教育活动</w:t>
      </w:r>
      <w:r>
        <w:rPr>
          <w:lang w:eastAsia="zh-CN"/>
        </w:rPr>
        <w:br/>
      </w:r>
      <w:r>
        <w:rPr>
          <w:lang w:eastAsia="zh-CN"/>
        </w:rPr>
        <w:t>　　当前，学校安全形势十分严峻，学校安全生产月总结。学校认清当前形势，高度重视“全国安全生产月”宣传教育活动，按照“科学发展、安全发展”理念，和“安全生产年”、“学校安全年”的要求，围绕“抓应急、建机制、夯基础，治隐患、保平安、促发展”的总体工作思路，突出“以人为本，关注安全，关爱生命”主题，广泛宣传“安全第一、预防为主、综合治理”方针和安全工作标本兼治、重在治本的各项政策措施，认真组织开展“全国安全生产月”宣传教育活动，努力营造“关爱生命，关注安全”的社会氛围和教育事业发展的安全环境。</w:t>
      </w:r>
      <w:r>
        <w:rPr>
          <w:lang w:eastAsia="zh-CN"/>
        </w:rPr>
        <w:br/>
      </w:r>
      <w:r>
        <w:rPr>
          <w:lang w:eastAsia="zh-CN"/>
        </w:rPr>
        <w:t>　　二、增强活动实效性</w:t>
      </w:r>
      <w:r>
        <w:rPr>
          <w:lang w:eastAsia="zh-CN"/>
        </w:rPr>
        <w:br/>
      </w:r>
      <w:r>
        <w:rPr>
          <w:lang w:eastAsia="zh-CN"/>
        </w:rPr>
        <w:t>　　我校“全国安全生产月”活动定于__年6月1日－6月30日。活动主题：“安全发展、预防为主”。咨询日定于__年6月13日进行，重点宣传以人为本的安全发展理念，宣传“安全生产年”的意义、目标、任务和措施、宣传安全生产法律法规、安全知识、安全生产的先进典型等。6月14日至20日为安全应急预案演练周。学校认真组织学生开展安全演练，使师生掌握应急的基本技能和应急知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1、针对自然灾害频繁的实际，学校认真开展了“防灾减灾”宣传活动。主要是组织学生收看（听）防灾减灾知识宣传，悬挂张贴标语口号、举办专栏（专刊、板报、橱窗），组织主题班会、专家讲座，观看影像节目，宣传相关法律法规，科普知识，扎实开展防灾减灾的宣传教育活动，切实提高广大师生防范自然灾害的意识和自我保护的能力。</w:t>
      </w:r>
      <w:r>
        <w:rPr>
          <w:lang w:eastAsia="zh-CN"/>
        </w:rPr>
        <w:br/>
      </w:r>
      <w:r>
        <w:rPr>
          <w:lang w:eastAsia="zh-CN"/>
        </w:rPr>
        <w:t>　　2、认真做好自然灾害的防范工作。学校根据实际，进一步制定、修订、完善自然灾害应急预案，重点是防地震、洪水、泥石流、滑坡、雷电、酷暑极端天气等专项预案，开展应对自然灾害的避让、逃生、自救、互救应急演练，加强分管领导、重要岗位等相关人员的自然灾害应急培训工作，并做好必要的应急物质等准备。</w:t>
      </w:r>
      <w:r>
        <w:rPr>
          <w:lang w:eastAsia="zh-CN"/>
        </w:rPr>
        <w:br/>
      </w:r>
      <w:r>
        <w:rPr>
          <w:lang w:eastAsia="zh-CN"/>
        </w:rPr>
        <w:t>　　3、深入开展“全国安全生产月”活动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今年是全国开展“全国安全生产月”活动的第九年，学校在总结历年“全国安全生产月”活动经验的基础上，大力宣传安全发展的科学理念；加强安全法律法规的宣传教育工作。重点学习、宣传《安全生产法》、《消防法》、《道路交通安全法》、《学生伤害事故处理办法》、《中小学幼儿园安全管理办法》、《四川省学校安全管理办法》、《四川省教育行政部门学校安全工作职责的暂行规定》、《四川省学校安全工作职责的暂行规定》和《四川省教育系统突发公共事件应急预案》等法律、法规和规章。通过学习宣传，努力提高学生和教职工的安全生产法规知识水平和遵章守法意识；扎扎实实开展安全知识的宣传培训工作，重点开展了交通安全、卫生防疫（防传染病）、食品安全、楼道安全、防溺水、板房消防安全、用火用电安全、网络安全、外出旅游安全、防范治安人身伤害和在建工程、暑期安全等方面的的知识宣传教育；认真开展了全国安全生产月宣传咨询日活动，工作总结《学校安全生产月总结》。</w:t>
      </w:r>
      <w:r>
        <w:rPr>
          <w:lang w:eastAsia="zh-CN"/>
        </w:rPr>
        <w:br/>
      </w:r>
      <w:r>
        <w:rPr>
          <w:lang w:eastAsia="zh-CN"/>
        </w:rPr>
        <w:t>　　全国安全生产宣传咨询日定在6月的第二个星期日（6月13日），学校以“安全发展、预防为主”的主题，采取了征文、发放宣传资料、播放宣传录像、提供安全咨询台，张贴宣传挂图、悬挂宣传标语，“我为安全献一计”等师生喜闻乐见、易于参与的形式开展全国安全生产月宣传咨询日活动，进一步推动了学校安全管理工作。同时，组织开展了安全隐患排查整改活动，动员广大学生和教职工参与对学校及周边的涉校（涉及学生）安全隐患的查找、举报，充分发挥师生对学校安全管理工作的监督作用。按照“陕物集团[]40号”文件要求，我校以宣传贯彻《安全生产法》为主线，以“治理隐患、防范事故”为主题，通过多种渠道，采取多种形式，广泛深入地组织开展了“安全生产月”活动，成绩显著，现将“安全生产月”活动情况总结如下：</w:t>
      </w:r>
      <w:r>
        <w:rPr>
          <w:lang w:eastAsia="zh-CN"/>
        </w:rPr>
        <w:br/>
      </w:r>
      <w:r>
        <w:rPr>
          <w:lang w:eastAsia="zh-CN"/>
        </w:rPr>
        <w:t>　　一、 统一思想，提高认识。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按照集团安全办统一部署，为进一步加强我校安全生产工作，落实各级安全生产责任，在年初校长与各科室签定2008年安全目标责任书的基础上，建立健全安全生产责任制，坚持在抓好职工培训、教学管理的同时，重视抓好安全防范工作，形成了一级抓一级的安全生产责任制。做到一级抓一级，层层抓落实，人人事事讲安全，保安全。对学校的重点部位开展经常性的安全检查和自查，确保微机房、教学楼、学生宿舍、食堂等重点部位的安全。通过“安全生产月”活动，大力宣传安全生产方针政策、法律法规和加强安全生产的重大举措，推进安全文化建设，强化全面安全意识，引导全体师生重视人的生命价值，营造“安全发展、国泰民安”的舆论氛围。</w:t>
      </w:r>
      <w:r>
        <w:rPr>
          <w:lang w:eastAsia="zh-CN"/>
        </w:rPr>
        <w:br/>
      </w:r>
      <w:r>
        <w:rPr>
          <w:lang w:eastAsia="zh-CN"/>
        </w:rPr>
        <w:t>　　二、 制订方案，周密安排。</w:t>
      </w:r>
      <w:r>
        <w:rPr>
          <w:lang w:eastAsia="zh-CN"/>
        </w:rPr>
        <w:br/>
      </w:r>
      <w:r>
        <w:rPr>
          <w:lang w:eastAsia="zh-CN"/>
        </w:rPr>
        <w:t>　　开展“安全生产月”活动学校校党委高度重视，及时召开了全体师生动员大会，传达贯彻通知精神，并结合实际提出要求，制定了我校安全生产月活动安排。具体活动内容如下：一、校利用广播、宣传栏、黑板报等形式宣传《安全生产法》。二、专项活动阶段，在6月11日-13日我们利用课间操时间举行了安全挂图展和主题横幅签字活动；6月12日、16日下午我们组织学生观看了交通安全及逃生技巧碟片；6月19日我们组织学生在教学楼大厅观看由交警九大队宣传科制作的交通知识展板、当日下午请交警九大队的民警给全体学生作了一次交通知识讲座；6月25日下午举行了安全知识竟赛。通过以上活动真正起到了使全体学生掌握安全知识，使全体师生增强了安全意识和自我防范能力。</w:t>
      </w:r>
      <w:r>
        <w:rPr>
          <w:lang w:eastAsia="zh-CN"/>
        </w:rPr>
        <w:br/>
      </w:r>
      <w:r>
        <w:rPr>
          <w:lang w:eastAsia="zh-CN"/>
        </w:rPr>
        <w:t>　　三、 安全隐患自查自改工作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按照今年签订的安全生产目标责任书的要求，依照《安全生产法》加强组织领导，按照谁主管、谁负责的原则，严格落实各级责任制，在安全生产月期间，保卫科、行政科同志对全校范围内的重点及要害部位进行了全面检查，确保安全生产月的安全及稳定。学校投入人力、财力对学校教学楼、学生宿舍等部位的老化电线进行更换。同时还对学生公寓、食堂房顶进行了维修，还对校园内消防设施进行自检以增加安全系数。</w:t>
      </w:r>
      <w:r>
        <w:rPr>
          <w:lang w:eastAsia="zh-CN"/>
        </w:rPr>
        <w:br/>
      </w:r>
      <w:r>
        <w:rPr>
          <w:lang w:eastAsia="zh-CN"/>
        </w:rPr>
        <w:t>　　四、 加大值班力度。</w:t>
      </w:r>
      <w:r>
        <w:rPr>
          <w:lang w:eastAsia="zh-CN"/>
        </w:rPr>
        <w:br/>
      </w:r>
      <w:r>
        <w:rPr>
          <w:lang w:eastAsia="zh-CN"/>
        </w:rPr>
        <w:t>　　坚持24小时值班制度，值班人员尽职尽责，按时到岗，坚守岗位，接班人不到岗，交班人不得离岗。提高警惕，搞好安全保卫工作。注意防火、防盗，妥善处理突发事件，加强对校园内外的巡视检查，加强对值班人员的责任心教育，严禁空岗、漏岗，确保学校的安全稳定。通过开展“安全生产月”活动，进一步增强了广大师生对安全生产工作重要性的认识，提高了安全意识和安全素质，强化了责任感、责任心、落实了安全责任制、责任人的四种责任意识，促进了全校安全形势的稳定，为学校的发展和教学工作创造了一个安全、健康、稳定的环境，达到了开展安全生产月活动、安全隐患自查自改工作的预期目的。</w:t>
      </w:r>
      <w:r>
        <w:rPr>
          <w:lang w:eastAsia="zh-CN"/>
        </w:rPr>
        <w:br/>
      </w:r>
      <w:r>
        <w:rPr>
          <w:lang w:eastAsia="zh-CN"/>
        </w:rPr>
        <w:t xml:space="preserve">    学校安全生产月总结 篇7 </w:t>
      </w:r>
      <w:r>
        <w:rPr>
          <w:lang w:eastAsia="zh-CN"/>
        </w:rPr>
        <w:br/>
      </w:r>
      <w:r>
        <w:rPr>
          <w:lang w:eastAsia="zh-CN"/>
        </w:rPr>
        <w:t>　　安全是学校工作的重中之重，为了进一步强化安全意识，以提高学生、家长、结对亲戚的安全认识为目的，弘扬安全文化，普及安全知识，深入排查和治理用电隐患，__镇中心学校近期开展了“安全生产月”宣传教育活动。</w:t>
      </w:r>
      <w:r>
        <w:rPr>
          <w:lang w:eastAsia="zh-CN"/>
        </w:rPr>
        <w:br/>
      </w:r>
      <w:r>
        <w:rPr>
          <w:lang w:eastAsia="zh-CN"/>
        </w:rPr>
        <w:t>　　围绕“安全第一、预防为主”的总体工作思路，广泛宣传安全教育，认真组织开展“安全教育月”宣传教育活动，进一步提高全体师生及家长的安全意识和素养，努力宣传关注安全的社会氛围和教育事业发展的安全环境。</w:t>
      </w:r>
      <w:r>
        <w:rPr>
          <w:lang w:eastAsia="zh-CN"/>
        </w:rPr>
        <w:br/>
      </w:r>
      <w:r>
        <w:rPr>
          <w:lang w:eastAsia="zh-CN"/>
        </w:rPr>
        <w:t>　　（一）营造浓厚的安全生产环境氛围</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在学校醒目的地方张贴警示语，时刻提醒学生注意安全，通过LED、宣传栏安全提示、家园联系栏等方式，营造了浓厚的安全生产环境氛围。分发《交通安全与防拐骗致家长一封信》《防溺水与安全用电致家长一封信》等，反复告诫提醒家长要加强对孩子的监管和教育，特别是强调不玩火、防交通事故等安全事项，要求家长在暑假期间要切实担负起监护人的责任，增强安全防范意识，保障孩子的生命安全。</w:t>
      </w:r>
      <w:r>
        <w:rPr>
          <w:lang w:eastAsia="zh-CN"/>
        </w:rPr>
        <w:br/>
      </w:r>
      <w:r>
        <w:rPr>
          <w:lang w:eastAsia="zh-CN"/>
        </w:rPr>
        <w:t>　　（二）开展丰富多彩的安全教育活动</w:t>
      </w:r>
      <w:r>
        <w:rPr>
          <w:lang w:eastAsia="zh-CN"/>
        </w:rPr>
        <w:br/>
      </w:r>
      <w:r>
        <w:rPr>
          <w:lang w:eastAsia="zh-CN"/>
        </w:rPr>
        <w:t>　　利用周一集会、周五班会，“每天放学五分钟”、“周末安全教育”等途径，通过讲解、演示和训练，对学生开展安全预防教育，使学生接受比较系统的防交通事故、防触电、防食物中毒、防火、防震、防骗、防煤气中毒等安全知识和技能教育，节假日前相应进行安全教育宣传使安全意识深深烙在学生心中。</w:t>
      </w:r>
      <w:r>
        <w:rPr>
          <w:lang w:eastAsia="zh-CN"/>
        </w:rPr>
        <w:br/>
      </w:r>
      <w:r>
        <w:rPr>
          <w:lang w:eastAsia="zh-CN"/>
        </w:rPr>
        <w:t>　　（三）重视对全体教师的安全培训</w:t>
      </w:r>
      <w:r>
        <w:rPr>
          <w:lang w:eastAsia="zh-CN"/>
        </w:rPr>
        <w:br/>
      </w:r>
      <w:r>
        <w:rPr>
          <w:lang w:eastAsia="zh-CN"/>
        </w:rPr>
        <w:t>　　组织教职工进行各类安全培训，树立安全第一的思想。利用每周的教职工例会进行安全制度、安全知识的学习培训。对涉及学校安全保卫的各项工作，都要做到有章可循，违章必究，不留盲点，不出漏洞。</w:t>
      </w:r>
      <w:r>
        <w:rPr>
          <w:lang w:eastAsia="zh-CN"/>
        </w:rPr>
        <w:br/>
      </w:r>
      <w:r>
        <w:rPr>
          <w:lang w:eastAsia="zh-CN"/>
        </w:rPr>
        <w:t>　　（四）运用安全信息平台宣传安全教育</w:t>
      </w:r>
      <w:r>
        <w:rPr>
          <w:lang w:eastAsia="zh-CN"/>
        </w:rPr>
        <w:br/>
      </w:r>
      <w:r>
        <w:rPr>
          <w:lang w:eastAsia="zh-CN"/>
        </w:rPr>
        <w:t>　　积极发动家长参与安全平台活动，参与网络安全竞赛，家长反映通过平台的运用，强化了家长和学生安全防范意识和自护自救、应急处置能力。</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（一）建立健全各类安全制度</w:t>
      </w:r>
      <w:r>
        <w:rPr>
          <w:lang w:eastAsia="zh-CN"/>
        </w:rPr>
        <w:br/>
      </w:r>
      <w:r>
        <w:rPr>
          <w:lang w:eastAsia="zh-CN"/>
        </w:rPr>
        <w:t>　　根据上级要求和本校的实际情况，我校完善了一系列切实可行、富有力度的安全工作制度和措施，对学校的校舍、重大活动、食品卫生、消防、交通等方面都做出来具体明确的规定，提高了安全工作的规范化程度，逐步完善安全工作常规，为学校的安全保驾护航。</w:t>
      </w:r>
      <w:r>
        <w:rPr>
          <w:lang w:eastAsia="zh-CN"/>
        </w:rPr>
        <w:br/>
      </w:r>
      <w:r>
        <w:rPr>
          <w:lang w:eastAsia="zh-CN"/>
        </w:rPr>
        <w:t>　　（二）坚持每周进行两次安全工作巡查活动，确保隐患排查制度的落实</w:t>
      </w:r>
      <w:r>
        <w:rPr>
          <w:lang w:eastAsia="zh-CN"/>
        </w:rPr>
        <w:br/>
      </w:r>
      <w:r>
        <w:rPr>
          <w:lang w:eastAsia="zh-CN"/>
        </w:rPr>
        <w:t>　　引进先进管理理念，以《食品卫生法》为准绳，进行厨房各功能区划分，各类进货渠道规范，进货档案详细完整；加强卫生防疫工作，严抓晨午检，对缺课学生及时跟踪到位；做好校门口及周边交通秩序，及时劝导学生不购买垃圾食品，树立食品安全意识。</w:t>
      </w:r>
      <w:r>
        <w:rPr>
          <w:lang w:eastAsia="zh-CN"/>
        </w:rPr>
        <w:br/>
      </w:r>
      <w:r>
        <w:rPr>
          <w:lang w:eastAsia="zh-CN"/>
        </w:rPr>
        <w:t>　　（三）聘请法制副校长开展讲座</w:t>
      </w:r>
      <w:r>
        <w:rPr>
          <w:lang w:eastAsia="zh-CN"/>
        </w:rPr>
        <w:br/>
      </w:r>
      <w:r>
        <w:rPr>
          <w:lang w:eastAsia="zh-CN"/>
        </w:rPr>
        <w:t>　　在4月15日国家安全教育日当天，我们邀请我校的法制副校长陈晓霞老师为师生带来了一场别开生面的安全教育讲座，她强调安全不仅仅要体现在校园，更应该细化于生活各处。要求我们在校园内努力营造“知法、学法、懂法”的良好氛围，为孩子们的健康成长提供安全的环境。</w:t>
      </w:r>
      <w:r>
        <w:rPr>
          <w:lang w:eastAsia="zh-CN"/>
        </w:rPr>
        <w:br/>
      </w:r>
      <w:r>
        <w:rPr>
          <w:lang w:eastAsia="zh-CN"/>
        </w:rPr>
        <w:t>　　（四）开展地震演练活动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为有效加强学校对突发情况的应急能力，使学生从小了解地震的基本常识及培养学生初步的自我保护能力，利用每周一升国旗开展防震、放空演练及宣传活动，各班教室要迅速按紧急预案带领学生避险及疏散，演练过程学生表现冷静且井然有序，达到了活动的目的。</w:t>
      </w:r>
      <w:r>
        <w:rPr>
          <w:lang w:eastAsia="zh-CN"/>
        </w:rPr>
        <w:br/>
      </w:r>
      <w:r>
        <w:rPr>
          <w:lang w:eastAsia="zh-CN"/>
        </w:rPr>
        <w:t>　　通过一系列有组织、有落实的宣传教育，安全生产月取得了一定的成效。在今后的的工作中，我们继续努力，不断研究新情况，探索新方法，以高度负责的态度，常抓不懈，把学校的安全工作落实到位，确保每一位学生健康快乐成长。</w:t>
      </w:r>
      <w:r>
        <w:rPr>
          <w:lang w:eastAsia="zh-CN"/>
        </w:rPr>
        <w:br/>
      </w:r>
      <w:r>
        <w:rPr>
          <w:lang w:eastAsia="zh-CN"/>
        </w:rPr>
        <w:t xml:space="preserve">    学校安全生产月总结 篇8 </w:t>
      </w:r>
      <w:r>
        <w:rPr>
          <w:lang w:eastAsia="zh-CN"/>
        </w:rPr>
        <w:br/>
      </w:r>
      <w:r>
        <w:rPr>
          <w:lang w:eastAsia="zh-CN"/>
        </w:rPr>
        <w:t>　　自从接到《运城市__年教育系统“安全生产月”的活动》的通知，我校领导高度认识学校安全工作的重要性，广泛深入地组织开展了“安全生产月”活动，取得了显着成效。现将“安全生产月”活动情况总结如下：</w:t>
      </w:r>
      <w:r>
        <w:rPr>
          <w:lang w:eastAsia="zh-CN"/>
        </w:rPr>
        <w:br/>
      </w:r>
      <w:r>
        <w:rPr>
          <w:lang w:eastAsia="zh-CN"/>
        </w:rPr>
        <w:t>　　一、成立“安全生产月”活动领导小组</w:t>
      </w:r>
      <w:r>
        <w:rPr>
          <w:lang w:eastAsia="zh-CN"/>
        </w:rPr>
        <w:br/>
      </w:r>
      <w:r>
        <w:rPr>
          <w:lang w:eastAsia="zh-CN"/>
        </w:rPr>
        <w:t>　　组长：任玉杰校长</w:t>
      </w:r>
      <w:r>
        <w:rPr>
          <w:lang w:eastAsia="zh-CN"/>
        </w:rPr>
        <w:br/>
      </w:r>
      <w:r>
        <w:rPr>
          <w:lang w:eastAsia="zh-CN"/>
        </w:rPr>
        <w:t>　　副组长：王金泉副校长</w:t>
      </w:r>
      <w:r>
        <w:rPr>
          <w:lang w:eastAsia="zh-CN"/>
        </w:rPr>
        <w:br/>
      </w:r>
      <w:r>
        <w:rPr>
          <w:lang w:eastAsia="zh-CN"/>
        </w:rPr>
        <w:t>　　组员：1——6年级各班主任</w:t>
      </w:r>
      <w:r>
        <w:rPr>
          <w:lang w:eastAsia="zh-CN"/>
        </w:rPr>
        <w:br/>
      </w:r>
      <w:r>
        <w:rPr>
          <w:lang w:eastAsia="zh-CN"/>
        </w:rPr>
        <w:t>　　二、全方位开展宣传教育活动</w:t>
      </w:r>
      <w:r>
        <w:rPr>
          <w:lang w:eastAsia="zh-CN"/>
        </w:rPr>
        <w:br/>
      </w:r>
      <w:r>
        <w:rPr>
          <w:lang w:eastAsia="zh-CN"/>
        </w:rPr>
        <w:t>　　我校通过国旗下安全宣传讲话、教师安全会议、主题班会、观看安全教育影片等多种形式，广泛宣传“安全生产月”活动意义，让全体师生积极参与活动，明确责任，明确任务，保证学校各项安全责任和安全工作落实到位。班级黑板报和学校宣传栏，各具特色地进行安全工作宣传，形成良好的宣传氛围，学生踊跃参与，师生安全意识明显增强。</w:t>
      </w:r>
      <w:r>
        <w:rPr>
          <w:lang w:eastAsia="zh-CN"/>
        </w:rPr>
        <w:br/>
      </w:r>
      <w:r>
        <w:rPr>
          <w:lang w:eastAsia="zh-CN"/>
        </w:rPr>
        <w:t>　　三、多形式普及安全知识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我校组织各班上了一节安全教育课，结合近年来的食物中毒事故、道路交通事故等典型事故案例展开讨论，举一反三，吸取教训，提高全校师生的事故防范措施，遏制和杜绝安全事故发生。</w:t>
      </w:r>
      <w:r>
        <w:rPr>
          <w:lang w:eastAsia="zh-CN"/>
        </w:rPr>
        <w:br/>
      </w:r>
      <w:r>
        <w:rPr>
          <w:lang w:eastAsia="zh-CN"/>
        </w:rPr>
        <w:t>　　四、进行了安全隐患大排查</w:t>
      </w:r>
      <w:r>
        <w:rPr>
          <w:lang w:eastAsia="zh-CN"/>
        </w:rPr>
        <w:br/>
      </w:r>
      <w:r>
        <w:rPr>
          <w:lang w:eastAsia="zh-CN"/>
        </w:rPr>
        <w:t>　　我们按照上级要求，反复对学校食堂、宿舍、学生所带食品等进行了大检查；对电线乱拉乱接现象、卫生死角等各方面的大排查。通过多项检查学校安全隐患，提高老师查险除患意识和能力，不断提升我校安全工作和管理能力。</w:t>
      </w:r>
      <w:r>
        <w:rPr>
          <w:lang w:eastAsia="zh-CN"/>
        </w:rPr>
        <w:br/>
      </w:r>
      <w:r>
        <w:rPr>
          <w:lang w:eastAsia="zh-CN"/>
        </w:rPr>
        <w:t>　　五、有针对性地开展活动</w:t>
      </w:r>
      <w:r>
        <w:rPr>
          <w:lang w:eastAsia="zh-CN"/>
        </w:rPr>
        <w:br/>
      </w:r>
      <w:r>
        <w:rPr>
          <w:lang w:eastAsia="zh-CN"/>
        </w:rPr>
        <w:t>　　“安全生产月”活动期间，我们努力让安全活动贴近学生，贴近生活，突出重点，增强针对性。值周教师每天不定时的检查用电、用水安全和校园巡逻安全情况，及时解决问题，落实安全工作措施，消除安全工作管理漏点、盲点。</w:t>
      </w:r>
      <w:r>
        <w:rPr>
          <w:lang w:eastAsia="zh-CN"/>
        </w:rPr>
        <w:br/>
      </w:r>
      <w:r>
        <w:rPr>
          <w:lang w:eastAsia="zh-CN"/>
        </w:rPr>
        <w:t>　　六、开展预防溺水教育活动周工作</w:t>
      </w:r>
      <w:r>
        <w:rPr>
          <w:lang w:eastAsia="zh-CN"/>
        </w:rPr>
        <w:br/>
      </w:r>
      <w:r>
        <w:rPr>
          <w:lang w:eastAsia="zh-CN"/>
        </w:rPr>
        <w:t>　　我们组织教师认真开展预防溺水教育活动周工作，把“珍惜生命、预防溺水”作为主题，以班级为单位组织讨论，学校组织体育组教师进行游泳防溺水常识教育，给学生家长致信，告之学校作息时间和防溺水防范要求，学校与家庭、教师与家长联手共抓，杜绝学生溺水事故发生。</w:t>
      </w:r>
      <w:r>
        <w:rPr>
          <w:lang w:eastAsia="zh-CN"/>
        </w:rPr>
        <w:br/>
      </w:r>
      <w:r>
        <w:rPr>
          <w:lang w:eastAsia="zh-CN"/>
        </w:rPr>
        <w:t>　　七、组织学生进行食品安全事故、消防安全应急演练</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6月12日，我校进行了一次食品安全事故应急演练。整个演练协调有序，责任到位，报告迅速，处理及时，达到了满意的效果；6月18日，开展了全校师生消防安全应急演练，疏散迅速，撤退有序，报告果断、抢救及时，提高了师生的安全意识。</w:t>
      </w:r>
      <w:r>
        <w:rPr>
          <w:lang w:eastAsia="zh-CN"/>
        </w:rPr>
        <w:br/>
      </w:r>
      <w:r>
        <w:rPr>
          <w:lang w:eastAsia="zh-CN"/>
        </w:rPr>
        <w:t>　　八、开展食品卫生安全专项活动</w:t>
      </w:r>
      <w:r>
        <w:rPr>
          <w:lang w:eastAsia="zh-CN"/>
        </w:rPr>
        <w:br/>
      </w:r>
      <w:r>
        <w:rPr>
          <w:lang w:eastAsia="zh-CN"/>
        </w:rPr>
        <w:t>　　学校在广泛宣传夏季传染病预防知识、食品卫生安全知识的同时，重点抓好学校食堂卫生安全工作，学校定期检查食堂卫生状况，了解食品原料采购、贮存、清洗、加工和成品出售等各个环节情况，检查工作人员、工作场所、设施环境卫生状况，及时反馈检查信息，督促存在问题整改到位。切实履行工作职责，严格执行制度规章，杜绝发生食堂卫生安全事故。</w:t>
      </w:r>
      <w:r>
        <w:rPr>
          <w:lang w:eastAsia="zh-CN"/>
        </w:rPr>
        <w:br/>
      </w:r>
      <w:r>
        <w:rPr>
          <w:lang w:eastAsia="zh-CN"/>
        </w:rPr>
        <w:t>　　总之，校园安全，责任重于泰山，在以“强化安全意识、推动平安校园”为主题的安全活动生产月。通过全校师生的共同努力，不但提高了全校师生的安全防范意识，还增长了各方面的技能，为全体师生平安愉悦地度过暑假，营造和谐安定的校园氛围和社会氛围打下了坚实的基础。</w:t>
      </w:r>
      <w:r>
        <w:rPr>
          <w:lang w:eastAsia="zh-CN"/>
        </w:rPr>
        <w:br/>
      </w:r>
      <w:r>
        <w:rPr>
          <w:lang w:eastAsia="zh-CN"/>
        </w:rPr>
        <w:t xml:space="preserve">    学校安全生产月总结 篇9 </w:t>
      </w:r>
      <w:r>
        <w:rPr>
          <w:lang w:eastAsia="zh-CN"/>
        </w:rPr>
        <w:br/>
      </w:r>
      <w:r>
        <w:rPr>
          <w:lang w:eastAsia="zh-CN"/>
        </w:rPr>
        <w:t>　　一、统一思想，提高认识，齐抓共管，群防群治。</w:t>
      </w:r>
      <w:r>
        <w:rPr>
          <w:lang w:eastAsia="zh-CN"/>
        </w:rPr>
        <w:br/>
      </w:r>
      <w:r>
        <w:rPr>
          <w:lang w:eastAsia="zh-CN"/>
        </w:rPr>
        <w:t>　　学校安全教育工作是一项社会性的系统工程，需要社会、学校、家庭的密切配合。我们积极与市公安、卫生防疫、综合治理等部门通力合作，做好学校安全保卫工作，学校组织开展一系列道德、法制教育活动，取得了良好的教育效果。坚持以人为本和科学的发展观，构建和谐的学校，培养学生的安全意识，提高学生的自我保护能力。</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按照市教体局安全科统一部署，为进一步加强我校安全生产工作，落实各级安全生产责任，在校长与教体局签定__年安全生产目标管理责任书的同时，我校又重新调整了安全生产组织，建立健全安全生产责任制，坚持在抓好教职工培训、教学管理的同时，重视抓好安全防范工作，形成了一级抓一级的安全生产责任制。由校长到处室、处室到级段、级段到班主任逐级签订安全保卫责任书，并进行考核兑现奖惩，做到一级抓一级，层层抓落实，人人事事讲安全，保安全。对学校的重点部位开展经常性的安全检查和自查，做到查制度落实、措施的得力、排查隐患，确保实验室、微机房、办公楼、学生宿舍、食堂、锅炉房等重点部位的安全。通过“安全生产月”活动，大力宣传安全生产方针政策、法律法规和加强安全生产的重大举措，推进安全文化建设，强化全面安全意识，引导全社会重视人的生命价值，营造“关爱生命、关注安全”的舆论氛围。</w:t>
      </w:r>
      <w:r>
        <w:rPr>
          <w:lang w:eastAsia="zh-CN"/>
        </w:rPr>
        <w:br/>
      </w:r>
      <w:r>
        <w:rPr>
          <w:lang w:eastAsia="zh-CN"/>
        </w:rPr>
        <w:t>　　二、制订方案，周密安排。</w:t>
      </w:r>
      <w:r>
        <w:rPr>
          <w:lang w:eastAsia="zh-CN"/>
        </w:rPr>
        <w:br/>
      </w:r>
      <w:r>
        <w:rPr>
          <w:lang w:eastAsia="zh-CN"/>
        </w:rPr>
        <w:t>　　今年的“安全生产月”学校领导高度重视，召开全体教职工会议，传达贯彻上级通知精神，校长结合学校具体情况提出要求，制定了我校安全生产月活动安排，学校利用广播、闭路电视、宣传栏、黑板报等形式宣传《安全生产法》，我校还购买了一套安全生产挂图、宣传条幅、消防知识挂图、消防知识读本，分门别类地挂到各重点部位，组织全校师生学习《安全生产法》，并进行了认真答题考试，通过学习真正起到了使全体教职工掌握安全知识，增强了全体师生的安全意识和自我防范能力。</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三、开展安全隐患大排查，加大投入，确保安全。</w:t>
      </w:r>
      <w:r>
        <w:rPr>
          <w:lang w:eastAsia="zh-CN"/>
        </w:rPr>
        <w:br/>
      </w:r>
      <w:r>
        <w:rPr>
          <w:lang w:eastAsia="zh-CN"/>
        </w:rPr>
        <w:t>　　按照今年签订的安全生产目标管理责任书的要求，依照《安全生产法》加强组织领导，按照谁主管、谁负责的原则，严格落实各级责任制，在安全生产月期间，安全保卫领导小组对全校范围内的重点及要害部位进行了防火、防盗、防爆炸、防破坏、防自然灾害事故、防失密、防投毒等检查，确保安全生产月学校的安全及稳定。</w:t>
      </w:r>
      <w:r>
        <w:rPr>
          <w:lang w:eastAsia="zh-CN"/>
        </w:rPr>
        <w:br/>
      </w:r>
      <w:r>
        <w:rPr>
          <w:lang w:eastAsia="zh-CN"/>
        </w:rPr>
        <w:t>　　学校投资对学校食堂、门窗进行了加固，安装了防护设施，楼内新建安全监控系统，除此之外还对校园内消防设备设施进行维修、更换、添置，学校还对两栋教师家属楼进行了整修，对楼梯重新改造加固，部分楼顶进行维修养护以增加安全系数。</w:t>
      </w:r>
      <w:r>
        <w:rPr>
          <w:lang w:eastAsia="zh-CN"/>
        </w:rPr>
        <w:br/>
      </w:r>
      <w:r>
        <w:rPr>
          <w:lang w:eastAsia="zh-CN"/>
        </w:rPr>
        <w:t>　　四、加大值班力度，确保学校安全。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坚持24小时值班制度，每天白天由一名校级领导带班、三名中层领导随同值班，全面负责校园安全事宜。除此以外，夜间安全巡逻小组由一名中层以上领导带班，三名教师组成，夜巡时段为晚上10：00到次日早上5：00。值班人员要尽职尽责，必须四人同时到岗，坚守岗位，接班人不到岗，交班人不得离岗。提高警惕，搞好安全保卫工作。巡逻期间注意防火、防盗，妥善处理突发事件，加强楼内外巡视，加强对值班人员的责任心教育，严禁空岗、漏岗，确保学校的安全稳定。通过开展“安全生产月”活动，进一步增强了广大师生对安全生产工作重要性的认识，提高了安全意识和安全素质，强化了责任感、责任心、责任制、责任人的四种责任意识，促进了全校安全形势的稳定，为学校创造了一个安全、健康、稳定的学习生活环境。</w:t>
      </w:r>
      <w:r>
        <w:rPr>
          <w:lang w:eastAsia="zh-CN"/>
        </w:rPr>
        <w:br/>
      </w:r>
      <w:r>
        <w:rPr>
          <w:lang w:eastAsia="zh-CN"/>
        </w:rPr>
        <w:t>　　五、加强学生安全教育，促进自我保护意识。</w:t>
      </w:r>
      <w:r>
        <w:rPr>
          <w:lang w:eastAsia="zh-CN"/>
        </w:rPr>
        <w:br/>
      </w:r>
      <w:r>
        <w:rPr>
          <w:lang w:eastAsia="zh-CN"/>
        </w:rPr>
        <w:t>　　要确保安全，根本在于提高安全意识、自我防范和自护自救能力，抓好安全教育，是安全工作的基础。我们以安全教育为重点，经常性地对学生开展安全教育，特别是抓好交通、防溺水、大型活动等的安全教育。</w:t>
      </w:r>
      <w:r>
        <w:rPr>
          <w:lang w:eastAsia="zh-CN"/>
        </w:rPr>
        <w:br/>
      </w:r>
      <w:r>
        <w:rPr>
          <w:lang w:eastAsia="zh-CN"/>
        </w:rPr>
        <w:t>　　1、认真做好安全教育工作。结合教体局发放的《中小学生安全手册》，在每周一升旗仪式上对学生进行安全教育，利用周二班会课对学生进行交通安全、课内学习安全、课外活动安全、用电安全、住校安全、消防安全、防震演练、预防溺水以及自我保护和救护知识的教育。并让学生将一些有关家居安全的知识带回家，让他们向家长或周围的人做好宣传工作。做到了让学生“多一份防范，少一份危险”。</w:t>
      </w:r>
      <w:r>
        <w:rPr>
          <w:lang w:eastAsia="zh-CN"/>
        </w:rPr>
        <w:br/>
      </w:r>
      <w:r>
        <w:rPr>
          <w:lang w:eastAsia="zh-CN"/>
        </w:rPr>
        <w:t>　　2、开展丰富多彩的教育活动。通过讲解、讨论、观看电视，对学生开展安全预防教育，使学生接受比较系统的防溺水、防交通事故、防触电、防食物中毒、防病、防体育运动伤害、防火、防盗、防震、防煤气中毒等安全知识和技能教育。还利用黑板报以及举行主题班会、安全征文与知识竞赛等形式开展丰富多彩的安全教育，增强宣传效果。并通过“安全伴我行”演讲比赛活动，号召同学们行动起来，一起关注安全问题。我们通过这一系列的教育活动，切实提高了广大学生的安全意识、安全防范能力和自我保护能力。</w:t>
      </w:r>
      <w:r>
        <w:rPr>
          <w:lang w:eastAsia="zh-CN"/>
        </w:rPr>
        <w:br/>
      </w:r>
      <w:r>
        <w:rPr>
          <w:lang w:eastAsia="zh-CN"/>
        </w:rPr>
        <w:t xml:space="preserve">    学校安全生产月总结 篇10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7"/>
          <w:cols w:space="425"/>
          <w:titlePg w:val="0"/>
          <w:docGrid w:type="lines" w:linePitch="312"/>
        </w:sectPr>
      </w:pPr>
      <w:r>
        <w:rPr>
          <w:lang w:eastAsia="zh-CN"/>
        </w:rPr>
        <w:t>　　一、学校高度重视此项工作</w:t>
      </w:r>
      <w:r>
        <w:rPr>
          <w:lang w:eastAsia="zh-CN"/>
        </w:rPr>
        <w:br/>
      </w:r>
      <w:r>
        <w:rPr>
          <w:lang w:eastAsia="zh-CN"/>
        </w:rPr>
        <w:t>　　成立了以校长为组长的“安全生产月”活动领导小组，具体安排我校“安全生产月”活动的有关事项，保障了活动有序高效开展。</w:t>
      </w:r>
      <w:r>
        <w:rPr>
          <w:lang w:eastAsia="zh-CN"/>
        </w:rPr>
        <w:br/>
      </w:r>
      <w:r>
        <w:rPr>
          <w:lang w:eastAsia="zh-CN"/>
        </w:rPr>
        <w:t>　　二、制订方案，周密安排。</w:t>
      </w:r>
      <w:r>
        <w:rPr>
          <w:lang w:eastAsia="zh-CN"/>
        </w:rPr>
        <w:br/>
      </w:r>
      <w:r>
        <w:rPr>
          <w:lang w:eastAsia="zh-CN"/>
        </w:rPr>
        <w:t>　　校领导召开全体教师会议，传达贯彻通知精神，制定了我校“安全生产月”活动方案，及时部署学校安全工作，消除校园安全隐患，完善了学校安全管理机构和相关制度，落实了层层责任制，有效地保障了师生的人身安全。</w:t>
      </w:r>
      <w:r>
        <w:rPr>
          <w:lang w:eastAsia="zh-CN"/>
        </w:rPr>
        <w:br/>
      </w:r>
      <w:r>
        <w:rPr>
          <w:lang w:eastAsia="zh-CN"/>
        </w:rPr>
        <w:t>　　三、注重宣传教育和安全演练</w:t>
      </w:r>
      <w:r>
        <w:rPr>
          <w:lang w:eastAsia="zh-CN"/>
        </w:rPr>
        <w:br/>
      </w:r>
      <w:r>
        <w:rPr>
          <w:lang w:eastAsia="zh-CN"/>
        </w:rPr>
        <w:t>　　学校高度重视了安全宣传教育环节，使师生的安全意识得到了进一步增强，救护技能得到了进一步提高。</w:t>
      </w:r>
      <w:r>
        <w:rPr>
          <w:lang w:eastAsia="zh-CN"/>
        </w:rPr>
        <w:br/>
      </w:r>
      <w:r>
        <w:rPr>
          <w:lang w:eastAsia="zh-CN"/>
        </w:rPr>
        <w:t>　　1、开展安全图片展，并通过led屏幕宣传“安全生产月”标语。</w:t>
      </w:r>
      <w:r>
        <w:rPr>
          <w:lang w:eastAsia="zh-CN"/>
        </w:rPr>
        <w:br/>
      </w:r>
      <w:r>
        <w:rPr>
          <w:lang w:eastAsia="zh-CN"/>
        </w:rPr>
        <w:t>　　2、开展一系列《安全伴我行》主题教育活动。各班出一期有关防火防震防溺水的班刊，上一堂安全主题班会课，开展安全征文活动。</w:t>
      </w:r>
      <w:r>
        <w:rPr>
          <w:lang w:eastAsia="zh-CN"/>
        </w:rPr>
        <w:br/>
      </w:r>
      <w:r>
        <w:rPr>
          <w:lang w:eastAsia="zh-CN"/>
        </w:rPr>
        <w:t>　　3、组织全体教职工观看典型事故案例警示教育片《人命关天》。</w:t>
      </w:r>
      <w:r>
        <w:rPr>
          <w:lang w:eastAsia="zh-CN"/>
        </w:rPr>
        <w:br/>
      </w:r>
      <w:r>
        <w:rPr>
          <w:lang w:eastAsia="zh-CN"/>
        </w:rPr>
        <w:t>　　4、组织校歌咏队传唱《生命之歌》。</w:t>
      </w:r>
      <w:r>
        <w:rPr>
          <w:lang w:eastAsia="zh-CN"/>
        </w:rPr>
        <w:br/>
      </w:r>
      <w:r>
        <w:rPr>
          <w:lang w:eastAsia="zh-CN"/>
        </w:rPr>
        <w:t>　　5、开展师生消防灭火实战演练，全面提高“四懂四会”能力。</w:t>
      </w:r>
      <w:r>
        <w:rPr>
          <w:lang w:eastAsia="zh-CN"/>
        </w:rPr>
        <w:br/>
      </w:r>
      <w:r>
        <w:rPr>
          <w:lang w:eastAsia="zh-CN"/>
        </w:rPr>
        <w:t>　　四、组织法律法规培训活动。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8"/>
          <w:cols w:space="425"/>
          <w:titlePg w:val="0"/>
          <w:docGrid w:type="lines" w:linePitch="312"/>
        </w:sectPr>
      </w:pPr>
      <w:r>
        <w:rPr>
          <w:lang w:eastAsia="zh-CN"/>
        </w:rPr>
        <w:t>　　认真组织全体教职员工深入学习和贯彻《教育法》、《教师法》、《中小学教师职业道德规范》以及《学生伤害事故处理办法》等相关法规培训活动，增强依法执教、依法管理的意识，杜绝体罚和变相体罚学生的.行为，增强责任意识和防范意识，提高处理安全问题的能力。</w:t>
      </w:r>
      <w:r>
        <w:rPr>
          <w:lang w:eastAsia="zh-CN"/>
        </w:rPr>
        <w:br/>
      </w:r>
      <w:r>
        <w:rPr>
          <w:lang w:eastAsia="zh-CN"/>
        </w:rPr>
        <w:t>　　五、开展《致学生及家长一封信》活动。</w:t>
      </w:r>
      <w:r>
        <w:rPr>
          <w:lang w:eastAsia="zh-CN"/>
        </w:rPr>
        <w:br/>
      </w:r>
      <w:r>
        <w:rPr>
          <w:lang w:eastAsia="zh-CN"/>
        </w:rPr>
        <w:t>　　针对汛期和暑假时期安全特点，组织开展向全体学生及家长致信活动。通过致学生及家长一封信，教育学生遵章守纪，不在无家长或老师的带领下私自下水游泳，不擅自与同学结伴游泳，不到无安全保障的水域游泳，要求家长对学生假日和户外活动做好监护，防止学生溺水、雷击、交通等意外伤害事故的发生。</w:t>
      </w:r>
      <w:r>
        <w:rPr>
          <w:lang w:eastAsia="zh-CN"/>
        </w:rPr>
        <w:br/>
      </w:r>
      <w:r>
        <w:rPr>
          <w:lang w:eastAsia="zh-CN"/>
        </w:rPr>
        <w:t>　　六、开展安全大排查，消除安全隐患</w:t>
      </w:r>
      <w:r>
        <w:rPr>
          <w:lang w:eastAsia="zh-CN"/>
        </w:rPr>
        <w:br/>
      </w:r>
      <w:r>
        <w:rPr>
          <w:lang w:eastAsia="zh-CN"/>
        </w:rPr>
        <w:t>　　在安全生产月中，我们组织相关人员对学校进行了安全隐患大排查活动，按照谁主管、谁负责的原则，严格落实各级责任制。在楼道、和栅栏的醒目位置张贴了安全温馨提示标语，在校园内悬挂了安全宣传标语，学校安全领导小组对全校范围内的重点及要害部位进行了防火、防盗、防爆炸、防破坏、防自然灾害事故、防失密、防投毒等检查，发现安全隐患后，我们马上在当天组织有关人员进行整修，以确保学校师生的安全及稳定。</w:t>
      </w:r>
      <w:r>
        <w:rPr>
          <w:lang w:eastAsia="zh-CN"/>
        </w:rPr>
        <w:br/>
      </w:r>
      <w:r>
        <w:rPr>
          <w:lang w:eastAsia="zh-CN"/>
        </w:rPr>
        <w:t>　　七、严格管理，规范值班制度。</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9"/>
          <w:cols w:space="425"/>
          <w:titlePg w:val="0"/>
          <w:docGrid w:type="lines" w:linePitch="312"/>
        </w:sectPr>
      </w:pPr>
      <w:r>
        <w:rPr>
          <w:lang w:eastAsia="zh-CN"/>
        </w:rPr>
        <w:t>　　坚持24小时值班制度，值班人员要尽职尽责，必须两人同时到岗，坚守岗位，接班人不到岗，交班人不得离岗。提高警惕，搞好安全保卫工作。并做好学生因事、病离校和家长的交接登记手续，来访人员的登记手续。注意防火、防盗，妥善处理突发事件，加强校内外巡视，加强对值班人员的责任心教育，严禁空岗、漏岗，确保学校的安全稳定。</w:t>
      </w:r>
      <w:r>
        <w:rPr>
          <w:lang w:eastAsia="zh-CN"/>
        </w:rPr>
        <w:br/>
      </w:r>
      <w:r>
        <w:rPr>
          <w:lang w:eastAsia="zh-CN"/>
        </w:rPr>
        <w:t>　　通过这个月的安全教育活动的开展，使我校的每一位师生都加深了安全防范意识，增强了应对突发安全事件的能力，大家已经把安全教育落实到行动中，齐心协力共创安全和谐的校园。</w:t>
      </w:r>
      <w:r>
        <w:rPr>
          <w:lang w:eastAsia="zh-CN"/>
        </w:rPr>
        <w:br/>
      </w:r>
      <w:r>
        <w:rPr>
          <w:lang w:eastAsia="zh-CN"/>
        </w:rPr>
        <w:t xml:space="preserve">    学校安全生产月总结 篇11 </w:t>
      </w:r>
      <w:r>
        <w:rPr>
          <w:lang w:eastAsia="zh-CN"/>
        </w:rPr>
        <w:br/>
      </w:r>
      <w:r>
        <w:rPr>
          <w:lang w:eastAsia="zh-CN"/>
        </w:rPr>
        <w:t>　　针对近期我县学校安全状况，下面我讲三点意见：</w:t>
      </w:r>
      <w:r>
        <w:rPr>
          <w:lang w:eastAsia="zh-CN"/>
        </w:rPr>
        <w:br/>
      </w:r>
      <w:r>
        <w:rPr>
          <w:lang w:eastAsia="zh-CN"/>
        </w:rPr>
        <w:t>　　一、进一步提高对学校安全工作重要性的认识</w:t>
      </w:r>
      <w:r>
        <w:rPr>
          <w:lang w:eastAsia="zh-CN"/>
        </w:rPr>
        <w:br/>
      </w:r>
      <w:r>
        <w:rPr>
          <w:lang w:eastAsia="zh-CN"/>
        </w:rPr>
        <w:t>　　青少年学生是国家强盛、民族振兴的希望，学生的人身安全是教育工作的前提，没有学生的安全，教育就无从谈起。所谓“生命不保，何谈教育”正是这个道理。因此，学生安全是教育工作的永恒话题。应当肯定的是各地各学校在学校安全工作方面是做了大量工作的，是付出了心血的，工作成效也是显而易见的，没有大家的工作就没有我县教育系统的安全稳定与和谐。但学校安全隐患依然存在，安全形势仍然十分严峻，近期通报的一系列事故就是警钟例证。</w:t>
      </w:r>
      <w:r>
        <w:rPr>
          <w:lang w:eastAsia="zh-CN"/>
        </w:rPr>
        <w:br/>
      </w:r>
      <w:r>
        <w:rPr>
          <w:lang w:eastAsia="zh-CN"/>
        </w:rPr>
        <w:t>　　各乡镇(街道)教办和学校的主要领导要充分认识肩负的重任，牢固树立安全第一的观念，决不能有任何侥幸心理和丝毫松懈麻痹思想，务必做到警钟长鸣。要以对广大师生员工的生命和国家、个人财产安全高度负责的精神，以高度的责任感和紧迫感，切实把加强学校安全工作作为一项紧迫的任务抓紧抓实抓好，确保广大学生平安健康成长。</w:t>
      </w:r>
      <w:r>
        <w:rPr>
          <w:lang w:eastAsia="zh-CN"/>
        </w:rPr>
        <w:br/>
      </w:r>
      <w:r>
        <w:rPr>
          <w:lang w:eastAsia="zh-CN"/>
        </w:rPr>
        <w:t>　　二、进一步强化安全措施，确保学生安全，学校安全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0"/>
          <w:cols w:space="425"/>
          <w:titlePg w:val="0"/>
          <w:docGrid w:type="lines" w:linePitch="312"/>
        </w:sectPr>
      </w:pPr>
      <w:r>
        <w:rPr>
          <w:lang w:eastAsia="zh-CN"/>
        </w:rPr>
        <w:t>　　必须下大力气全面提高学校安全工作管理水平，进一步强化安全措施，确保学生安全，学校安全。各校要在建立健全学校安全责任制度的基础上，认真分析学校安全工作中存在的薄弱环节，从四个方面强化安全措施。</w:t>
      </w:r>
      <w:r>
        <w:rPr>
          <w:lang w:eastAsia="zh-CN"/>
        </w:rPr>
        <w:br/>
      </w:r>
      <w:r>
        <w:rPr>
          <w:lang w:eastAsia="zh-CN"/>
        </w:rPr>
        <w:t>　　(一)安全教育要落实在平时，做到经常化。</w:t>
      </w:r>
      <w:r>
        <w:rPr>
          <w:lang w:eastAsia="zh-CN"/>
        </w:rPr>
        <w:br/>
      </w:r>
      <w:r>
        <w:rPr>
          <w:lang w:eastAsia="zh-CN"/>
        </w:rPr>
        <w:t>　　安全工作是动态的，是进行性的，那些认为安全工作只在某些特定时间是突出的、重要的看法，是错误的，极其有害。安全事故往往就在这样的认识中发生。强化安全措施，就必须把安全教育纳入日常教育教学活动之中，要充分利用校内广播、黑板报、主题班会等多种方式开展安全教育，使安全教育经常化，要做到“六个必讲”，即：大型活动必讲安全，升旗仪式必讲安全，全校教职工大会必讲安全，班会队会必讲安全，双休日及节假日放假前必讲安全，学科渗透必讲安全。这“六个必讲”基本涵盖了学校日常可供利用的教育教学活动，做到“六个必讲”，就是坚持对师生进行不间断的安全教育，就是“安全意识入头脑”的具体行动，体现了“牢固树立安全第一思想”。意识决定行动，在广大师生心中树立安全第一的思想，是进一步开展安全工作的基础。</w:t>
      </w:r>
      <w:r>
        <w:rPr>
          <w:lang w:eastAsia="zh-CN"/>
        </w:rPr>
        <w:br/>
      </w:r>
      <w:r>
        <w:rPr>
          <w:lang w:eastAsia="zh-CN"/>
        </w:rPr>
        <w:t>　　(二)近期全县学校都要认真开展“三个一”活动。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1"/>
          <w:cols w:space="425"/>
          <w:titlePg w:val="0"/>
          <w:docGrid w:type="lines" w:linePitch="312"/>
        </w:sectPr>
      </w:pPr>
      <w:r>
        <w:rPr>
          <w:lang w:eastAsia="zh-CN"/>
        </w:rPr>
        <w:t>　　一是认真开展一次以学生安全为主题的班会队会。各学校要认真组织，积极指导，切实开展好以学生安全为主题的班队会。要在班会队会上向学生讲清楚为什么要重视安全，在交通、游泳、节假日等日常生活中需要注意哪些安全隐患，如何防范等，要把禁止学生私自下河游泳作为一条校纪校规，强化纪律教育，帮助学生切实树立安全意识，增强自我保护能力。</w:t>
      </w:r>
      <w:r>
        <w:rPr>
          <w:lang w:eastAsia="zh-CN"/>
        </w:rPr>
        <w:br/>
      </w:r>
      <w:r>
        <w:rPr>
          <w:lang w:eastAsia="zh-CN"/>
        </w:rPr>
        <w:t>　　二是认真召开一次学校与家长联系会。以家校联系会的形式，加强学校与学生家庭的沟通联系，及时准确的交换学生在校在家的有关情况，确保在学生成长的各个环节都能得到有益的监督，学校、家庭的管理不缺位，为学生安全、健康成长尽到学校、家庭应尽的责任和义务。</w:t>
      </w:r>
      <w:r>
        <w:rPr>
          <w:lang w:eastAsia="zh-CN"/>
        </w:rPr>
        <w:br/>
      </w:r>
      <w:r>
        <w:rPr>
          <w:lang w:eastAsia="zh-CN"/>
        </w:rPr>
        <w:t>　　三是认真准备，迅速向全县学生家长印发《致学生家长一封信》，在信中要向家长传达以下内容：一是结合季节特点和突出的安全问题，向家长宣传学生交通安全、游泳安全、雷雨季节安全等方面的常识，配合学校作好学生的安全教育。二是向家长介绍学校安全管理的有关规章制度，请家长配合学校做好学生的日常管理。三是向家长宣传《未成年人保护法》等法律法规，明确家长在学生安全工作中的法律责任和义务，通过学校和家庭的密切配合和共同努力，一起把学生安全工作落到实处，确保学生安全健康成长。</w:t>
      </w:r>
      <w:r>
        <w:rPr>
          <w:lang w:eastAsia="zh-CN"/>
        </w:rPr>
        <w:br/>
      </w:r>
      <w:r>
        <w:rPr>
          <w:lang w:eastAsia="zh-CN"/>
        </w:rPr>
        <w:t>　　“三个一”活动是近期把学校安全工作推向深入的有效措施之一，各地各学校务必抓好落实。</w:t>
      </w:r>
      <w:r>
        <w:rPr>
          <w:lang w:eastAsia="zh-CN"/>
        </w:rPr>
        <w:br/>
      </w:r>
      <w:r>
        <w:rPr>
          <w:lang w:eastAsia="zh-CN"/>
        </w:rPr>
        <w:t>　　(三)全面排查影响学校安全的薄弱环节和隐患。</w:t>
      </w:r>
      <w:r>
        <w:rPr>
          <w:lang w:eastAsia="zh-CN"/>
        </w:rPr>
        <w:br/>
      </w:r>
      <w:r>
        <w:rPr>
          <w:lang w:eastAsia="zh-CN"/>
        </w:rPr>
        <w:t>　　各地各学校要结合实际，对有可能造成安全事故的不利因素进行认真排查，切实增强学校安全工作的针对性和实效性。大排查工作的重点是：</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2"/>
          <w:cols w:space="425"/>
          <w:titlePg w:val="0"/>
          <w:docGrid w:type="lines" w:linePitch="312"/>
        </w:sectPr>
      </w:pPr>
      <w:r>
        <w:rPr>
          <w:lang w:eastAsia="zh-CN"/>
        </w:rPr>
        <w:t>　　一是思想上是否认识到位。有的同志认为安全工作抓得最多，发文最多，开会最多，检查最多，并且我县近几年没有出现重大安全责任事故，不同程度地存在松懈麻痹思想、侥幸心理和厌倦情绪，对安全工作讲的多，做的少，有的存在以会议落实会议、以文件落实文件的现象，表现在工作上，就是工作不深入，不细致，对人防、物防、技防措施落实不到位。在这次的排查中，一定要解决思想认识上存在的这些问题，在思想上真正把安全工作当作头等大事来抓。</w:t>
      </w:r>
      <w:r>
        <w:rPr>
          <w:lang w:eastAsia="zh-CN"/>
        </w:rPr>
        <w:br/>
      </w:r>
      <w:r>
        <w:rPr>
          <w:lang w:eastAsia="zh-CN"/>
        </w:rPr>
        <w:t>　　二是安全工作的各项制度措施是否落实到位。对安全工作，市、县教育局制定了很多规范性文件，建立了一系列工作制度，对不同的安全问题都采取了不同的措施。可以说，把各项安全工作的文件、制度、措施落实到位了，安全工作就有了基础和保障。但问题是，一些地方和学校没有很好的用这些文件、制度来规范、指导安全工作。安全工作常出问题的地方，往往是安全工作制度落实不到位的地方。这次的排查，要做到“两对照”，即对照相关文件、制度检查安全工作落实情况，对照安全工作台帐检查相关文件制度执行情况。对落实不到位，执行不力的地方和学校要追究相关责任人的责任。</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3"/>
          <w:cols w:space="425"/>
          <w:titlePg w:val="0"/>
          <w:docGrid w:type="lines" w:linePitch="312"/>
        </w:sectPr>
      </w:pPr>
      <w:r>
        <w:rPr>
          <w:lang w:eastAsia="zh-CN"/>
        </w:rPr>
        <w:t>　　三是学生安全教育和安全防范能力的教育、训练是否到位。发生学生安全事故，学生是第一当事人，学生有效的自我保护和防范能降低伤害程度。学校要切实落实好学生自我保护和安全防范能力的教育、培养工作。要安排一定数量的课时，制定专门的方案，采取知识教育和实践演练相结合的办法，加强对学生自我保护和安全防范能力的教育、培养。凡是相关工作没有落实到位的地方和学校，要抓紧补课，防微杜渐。古话说“亡羊补牢，犹未晚也”，用在学生安全上却万万不可，生命只有一次，等事故发生了再补救就来不及了，失去的生命是谁都无法补救回来的。</w:t>
      </w:r>
      <w:r>
        <w:rPr>
          <w:lang w:eastAsia="zh-CN"/>
        </w:rPr>
        <w:br/>
      </w:r>
      <w:r>
        <w:rPr>
          <w:lang w:eastAsia="zh-CN"/>
        </w:rPr>
        <w:t>　　四是校内教育教学设施和校舍是否存在安全隐患。雨季和汛期来临，有可能形成一批新的危房，这次排查要把这些受损校舍作为重点进行检查，同时还要对校内其他教育教学设施的安全情况进行细致的检查，及时发现安全隐患，彻底进行隐患整治，做到发现安全隐患不弄清原因不放手，查清隐患原因不彻底整治不放手。</w:t>
      </w:r>
      <w:r>
        <w:rPr>
          <w:lang w:eastAsia="zh-CN"/>
        </w:rPr>
        <w:br/>
      </w:r>
      <w:r>
        <w:rPr>
          <w:lang w:eastAsia="zh-CN"/>
        </w:rPr>
        <w:t>　　五是托幼机构的防治“手足口”病措施是否落实到位。要认真做好晨检午检，及时消毒，坚持预防在前，抓好细节。“手足口”病可防可治，要正确认识，正确引导，作到早知晓，早发现，早隔离，早治疗。用“早”字体现责任，赢得主动，保障安全。</w:t>
      </w:r>
      <w:r>
        <w:rPr>
          <w:lang w:eastAsia="zh-CN"/>
        </w:rPr>
        <w:br/>
      </w:r>
      <w:r>
        <w:rPr>
          <w:lang w:eastAsia="zh-CN"/>
        </w:rPr>
        <w:t>　　安全排查工作是确保学校安全的基础性工作，至关重要，必不可少，各地各学校要认真对待，抓紧抓实。市教育局和各县(市)区教育(教体)局要组织专班，明确专人指导、督查安全排查工作，尽快完成排查任务，为下一步工作提供决策依据。</w:t>
      </w:r>
      <w:r>
        <w:rPr>
          <w:lang w:eastAsia="zh-CN"/>
        </w:rPr>
        <w:br/>
      </w:r>
      <w:r>
        <w:rPr>
          <w:lang w:eastAsia="zh-CN"/>
        </w:rPr>
        <w:t>　　(四)广泛开展安全包保督办活动。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4"/>
          <w:cols w:space="425"/>
          <w:titlePg w:val="0"/>
          <w:docGrid w:type="lines" w:linePitch="312"/>
        </w:sectPr>
      </w:pPr>
      <w:r>
        <w:rPr>
          <w:lang w:eastAsia="zh-CN"/>
        </w:rPr>
        <w:t>　　要把安全包保督办的重点放在三个方面：一是建立地方政府、教育行政部门、学校、基层社区安全工作联系制度，形成上下衔接、横向联动、协同配合的学校安全工作机制;二是建立县(市)区有关成员单位包乡镇、乡镇成员单位包村、乡镇中小学包村民组的三级包保工作机制，包保督办的主要任务是督办学校和学生家长在学生安全教育中的责任、义务和措施是否落实到位;三是通过包保督办的形式，重点防范学生在江河、湖泊、水库、堰塘等地方私自下水游泳，确保学生安全。</w:t>
      </w:r>
      <w:r>
        <w:rPr>
          <w:lang w:eastAsia="zh-CN"/>
        </w:rPr>
        <w:br/>
      </w:r>
      <w:r>
        <w:rPr>
          <w:lang w:eastAsia="zh-CN"/>
        </w:rPr>
        <w:t>　　三、加强领导，切实落实学校安全责任</w:t>
      </w:r>
      <w:r>
        <w:rPr>
          <w:lang w:eastAsia="zh-CN"/>
        </w:rPr>
        <w:br/>
      </w:r>
      <w:r>
        <w:rPr>
          <w:lang w:eastAsia="zh-CN"/>
        </w:rPr>
        <w:t>　　各级教育行政部门、学校和全体教职工，都要在学校安全工作中切实地负起责任来。</w:t>
      </w:r>
      <w:r>
        <w:rPr>
          <w:lang w:eastAsia="zh-CN"/>
        </w:rPr>
        <w:br/>
      </w:r>
      <w:r>
        <w:rPr>
          <w:lang w:eastAsia="zh-CN"/>
        </w:rPr>
        <w:t>　　一是按照分级办学、分级管理的原则和校长是学校安全工作第一责任人的要求，成立各级学校安全工作领导小组，由各教育行政主管部门和各学校“一把手”任组长，分管领导任副组长，全面负责本地本校的安全工作和相关协调工作。</w:t>
      </w:r>
      <w:r>
        <w:rPr>
          <w:lang w:eastAsia="zh-CN"/>
        </w:rPr>
        <w:br/>
      </w:r>
      <w:r>
        <w:rPr>
          <w:lang w:eastAsia="zh-CN"/>
        </w:rPr>
        <w:t>　　二是加强校内安全教育和管理工作。学校后勤总务部门具体负责校舍和教学设施安全、学生饮食和学校公共卫生安全、宿舍安全、危险物品和特种设备安全、消防安全等工作学校保卫部门具体负责门卫保安、校内安全巡逻和防止外来暴力伤害等工作;学校政教部门具体负责师生心理健康、化解学生内部矛盾等工作;学校教务部门具体负责日常教学中的安全工作;学校工会、共青团等群团组织具体负责化解教职工内部矛盾和团员青年的思想教育工作;班主任要随时掌握学生动态和校内外安全情况，及时处理学生安全问题。学校部门之间的分工只是相对的，搞好学校安全工作，必须加强各部门之间的合作。学校各部门除做好主要负责的安全工作外，还要主动与其他部门搞好配合，形成合力，共同抓好学校安全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5"/>
          <w:cols w:space="425"/>
          <w:titlePg w:val="0"/>
          <w:docGrid w:type="lines" w:linePitch="312"/>
        </w:sectPr>
      </w:pPr>
      <w:r>
        <w:rPr>
          <w:lang w:eastAsia="zh-CN"/>
        </w:rPr>
        <w:t>　　三是将学生安全教育管理延伸到家庭、社区，通过建立学校、家庭、社区“三结合”的教育网络，以学校教育为主渠道，发挥主动引导作用，家庭、社区教育及时补位跟进，推进学生安全教育管理工作科学化、制度化、规范化、常态化建设。</w:t>
      </w:r>
      <w:r>
        <w:rPr>
          <w:lang w:eastAsia="zh-CN"/>
        </w:rPr>
        <w:br/>
      </w:r>
      <w:r>
        <w:rPr>
          <w:lang w:eastAsia="zh-CN"/>
        </w:rPr>
        <w:t>　　四是实行安全责任追究制。今年年初，市教育局与各县(市)区教育(教体)局和市直各学校签定了安全责任书，明确了各县(市)区教育(教体)局和市直各学校在安全工作中的责任。这表明，我们每一个责任人的肩上都担负着责任。要严格执行安全事故责任追究制和“一票否决”制，增强做好安全工作的紧迫感。只要发生了安全责任事故，就必须进行责任追查，涉及到谁就要追究谁的相应责任，绝不姑息迁就。只要出现了一票否决的问题，要按相关管理权限，对涉及到的单位、个人的荣誉和晋职、晋级坚决予以否决。要坚持事故原因不查清不放过、责任人员未处理不放过、整改措施未落实不放过、有关人员未受到教育不放过的“四不放过”原则，扎实做好学校安全工作，层层落实责任制和责任追究制。</w:t>
      </w:r>
      <w:r>
        <w:rPr>
          <w:lang w:eastAsia="zh-CN"/>
        </w:rPr>
        <w:br/>
      </w:r>
      <w:r>
        <w:rPr>
          <w:lang w:eastAsia="zh-CN"/>
        </w:rPr>
        <w:t>　　同志们，夏季来临，我市将进入雨季和汛期，高考、中考在即，安全高于一切，责任重于泰山，尽管压力大，任务重，但却神圣而光荣。我相信，有市委、市政府的坚强领导，有各级教育行政部门的扎实工作，有全体教育工作者的共同努力，有广大家长的积极参与和配合，有相关部门和社会各界的大力支持，我市的学校安全一定会有保障。希望同志们抓好各项工作落实，进一步完善工作机制，进一步创新工作措施，进一步加大工作力度，为开创我市学校安全工作新局面作出最大贡献!</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6"/>
          <w:cols w:space="425"/>
          <w:titlePg w:val="0"/>
          <w:docGrid w:type="lines" w:linePitch="312"/>
        </w:sectPr>
      </w:pPr>
      <w:r>
        <w:rPr>
          <w:lang w:eastAsia="zh-CN"/>
        </w:rPr>
        <w:t>　　谢谢大家!</w:t>
      </w:r>
      <w:r>
        <w:rPr>
          <w:lang w:eastAsia="zh-CN"/>
        </w:rPr>
        <w:br/>
      </w:r>
      <w:r>
        <w:rPr>
          <w:lang w:eastAsia="zh-CN"/>
        </w:rPr>
        <w:t xml:space="preserve">    学校安全生产月总结 篇12 </w:t>
      </w:r>
      <w:r>
        <w:rPr>
          <w:lang w:eastAsia="zh-CN"/>
        </w:rPr>
        <w:br/>
      </w:r>
      <w:r>
        <w:rPr>
          <w:lang w:eastAsia="zh-CN"/>
        </w:rPr>
        <w:t>　　为进一步加强落实衡阳教育局《关于全面落实校园安全工作责任防范学生安全事故意见》精神，我校强化“以人为本、安全发展”理念，面向师生、面向家长、面向社会，开展内容丰富、形式多样的宣传教育活动，普及安全法律法规和安全知识，弘扬安全文化，大力推进校园安全文化建设，形成关爱生命、关注安全的浓厚氛围，扎实推进安全稳定工作的开展，努力构建和谐平安校园。现将我校“安全生产月”活动的开展情况总结如下：</w:t>
      </w:r>
      <w:r>
        <w:rPr>
          <w:lang w:eastAsia="zh-CN"/>
        </w:rPr>
        <w:br/>
      </w:r>
      <w:r>
        <w:rPr>
          <w:lang w:eastAsia="zh-CN"/>
        </w:rPr>
        <w:t>　　一、统一思想，提高认识。</w:t>
      </w:r>
      <w:r>
        <w:rPr>
          <w:lang w:eastAsia="zh-CN"/>
        </w:rPr>
        <w:br/>
      </w:r>
      <w:r>
        <w:rPr>
          <w:lang w:eastAsia="zh-CN"/>
        </w:rPr>
        <w:t>　　按照教育局文件统一部署，我校组织全体教师进行安全生产工作开展会议。把安全生产责任落实各级，重视抓好安全防范工作，形成了一级抓一级的安全生产责任制。通过“安全生产月”活动，大力宣传安全生产方针政策、法律法规和加强安全生产的重大举措，推进安全文化建设，强化全面安全意识，引导全校师生重视人的生命价值。</w:t>
      </w:r>
      <w:r>
        <w:rPr>
          <w:lang w:eastAsia="zh-CN"/>
        </w:rPr>
        <w:br/>
      </w:r>
      <w:r>
        <w:rPr>
          <w:lang w:eastAsia="zh-CN"/>
        </w:rPr>
        <w:t>　　二、全方位开展宣传教育活动</w:t>
      </w:r>
      <w:r>
        <w:rPr>
          <w:lang w:eastAsia="zh-CN"/>
        </w:rPr>
        <w:br/>
      </w:r>
      <w:r>
        <w:rPr>
          <w:lang w:eastAsia="zh-CN"/>
        </w:rPr>
        <w:t>　　学校通过国旗下讲话、致家长的一封信、“防溺水教育”主题班会，广播室等广泛宣传安全知识，让全体师生积极参与活动，明确责任，明确任务，保证学校各项安全责任和安全工作落实到位。班级黑板报和学校宣传栏，各具特色地进行安全工作宣传，形成良好的宣传氛围。</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7"/>
          <w:cols w:space="425"/>
          <w:titlePg w:val="0"/>
          <w:docGrid w:type="lines" w:linePitch="312"/>
        </w:sectPr>
      </w:pPr>
      <w:r>
        <w:rPr>
          <w:lang w:eastAsia="zh-CN"/>
        </w:rPr>
        <w:t>　　三、多形式普及安全知识</w:t>
      </w:r>
      <w:r>
        <w:rPr>
          <w:lang w:eastAsia="zh-CN"/>
        </w:rPr>
        <w:br/>
      </w:r>
      <w:r>
        <w:rPr>
          <w:lang w:eastAsia="zh-CN"/>
        </w:rPr>
        <w:t>　　除广播、专栏、宣传材料和有关安全知识讲座进行宣传外，学校组织“珍爱生命、远离毒品”主题手抄报，进行交通安全知识讲座和安全知识教育视频等，让师生掌握安全知识，提高避险排危、自救自护能力，</w:t>
      </w:r>
      <w:r>
        <w:rPr>
          <w:lang w:eastAsia="zh-CN"/>
        </w:rPr>
        <w:br/>
      </w:r>
      <w:r>
        <w:rPr>
          <w:lang w:eastAsia="zh-CN"/>
        </w:rPr>
        <w:t>　　四、开展安全隐患排查整治工作</w:t>
      </w:r>
      <w:r>
        <w:rPr>
          <w:lang w:eastAsia="zh-CN"/>
        </w:rPr>
        <w:br/>
      </w:r>
      <w:r>
        <w:rPr>
          <w:lang w:eastAsia="zh-CN"/>
        </w:rPr>
        <w:t>　　在安全生产月工作中，我们对涉及师生安全的各个方面进行排查，确保隐患排查整治工作落实到位。针对校园电线线路、电器老化，进行集中维修更换。</w:t>
      </w:r>
      <w:r>
        <w:rPr>
          <w:lang w:eastAsia="zh-CN"/>
        </w:rPr>
        <w:br/>
      </w:r>
      <w:r>
        <w:rPr>
          <w:lang w:eastAsia="zh-CN"/>
        </w:rPr>
        <w:t>　　五、加大校园内外保安力度</w:t>
      </w:r>
      <w:r>
        <w:rPr>
          <w:lang w:eastAsia="zh-CN"/>
        </w:rPr>
        <w:br/>
      </w:r>
      <w:r>
        <w:rPr>
          <w:lang w:eastAsia="zh-CN"/>
        </w:rPr>
        <w:t>　　学校加强防溺水巡河巡塘安排。并严格执行校园封闭式管理，值班人员尽职尽责，坚守岗位。提高警惕，搞好安全保卫工作。注意防火、防盗，妥善处理突发事件，加强楼内外巡视，加强对值班人员的责任心教育，严禁空岗、漏岗，确保学校的安全稳定。</w:t>
      </w:r>
      <w:r>
        <w:rPr>
          <w:lang w:eastAsia="zh-CN"/>
        </w:rPr>
        <w:br/>
      </w:r>
      <w:r>
        <w:rPr>
          <w:lang w:eastAsia="zh-CN"/>
        </w:rPr>
        <w:t>　　通过开展“安全生产月”活动，进一步增强了广大师生对安全生产工作重要性的认识，提高了安全意识和安全素质，强化了责任意识，促进了全校安全形势的稳定，为交通的快速发展创造了一个安全、健康、稳定的环境。</w:t>
      </w:r>
      <w:r>
        <w:rPr>
          <w:lang w:eastAsia="zh-CN"/>
        </w:rPr>
        <w:br/>
      </w:r>
      <w:r>
        <w:rPr>
          <w:lang w:eastAsia="zh-CN"/>
        </w:rPr>
        <w:t xml:space="preserve">    学校安全生产月总结 篇13 </w:t>
      </w:r>
      <w:r>
        <w:rPr>
          <w:lang w:eastAsia="zh-CN"/>
        </w:rPr>
        <w:br/>
      </w:r>
      <w:r>
        <w:rPr>
          <w:lang w:eastAsia="zh-CN"/>
        </w:rPr>
        <w:t>　　为了确保我校广大师生的生命和财产安全，我校于20__年6月1日到6月30日开展了安全生产月活动，现将此安全生产月活动的主要工作总结如下：</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8"/>
          <w:cols w:space="425"/>
          <w:titlePg w:val="0"/>
          <w:docGrid w:type="lines" w:linePitch="312"/>
        </w:sectPr>
      </w:pPr>
      <w:r>
        <w:rPr>
          <w:lang w:eastAsia="zh-CN"/>
        </w:rPr>
        <w:t>　　一、成立组织强化活动实施领导</w:t>
      </w:r>
      <w:r>
        <w:rPr>
          <w:lang w:eastAsia="zh-CN"/>
        </w:rPr>
        <w:br/>
      </w:r>
      <w:r>
        <w:rPr>
          <w:lang w:eastAsia="zh-CN"/>
        </w:rPr>
        <w:t>　　为了加强活动开展组织领导，计划有序地开展”安全生产月”活动，学校成立了以校长为组长，副校长为副组长，相关部门负责人及班主任为成员的”安全生产月”活动领导小组，制定”安全生产月”活动实施方案，加强活动开展实施工作领导。学校成立”安全生产月”活动领导小组组长：李国华副组长：余清明</w:t>
      </w:r>
      <w:r>
        <w:rPr>
          <w:lang w:eastAsia="zh-CN"/>
        </w:rPr>
        <w:br/>
      </w:r>
      <w:r>
        <w:rPr>
          <w:lang w:eastAsia="zh-CN"/>
        </w:rPr>
        <w:t>　　二.宣传发动营建氛围</w:t>
      </w:r>
      <w:r>
        <w:rPr>
          <w:lang w:eastAsia="zh-CN"/>
        </w:rPr>
        <w:br/>
      </w:r>
      <w:r>
        <w:rPr>
          <w:lang w:eastAsia="zh-CN"/>
        </w:rPr>
        <w:t>　　学校通过国旗下讲话、教职工会、班（队）会，广泛宣传学习宣讲、学习习近平总书记关于安全生产重要批示指示精神及相关主题宣传材料，强化明确开展“安全生产月”活动的意义，让全体师生积极参与活动，明确责任，明确任务，保证学校各项安全责任和安全工作落实到位。学校在校园醒目位置及教学楼阁设置了“强化红线意识、促进安全发展”主题横幅标语及交通出行、消防、食品卫生、防溺水、禁毒防邪拒黄等安全生产条幅标语、安全警示语LED屏播放屏、安全生产相关警示语“三字经”等，并在校园和班级组办相应安全宣传教育板报专栏，营造“强化红线意识、促进安全发展”主题活动的良好浓厚氛围。学生踊跃参与，师生安全意识明显增强。</w:t>
      </w:r>
      <w:r>
        <w:rPr>
          <w:lang w:eastAsia="zh-CN"/>
        </w:rPr>
        <w:br/>
      </w:r>
      <w:r>
        <w:rPr>
          <w:lang w:eastAsia="zh-CN"/>
        </w:rPr>
        <w:t>　　三.多形式、广层面开展警示教育普及安全知识</w:t>
      </w:r>
      <w:r>
        <w:rPr>
          <w:lang w:eastAsia="zh-CN"/>
        </w:rPr>
        <w:br/>
      </w:r>
      <w:r>
        <w:rPr>
          <w:lang w:eastAsia="zh-CN"/>
        </w:rPr>
        <w:t>　　学校在“安全生产月”中组织开展了多形式、多层面的安全警示教育活动，强化师生安全观念意识，普及拓展学生安全安全知识，增强学生事故防范能力。</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9"/>
          <w:cols w:space="425"/>
          <w:titlePg w:val="0"/>
          <w:docGrid w:type="lines" w:linePitch="312"/>
        </w:sectPr>
      </w:pPr>
      <w:r>
        <w:rPr>
          <w:lang w:eastAsia="zh-CN"/>
        </w:rPr>
        <w:t>　　1.学校通过周前集会、国旗下讲话，深化交通出行、消防、防溺水、课间课余活动、环境卫生等常规安全教育，督导监管学生养成良好安全文明习惯。</w:t>
      </w:r>
      <w:r>
        <w:rPr>
          <w:lang w:eastAsia="zh-CN"/>
        </w:rPr>
        <w:br/>
      </w:r>
      <w:r>
        <w:rPr>
          <w:lang w:eastAsia="zh-CN"/>
        </w:rPr>
        <w:t>　　2.活动中，学校整合利用社会教育资源，强化“安全生产”专题警示教育。学校先后聘邀了新城区司法所、律师事务所领导干部（律师）钱万强、社区卫生服务中心食品卫生健康与疾病防控专家张琼科长（医师）来校分别组织开展了法制安全、食品卫生健康安全与疾病防控专题知识讲座与技能培训。警示教育培训中将法规知识与生活生产中的典型案例紧密结合，深入浅出，生动形象，进一步增强了师生安全意识，提高了师生“知危避险”安全事故防范能力。</w:t>
      </w:r>
      <w:r>
        <w:rPr>
          <w:lang w:eastAsia="zh-CN"/>
        </w:rPr>
        <w:br/>
      </w:r>
      <w:r>
        <w:rPr>
          <w:lang w:eastAsia="zh-CN"/>
        </w:rPr>
        <w:t>　　3.强化防溺水安全教育。活动期间，各班级通过班（队）会，组织开展了“珍爱生命、安全出行、注重健康、防范溺水”主题教育活动，各班学生结合自己知晓的近几年发生的相关安全事故安全展开讨论，吸取教训，增强防范意识。同时向全校学生家长印发了《防学生溺水安全家长告知书》。</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0"/>
          <w:cols w:space="425"/>
          <w:titlePg w:val="0"/>
          <w:docGrid w:type="lines" w:linePitch="312"/>
        </w:sectPr>
      </w:pPr>
      <w:r>
        <w:rPr>
          <w:lang w:eastAsia="zh-CN"/>
        </w:rPr>
        <w:t>　　4.开展学生防、拒、禁毒宣传教育。学校制定了防禁毒宣传教育工作方案，“安全生产月”活动期间，安全教育课教师按照《中小学生毒品预防专题教育大纲》要求，以区禁毒办、教委编印禁毒教育知识读本为依据，发挥课堂安全教育主阵地作用，扎实有效开展禁毒宣传教育，结合“6.26禁毒日”强化禁毒宣传，并组织开展了师生禁毒知识测试，学校同班主任、学生及家长分层签订防禁毒目标责任书。</w:t>
      </w:r>
      <w:r>
        <w:rPr>
          <w:lang w:eastAsia="zh-CN"/>
        </w:rPr>
        <w:br/>
      </w:r>
      <w:r>
        <w:rPr>
          <w:lang w:eastAsia="zh-CN"/>
        </w:rPr>
        <w:t>　　5.安全生产月活动中，学校向各班级印发了防溺水、防雷防火及饮食卫生安全儿歌贴于教室信息栏，班级安全课教师组织学生颂读。</w:t>
      </w:r>
      <w:r>
        <w:rPr>
          <w:lang w:eastAsia="zh-CN"/>
        </w:rPr>
        <w:br/>
      </w:r>
      <w:r>
        <w:rPr>
          <w:lang w:eastAsia="zh-CN"/>
        </w:rPr>
        <w:t>　　6.活动期间，各班级创办了防溺水、交通出行与安全用电防火等内容的安全宣传教育专题板报专栏。</w:t>
      </w:r>
      <w:r>
        <w:rPr>
          <w:lang w:eastAsia="zh-CN"/>
        </w:rPr>
        <w:br/>
      </w:r>
      <w:r>
        <w:rPr>
          <w:lang w:eastAsia="zh-CN"/>
        </w:rPr>
        <w:t>　　7.充分利用校园“班班通”设施，通过互联网，组织学生收看了交通出行、防火禁毒与防溺水等安全警示宣传教育片。</w:t>
      </w:r>
      <w:r>
        <w:rPr>
          <w:lang w:eastAsia="zh-CN"/>
        </w:rPr>
        <w:br/>
      </w:r>
      <w:r>
        <w:rPr>
          <w:lang w:eastAsia="zh-CN"/>
        </w:rPr>
        <w:t>　　8.认真开展安全应急疏散演练活动。“安全生产月”活动中，学校集中组织开展了一次抗震防踏安全应急疏散演练活动，进一步增强提高了师生抗灾减灾、自救、互救自护能力。</w:t>
      </w:r>
      <w:r>
        <w:rPr>
          <w:lang w:eastAsia="zh-CN"/>
        </w:rPr>
        <w:br/>
      </w:r>
      <w:r>
        <w:rPr>
          <w:lang w:eastAsia="zh-CN"/>
        </w:rPr>
        <w:t>　　四.活动中认真组织开展安全隐患大排查大整治活动。</w:t>
      </w:r>
      <w:r>
        <w:rPr>
          <w:lang w:eastAsia="zh-CN"/>
        </w:rPr>
        <w:br/>
      </w:r>
      <w:r>
        <w:rPr>
          <w:lang w:eastAsia="zh-CN"/>
        </w:rPr>
        <w:t>　　在近一月的“安全生产月”活动中，学校发动全体师生，掀起了“校园安全隐患排查”风暴，认真组织开展了学生上下学交通出行、消防、校园食品卫生、防溺水、校外高危人员等多方面的安全隐患大排查整治活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1"/>
          <w:cols w:space="425"/>
          <w:titlePg w:val="0"/>
          <w:docGrid w:type="lines" w:linePitch="312"/>
        </w:sectPr>
      </w:pPr>
      <w:r>
        <w:rPr>
          <w:lang w:eastAsia="zh-CN"/>
        </w:rPr>
        <w:t>　　1.学生上下学交通出行安全隐患排查治理中，重点认真排查了学生上学、放学途中随意搭乘“三无”非法营运车辆、车辆出入校园与社会车辆到校门前接送学生等情况，并认真落实12周岁以下学生不得私自骑自行车上下学及行课期间禁止任何车辆出入校园与到校门前接送学生、禁止学生上下学乘坐“三无”车辆、非法营运车辆等相关的措施。设置了校园消防通道、校门前街道马路交通警醒标志标识。</w:t>
      </w:r>
      <w:r>
        <w:rPr>
          <w:lang w:eastAsia="zh-CN"/>
        </w:rPr>
        <w:br/>
      </w:r>
      <w:r>
        <w:rPr>
          <w:lang w:eastAsia="zh-CN"/>
        </w:rPr>
        <w:t>　　2.校园食品卫生安全隐患排查治理中，认真排查学校食堂食品卫生安全，严格食堂从业人员持证上岗制度，严格食品进货索证、登记、储存、加工、发放流程管理，坚持食堂餐厨器具、内外环境定期杀菌消毒制度，保持卫生洁净；强化落实了严禁学生购买食用“三无”食品，禁止学生在校园内吃“零食”措施。</w:t>
      </w:r>
      <w:r>
        <w:rPr>
          <w:lang w:eastAsia="zh-CN"/>
        </w:rPr>
        <w:br/>
      </w:r>
      <w:r>
        <w:rPr>
          <w:lang w:eastAsia="zh-CN"/>
        </w:rPr>
        <w:t>　　3.校园消防安全隐患排查整治中，重点检查了校园消防灭火器配置及是否失效、校园电气管网线路破损裸露、消防通道畅通性情况，更新了过期失效灭火器10余个。</w:t>
      </w:r>
      <w:r>
        <w:rPr>
          <w:lang w:eastAsia="zh-CN"/>
        </w:rPr>
        <w:br/>
      </w:r>
      <w:r>
        <w:rPr>
          <w:lang w:eastAsia="zh-CN"/>
        </w:rPr>
        <w:t>　　4.加强校园周边高危人员的排查与监控。强化对容易肇事肇祸精神病人、有暴力倾向和经常缠访闹事人员等特殊高危人员摸排，摸排监控校园周边社区精神病人1人，并报告请示公安派出所、街道社区居委会及监护人协助监控，严防精神病患者伤害学校师生。</w:t>
      </w:r>
      <w:r>
        <w:rPr>
          <w:lang w:eastAsia="zh-CN"/>
        </w:rPr>
        <w:br/>
      </w:r>
      <w:r>
        <w:rPr>
          <w:lang w:eastAsia="zh-CN"/>
        </w:rPr>
        <w:t>　　5.认真排查校园内部教师之间、师生之间、学生,尤其是中高年级与六年级学生之间的矛盾纠纷，并做适时好疏导、化解、预防工作，最大限度地减少不稳定、不安全因素的存在。</w:t>
      </w:r>
      <w:r>
        <w:rPr>
          <w:lang w:eastAsia="zh-CN"/>
        </w:rPr>
        <w:br/>
      </w:r>
      <w:r>
        <w:rPr>
          <w:lang w:eastAsia="zh-CN"/>
        </w:rPr>
        <w:t>　　通过近一月的“安全生产月”活动组织开展，全校师生进一步深化了安全防范观念意识，巩固普及拓展了安全法规知识，增强提高了安全事故防范与突发安全事件自护、自救、互救能力，提升了学校应对突发安全事故事件有效处置能力水平，推进了校园安全文化建设进程。全校师生教学活动思安全、讲安全、防事故蔚然成风，为巩固平安稳定校园再添基石。</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2"/>
          <w:cols w:space="425"/>
          <w:titlePg w:val="0"/>
          <w:docGrid w:type="lines" w:linePitch="312"/>
        </w:sectPr>
      </w:pPr>
      <w:r>
        <w:rPr>
          <w:lang w:eastAsia="zh-CN"/>
        </w:rPr>
        <w:t xml:space="preserve">    学校安全生产月总结 篇14 </w:t>
      </w:r>
      <w:r>
        <w:rPr>
          <w:lang w:eastAsia="zh-CN"/>
        </w:rPr>
        <w:br/>
      </w:r>
      <w:r>
        <w:rPr>
          <w:lang w:eastAsia="zh-CN"/>
        </w:rPr>
        <w:t>　　今年6月份是全国第九个“安全教育月”，根据《市教育局关于在全市中小学开展“安全教育月”活动的通知》和县教育局关于在全县中小学开展“安全教育月”活动的通知精神，结合“掌握避险技能，防范伤害事故”的主题，根据实际，我校6月份开展了“安全教育月”活动。现将活动的开展情况总结如下：</w:t>
      </w:r>
      <w:r>
        <w:rPr>
          <w:lang w:eastAsia="zh-CN"/>
        </w:rPr>
        <w:br/>
      </w:r>
      <w:r>
        <w:rPr>
          <w:lang w:eastAsia="zh-CN"/>
        </w:rPr>
        <w:t>　　一、加强领导，健全制度，使“安全月”工作稳步推进</w:t>
      </w:r>
      <w:r>
        <w:rPr>
          <w:lang w:eastAsia="zh-CN"/>
        </w:rPr>
        <w:br/>
      </w:r>
      <w:r>
        <w:rPr>
          <w:lang w:eastAsia="zh-CN"/>
        </w:rPr>
        <w:t>　　1、建立健全安全管理队伍。成立了领导小组，形成一套安全管理网络。其次，进一步完善安全制度。使安全管理制度更加科学、合理、规范、易操作。学校安全工作领导小组和各班班主任签订安全工作现任状。建立了各项安全工作检查评比制度、安全工作管理制度。实行领导安全值日检查制。值日领导对每天的安全工作负总责，领导小组成员依表值日。针对我校学生比较多，楼道比较窄，安全隐患大的状况，安排专人进行管理。</w:t>
      </w:r>
      <w:r>
        <w:rPr>
          <w:lang w:eastAsia="zh-CN"/>
        </w:rPr>
        <w:br/>
      </w:r>
      <w:r>
        <w:rPr>
          <w:lang w:eastAsia="zh-CN"/>
        </w:rPr>
        <w:t>　　2、以校为本，讲求实效，制定完善的宣传教育内容。活动开展初期，我们组织以领导小组为核心的宣传小组，针对我校的实际，制定我校的安全宣传教育内容。</w:t>
      </w:r>
      <w:r>
        <w:rPr>
          <w:lang w:eastAsia="zh-CN"/>
        </w:rPr>
        <w:br/>
      </w:r>
      <w:r>
        <w:rPr>
          <w:lang w:eastAsia="zh-CN"/>
        </w:rPr>
        <w:t>　　警示教育：认真宣传学习《小学生日常行为规范》，正面教育师生自觉遵守《规定》和《规范》，同时以外地发生的安全事故为借鉴，反复宣传教育。</w:t>
      </w:r>
      <w:r>
        <w:rPr>
          <w:lang w:eastAsia="zh-CN"/>
        </w:rPr>
        <w:br/>
      </w:r>
      <w:r>
        <w:rPr>
          <w:lang w:eastAsia="zh-CN"/>
        </w:rPr>
        <w:t>　　自我保护：在小学生中进行如何自救，如何应对走失，被拐骗等安全防范的教育。</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3"/>
          <w:cols w:space="425"/>
          <w:titlePg w:val="0"/>
          <w:docGrid w:type="lines" w:linePitch="312"/>
        </w:sectPr>
      </w:pPr>
      <w:r>
        <w:rPr>
          <w:lang w:eastAsia="zh-CN"/>
        </w:rPr>
        <w:t>　　食品卫生安全：教育学生不到外面的摊点上购买零食、饮料等，防止病从口入，毒从口入。</w:t>
      </w:r>
      <w:r>
        <w:rPr>
          <w:lang w:eastAsia="zh-CN"/>
        </w:rPr>
        <w:br/>
      </w:r>
      <w:r>
        <w:rPr>
          <w:lang w:eastAsia="zh-CN"/>
        </w:rPr>
        <w:t>　　活动安全：加强课外活动及课间活动的安全教育。</w:t>
      </w:r>
      <w:r>
        <w:rPr>
          <w:lang w:eastAsia="zh-CN"/>
        </w:rPr>
        <w:br/>
      </w:r>
      <w:r>
        <w:rPr>
          <w:lang w:eastAsia="zh-CN"/>
        </w:rPr>
        <w:t>　　行路安全：加强送路队的管理，强化交通法规教育。</w:t>
      </w:r>
      <w:r>
        <w:rPr>
          <w:lang w:eastAsia="zh-CN"/>
        </w:rPr>
        <w:br/>
      </w:r>
      <w:r>
        <w:rPr>
          <w:lang w:eastAsia="zh-CN"/>
        </w:rPr>
        <w:t>　　二、开展丰富多彩的活动，将安全意识深入人心。</w:t>
      </w:r>
      <w:r>
        <w:rPr>
          <w:lang w:eastAsia="zh-CN"/>
        </w:rPr>
        <w:br/>
      </w:r>
      <w:r>
        <w:rPr>
          <w:lang w:eastAsia="zh-CN"/>
        </w:rPr>
        <w:t>　　1、开展“安全伴我在校园，我把安全带回家”主题教育活动。要求学生将学到的安全常识与家长共享。印发《关于安全致学生家长的一封信》</w:t>
      </w:r>
      <w:r>
        <w:rPr>
          <w:lang w:eastAsia="zh-CN"/>
        </w:rPr>
        <w:br/>
      </w:r>
      <w:r>
        <w:rPr>
          <w:lang w:eastAsia="zh-CN"/>
        </w:rPr>
        <w:t>　　2、学校通过悬挂横幅、张贴标语等形式营造氛围，相应班级利用校内广播、黑板报、校园网等宣传阵地大力宣传开展“安全教育月”活动的重要意义，引导全体师生自觉地投入到“安全宣传教育月”活动中来。</w:t>
      </w:r>
      <w:r>
        <w:rPr>
          <w:lang w:eastAsia="zh-CN"/>
        </w:rPr>
        <w:br/>
      </w:r>
      <w:r>
        <w:rPr>
          <w:lang w:eastAsia="zh-CN"/>
        </w:rPr>
        <w:t>　　3、认真抓好“七个一”活动，即：看一场安全教育影片，利用班会或者思品课观看，每班举办一次安全教育主题班会，出一期安全主题黑板报、手抄报，各年级装订一份《我的危险故事》，开展一次安全祝福卡送亲人活动。举行一次安全主题演讲活动，举行一次安全演练。</w:t>
      </w:r>
      <w:r>
        <w:rPr>
          <w:lang w:eastAsia="zh-CN"/>
        </w:rPr>
        <w:br/>
      </w:r>
      <w:r>
        <w:rPr>
          <w:lang w:eastAsia="zh-CN"/>
        </w:rPr>
        <w:t>　　4、针对当地季节特点，围绕汛期安全，及早做好隐患排查治理和防范工作，重点加强对校舍和易受台风、暴雨、雷电、地震、地质等影响而引发事故隐患的排查和整治，切实做好防洪防汛、防高温、防倒塌、防溺水、防雷电等各项防范工作。</w:t>
      </w:r>
      <w:r>
        <w:rPr>
          <w:lang w:eastAsia="zh-CN"/>
        </w:rPr>
        <w:br/>
      </w:r>
    </w:p>
    <w:p w:rsidR="001B1F19" w14:textId="27C3F48A">
      <w:pPr>
        <w:rPr>
          <w:rFonts w:hint="eastAsia"/>
          <w:lang w:eastAsia="zh-CN"/>
        </w:rPr>
      </w:pPr>
      <w:r>
        <w:rPr>
          <w:lang w:eastAsia="zh-CN"/>
        </w:rPr>
        <w:t>　　5、加强学校安全保卫工作管理，严格校外人员进出校园登记制度和上学、放学时间干部教师值班制度，积极预防校内师生伤害事故的发生，要加强对学生的安全防护教育，提高学生自我保护意识和自救自护能力，确保校园和师生安全。</w:t>
      </w:r>
      <w:r>
        <w:rPr>
          <w:lang w:eastAsia="zh-CN"/>
        </w:rPr>
        <w:br/>
      </w:r>
      <w:r>
        <w:rPr>
          <w:lang w:eastAsia="zh-CN"/>
        </w:rPr>
        <w:t>　　6、加强学生运输车辆管理，确保学生上下学安全。经常对司机进行安全教育，重新修订了领导带班教师跟车制度。</w:t>
      </w:r>
      <w:r>
        <w:rPr>
          <w:lang w:eastAsia="zh-CN"/>
        </w:rPr>
        <w:br/>
      </w:r>
      <w:r>
        <w:rPr>
          <w:lang w:eastAsia="zh-CN"/>
        </w:rPr>
        <w:t>　　三、强化安全管理，加强进行安全检查，使安全工作百无一漏</w:t>
      </w:r>
      <w:r>
        <w:rPr>
          <w:lang w:eastAsia="zh-CN"/>
        </w:rPr>
        <w:br/>
      </w:r>
      <w:r>
        <w:rPr>
          <w:lang w:eastAsia="zh-CN"/>
        </w:rPr>
        <w:t>　　首先，对学校的每一个角落进行排查，消除安全隐患。各班班主任对本班级的'用电线路和门窗进行一次检查，特别是检查窗户用小锤敲一敲，检查接口处是否离焊，玻璃边缘用手摸一摸，看看上面的油腻是否要脱落。由领导小组成员参加对学校围墙、大门、厕所、楼房、外面用电线路等公共设施进行了一次安全大检查。</w:t>
      </w:r>
      <w:r>
        <w:rPr>
          <w:lang w:eastAsia="zh-CN"/>
        </w:rPr>
        <w:br/>
      </w:r>
      <w:r>
        <w:rPr>
          <w:lang w:eastAsia="zh-CN"/>
        </w:rPr>
        <w:t>　　其次是加强了食品卫生安全教育，保证不让一例食品事故发生。</w:t>
      </w:r>
      <w:r>
        <w:rPr>
          <w:lang w:eastAsia="zh-CN"/>
        </w:rPr>
        <w:br/>
      </w:r>
      <w:r>
        <w:rPr>
          <w:lang w:eastAsia="zh-CN"/>
        </w:rPr>
        <w:t>　　学校教育学生不到外面的摊点上购买零食、饮料等，防止病从口入，毒从口入。检查学生的体质和有无传染疾病的发生。</w:t>
      </w:r>
      <w:r>
        <w:rPr>
          <w:lang w:eastAsia="zh-CN"/>
        </w:rPr>
        <w:br/>
      </w:r>
      <w:r>
        <w:rPr>
          <w:lang w:eastAsia="zh-CN"/>
        </w:rPr>
        <w:t>　　第三、利用班队课、晨会课，学科渗透等途径，加强对学生开展安全预防教育，使学生接受比较系统的防溺水、防触电、防病、防食物中毒、防体育运动伤害、防火、防盗、防骗、防煤气中毒等安全知识和技能教育活动。</w:t>
      </w:r>
      <w:r>
        <w:rPr>
          <w:lang w:eastAsia="zh-CN"/>
        </w:rPr>
        <w:br/>
      </w:r>
      <w:r>
        <w:rPr>
          <w:lang w:eastAsia="zh-CN"/>
        </w:rPr>
        <w:t>　　第四、利用学生常规管理通报这一手段，对学校内外出现的各种安全责任事故进行曝光，警示每一个班主任加强安全管理，保证学校的每一个安全指令地落实。</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https://d.book118.com/157011016062006050</w:t>
        </w:r>
      </w:hyperlink>
    </w:p>
    <w:p w:rsidR="001B1F19">
      <w:pPr>
        <w:rPr>
          <w:rFonts w:hint="eastAsia"/>
          <w:lang w:eastAsia="zh-CN"/>
        </w:rPr>
      </w:pPr>
    </w:p>
    <w:sectPr>
      <w:type w:val="nextPage"/>
      <w:pgSz w:w="11906" w:h="16838"/>
      <w:pgMar w:top="1440" w:right="1800" w:bottom="1440" w:left="1800" w:header="851" w:footer="992" w:gutter="0"/>
      <w:pgNumType w:start="44"/>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157011016062006050"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65</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