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教师述职报告范文</w:t>
      </w:r>
    </w:p>
    <w:p>
      <w:pPr>
        <w:spacing w:before="100" w:after="200" w:line="360" w:lineRule="auto"/>
        <w:ind w:firstLine="576"/>
        <w:jc w:val="left"/>
      </w:pPr>
      <w:r>
        <w:rPr>
          <w:rFonts w:ascii="宋体" w:eastAsia="宋体" w:hAnsi="宋体"/>
          <w:sz w:val="28"/>
        </w:rPr>
        <w:t>不知不觉间，从8月份走进华盛至今已一年之久，经过这一年的努力工作和不断学习，我获益良多。在这里感觉有必要总结一下近一年的得与失，发扬好的地方改进不足的地方，回顾走过的路可以更好的看清前面的路。</w:t>
      </w:r>
    </w:p>
    <w:p>
      <w:pPr>
        <w:spacing w:before="100" w:after="200" w:line="360" w:lineRule="auto"/>
        <w:ind w:firstLine="576"/>
        <w:jc w:val="left"/>
      </w:pPr>
      <w:r>
        <w:rPr>
          <w:rFonts w:ascii="宋体" w:eastAsia="宋体" w:hAnsi="宋体"/>
          <w:sz w:val="28"/>
        </w:rPr>
        <w:t>为人师，我认为品德是先决条件。没有良好的思想品德，其它的一切都是空谈。因此无论在什么情况下，我都没忘记“学为人师，行为世范”，并以品德至上来要求自己。平时我虚心向学校老师学习教学经验，共同工作，共同学习，共同进步。</w:t>
      </w:r>
    </w:p>
    <w:p>
      <w:pPr>
        <w:spacing w:before="100" w:after="200" w:line="360" w:lineRule="auto"/>
        <w:ind w:firstLine="576"/>
        <w:jc w:val="left"/>
      </w:pPr>
      <w:r>
        <w:rPr>
          <w:rFonts w:ascii="宋体" w:eastAsia="宋体" w:hAnsi="宋体"/>
          <w:sz w:val="28"/>
        </w:rPr>
        <w:t>这一年来，我很注意自身的品德行为，努力给学生树立一个良好的榜样。我们学校是九年一贯制学校，因此学生也有其特殊性，小学生与中学生在各个方面都存在着很大的差异。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因此，我尽量的在中学生面前以高标准要求自己，不管在课堂里还是在课外我都努力塑造一个良好的形象。总得来说，我做的一切目的就是希望能帮助学生健康成长。.</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而作为一名新老师，在如今信息技术日新月异，发展很快的年代，自身的学识相当重要，一天不学习，就会落后一截，所以工作以来，我仍然不断学习，丝毫不敢松懈。因此，继续学习成为我工作学习中重要的一部分。我积极参加新教师培训，尽管刚刚走上岗位，工作中的活动与任务让我颇感压力，但只要一有空闲时间，我便争取出来多方面学习。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spacing w:before="100" w:after="200" w:line="360" w:lineRule="auto"/>
        <w:ind w:firstLine="576"/>
        <w:jc w:val="left"/>
      </w:pPr>
      <w:r>
        <w:rPr>
          <w:rFonts w:ascii="宋体" w:eastAsia="宋体" w:hAnsi="宋体"/>
          <w:sz w:val="28"/>
        </w:rPr>
        <w:t>当了一年的教师了，虽然教学方法还不是很成熟，但我已在教学中学到了很多。在这一年里，我担任初中数学七年级的教学工作，工作充实而不乏挑战，而正好赶上我校推行的“双线推进整体教学，打造持续发展力”的课改，我经常思考中学数学的教学方法，学习教学设计，以及组织与我校课改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w:t>
      </w:r>
    </w:p>
    <w:p>
      <w:pPr>
        <w:spacing w:before="100" w:after="200" w:line="360" w:lineRule="auto"/>
        <w:ind w:firstLine="576"/>
        <w:jc w:val="left"/>
      </w:pPr>
      <w:r>
        <w:rPr>
          <w:rFonts w:ascii="宋体" w:eastAsia="宋体" w:hAnsi="宋体"/>
          <w:sz w:val="28"/>
        </w:rPr>
        <w:t>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spacing w:before="100" w:after="200" w:line="360" w:lineRule="auto"/>
        <w:ind w:firstLine="576"/>
        <w:jc w:val="left"/>
      </w:pPr>
      <w:r>
        <w:rPr>
          <w:rFonts w:ascii="宋体" w:eastAsia="宋体" w:hAnsi="宋体"/>
          <w:sz w:val="28"/>
        </w:rPr>
        <w:t>&gt;新教师述职报告9</w:t>
      </w:r>
    </w:p>
    <w:p>
      <w:pPr>
        <w:spacing w:before="100" w:after="200" w:line="360" w:lineRule="auto"/>
        <w:ind w:firstLine="576"/>
        <w:jc w:val="left"/>
      </w:pPr>
      <w:r>
        <w:rPr>
          <w:rFonts w:ascii="宋体" w:eastAsia="宋体" w:hAnsi="宋体"/>
          <w:sz w:val="28"/>
        </w:rPr>
        <w:t>时间在无声中流逝，弹指一瞬间，一个学期的工作就要结束了，回首顾望，这是一个忙碌的学期，也是一个收获的学期。</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为了每一个孩子都有进步”，这是我为之不懈努力的动力，望着渐渐成长的孩子们，从他们身上让我感受到一种自豪感。这一学期，在领导的关心，同事的配合协助下即将画上圆满的句号，现将这一学期的工作总结如下，通过总结吸取经验和教训，在以后的工作中取长补短，争取更大的进步。</w:t>
      </w:r>
    </w:p>
    <w:p>
      <w:pPr>
        <w:spacing w:before="100" w:after="200" w:line="360" w:lineRule="auto"/>
        <w:jc w:val="left"/>
      </w:pPr>
      <w:r>
        <w:rPr>
          <w:rFonts w:ascii="宋体 (中文正文)" w:eastAsia="宋体" w:hAnsi="宋体 (中文正文)"/>
          <w:b/>
          <w:sz w:val="28"/>
        </w:rPr>
        <w:t>一、政治思想方面</w:t>
      </w:r>
    </w:p>
    <w:p>
      <w:pPr>
        <w:spacing w:before="100" w:after="200" w:line="360" w:lineRule="auto"/>
        <w:ind w:firstLine="576"/>
        <w:jc w:val="left"/>
      </w:pPr>
      <w:r>
        <w:rPr>
          <w:rFonts w:ascii="宋体" w:eastAsia="宋体" w:hAnsi="宋体"/>
          <w:sz w:val="28"/>
        </w:rPr>
        <w:t>能认真遵守和执行幼儿园的各项规章制度，热爱幼教事业。严于律己，恪守岗位职责。班级工作细小琐碎在班级成员中明确自己的角色定位，做到分工不分家。立足于本职工作，爱岗敬业。认真学习新的教育理论，及时更新教育理念，积极参加幼儿园组织的各种安全工作和教育工作。</w:t>
      </w:r>
    </w:p>
    <w:p>
      <w:pPr>
        <w:spacing w:before="100" w:after="200" w:line="360" w:lineRule="auto"/>
        <w:jc w:val="left"/>
      </w:pPr>
      <w:r>
        <w:rPr>
          <w:rFonts w:ascii="宋体 (中文正文)" w:eastAsia="宋体" w:hAnsi="宋体 (中文正文)"/>
          <w:sz w:val="28"/>
        </w:rPr>
        <w:t>二、教育教学方面：</w:t>
      </w:r>
    </w:p>
    <w:p>
      <w:pPr>
        <w:spacing w:before="100" w:after="200" w:line="360" w:lineRule="auto"/>
        <w:ind w:firstLine="576"/>
        <w:jc w:val="left"/>
      </w:pPr>
      <w:r>
        <w:rPr>
          <w:rFonts w:ascii="宋体" w:eastAsia="宋体" w:hAnsi="宋体"/>
          <w:sz w:val="28"/>
        </w:rPr>
        <w:t>1、“努力成为孩子们喜欢的老师”是我的工作目标。有这样一句名言：</w:t>
      </w:r>
    </w:p>
    <w:p>
      <w:pPr>
        <w:spacing w:before="100" w:after="200" w:line="360" w:lineRule="auto"/>
        <w:ind w:firstLine="576"/>
        <w:jc w:val="left"/>
      </w:pPr>
      <w:r>
        <w:rPr>
          <w:rFonts w:ascii="宋体" w:eastAsia="宋体" w:hAnsi="宋体"/>
          <w:sz w:val="28"/>
        </w:rPr>
        <w:t>“教育者没有情感没有爱如同池塘里没有水一样”现实工作中，我努力为孩子们创设一个充满爱的“池塘”当孩子有困难时，我会给予他帮助，当孩子遇到委屈时我及时给与“安慰”帮肋每一位孩子树立起自信心，教会他们尊重别人，培养他们良好的生活和学习习惯，教会他们自己动手寻找答案。这些对于他们来说，一辈子都是受益的。</w:t>
      </w:r>
    </w:p>
    <w:p>
      <w:pPr>
        <w:spacing w:before="100" w:after="200" w:line="360" w:lineRule="auto"/>
        <w:ind w:firstLine="576"/>
        <w:jc w:val="left"/>
      </w:pPr>
      <w:r>
        <w:rPr>
          <w:rFonts w:ascii="宋体" w:eastAsia="宋体" w:hAnsi="宋体"/>
          <w:sz w:val="28"/>
        </w:rPr>
        <w:t>本学期上午班休病假2个月期间孙老师上午在班级帮班，验收期间孙老师在园里有许多工作要做，我主动承担起班级的各项工作。认真备课，精心设1计活动内容，充分准备教具。每一课都做到“有备而来”，每堂课都在课前做好充分的准备，并制作各种利于吸引学生注意力的有趣教具。因班级是混龄班级有大、中、小年龄段组成。根据孩子的不同年龄特点，在设计教学活动时注意做到有针对性，让不同年龄段的孩子跳一跳摘到属于自己的那颗果实。</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2、这学期孙老师在班级帮班，我虚心请教孙老师。在教学上，有疑必问，孙老师好不保留的给我讲解、示范。在孙老师的指导和帮助下增强上课技能，提高教学质量，使讲解清晰化，条理化，准确化，情感化，生动化，做到线索清晰，层次分明，言简意赅，深入浅出。</w:t>
      </w:r>
    </w:p>
    <w:p>
      <w:pPr>
        <w:spacing w:before="100" w:after="200" w:line="360" w:lineRule="auto"/>
        <w:ind w:firstLine="576"/>
        <w:jc w:val="left"/>
      </w:pPr>
      <w:r>
        <w:rPr>
          <w:rFonts w:ascii="宋体" w:eastAsia="宋体" w:hAnsi="宋体"/>
          <w:sz w:val="28"/>
        </w:rPr>
        <w:t>从一开始的怕上课到能流畅的上完每节课再到想上课我觉得我已经战胜了自己。</w:t>
      </w:r>
    </w:p>
    <w:p>
      <w:pPr>
        <w:spacing w:before="100" w:after="200" w:line="360" w:lineRule="auto"/>
        <w:ind w:firstLine="576"/>
        <w:jc w:val="left"/>
      </w:pPr>
      <w:r>
        <w:rPr>
          <w:rFonts w:ascii="宋体" w:eastAsia="宋体" w:hAnsi="宋体"/>
          <w:sz w:val="28"/>
        </w:rPr>
        <w:t>平时除了忙于教学工作，还注意保教配合，注重孩子们的常规培养、以及对班级特殊儿童的照料。在孙老师的指导和帮助下我们班级老师进行了分工与合作，在每一个环节都做了相应的分工，确保孩子们时时在老师的视线内，并及时关注提醒调皮的孩子要遵守相应的安全的规定，防止安全事故发生、本学期使两名超重儿童恢复到正常。</w:t>
      </w:r>
    </w:p>
    <w:p>
      <w:pPr>
        <w:spacing w:before="100" w:after="200" w:line="360" w:lineRule="auto"/>
        <w:jc w:val="left"/>
      </w:pPr>
      <w:r>
        <w:rPr>
          <w:rFonts w:ascii="宋体 (中文正文)" w:eastAsia="宋体" w:hAnsi="宋体 (中文正文)"/>
          <w:b/>
          <w:sz w:val="28"/>
        </w:rPr>
        <w:t>三、家长工作</w:t>
      </w:r>
    </w:p>
    <w:p>
      <w:pPr>
        <w:spacing w:before="100" w:after="200" w:line="360" w:lineRule="auto"/>
        <w:ind w:firstLine="576"/>
        <w:jc w:val="left"/>
      </w:pPr>
      <w:r>
        <w:rPr>
          <w:rFonts w:ascii="宋体" w:eastAsia="宋体" w:hAnsi="宋体"/>
          <w:sz w:val="28"/>
        </w:rPr>
        <w:t>幼儿园教育是一个复杂的教育，不是家庭一方面可以胜任的，也不是幼儿园单独可以胜任的，它需要两者结合才能取得好的成效。因此家长对于幼儿园开展各项工作是否顺利也显的非常重要。我们坚持不懈通过班级网站向家长公布幼儿的每日在园情况，让家长及时了解幼儿的学习情况和生活情况，并通过土星和班级特殊幼儿的家长沟通。使网络真正成为家长了解幼儿园的窗口，架起了教师、幼儿家长的桥梁，并取得了家长的积极配合。</w:t>
      </w:r>
    </w:p>
    <w:p>
      <w:pPr>
        <w:spacing w:before="100" w:after="200" w:line="360" w:lineRule="auto"/>
        <w:jc w:val="left"/>
      </w:pPr>
      <w:r>
        <w:rPr>
          <w:rFonts w:ascii="宋体 (中文正文)" w:eastAsia="宋体" w:hAnsi="宋体 (中文正文)"/>
          <w:b/>
          <w:sz w:val="28"/>
        </w:rPr>
        <w:t>四、工作存在的不足</w:t>
      </w:r>
    </w:p>
    <w:p>
      <w:pPr>
        <w:spacing w:before="100" w:after="200" w:line="360" w:lineRule="auto"/>
        <w:ind w:firstLine="576"/>
        <w:jc w:val="left"/>
      </w:pPr>
      <w:r>
        <w:rPr>
          <w:rFonts w:ascii="宋体" w:eastAsia="宋体" w:hAnsi="宋体"/>
          <w:sz w:val="28"/>
        </w:rPr>
        <w:t>1、有时对于要求上交的资料没有准时上交。</w:t>
      </w:r>
    </w:p>
    <w:p>
      <w:pPr>
        <w:spacing w:before="100" w:after="200" w:line="360" w:lineRule="auto"/>
        <w:ind w:firstLine="576"/>
        <w:jc w:val="left"/>
      </w:pPr>
      <w:r>
        <w:rPr>
          <w:rFonts w:ascii="宋体" w:eastAsia="宋体" w:hAnsi="宋体"/>
          <w:sz w:val="28"/>
        </w:rPr>
        <w:t>2、没有积极投稿有关学前教育方面的文章</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3、在教学上还需要下功夫。</w:t>
      </w:r>
    </w:p>
    <w:p>
      <w:pPr>
        <w:spacing w:before="100" w:after="200" w:line="360" w:lineRule="auto"/>
        <w:ind w:firstLine="576"/>
        <w:jc w:val="left"/>
      </w:pPr>
      <w:r>
        <w:rPr>
          <w:rFonts w:ascii="宋体" w:eastAsia="宋体" w:hAnsi="宋体"/>
          <w:sz w:val="28"/>
        </w:rPr>
        <w:t>航医所幼儿园卧虎藏龙，人才济济，进入航医所幼儿园，我更懂得了压力的内涵。不管是老教师还是年轻教师，她们娴熟的教育技巧和灵活的教育机智，都使我产生了深深的距离感和自卑感，我曾经沮丧过，曾经烦恼过，但仔细想来，沮丧和烦恼只是多余，只有执着的追求才能使人进步!</w:t>
      </w:r>
    </w:p>
    <w:p>
      <w:pPr>
        <w:spacing w:before="100" w:after="200" w:line="360" w:lineRule="auto"/>
        <w:jc w:val="left"/>
      </w:pPr>
      <w:r>
        <w:rPr>
          <w:rFonts w:ascii="宋体 (中文正文)" w:eastAsia="宋体" w:hAnsi="宋体 (中文正文)"/>
          <w:sz w:val="28"/>
        </w:rPr>
        <w:t>各位校领导、各位评委：</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于72年参加教育工作，1974年毕业于天津市南郊区师范学校，在随后的工作中，86年取得天津教育学院地理大专学历。曾在大港区太平村中学、远景中学担任地理等教学工作，1986年调入大港油田二中即现在的海滨二校至今，从事初高中地理教学，兼任电教员等项工作。95年评选为中学一级教师，最近几年一直担任本学校七、八年的级地理教学工作。</w:t>
      </w:r>
    </w:p>
    <w:p>
      <w:pPr>
        <w:spacing w:before="100" w:after="200" w:line="360" w:lineRule="auto"/>
        <w:ind w:firstLine="576"/>
        <w:jc w:val="left"/>
      </w:pPr>
      <w:r>
        <w:rPr>
          <w:rFonts w:ascii="宋体" w:eastAsia="宋体" w:hAnsi="宋体"/>
          <w:sz w:val="28"/>
        </w:rPr>
        <w:t>在我从事教育工作三十六年的教学实践中，一直拥护党的领导。积极贯彻执行党的教育方针，忠诚党的教育事业，做到对工作兢兢业业，认真进行教育教学，深入钻研教法，掌握本科教学所需的文化知识。注重素质教育，为学校的教育教学工作做出了一定的贡献。</w:t>
      </w:r>
    </w:p>
    <w:p>
      <w:pPr>
        <w:spacing w:before="100" w:after="200" w:line="360" w:lineRule="auto"/>
        <w:jc w:val="left"/>
      </w:pPr>
      <w:r>
        <w:rPr>
          <w:rFonts w:ascii="宋体 (中文正文)" w:eastAsia="宋体" w:hAnsi="宋体 (中文正文)"/>
          <w:sz w:val="28"/>
        </w:rPr>
        <w:t>主要工作与业绩：</w:t>
      </w:r>
    </w:p>
    <w:p>
      <w:pPr>
        <w:spacing w:before="100" w:after="200" w:line="360" w:lineRule="auto"/>
        <w:ind w:firstLine="576"/>
        <w:jc w:val="left"/>
      </w:pPr>
      <w:r>
        <w:rPr>
          <w:rFonts w:ascii="宋体" w:eastAsia="宋体" w:hAnsi="宋体"/>
          <w:sz w:val="28"/>
        </w:rPr>
        <w:t>1、认真钻研新教材和新大纲。搞好素质教育，教学水平不断提高</w:t>
      </w:r>
    </w:p>
    <w:p>
      <w:pPr>
        <w:spacing w:before="100" w:after="200" w:line="360" w:lineRule="auto"/>
        <w:ind w:firstLine="576"/>
        <w:jc w:val="left"/>
      </w:pPr>
      <w:r>
        <w:rPr>
          <w:rFonts w:ascii="宋体" w:eastAsia="宋体" w:hAnsi="宋体"/>
          <w:sz w:val="28"/>
        </w:rPr>
        <w:t>2、开展素质教育组织学生积极地参加全国地理科技大赛</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本人积极的组织本校的学生参加20xx年—20xx年第二届地球小博士全国地理科地理科技大赛，比赛持续两个月的时间，本人认真组织，细心辅导，我校师生积极参与。活动得到学校领导大力支持，在此次比赛中我校成绩优异!经过本人的努力</w:t>
      </w:r>
    </w:p>
    <w:p>
      <w:pPr>
        <w:spacing w:before="100" w:after="200" w:line="360" w:lineRule="auto"/>
        <w:ind w:firstLine="576"/>
        <w:jc w:val="left"/>
      </w:pPr>
      <w:r>
        <w:rPr>
          <w:rFonts w:ascii="宋体" w:eastAsia="宋体" w:hAnsi="宋体"/>
          <w:sz w:val="28"/>
        </w:rPr>
        <w:t>我校被授予全国地理科技大赛优秀组织奖;全国地理科技示范基地的称号，并授予牌匾为我校争得了荣誉。本人也在全国地理科技大赛荣获全国优秀指导教师一等奖,并授予全国优秀科技辅导员的称号!</w:t>
      </w:r>
    </w:p>
    <w:p>
      <w:pPr>
        <w:spacing w:before="100" w:after="200" w:line="360" w:lineRule="auto"/>
        <w:ind w:firstLine="576"/>
        <w:jc w:val="left"/>
      </w:pPr>
      <w:r>
        <w:rPr>
          <w:rFonts w:ascii="宋体" w:eastAsia="宋体" w:hAnsi="宋体"/>
          <w:sz w:val="28"/>
        </w:rPr>
        <w:t>我校中小学生近150人报名参赛，其中15人在第二届地球小博士全国地理科技大赛中获得一、二、三、等奖</w:t>
      </w:r>
    </w:p>
    <w:p>
      <w:pPr>
        <w:spacing w:before="100" w:after="200" w:line="360" w:lineRule="auto"/>
        <w:ind w:firstLine="576"/>
        <w:jc w:val="left"/>
      </w:pPr>
      <w:r>
        <w:rPr>
          <w:rFonts w:ascii="宋体" w:eastAsia="宋体" w:hAnsi="宋体"/>
          <w:sz w:val="28"/>
        </w:rPr>
        <w:t>3、积极参与各项教学研究活动与比赛。不断提高教学水平，</w:t>
      </w:r>
    </w:p>
    <w:p>
      <w:pPr>
        <w:spacing w:before="100" w:after="200" w:line="360" w:lineRule="auto"/>
        <w:ind w:firstLine="576"/>
        <w:jc w:val="left"/>
      </w:pPr>
      <w:r>
        <w:rPr>
          <w:rFonts w:ascii="宋体" w:eastAsia="宋体" w:hAnsi="宋体"/>
          <w:sz w:val="28"/>
        </w:rPr>
        <w:t>平时本人积极参加教学基本功与教学公开课的比赛，积极撰写教学论文。结合地理教材内容，经常制作地理教学课件并运用与课堂教学，使教学质量不断提高，</w:t>
      </w:r>
    </w:p>
    <w:p>
      <w:pPr>
        <w:spacing w:before="100" w:after="200" w:line="360" w:lineRule="auto"/>
        <w:ind w:firstLine="576"/>
        <w:jc w:val="left"/>
      </w:pPr>
      <w:r>
        <w:rPr>
          <w:rFonts w:ascii="宋体" w:eastAsia="宋体" w:hAnsi="宋体"/>
          <w:sz w:val="28"/>
        </w:rPr>
        <w:t>20xx年我撰写的《浅谈初中地理教学精神的培养》论文，获得区海滨和研究教法教育中心20xx年“教育创新”论文区级三等奖并获得区级成果认定奖。</w:t>
      </w:r>
    </w:p>
    <w:p>
      <w:pPr>
        <w:spacing w:before="100" w:after="200" w:line="360" w:lineRule="auto"/>
        <w:ind w:firstLine="576"/>
        <w:jc w:val="left"/>
      </w:pPr>
      <w:r>
        <w:rPr>
          <w:rFonts w:ascii="宋体" w:eastAsia="宋体" w:hAnsi="宋体"/>
          <w:sz w:val="28"/>
        </w:rPr>
        <w:t>1998年xx月由本人设计制作的录象教材数学《圆锥曲线定义》获得市市教育局颁发的三等奖。</w:t>
      </w:r>
    </w:p>
    <w:p>
      <w:pPr>
        <w:spacing w:before="100" w:after="200" w:line="360" w:lineRule="auto"/>
        <w:ind w:firstLine="576"/>
        <w:jc w:val="left"/>
      </w:pPr>
      <w:r>
        <w:rPr>
          <w:rFonts w:ascii="宋体" w:eastAsia="宋体" w:hAnsi="宋体"/>
          <w:sz w:val="28"/>
        </w:rPr>
        <w:t>20xx--20xx年，获得校级教研公开课评比二等奖。</w:t>
      </w:r>
    </w:p>
    <w:p>
      <w:pPr>
        <w:spacing w:before="100" w:after="200" w:line="360" w:lineRule="auto"/>
        <w:ind w:firstLine="576"/>
        <w:jc w:val="left"/>
      </w:pPr>
      <w:r>
        <w:rPr>
          <w:rFonts w:ascii="宋体" w:eastAsia="宋体" w:hAnsi="宋体"/>
          <w:sz w:val="28"/>
        </w:rPr>
        <w:t>20xx--20xx年，获得校级创优课优秀奖。</w:t>
      </w:r>
    </w:p>
    <w:p>
      <w:pPr>
        <w:spacing w:before="100" w:after="200" w:line="360" w:lineRule="auto"/>
        <w:ind w:firstLine="576"/>
        <w:jc w:val="left"/>
      </w:pPr>
      <w:r>
        <w:rPr>
          <w:rFonts w:ascii="宋体" w:eastAsia="宋体" w:hAnsi="宋体"/>
          <w:sz w:val="28"/>
        </w:rPr>
        <w:t>20xx年，获得滨海教育中心教师公开课比赛二等奖。</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20xx年，我撰写的论文《在地理教学中培养学生创新思想》获得国家级一等奖。</w:t>
      </w:r>
    </w:p>
    <w:p>
      <w:pPr>
        <w:spacing w:before="100" w:after="200" w:line="360" w:lineRule="auto"/>
        <w:ind w:firstLine="576"/>
        <w:jc w:val="left"/>
      </w:pPr>
      <w:r>
        <w:rPr>
          <w:rFonts w:ascii="宋体" w:eastAsia="宋体" w:hAnsi="宋体"/>
          <w:sz w:val="28"/>
        </w:rPr>
        <w:t>20xx年，获得教育中心初中教师基本功大赛地理学科三等奖。</w:t>
      </w:r>
    </w:p>
    <w:p>
      <w:pPr>
        <w:spacing w:before="100" w:after="200" w:line="360" w:lineRule="auto"/>
        <w:ind w:firstLine="576"/>
        <w:jc w:val="left"/>
      </w:pPr>
      <w:r>
        <w:rPr>
          <w:rFonts w:ascii="宋体" w:eastAsia="宋体" w:hAnsi="宋体"/>
          <w:sz w:val="28"/>
        </w:rPr>
        <w:t>在我兼任电教员工作期间在1999年xx月，我校在油田取得了《利用现代教学技术优化课堂教学》先进学校的称号。</w:t>
      </w:r>
    </w:p>
    <w:p>
      <w:pPr>
        <w:spacing w:before="100" w:after="200" w:line="360" w:lineRule="auto"/>
        <w:ind w:firstLine="576"/>
        <w:jc w:val="left"/>
      </w:pPr>
      <w:r>
        <w:rPr>
          <w:rFonts w:ascii="宋体" w:eastAsia="宋体" w:hAnsi="宋体"/>
          <w:sz w:val="28"/>
        </w:rPr>
        <w:t>1999年和20xx年连续两年，我获得了《教育处关于利用现代教学技术优化课堂教学》的先进个人称号。</w:t>
      </w:r>
    </w:p>
    <w:p>
      <w:pPr>
        <w:spacing w:before="100" w:after="200" w:line="360" w:lineRule="auto"/>
        <w:ind w:firstLine="576"/>
        <w:jc w:val="left"/>
      </w:pPr>
      <w:r>
        <w:rPr>
          <w:rFonts w:ascii="宋体" w:eastAsia="宋体" w:hAnsi="宋体"/>
          <w:sz w:val="28"/>
        </w:rPr>
        <w:t>4、自觉完成领导交办的其他工作。</w:t>
      </w:r>
    </w:p>
    <w:p>
      <w:pPr>
        <w:spacing w:before="100" w:after="200" w:line="360" w:lineRule="auto"/>
        <w:ind w:firstLine="576"/>
        <w:jc w:val="left"/>
      </w:pPr>
      <w:r>
        <w:rPr>
          <w:rFonts w:ascii="宋体" w:eastAsia="宋体" w:hAnsi="宋体"/>
          <w:sz w:val="28"/>
        </w:rPr>
        <w:t>在兼任电教员其间还为学校作了大量的其它有益的工作，如每年配合学校的团队活动、学校的运动会、艺术节的文艺演出，学生会操等大型活动，主动做好广播设备的安装和录像、摄像等工作。多年来，先后为学校义务维修了各种教学、电教电路等无数设备。为学校节约了大量的教育经费。</w:t>
      </w:r>
    </w:p>
    <w:p>
      <w:pPr>
        <w:spacing w:before="100" w:after="200" w:line="360" w:lineRule="auto"/>
        <w:ind w:firstLine="576"/>
        <w:jc w:val="left"/>
      </w:pPr>
      <w:r>
        <w:rPr>
          <w:rFonts w:ascii="宋体" w:eastAsia="宋体" w:hAnsi="宋体"/>
          <w:sz w:val="28"/>
        </w:rPr>
        <w:t>各位领导、老师们：我从事教学几十年，自认为工作勤奋，严肃认真，忠于职守，遵守纪律，不畏艰苦，服从领导，不计名利，团结同志。付出了半辈子的心血，给学校做出了很大的贡献，现已临近退休年龄，参选机会不多，特别盼望能顺利晋级，做为对自己工作的肯定。请大家给与多多地支持。</w:t>
      </w:r>
    </w:p>
    <w:p>
      <w:pPr>
        <w:spacing w:before="100" w:after="200" w:line="360" w:lineRule="auto"/>
        <w:ind w:firstLine="576"/>
        <w:jc w:val="left"/>
      </w:pPr>
      <w:r>
        <w:rPr>
          <w:rFonts w:ascii="宋体" w:eastAsia="宋体" w:hAnsi="宋体"/>
          <w:sz w:val="28"/>
        </w:rPr>
        <w:t>谢谢。</w:t>
      </w:r>
    </w:p>
    <w:p>
      <w:pPr>
        <w:spacing w:before="100" w:after="200" w:line="360" w:lineRule="auto"/>
        <w:ind w:firstLine="576"/>
        <w:jc w:val="left"/>
      </w:pPr>
      <w:r>
        <w:rPr>
          <w:rFonts w:ascii="宋体" w:eastAsia="宋体" w:hAnsi="宋体"/>
          <w:sz w:val="28"/>
        </w:rPr>
        <w:t>述职人：xx</w:t>
      </w:r>
    </w:p>
    <w:p>
      <w:pPr>
        <w:spacing w:before="100" w:after="200" w:line="360" w:lineRule="auto"/>
        <w:ind w:firstLine="576"/>
        <w:jc w:val="left"/>
      </w:pPr>
      <w:r>
        <w:rPr>
          <w:rFonts w:ascii="宋体" w:eastAsia="宋体" w:hAnsi="宋体"/>
          <w:sz w:val="28"/>
        </w:rPr>
        <w:t>20xx年xx月xx日</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本人1995年毕业于州苏市一中，98年常熟高等专科学校数学教育专业毕业，分配到州苏市中学任教，20xx年8月调入州苏市一中任教。</w:t>
      </w:r>
    </w:p>
    <w:p>
      <w:pPr>
        <w:spacing w:before="100" w:after="200" w:line="360" w:lineRule="auto"/>
        <w:ind w:firstLine="576"/>
        <w:jc w:val="left"/>
      </w:pPr>
      <w:r>
        <w:rPr>
          <w:rFonts w:ascii="宋体" w:eastAsia="宋体" w:hAnsi="宋体"/>
          <w:sz w:val="28"/>
        </w:rPr>
        <w:t>作为一名年轻教师，我一直孜孜不倦地从各方面吸取知识经验充实自己。首先在政治思想上，我认真参加政治学习，了解国内外大事，贯彻党的教育方针政策，紧跟形势，增强对教育事业献身的精神。同时，为提高自身素养，更好地搞好教学工作，我于1999年考入州苏科技学院数学函授本科班，成绩全部合格，并取得毕业证书。近年来相继通过了普通话、现代教育技术、信息技术与教育的考核、省职称计算机应用能力考核、职称外语等级考试。为了提高教学质量，我积极参加校内外的教研活动，平时虚心向老教师请教，与青年教师相互切磋，取长补短，提高自己的业务水平，在20xx年撰写了论文《浅谈中学生数学应用意识的培养》并获三等奖，《一例“最值”问题的解法初探》数学年会交流。</w:t>
      </w:r>
    </w:p>
    <w:p>
      <w:pPr>
        <w:spacing w:before="100" w:after="200" w:line="360" w:lineRule="auto"/>
        <w:ind w:firstLine="576"/>
        <w:jc w:val="left"/>
      </w:pPr>
      <w:r>
        <w:rPr>
          <w:rFonts w:ascii="宋体" w:eastAsia="宋体" w:hAnsi="宋体"/>
          <w:sz w:val="28"/>
        </w:rPr>
        <w:t>作为共青团员，我时刻以一名优秀团员的标准来衡量自己，从20xx年3月至20xx年7月，我一直担任体育局团委副书记兼体育运动学校团总支组织委员，组织并参加了一系列健康向上，有益于增强团员间交流与合作，对社会展示团员良好形象的活动。我在20xx年市级机关“我把青春献给党”征文比赛中获市二等奖。被评为99至00州苏市市级机关优秀团员，00至01被州苏体育运动学校团员教育评议优秀团员，01至02州苏市市级机关优秀团员。</w:t>
      </w:r>
    </w:p>
    <w:p>
      <w:pPr>
        <w:spacing w:before="100" w:after="200" w:line="360" w:lineRule="auto"/>
        <w:ind w:firstLine="576"/>
        <w:jc w:val="left"/>
      </w:pPr>
      <w:r>
        <w:rPr>
          <w:rFonts w:ascii="宋体" w:eastAsia="宋体" w:hAnsi="宋体"/>
          <w:sz w:val="28"/>
        </w:rPr>
        <w:t>本学期任职以来，在校党政及系部领导的正确领导下，与本系部老师团结一致，锐意，认真履行了岗位职责，在教学、科研等方面取得了显著的成绩。现将一年来的主要工作汇报如下。</w:t>
      </w:r>
    </w:p>
    <w:p>
      <w:pPr>
        <w:spacing w:before="100" w:after="200" w:line="360" w:lineRule="auto"/>
        <w:jc w:val="left"/>
      </w:pPr>
      <w:r>
        <w:rPr>
          <w:rFonts w:ascii="宋体 (中文正文)" w:eastAsia="宋体" w:hAnsi="宋体 (中文正文)"/>
          <w:b/>
          <w:sz w:val="28"/>
        </w:rPr>
        <w:t>一、思想政治方面</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能够认真学习学习实践科学发展观，努力提高政治理论素养和思想水平。在思想上始终保持良好的思想品德，忠诚党的教育事业，以"三个代表"重要思想为指南开展教育教学工作，认真执行党的教育方针、路线，有强烈的事业心和责任感，以身作则、为人师表，努力提高教师应该具备的政治素质和道德品质。</w:t>
      </w:r>
    </w:p>
    <w:p>
      <w:pPr>
        <w:spacing w:before="100" w:after="200" w:line="360" w:lineRule="auto"/>
        <w:jc w:val="left"/>
      </w:pPr>
      <w:r>
        <w:rPr>
          <w:rFonts w:ascii="宋体 (中文正文)" w:eastAsia="宋体" w:hAnsi="宋体 (中文正文)"/>
          <w:b/>
          <w:sz w:val="28"/>
        </w:rPr>
        <w:t>二、组织工程中心的工作开展方面</w:t>
      </w:r>
    </w:p>
    <w:p>
      <w:pPr>
        <w:spacing w:before="100" w:after="200" w:line="360" w:lineRule="auto"/>
        <w:ind w:firstLine="576"/>
        <w:jc w:val="left"/>
      </w:pPr>
      <w:r>
        <w:rPr>
          <w:rFonts w:ascii="宋体" w:eastAsia="宋体" w:hAnsi="宋体"/>
          <w:sz w:val="28"/>
        </w:rPr>
        <w:t>本年度担任了装饰艺术设计工程中心主任，在完成上级有关部门和学校党委、行政交办的各项工作任务时，能够与本工程中心教师一起，团结一致，开拓进取，勇于创新。充分调动本中心师生的积极性，发挥他们的聪明才智，取得了出色的成绩。本中心本年度主要完成了一下工作内容：</w:t>
      </w:r>
    </w:p>
    <w:p>
      <w:pPr>
        <w:spacing w:before="100" w:after="200" w:line="360" w:lineRule="auto"/>
        <w:ind w:firstLine="576"/>
        <w:jc w:val="left"/>
      </w:pPr>
      <w:r>
        <w:rPr>
          <w:rFonts w:ascii="宋体" w:eastAsia="宋体" w:hAnsi="宋体"/>
          <w:sz w:val="28"/>
        </w:rPr>
        <w:t>1、圆满的组织了中国室内装饰协会的助理室内设计师的认证考试工作，有64名同学通过培训考试拿到了助理室内设计师证书</w:t>
      </w:r>
    </w:p>
    <w:p>
      <w:pPr>
        <w:spacing w:before="100" w:after="200" w:line="360" w:lineRule="auto"/>
        <w:ind w:firstLine="576"/>
        <w:jc w:val="left"/>
      </w:pPr>
      <w:r>
        <w:rPr>
          <w:rFonts w:ascii="宋体" w:eastAsia="宋体" w:hAnsi="宋体"/>
          <w:sz w:val="28"/>
        </w:rPr>
        <w:t>2、深入企业落实08级毕业生的顶岗实习及与就业工作</w:t>
      </w:r>
    </w:p>
    <w:p>
      <w:pPr>
        <w:spacing w:before="100" w:after="200" w:line="360" w:lineRule="auto"/>
        <w:ind w:firstLine="576"/>
        <w:jc w:val="left"/>
      </w:pPr>
      <w:r>
        <w:rPr>
          <w:rFonts w:ascii="宋体" w:eastAsia="宋体" w:hAnsi="宋体"/>
          <w:sz w:val="28"/>
        </w:rPr>
        <w:t>3、聘请企业的专业学者到我校讲学，这些讲座提高了学生的素质开阔了学生的眼界。(广州艺邦投资股份有限公司董事长，总设计师余静赣博士来我校讲学)</w:t>
      </w:r>
    </w:p>
    <w:p>
      <w:pPr>
        <w:spacing w:before="100" w:after="200" w:line="360" w:lineRule="auto"/>
        <w:ind w:firstLine="576"/>
        <w:jc w:val="left"/>
      </w:pPr>
      <w:r>
        <w:rPr>
          <w:rFonts w:ascii="宋体" w:eastAsia="宋体" w:hAnsi="宋体"/>
          <w:sz w:val="28"/>
        </w:rPr>
        <w:t>4、组织参加各类设计大赛(江苏省第八届室内装饰设计大赛、第八届中国国际室内设计双年展)</w:t>
      </w:r>
    </w:p>
    <w:p>
      <w:pPr>
        <w:spacing w:before="100" w:after="200" w:line="360" w:lineRule="auto"/>
        <w:ind w:firstLine="576"/>
        <w:jc w:val="left"/>
      </w:pPr>
      <w:r>
        <w:rPr>
          <w:rFonts w:ascii="宋体" w:eastAsia="宋体" w:hAnsi="宋体"/>
          <w:sz w:val="28"/>
        </w:rPr>
        <w:t>5、积极参加系部考察组，赴上海(张浦动漫谷、上海电影制片厂、上海世博会)等地、并学习其它企业单位的经验和做法，开阔了视野，提高了认识，为做好今后的教学工作打下了一定的基础。</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6、组织艺术设计专业的社会培训工作目前申报的培训项目达到8个(现正在网上招生宣传)</w:t>
      </w:r>
    </w:p>
    <w:p>
      <w:pPr>
        <w:spacing w:before="100" w:after="200" w:line="360" w:lineRule="auto"/>
        <w:ind w:firstLine="576"/>
        <w:jc w:val="left"/>
      </w:pPr>
      <w:r>
        <w:rPr>
          <w:rFonts w:ascii="宋体" w:eastAsia="宋体" w:hAnsi="宋体"/>
          <w:sz w:val="28"/>
        </w:rPr>
        <w:t>7、参与设计实践项目(1、首届健雄杯大学生创新大赛展厅的策划设计2、健雄学院托福考试中心装修设计3、商贸系中加人才培训培训中心装饰设计4、健雄学院校园沙盘模型制作项目启动)</w:t>
      </w:r>
    </w:p>
    <w:p>
      <w:pPr>
        <w:spacing w:before="100" w:after="200" w:line="360" w:lineRule="auto"/>
        <w:jc w:val="left"/>
      </w:pPr>
      <w:r>
        <w:rPr>
          <w:rFonts w:ascii="宋体 (中文正文)" w:eastAsia="宋体" w:hAnsi="宋体 (中文正文)"/>
          <w:b/>
          <w:sz w:val="28"/>
        </w:rPr>
        <w:t>三、工作实绩方面</w:t>
      </w:r>
    </w:p>
    <w:p>
      <w:pPr>
        <w:spacing w:before="100" w:after="200" w:line="360" w:lineRule="auto"/>
        <w:ind w:firstLine="576"/>
        <w:jc w:val="left"/>
      </w:pPr>
      <w:r>
        <w:rPr>
          <w:rFonts w:ascii="宋体" w:eastAsia="宋体" w:hAnsi="宋体"/>
          <w:sz w:val="28"/>
        </w:rPr>
        <w:t>1.党建评估</w:t>
      </w:r>
    </w:p>
    <w:p>
      <w:pPr>
        <w:spacing w:before="100" w:after="200" w:line="360" w:lineRule="auto"/>
        <w:ind w:firstLine="576"/>
        <w:jc w:val="left"/>
      </w:pPr>
      <w:r>
        <w:rPr>
          <w:rFonts w:ascii="宋体" w:eastAsia="宋体" w:hAnsi="宋体"/>
          <w:sz w:val="28"/>
        </w:rPr>
        <w:t>按照系工作要求，系部分配给我一个非常艰巨而光荣的任务参与系部的党建评估工作。</w:t>
      </w:r>
    </w:p>
    <w:p>
      <w:pPr>
        <w:spacing w:before="100" w:after="200" w:line="360" w:lineRule="auto"/>
        <w:ind w:firstLine="576"/>
        <w:jc w:val="left"/>
      </w:pPr>
      <w:r>
        <w:rPr>
          <w:rFonts w:ascii="宋体" w:eastAsia="宋体" w:hAnsi="宋体"/>
          <w:sz w:val="28"/>
        </w:rPr>
        <w:t>(1)根据学校评估工作的安排，积极参加系部党建评估工作领导小组的工作安排，统一思想，提高认识，在评估整理材料的过程中让我认识到我校党建评估工作的重要性和紧迫性，深入理解评估的“以评促建，以评促改”的方针，认证完成工作任务确保评估工作的顺利进行。</w:t>
      </w:r>
    </w:p>
    <w:p>
      <w:pPr>
        <w:spacing w:before="100" w:after="200" w:line="360" w:lineRule="auto"/>
        <w:ind w:firstLine="576"/>
        <w:jc w:val="left"/>
      </w:pPr>
      <w:r>
        <w:rPr>
          <w:rFonts w:ascii="宋体" w:eastAsia="宋体" w:hAnsi="宋体"/>
          <w:sz w:val="28"/>
        </w:rPr>
        <w:t>(2)认真学习评估指标体系，准确理解指标内涵。按照学校的进度规划和任务分解表，进行了自查自评，找出了存在的问题，提出了整改方案，完成了系部的评估材料的整理，在每一阶段，都按时、按质、按量地完成了系党总支交给的任务。</w:t>
      </w:r>
    </w:p>
    <w:p>
      <w:pPr>
        <w:spacing w:before="100" w:after="200" w:line="360" w:lineRule="auto"/>
        <w:ind w:firstLine="576"/>
        <w:jc w:val="left"/>
      </w:pPr>
      <w:r>
        <w:rPr>
          <w:rFonts w:ascii="宋体" w:eastAsia="宋体" w:hAnsi="宋体"/>
          <w:sz w:val="28"/>
        </w:rPr>
        <w:t>2.实验室建设</w:t>
      </w:r>
    </w:p>
    <w:p>
      <w:pPr>
        <w:spacing w:before="100" w:after="200" w:line="360" w:lineRule="auto"/>
        <w:ind w:firstLine="576"/>
        <w:jc w:val="left"/>
      </w:pPr>
      <w:r>
        <w:rPr>
          <w:rFonts w:ascii="宋体" w:eastAsia="宋体" w:hAnsi="宋体"/>
          <w:sz w:val="28"/>
        </w:rPr>
        <w:t>(1)图文工作室、画室、影视动画工作室、计算机辅助实训室、展台搭建实训室等</w:t>
      </w:r>
    </w:p>
    <w:p>
      <w:pPr>
        <w:spacing w:before="100" w:after="200" w:line="360" w:lineRule="auto"/>
        <w:ind w:firstLine="576"/>
        <w:jc w:val="left"/>
      </w:pPr>
      <w:r>
        <w:rPr>
          <w:rFonts w:ascii="宋体" w:eastAsia="宋体" w:hAnsi="宋体"/>
          <w:sz w:val="28"/>
        </w:rPr>
        <w:t>在原有实训室的基础上又新增加了设备(电脑、桌椅、空调、投影仪等、展示构建)。使实训室功能得到了完善。</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(2)新建实验室。</w:t>
      </w:r>
    </w:p>
    <w:p>
      <w:pPr>
        <w:spacing w:before="100" w:after="200" w:line="360" w:lineRule="auto"/>
        <w:ind w:firstLine="576"/>
        <w:jc w:val="left"/>
      </w:pPr>
      <w:r>
        <w:rPr>
          <w:rFonts w:ascii="宋体" w:eastAsia="宋体" w:hAnsi="宋体"/>
          <w:sz w:val="28"/>
        </w:rPr>
        <w:t>一年来，随着学校经费的投入，学院积极进行实验室建设，保证了影视动画专业课实践教学的需要。xx年9月建立了和瑞影视动画校企合作培训基地、王芳工作室、北京欧尚装饰设计工作室。</w:t>
      </w:r>
    </w:p>
    <w:p>
      <w:pPr>
        <w:spacing w:before="100" w:after="200" w:line="360" w:lineRule="auto"/>
        <w:ind w:firstLine="576"/>
        <w:jc w:val="left"/>
      </w:pPr>
      <w:r>
        <w:rPr>
          <w:rFonts w:ascii="宋体" w:eastAsia="宋体" w:hAnsi="宋体"/>
          <w:sz w:val="28"/>
        </w:rPr>
        <w:t>3.教学工作</w:t>
      </w:r>
    </w:p>
    <w:p>
      <w:pPr>
        <w:spacing w:before="100" w:after="200" w:line="360" w:lineRule="auto"/>
        <w:ind w:firstLine="576"/>
        <w:jc w:val="left"/>
      </w:pPr>
      <w:r>
        <w:rPr>
          <w:rFonts w:ascii="宋体" w:eastAsia="宋体" w:hAnsi="宋体"/>
          <w:sz w:val="28"/>
        </w:rPr>
        <w:t>一年来，讲授了室内专题设计a、b、c、d、电脑效果表现、教学实训、生产实习、毕业实习平面设计软件等六门课程，共计490多学时。指导毕业实习和指导毕业设计10人。</w:t>
      </w:r>
    </w:p>
    <w:p>
      <w:pPr>
        <w:spacing w:before="100" w:after="200" w:line="360" w:lineRule="auto"/>
        <w:ind w:firstLine="576"/>
        <w:jc w:val="left"/>
      </w:pPr>
      <w:r>
        <w:rPr>
          <w:rFonts w:ascii="宋体" w:eastAsia="宋体" w:hAnsi="宋体"/>
          <w:sz w:val="28"/>
        </w:rPr>
        <w:t>积极参与装饰艺术设计专业的建设工作，针对企业的社会需求进行了深入的调研，了解企业的的人才需求情况，并结合我系的实际情况，通过教研室活动和教师们进行充分的酝酿讨论，制定了装饰专业xx级的人才培养方案、编制了实施性教学计划，并编写了课程标准。另还做了以下工作：</w:t>
      </w:r>
    </w:p>
    <w:p>
      <w:pPr>
        <w:spacing w:before="100" w:after="200" w:line="360" w:lineRule="auto"/>
        <w:ind w:firstLine="576"/>
        <w:jc w:val="left"/>
      </w:pPr>
      <w:r>
        <w:rPr>
          <w:rFonts w:ascii="宋体" w:eastAsia="宋体" w:hAnsi="宋体"/>
          <w:sz w:val="28"/>
        </w:rPr>
        <w:t>(1)深入院级课题装饰艺术设计专业生产性课程体系的建立的研究工作(预计明年结题)。</w:t>
      </w:r>
    </w:p>
    <w:p>
      <w:pPr>
        <w:spacing w:before="100" w:after="200" w:line="360" w:lineRule="auto"/>
        <w:ind w:firstLine="576"/>
        <w:jc w:val="left"/>
      </w:pPr>
      <w:r>
        <w:rPr>
          <w:rFonts w:ascii="宋体" w:eastAsia="宋体" w:hAnsi="宋体"/>
          <w:sz w:val="28"/>
        </w:rPr>
        <w:t>(2)积极参与学院教改课程的申报工作。</w:t>
      </w:r>
    </w:p>
    <w:p>
      <w:pPr>
        <w:spacing w:before="100" w:after="200" w:line="360" w:lineRule="auto"/>
        <w:ind w:firstLine="576"/>
        <w:jc w:val="left"/>
      </w:pPr>
      <w:r>
        <w:rPr>
          <w:rFonts w:ascii="宋体" w:eastAsia="宋体" w:hAnsi="宋体"/>
          <w:sz w:val="28"/>
        </w:rPr>
        <w:t>(3)参与学院教务处统一组织的项目化课程的培训课程学习。</w:t>
      </w:r>
    </w:p>
    <w:p>
      <w:pPr>
        <w:spacing w:before="100" w:after="200" w:line="360" w:lineRule="auto"/>
        <w:ind w:firstLine="576"/>
        <w:jc w:val="left"/>
      </w:pPr>
      <w:r>
        <w:rPr>
          <w:rFonts w:ascii="宋体" w:eastAsia="宋体" w:hAnsi="宋体"/>
          <w:sz w:val="28"/>
        </w:rPr>
        <w:t>(4)xx年9月拿到同济大学管理干部暨骨干教师高级研修班的结业证书。</w:t>
      </w:r>
    </w:p>
    <w:p>
      <w:pPr>
        <w:spacing w:before="100" w:after="200" w:line="360" w:lineRule="auto"/>
        <w:ind w:firstLine="576"/>
        <w:jc w:val="left"/>
      </w:pPr>
      <w:r>
        <w:rPr>
          <w:rFonts w:ascii="宋体" w:eastAsia="宋体" w:hAnsi="宋体"/>
          <w:sz w:val="28"/>
        </w:rPr>
        <w:t>4.其他工作</w:t>
      </w:r>
    </w:p>
    <w:p>
      <w:pPr>
        <w:spacing w:before="100" w:after="200" w:line="360" w:lineRule="auto"/>
        <w:ind w:firstLine="576"/>
        <w:jc w:val="left"/>
      </w:pPr>
      <w:r>
        <w:rPr>
          <w:rFonts w:ascii="宋体" w:eastAsia="宋体" w:hAnsi="宋体"/>
          <w:sz w:val="28"/>
        </w:rPr>
        <w:t>(2)参与健雄学院校史馆的策划工作</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(1、完成健雄学院校史馆的内部参展动线;2、校史馆及吴健雄纪念馆的功能平面布局;3、校史馆纪念品设计)。</w:t>
      </w:r>
    </w:p>
    <w:p>
      <w:pPr>
        <w:spacing w:before="100" w:after="200" w:line="360" w:lineRule="auto"/>
        <w:ind w:firstLine="576"/>
        <w:jc w:val="left"/>
      </w:pPr>
      <w:r>
        <w:rPr>
          <w:rFonts w:ascii="宋体" w:eastAsia="宋体" w:hAnsi="宋体"/>
          <w:sz w:val="28"/>
        </w:rPr>
        <w:t>(3)全国四、六级大学英语监考。</w:t>
      </w:r>
    </w:p>
    <w:p>
      <w:pPr>
        <w:spacing w:before="100" w:after="200" w:line="360" w:lineRule="auto"/>
        <w:ind w:firstLine="576"/>
        <w:jc w:val="left"/>
      </w:pPr>
      <w:r>
        <w:rPr>
          <w:rFonts w:ascii="宋体" w:eastAsia="宋体" w:hAnsi="宋体"/>
          <w:sz w:val="28"/>
        </w:rPr>
        <w:t>(4)太仓市工业展览馆建筑装璜、布展设计项目评标工作。</w:t>
      </w:r>
    </w:p>
    <w:p>
      <w:pPr>
        <w:spacing w:before="100" w:after="200" w:line="360" w:lineRule="auto"/>
        <w:jc w:val="left"/>
      </w:pPr>
      <w:r>
        <w:rPr>
          <w:rFonts w:ascii="宋体 (中文正文)" w:eastAsia="宋体" w:hAnsi="宋体 (中文正文)"/>
          <w:b/>
          <w:sz w:val="28"/>
        </w:rPr>
        <w:t>四、科研方面</w:t>
      </w:r>
    </w:p>
    <w:p>
      <w:pPr>
        <w:spacing w:before="100" w:after="200" w:line="360" w:lineRule="auto"/>
        <w:ind w:firstLine="576"/>
        <w:jc w:val="left"/>
      </w:pPr>
      <w:r>
        <w:rPr>
          <w:rFonts w:ascii="宋体" w:eastAsia="宋体" w:hAnsi="宋体"/>
          <w:sz w:val="28"/>
        </w:rPr>
        <w:t>1、参与《平面设计》项目化教改校本教材的编写工作(现已使用)。</w:t>
      </w:r>
    </w:p>
    <w:p>
      <w:pPr>
        <w:spacing w:before="100" w:after="200" w:line="360" w:lineRule="auto"/>
        <w:ind w:firstLine="576"/>
        <w:jc w:val="left"/>
      </w:pPr>
      <w:r>
        <w:rPr>
          <w:rFonts w:ascii="宋体" w:eastAsia="宋体" w:hAnsi="宋体"/>
          <w:sz w:val="28"/>
        </w:rPr>
        <w:t>2、获得第x届中国室内设计双年展优秀奖</w:t>
      </w:r>
    </w:p>
    <w:p>
      <w:pPr>
        <w:spacing w:before="100" w:after="200" w:line="360" w:lineRule="auto"/>
        <w:jc w:val="left"/>
      </w:pPr>
      <w:r>
        <w:rPr>
          <w:rFonts w:ascii="宋体 (中文正文)" w:eastAsia="宋体" w:hAnsi="宋体 (中文正文)"/>
          <w:b/>
          <w:sz w:val="28"/>
        </w:rPr>
        <w:t>五、存在的问题</w:t>
      </w:r>
    </w:p>
    <w:p>
      <w:pPr>
        <w:spacing w:before="100" w:after="200" w:line="360" w:lineRule="auto"/>
        <w:ind w:firstLine="576"/>
        <w:jc w:val="left"/>
      </w:pPr>
      <w:r>
        <w:rPr>
          <w:rFonts w:ascii="宋体" w:eastAsia="宋体" w:hAnsi="宋体"/>
          <w:sz w:val="28"/>
        </w:rPr>
        <w:t>1.政治理论学习不够，创新意识有待增强。</w:t>
      </w:r>
    </w:p>
    <w:p>
      <w:pPr>
        <w:spacing w:before="100" w:after="200" w:line="360" w:lineRule="auto"/>
        <w:ind w:firstLine="576"/>
        <w:jc w:val="left"/>
      </w:pPr>
      <w:r>
        <w:rPr>
          <w:rFonts w:ascii="宋体" w:eastAsia="宋体" w:hAnsi="宋体"/>
          <w:sz w:val="28"/>
        </w:rPr>
        <w:t>2.工作不太主动，学校、学院安排才去做。</w:t>
      </w:r>
    </w:p>
    <w:p>
      <w:pPr>
        <w:spacing w:before="100" w:after="200" w:line="360" w:lineRule="auto"/>
        <w:ind w:firstLine="576"/>
        <w:jc w:val="left"/>
      </w:pPr>
      <w:r>
        <w:rPr>
          <w:rFonts w:ascii="宋体" w:eastAsia="宋体" w:hAnsi="宋体"/>
          <w:sz w:val="28"/>
        </w:rPr>
        <w:t>3.教研、科研成果甚少。</w:t>
      </w:r>
    </w:p>
    <w:p>
      <w:pPr>
        <w:spacing w:before="100" w:after="200" w:line="360" w:lineRule="auto"/>
        <w:ind w:firstLine="576"/>
        <w:jc w:val="left"/>
      </w:pPr>
      <w:r>
        <w:rPr>
          <w:rFonts w:ascii="宋体" w:eastAsia="宋体" w:hAnsi="宋体"/>
          <w:sz w:val="28"/>
        </w:rPr>
        <w:t>最后，衷心感谢同志们三年来对我工作的支持。在新的一年里，我要更加勤奋工作，创新进取，为学校和学院的发展做出新的贡献!</w:t>
      </w:r>
    </w:p>
    <w:p>
      <w:pPr>
        <w:spacing w:before="100" w:after="200" w:line="360" w:lineRule="auto"/>
        <w:jc w:val="left"/>
      </w:pPr>
      <w:r>
        <w:rPr>
          <w:rFonts w:ascii="宋体 (中文正文)" w:eastAsia="宋体" w:hAnsi="宋体 (中文正文)"/>
          <w:sz w:val="28"/>
        </w:rPr>
        <w:t>尊敬的学校领导、尊敬的各位老师：</w:t>
      </w:r>
    </w:p>
    <w:p>
      <w:pPr>
        <w:spacing w:before="100" w:after="200" w:line="360" w:lineRule="auto"/>
        <w:ind w:firstLine="576"/>
        <w:jc w:val="left"/>
      </w:pPr>
      <w:r>
        <w:rPr>
          <w:rFonts w:ascii="宋体" w:eastAsia="宋体" w:hAnsi="宋体"/>
          <w:sz w:val="28"/>
        </w:rPr>
        <w:t>请允许我从课堂教学、课外活动、信息交流、已有成绩这四个方面回顾这一学年的工作情况。</w:t>
      </w:r>
    </w:p>
    <w:p>
      <w:pPr>
        <w:spacing w:before="100" w:after="200" w:line="360" w:lineRule="auto"/>
        <w:jc w:val="left"/>
      </w:pPr>
      <w:r>
        <w:rPr>
          <w:rFonts w:ascii="宋体 (中文正文)" w:eastAsia="宋体" w:hAnsi="宋体 (中文正文)"/>
          <w:b/>
          <w:sz w:val="28"/>
        </w:rPr>
        <w:t>一、课堂教学</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这一学年我教四年级八个班的科学课，每周两节课，每学期二十周教学时间，除去节假日和学校组织的大型活动，每学期实际教学时间约有十七周。上课之前，我会提早准备充足的实验材料和教学课件、视频资料等，严格执行学校的相关规定、制度，如不随意调换课，候课等。实验课我们一般都在专用的科学实验室（2）上课，实验教学中我要求学生先清楚怎样做实验，如何记录，然后分组实验或个人实验。非实验课我通常要学生先自己阅读课本和作业本上的图文资料，然后提一些问题，大家来讨论。我们每节课都有科学作业，我会及时批改，也要学生一一订正，并要他们自己阅读作业本中的“科学加油站”资料，还要留下笔记痕迹，等作业全部修改好、笔记做好了，我会在他们的作业本封面画一个五角星。</w:t>
      </w:r>
    </w:p>
    <w:p>
      <w:pPr>
        <w:spacing w:before="100" w:after="200" w:line="360" w:lineRule="auto"/>
        <w:jc w:val="left"/>
      </w:pPr>
      <w:r>
        <w:rPr>
          <w:rFonts w:ascii="宋体 (中文正文)" w:eastAsia="宋体" w:hAnsi="宋体 (中文正文)"/>
          <w:b/>
          <w:sz w:val="28"/>
        </w:rPr>
        <w:t>二、课外活动</w:t>
      </w:r>
    </w:p>
    <w:p>
      <w:pPr>
        <w:spacing w:before="100" w:after="200" w:line="360" w:lineRule="auto"/>
        <w:ind w:firstLine="576"/>
        <w:jc w:val="left"/>
      </w:pPr>
      <w:r>
        <w:rPr>
          <w:rFonts w:ascii="宋体" w:eastAsia="宋体" w:hAnsi="宋体"/>
          <w:sz w:val="28"/>
        </w:rPr>
        <w:t>我们的科学选修课在每周一二三下午第七八节课，这一学年我们一共开展了20周次课外活动，其中有9周次是生物园种植活动，四年级八个班的全班实践活动至少轮流了两次，另外，405班部分学生，经常在周日下午去照看生物园的植物，403班部分学生几乎每周一二三没事的时候都会跟我去生物园活动。我们活动的照片都放在我的空间相册和网易工作博客相册中，校网曾经以“小农庄大智慧深圳市石岩公学开设公共生活教育课程纪实”为题专门报道过我们的种植活动。</w:t>
      </w:r>
    </w:p>
    <w:p>
      <w:pPr>
        <w:spacing w:before="100" w:after="200" w:line="360" w:lineRule="auto"/>
        <w:jc w:val="left"/>
      </w:pPr>
      <w:r>
        <w:rPr>
          <w:rFonts w:ascii="宋体 (中文正文)" w:eastAsia="宋体" w:hAnsi="宋体 (中文正文)"/>
          <w:b/>
          <w:sz w:val="28"/>
        </w:rPr>
        <w:t>三、信息交流</w:t>
      </w:r>
    </w:p>
    <w:p>
      <w:pPr>
        <w:spacing w:before="100" w:after="200" w:line="360" w:lineRule="auto"/>
        <w:ind w:firstLine="576"/>
        <w:jc w:val="left"/>
      </w:pPr>
      <w:r>
        <w:rPr>
          <w:rFonts w:ascii="宋体" w:eastAsia="宋体" w:hAnsi="宋体"/>
          <w:sz w:val="28"/>
        </w:rPr>
        <w:t>为了方便、快捷、高效的交流和沟通，除了使用学校提供的校讯通之外，我还建立了：</w:t>
      </w:r>
    </w:p>
    <w:p>
      <w:pPr>
        <w:spacing w:before="100" w:after="200" w:line="360" w:lineRule="auto"/>
        <w:ind w:firstLine="576"/>
        <w:jc w:val="left"/>
      </w:pPr>
      <w:r>
        <w:rPr>
          <w:rFonts w:ascii="宋体" w:eastAsia="宋体" w:hAnsi="宋体"/>
          <w:sz w:val="28"/>
        </w:rPr>
        <w:t>一个网易工作博客，主要内容是科学探究活动资料和教学设计、科学测试题等，最醒目的是孩子们的科学探究活动照片：行走泰顺，小学科学老师张一平。</w:t>
      </w:r>
    </w:p>
    <w:p>
      <w:pPr>
        <w:spacing w:before="100" w:after="200" w:line="360" w:lineRule="auto"/>
        <w:ind w:firstLine="576"/>
        <w:jc w:val="left"/>
      </w:pPr>
      <w:r>
        <w:rPr>
          <w:rFonts w:ascii="宋体" w:eastAsia="宋体" w:hAnsi="宋体"/>
          <w:sz w:val="28"/>
        </w:rPr>
        <w:t>一个针对四年级学生家长的讨论组：孩子品性养成教育。</w:t>
      </w:r>
    </w:p>
    <w:p>
      <w:pPr>
        <w:spacing w:before="100" w:after="200" w:line="360" w:lineRule="auto"/>
        <w:jc w:val="left"/>
      </w:pPr>
      <w:r>
        <w:rPr>
          <w:rFonts w:ascii="宋体 (中文正文)" w:eastAsia="宋体" w:hAnsi="宋体 (中文正文)"/>
          <w:b/>
          <w:sz w:val="28"/>
        </w:rPr>
        <w:t>四、已有成绩</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1、20xx年11月在xx区第27届科技创新大赛中，我辅导的2人获二等奖，还有2人获三等奖。</w:t>
      </w:r>
    </w:p>
    <w:p>
      <w:pPr>
        <w:spacing w:before="100" w:after="200" w:line="360" w:lineRule="auto"/>
        <w:ind w:firstLine="576"/>
        <w:jc w:val="left"/>
      </w:pPr>
      <w:r>
        <w:rPr>
          <w:rFonts w:ascii="宋体" w:eastAsia="宋体" w:hAnsi="宋体"/>
          <w:sz w:val="28"/>
        </w:rPr>
        <w:t>2、20xx年八月至十二月，我辅导的学生有5份作品在《小探索者》和《少年发明与创造》（小学版）及《小学科学》中相继发表。我的一份科普作品也在20xx年10月期《少儿科技》中发表。</w:t>
      </w:r>
    </w:p>
    <w:p>
      <w:pPr>
        <w:spacing w:before="100" w:after="200" w:line="360" w:lineRule="auto"/>
        <w:ind w:firstLine="576"/>
        <w:jc w:val="left"/>
      </w:pPr>
      <w:r>
        <w:rPr>
          <w:rFonts w:ascii="宋体" w:eastAsia="宋体" w:hAnsi="宋体"/>
          <w:sz w:val="28"/>
        </w:rPr>
        <w:t>3、20xx年1月，我的一篇教学论文获得校级三等奖。</w:t>
      </w:r>
    </w:p>
    <w:p>
      <w:pPr>
        <w:spacing w:before="100" w:after="200" w:line="360" w:lineRule="auto"/>
        <w:ind w:firstLine="576"/>
        <w:jc w:val="left"/>
      </w:pPr>
      <w:r>
        <w:rPr>
          <w:rFonts w:ascii="宋体" w:eastAsia="宋体" w:hAnsi="宋体"/>
          <w:sz w:val="28"/>
        </w:rPr>
        <w:t>回顾过去这一学年，我认为自己必须在教学研究和家校沟通等方面要特别加强学习和改进！</w:t>
      </w:r>
    </w:p>
    <w:p>
      <w:pPr>
        <w:spacing w:before="100" w:after="200" w:line="360" w:lineRule="auto"/>
        <w:ind w:firstLine="576"/>
        <w:jc w:val="left"/>
      </w:pPr>
      <w:r>
        <w:rPr>
          <w:rFonts w:ascii="宋体" w:eastAsia="宋体" w:hAnsi="宋体"/>
          <w:sz w:val="28"/>
        </w:rPr>
        <w:t>本人xx，女，xx年x月怀着一颗终生献身教育事业的赤诚的心，来到xx市第二中学，开始了教育生涯。</w:t>
      </w:r>
    </w:p>
    <w:p>
      <w:pPr>
        <w:spacing w:before="100" w:after="200" w:line="360" w:lineRule="auto"/>
        <w:ind w:firstLine="576"/>
        <w:jc w:val="left"/>
      </w:pPr>
      <w:r>
        <w:rPr>
          <w:rFonts w:ascii="宋体" w:eastAsia="宋体" w:hAnsi="宋体"/>
          <w:sz w:val="28"/>
        </w:rPr>
        <w:t>xx年x月，评定为中学二级教师，到今年年底任期满4年，因各方面条件均符合申报中学一级教师的要求，特此提出申请，现述职如下：</w:t>
      </w:r>
    </w:p>
    <w:p>
      <w:pPr>
        <w:spacing w:before="100" w:after="200" w:line="360" w:lineRule="auto"/>
        <w:ind w:firstLine="576"/>
        <w:jc w:val="left"/>
      </w:pPr>
      <w:r>
        <w:rPr>
          <w:rFonts w:ascii="宋体" w:eastAsia="宋体" w:hAnsi="宋体"/>
          <w:sz w:val="28"/>
        </w:rPr>
        <w:t>任职期间，我始终把学校的教育工作，班级管理工作放置第一位，抱着“我是一颗螺丝钉，哪里需要哪里疟的质朴想法，听从学校安排，坚持作好班主任工作，在任职班主任的六年时间中不断的丰富自我，积攒经验，不畏辛苦，讲求方法，工作得到了学校，家长和学生的一致肯定。</w:t>
      </w:r>
    </w:p>
    <w:p>
      <w:pPr>
        <w:spacing w:before="100" w:after="200" w:line="360" w:lineRule="auto"/>
        <w:ind w:firstLine="576"/>
        <w:jc w:val="left"/>
      </w:pPr>
      <w:r>
        <w:rPr>
          <w:rFonts w:ascii="宋体" w:eastAsia="宋体" w:hAnsi="宋体"/>
          <w:sz w:val="28"/>
        </w:rPr>
        <w:t>在教育教学上，“上好每节课，课课有收获”是我最坚定的教育信念，讲求教学方法，学生学法，力求生动，形象，同时紧抓质量，送走的两届毕业生在高考中均取得了优异的成绩，得到了学校和学生的认可，去年被评为最受欢迎的教师。</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p>
    <w:p>
      <w:pPr>
        <w:spacing w:before="100" w:after="200" w:line="360" w:lineRule="auto"/>
        <w:ind w:firstLine="576"/>
        <w:jc w:val="left"/>
      </w:pPr>
      <w:r>
        <w:rPr>
          <w:rFonts w:ascii="宋体" w:eastAsia="宋体" w:hAnsi="宋体"/>
          <w:sz w:val="28"/>
        </w:rPr>
        <w:t>学无止境，教无止境。我的成长是源于二中给我的一个积极向上的环境，正如珠穆朗玛峰是诞生在青藏高原一般，也正因为我周围有着一大批的认真，负责，有着崇高教育理想的教师，教学团队，我才能在这几年有着长足的进步，在此深表感谢，同时请大家再次肯定我的工作，我将凭自己的勤奋和智慧，运用先进的教学手段在信息时代的教育大潮中大显身手，不断创造新的业绩。</w:t>
      </w:r>
    </w:p>
    <w:p>
      <w:pPr>
        <w:spacing w:before="100" w:after="200" w:line="360" w:lineRule="auto"/>
        <w:ind w:firstLine="576"/>
        <w:jc w:val="left"/>
      </w:pPr>
      <w:r>
        <w:rPr>
          <w:rFonts w:ascii="宋体" w:eastAsia="宋体" w:hAnsi="宋体"/>
          <w:sz w:val="28"/>
        </w:rPr>
        <w:t>本学年生物科组在教研处、教务处指导下开展了丰富多彩的生物教育教研活动，不折不扣贯彻学校意图，较好地完成了学校交给的任务，主要成绩有如下几个方面：</w:t>
      </w:r>
    </w:p>
    <w:p>
      <w:pPr>
        <w:spacing w:before="100" w:after="200" w:line="360" w:lineRule="auto"/>
        <w:jc w:val="left"/>
      </w:pPr>
      <w:r>
        <w:rPr>
          <w:rFonts w:ascii="宋体 (中文正文)" w:eastAsia="宋体" w:hAnsi="宋体 (中文正文)"/>
          <w:b/>
          <w:sz w:val="28"/>
        </w:rPr>
        <w:t>一、落实好学校的精细化管理，大力培养青年教师，成果显著</w:t>
      </w:r>
    </w:p>
    <w:p>
      <w:pPr>
        <w:spacing w:before="100" w:after="200" w:line="360" w:lineRule="auto"/>
        <w:ind w:firstLine="576"/>
        <w:jc w:val="left"/>
      </w:pPr>
      <w:r>
        <w:rPr>
          <w:rFonts w:ascii="宋体" w:eastAsia="宋体" w:hAnsi="宋体"/>
          <w:sz w:val="28"/>
        </w:rPr>
        <w:t>生物科组积极落实学校的精细化管理，注重对教学各个环节进行反思。本着学校大力培养青年教师的中心环节工作，切实有效地开展“大小推磨课”活动，特别是如何引导生物老师重视生物教材的合理高效利用。我组成员平时注重收集、制作课件，写教学反思，在多媒体信息技术应用方面较突出，撰写或发表论文有：(统计如下6项)</w:t>
      </w:r>
    </w:p>
    <w:p>
      <w:pPr>
        <w:spacing w:before="100" w:after="200" w:line="360" w:lineRule="auto"/>
        <w:ind w:firstLine="576"/>
        <w:jc w:val="left"/>
      </w:pPr>
      <w:r>
        <w:rPr>
          <w:rFonts w:ascii="宋体" w:eastAsia="宋体" w:hAnsi="宋体"/>
          <w:sz w:val="28"/>
        </w:rPr>
        <w:t>1.xx老师撰写教学文章《“生态系统的结构、功能与稳态的调节”复习指引》发表在《广东教育》20xx年第12期</w:t>
      </w:r>
    </w:p>
    <w:p>
      <w:pPr>
        <w:spacing w:before="100" w:after="200" w:line="360" w:lineRule="auto"/>
        <w:ind w:firstLine="576"/>
        <w:jc w:val="left"/>
      </w:pPr>
      <w:r>
        <w:rPr>
          <w:rFonts w:ascii="宋体" w:eastAsia="宋体" w:hAnsi="宋体"/>
          <w:sz w:val="28"/>
        </w:rPr>
        <w:t>2.xx老师教学论文《使用好高中生物学新教材的体会》发表于20xx年第8期《生物学教学》</w:t>
      </w:r>
    </w:p>
    <w:p>
      <w:pPr>
        <w:spacing w:before="100" w:after="200" w:line="360" w:lineRule="auto"/>
        <w:ind w:firstLine="576"/>
        <w:jc w:val="left"/>
      </w:pPr>
      <w:r>
        <w:rPr>
          <w:rFonts w:ascii="宋体" w:eastAsia="宋体" w:hAnsi="宋体"/>
          <w:sz w:val="28"/>
        </w:rPr>
        <w:t>3.xx老师教学论文《综合实践活动的学生评价方法探索》发表在《中学生物学》《20xx年第1期》，并获惠州市一等奖</w:t>
      </w:r>
    </w:p>
    <w:p>
      <w:pPr>
        <w:spacing w:before="100" w:after="200" w:line="360" w:lineRule="auto"/>
        <w:ind w:firstLine="576"/>
        <w:jc w:val="left"/>
      </w:pPr>
      <w:r>
        <w:rPr>
          <w:rFonts w:ascii="宋体" w:eastAsia="宋体" w:hAnsi="宋体"/>
          <w:sz w:val="28"/>
        </w:rPr>
        <w:t>4.20xx年县优质课比赛唐密波获县一等奖</w:t>
      </w:r>
    </w:p>
    <w:p>
      <w:pPr>
        <w:spacing w:before="100" w:after="200" w:line="360" w:lineRule="auto"/>
        <w:ind w:firstLine="576"/>
        <w:jc w:val="left"/>
      </w:pPr>
      <w:r>
        <w:rPr>
          <w:rFonts w:ascii="宋体" w:eastAsia="宋体" w:hAnsi="宋体"/>
          <w:sz w:val="28"/>
        </w:rPr>
        <w:t>5.20xx年xx老师参加市优质课比赛中获市一等奖</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6.在xxxx～xxxx学年市、县级教学比赛中，生物科组老师积极参加，在教学论文和教学设计评比活动中：获市一等奖有2人(xx)，市二等奖有4个(xx)，市三等奖有1个(xx);获县一等奖有3人，县二等奖有3个，县三等奖有4人。具体课题名称详见通报。</w:t>
      </w:r>
    </w:p>
    <w:p>
      <w:pPr>
        <w:spacing w:before="100" w:after="200" w:line="360" w:lineRule="auto"/>
        <w:ind w:firstLine="576"/>
        <w:jc w:val="left"/>
      </w:pPr>
      <w:r>
        <w:rPr>
          <w:rFonts w:ascii="宋体" w:eastAsia="宋体" w:hAnsi="宋体"/>
          <w:sz w:val="28"/>
        </w:rPr>
        <w:t>在惠东中学校园网学科建设方面，我带领全科组老师致力于科组建设，上传教学资料齐全，用于生物老师专业化成长学习资料。教学资源数据大小容量达4G之多。罗老师教学态度严谨，组织管理能力强，被评为学校“十佳班主任”。</w:t>
      </w:r>
    </w:p>
    <w:p>
      <w:pPr>
        <w:spacing w:before="100" w:after="200" w:line="360" w:lineRule="auto"/>
        <w:jc w:val="left"/>
      </w:pPr>
      <w:r>
        <w:rPr>
          <w:rFonts w:ascii="宋体 (中文正文)" w:eastAsia="宋体" w:hAnsi="宋体 (中文正文)"/>
          <w:b/>
          <w:sz w:val="28"/>
        </w:rPr>
        <w:t>二、教研活动扎扎实实，不走过场，课题研究有成果，积极组织搞好各项活动。</w:t>
      </w:r>
    </w:p>
    <w:p>
      <w:pPr>
        <w:spacing w:before="100" w:after="200" w:line="360" w:lineRule="auto"/>
        <w:ind w:firstLine="576"/>
        <w:jc w:val="left"/>
      </w:pPr>
      <w:r>
        <w:rPr>
          <w:rFonts w:ascii="宋体" w:eastAsia="宋体" w:hAnsi="宋体"/>
          <w:sz w:val="28"/>
        </w:rPr>
        <w:t>20xx年生物科组被评为市优秀生物教研组。本学期有两个课题结题，王团副校长省级课题《广东省惠东县高中生物学科学生学业评价现状的调查研究》;xx老师县级课题有《高中生物课堂教学有效提问的实践研究》已完成申报结题。一个市级课题通过中期检查。xx老师和xx老师分别在市、县立项课题各1个。</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在全市、县优质课比赛中，xx老师，均获一等奖;在学校青年教师优质课比赛中xx老师获校二等奖。无论是从课堂设计还是从教学过程来看，青年教师已逐步走向成熟。在教研处指导下，生物科组顺利完成教学楼前科组板报出版;10月29日下午梅州市东山中学生物科组一行19人前来我校开展学习交流活动中，金菲老师上了一节《细胞核，系统的控制中心》精彩展示课，得到与会代表的一致好评。我校王团副校长、刘艳军副校长、黄志塘主任、生物科组全体老师，参与接待工作。20xx年惠州市中学新任生物教师跟岗学习师徒培训在我校开展维持一周的培训活动，我校生物组老师对来自市一中、九中、博中等7位新任教师，态度严肃、端正，关心他们的成长，尽自己所能，毫无保留地教好教会;在思想、业务、工作态度等方面为新教师树立榜样。王团副校长任指导老师，王副校长、林静卿、李琳、罗天来、谢伟雄、金菲和杜金球老师分别上了1～4节的观摩课。生物组罗天来老师为前来培训22位新教师上了一节主题为《从一个男孩和一个苹果树的故事到我们行动起来》班会课。这种实实在在的教研活动使每位教师都受益匪浅。</w:t>
      </w:r>
    </w:p>
    <w:p>
      <w:pPr>
        <w:spacing w:before="100" w:after="200" w:line="360" w:lineRule="auto"/>
        <w:ind w:firstLine="576"/>
        <w:jc w:val="left"/>
      </w:pPr>
      <w:r>
        <w:rPr>
          <w:rFonts w:ascii="宋体" w:eastAsia="宋体" w:hAnsi="宋体"/>
          <w:sz w:val="28"/>
        </w:rPr>
        <w:t>在20xx年全国高中生物竞赛中，我校生物竞赛班学生取得喜人成绩，有10位学生进入复赛，名列市第2名，具体统计如下：xx获全国联赛二等奖名列市第2名、xx5名同学获全国三等奖;xx等7名同学获广东省联赛一等奖;还有多位同学获广东省联赛二、三等奖。</w:t>
      </w:r>
    </w:p>
    <w:p>
      <w:pPr>
        <w:spacing w:before="100" w:after="200" w:line="360" w:lineRule="auto"/>
        <w:ind w:firstLine="576"/>
        <w:jc w:val="left"/>
      </w:pPr>
      <w:r>
        <w:rPr>
          <w:rFonts w:ascii="宋体" w:eastAsia="宋体" w:hAnsi="宋体"/>
          <w:sz w:val="28"/>
        </w:rPr>
        <w:t>在20xx年第九届惠州市青少年科技创新大赛中，生物科组老师表现十分突出，xx老师均指导多位学生参加比赛，成绩显著，具体如下：xx老师指导学生参加惠州市科技创新大赛市级获奖有5项;崔世丽老师有2项;另外xx等老师指导的获县级有10项。</w:t>
      </w:r>
    </w:p>
    <w:p>
      <w:pPr>
        <w:spacing w:before="100" w:after="200" w:line="360" w:lineRule="auto"/>
        <w:ind w:firstLine="576"/>
        <w:jc w:val="left"/>
      </w:pPr>
      <w:r>
        <w:rPr>
          <w:rFonts w:ascii="宋体" w:eastAsia="宋体" w:hAnsi="宋体"/>
          <w:sz w:val="28"/>
        </w:rPr>
        <w:t>本学期组内教师至少完成一篇论文，许多老师积极参加省市县各种论文评比。其中，罗天来老师撰写教学文章《“生态系统的结构、功能与稳态的调节”复习指引》发表在《广东教育》20xx年第12期;谢伟雄老师教学论文《使用好高中生物学新教材的体会》发表于国家级期刊《生物学教学》20xx年第8期;金菲老师教学论文《综合实践活动的学生评价方法探索》发表在省级期刊《中学生物学》《20xx年第1期》，并获惠州市一等奖。结合课题研究《关于生物课堂教学中有效提问的研究》，编写了论文集《关于生物课堂教学中有效提问的研究》、生物教师校本培训教材《高中生物必修教材精选问题集》。</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总之，生物科组积极落实学校的精细化管理，依据学校工作要求走内涵发展之路，以“抓生物学科质量～促生物学科发展”的心态对待生物学教学工作，注重对教学各个环节进行反思。重点抓好课题研究、推磨课和教师业务培训等几个方面的工作。对学校的要求坚决贯彻，我组青年教师多，朝气蓬勃，成长较快，富有活力。</w:t>
      </w:r>
    </w:p>
    <w:p>
      <w:pPr>
        <w:spacing w:before="100" w:after="200" w:line="360" w:lineRule="auto"/>
        <w:ind w:firstLine="576"/>
        <w:jc w:val="left"/>
      </w:pPr>
      <w:r>
        <w:rPr>
          <w:rFonts w:ascii="宋体" w:eastAsia="宋体" w:hAnsi="宋体"/>
          <w:sz w:val="28"/>
        </w:rPr>
        <w:t>综上所述，我组工作是踏踏实实开展的，但距学校的要求还是有差距的。诸如：生物老师的课堂教学有效性必须进一步提升，严格要求每位老师利用课余时间多做高考试题多学习先进的生物教学策略来提升个人专业化素质;另外一个现实问题是要寻找提高我组老师专业化能力的措施。但是我们坚信有学校优秀教风大环境，我组老师会自觉自愿提升个人业务能力。</w:t>
      </w:r>
    </w:p>
    <w:p>
      <w:pPr>
        <w:spacing w:before="100" w:after="200" w:line="360" w:lineRule="auto"/>
        <w:jc w:val="left"/>
      </w:pPr>
      <w:r>
        <w:rPr>
          <w:rFonts w:ascii="宋体 (中文正文)" w:eastAsia="宋体" w:hAnsi="宋体 (中文正文)"/>
          <w:sz w:val="28"/>
        </w:rPr>
        <w:t>述职人：</w:t>
      </w:r>
    </w:p>
    <w:p>
      <w:pPr>
        <w:spacing w:before="100" w:after="200" w:line="360" w:lineRule="auto"/>
        <w:ind w:firstLine="576"/>
        <w:jc w:val="left"/>
      </w:pPr>
      <w:r>
        <w:rPr>
          <w:rFonts w:ascii="宋体" w:eastAsia="宋体" w:hAnsi="宋体"/>
          <w:sz w:val="28"/>
        </w:rPr>
        <w:t>20xx年xx月xx日</w:t>
      </w:r>
    </w:p>
    <w:p>
      <w:pPr>
        <w:spacing w:before="100" w:after="200" w:line="360" w:lineRule="auto"/>
        <w:ind w:firstLine="576"/>
        <w:jc w:val="left"/>
      </w:pPr>
      <w:r>
        <w:rPr>
          <w:rFonts w:ascii="宋体" w:eastAsia="宋体" w:hAnsi="宋体"/>
          <w:sz w:val="28"/>
        </w:rPr>
        <w:t>做一名优秀的教师是我人生追求的目标，怀着对教育事业的憧憬与向往， xx年毕业于湘南学院，同时也真正成为了一名光荣的人民教师。在小学教育这块育人的热土上，书本是我的老师，孩子是我工作的原动力。为了丰富自身的专业知识和素养，在工作期间我不断地学习，xx年暑假我到华中师范大学参加了小学语文骨干教师培训，xx年下期我参加了国培，湖南省中小学班主任培训，并获得了“优秀学员”的称号。“爱”就是我愿意和能够付出的全部，我把对教育事业的执着与热情洒在了小学教育事业的每一寸土地上。在工作期间，我一直都担任着数学、语文、音乐各方面的教学工作。</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https://d.book118.com/158052017112006046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58052017112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