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初中教学教研工作计划</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初中教学教研工作计划 篇1</w:t>
      </w:r>
      <w:r>
        <w:rPr>
          <w:lang w:eastAsia="zh-CN"/>
        </w:rPr>
        <w:br/>
      </w:r>
      <w:r>
        <w:rPr>
          <w:lang w:eastAsia="zh-CN"/>
        </w:rPr>
        <w:t>　　一、指导思想：</w:t>
      </w:r>
      <w:r>
        <w:rPr>
          <w:lang w:eastAsia="zh-CN"/>
        </w:rPr>
        <w:br/>
      </w:r>
      <w:r>
        <w:rPr>
          <w:lang w:eastAsia="zh-CN"/>
        </w:rPr>
        <w:t>　　认真学习和领会学校新学期的工作计划，本学期我们理化生教研组工作，将认真执行学校和教研组教学计划，开展教学研究，紧紧围绕提高课堂教学效率这个中心，狠抓教学常规的落实，并继续参加各科新课程标准、新教材的学习和培训，达到转变教育观念，改变教学方式，而且进一步加强课题研究，全面提高教师素质，努力提高本组各学科的教学质量。总之我们将立足于课堂教学，务实求真，开拓进取地将理化生教研、教改、培训等工作做好，作出成效来。使教研活动服务于学校、服务于每位教师、服务于课堂的基本理念。</w:t>
      </w:r>
      <w:r>
        <w:rPr>
          <w:lang w:eastAsia="zh-CN"/>
        </w:rPr>
        <w:br/>
      </w:r>
      <w:r>
        <w:rPr>
          <w:lang w:eastAsia="zh-CN"/>
        </w:rPr>
        <w:t>　　二、基本情况：</w:t>
      </w:r>
      <w:r>
        <w:rPr>
          <w:lang w:eastAsia="zh-CN"/>
        </w:rPr>
        <w:br/>
      </w:r>
      <w:r>
        <w:rPr>
          <w:lang w:eastAsia="zh-CN"/>
        </w:rPr>
        <w:t>　　本学期理化组教师共有14人，本组教师起点较高，在大环境的影响下，教师们对教研活动的开展有了较高的认识，自觉性、主动性均较高，活动的开展得以较好的落实。</w:t>
      </w:r>
      <w:r>
        <w:rPr>
          <w:lang w:eastAsia="zh-CN"/>
        </w:rPr>
        <w:br/>
      </w:r>
      <w:r>
        <w:rPr>
          <w:lang w:eastAsia="zh-CN"/>
        </w:rPr>
        <w:t>　　三、工作目标：</w:t>
      </w:r>
      <w:r>
        <w:rPr>
          <w:lang w:eastAsia="zh-CN"/>
        </w:rPr>
        <w:br/>
      </w:r>
      <w:r>
        <w:rPr>
          <w:lang w:eastAsia="zh-CN"/>
        </w:rPr>
        <w:t>　　1、继续深入新基础理论，强化创新意识，争取在观念和实际行动上有质的突破。</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2、注重教学常规的管理，关注“家常课”、“随堂课”研究，强化组内教师的质量意识，并配合教导处做好各项检查工作，且及时做好反馈工作。</w:t>
      </w:r>
      <w:r>
        <w:rPr>
          <w:lang w:eastAsia="zh-CN"/>
        </w:rPr>
        <w:br/>
      </w:r>
      <w:r>
        <w:rPr>
          <w:lang w:eastAsia="zh-CN"/>
        </w:rPr>
        <w:t>　　3、加强教研组和备课组的建设。着力教研级建设“四个一”（学习一篇文章；说、听、评一节课、探讨课题的一个方面；抓住后继工作的一个重点）。明确备课组长的职责，规范备课组备课研讨要求。增强凝聚力和团队精神，并认真搞好主题教研活动，真正起到一定的促进作用。</w:t>
      </w:r>
      <w:r>
        <w:rPr>
          <w:lang w:eastAsia="zh-CN"/>
        </w:rPr>
        <w:br/>
      </w:r>
      <w:r>
        <w:rPr>
          <w:lang w:eastAsia="zh-CN"/>
        </w:rPr>
        <w:t>　　4、继续开展优化教学设计，优化课堂教学活动，开展部分学科的竞赛活动，努力提高课堂教学质量。</w:t>
      </w:r>
      <w:r>
        <w:rPr>
          <w:lang w:eastAsia="zh-CN"/>
        </w:rPr>
        <w:br/>
      </w:r>
      <w:r>
        <w:rPr>
          <w:lang w:eastAsia="zh-CN"/>
        </w:rPr>
        <w:t>　　5、关注学科前沿信息，追踪改革热点，紧紧围绕中考发展的新形势和要求，制定出详细的复习计划，搞好初三年级的每一次阶段性测试工作和质量分析，排查教学薄弱环节，寻找出有效的弥补措施。继续做好教导处关于新一轮教研组的课题研究。</w:t>
      </w:r>
      <w:r>
        <w:rPr>
          <w:lang w:eastAsia="zh-CN"/>
        </w:rPr>
        <w:br/>
      </w:r>
      <w:r>
        <w:rPr>
          <w:lang w:eastAsia="zh-CN"/>
        </w:rPr>
        <w:t>　　四、具体措施：</w:t>
      </w:r>
      <w:r>
        <w:rPr>
          <w:lang w:eastAsia="zh-CN"/>
        </w:rPr>
        <w:br/>
      </w:r>
      <w:r>
        <w:rPr>
          <w:lang w:eastAsia="zh-CN"/>
        </w:rPr>
        <w:t>　　1、继续学习新课改的相关内容，努力领会其精神，深刻理解“与时俱进”在教学上的涵义。本着“让每一位学生都得到发展、让每一位学生的潜能都得到程度发挥”的思想，改变传统的教学模式，大胆进行讨论、探究等活动，努力体现学生的.学习主体性，使学生能主动学习，学得轻松、高效。并且与学生在人格上保持平等，用商量、探讨的形式组织教学，多与学生作情感上的交流，充分挖掘学生的非智力因素，努力将之转变为智力因素。</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2、立足四十分钟效益。课堂是提高教育教学质量的主阵地，要切实达到减负增效的目的，教师必须更认真地备课，突出重点，想方设法突破难点，充分考虑，精心选题，为四十分钟效益提供坚实的保障。期中、期末制定具体的复习计划，并认真按计划进行系统的复习、系统的讲解。对期中、期末和每一次阶段测试，各备课组认真做好命题、阅卷工作，并作好质量分析和试卷分析情况。理化生都有较多的实验，教师要尽一切可能改变演示实验的形式以增强并充分发挥演示实验的作用，从学生感兴趣的内容出发，努力保持学习的兴趣。对学生的作业，要认真批阅，只要布置的作业都要做到全批全改，要么就少而精地布置，并及时要求学生加以订正，对学生中错误较多的问题，教师必须加以分析，并作相应的巩固。对所订辅助材料，一定要用并且要用好，起到其应有的作用。</w:t>
      </w:r>
      <w:r>
        <w:rPr>
          <w:lang w:eastAsia="zh-CN"/>
        </w:rPr>
        <w:br/>
      </w:r>
      <w:r>
        <w:rPr>
          <w:lang w:eastAsia="zh-CN"/>
        </w:rPr>
        <w:t>　　3、认真对待每一次的月考出卷工作，避免无效试题。学校请有关专家来校听、看、聊，重点检查无效教学行为、无效作业布置、无效考试试题，总结共性问题，切实减轻学生过重的课业负担，做到“减轻不减效”。</w:t>
      </w:r>
      <w:r>
        <w:rPr>
          <w:lang w:eastAsia="zh-CN"/>
        </w:rPr>
        <w:br/>
      </w:r>
      <w:r>
        <w:rPr>
          <w:lang w:eastAsia="zh-CN"/>
        </w:rPr>
        <w:t>　　4、坚持做好以下几项常规性重点工作：</w:t>
      </w:r>
      <w:r>
        <w:rPr>
          <w:lang w:eastAsia="zh-CN"/>
        </w:rPr>
        <w:br/>
      </w:r>
      <w:r>
        <w:rPr>
          <w:lang w:eastAsia="zh-CN"/>
        </w:rPr>
        <w:t>　　（1）落实本学期教师的组内公开课，并做好听课及课后组内相互之间评课。鼓励教师积极报名参加区教研室组织的课堂教学展评活动和校际间的交流活动，充分展示组内教师崭新的教学理念和良好的精神面貌。</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（2）开展针对解决教学实际问题的教学科研，要求每位教师撰写至少一篇学习体会方面的论文或案例，积极参加校级或更高级别的教研成果的评选，真正做到在教学中科研，在科研中教学。</w:t>
      </w:r>
      <w:r>
        <w:rPr>
          <w:lang w:eastAsia="zh-CN"/>
        </w:rPr>
        <w:br/>
      </w:r>
      <w:r>
        <w:rPr>
          <w:lang w:eastAsia="zh-CN"/>
        </w:rPr>
        <w:t>　　（3）做好月考教学质量监控。尽量采用背靠背的命题方式，进一步提高教师分析、把握教材和自行命题的能力与水平。以高度的责任意识和质量意识，做好月考命题工作、阅卷工作、质量分析工作等等，切实起到一定的作用。</w:t>
      </w:r>
      <w:r>
        <w:rPr>
          <w:lang w:eastAsia="zh-CN"/>
        </w:rPr>
        <w:br/>
      </w:r>
      <w:r>
        <w:rPr>
          <w:lang w:eastAsia="zh-CN"/>
        </w:rPr>
        <w:t>　　（4）落实好提优补差工作。教师工作要做到位，对于学习上有余力的学生，要维持他们学习的兴趣，提升他们的思维、综合分析能力，等等，能在区级竞赛中获得名次。针对学习较困难的学生，教师要付出极大的爱心，要耐心细致地加以辅导，以幅度提高及格率。</w:t>
      </w:r>
      <w:r>
        <w:rPr>
          <w:lang w:eastAsia="zh-CN"/>
        </w:rPr>
        <w:br/>
      </w:r>
      <w:r>
        <w:rPr>
          <w:lang w:eastAsia="zh-CN"/>
        </w:rPr>
        <w:t>　　本学期初三理化要参加期终定位考，初二物理学生是起始年级如何使学生养成良好学习习惯十分重要，教学任务相当重，希望我们组的老师能团结一心，努力奋斗，再创辉煌！　　初中教学教研工作计划 篇2</w:t>
      </w:r>
      <w:r>
        <w:rPr>
          <w:lang w:eastAsia="zh-CN"/>
        </w:rPr>
        <w:br/>
      </w:r>
      <w:r>
        <w:rPr>
          <w:lang w:eastAsia="zh-CN"/>
        </w:rPr>
        <w:t>　　一、指导思想</w:t>
      </w:r>
      <w:r>
        <w:rPr>
          <w:lang w:eastAsia="zh-CN"/>
        </w:rPr>
        <w:br/>
      </w:r>
      <w:r>
        <w:rPr>
          <w:lang w:eastAsia="zh-CN"/>
        </w:rPr>
        <w:t>　　1.全面贯彻党的教育方针，积极推进教学改革，坚持树立为教学服务的思想，各项活动的开展本着切实有效的原则。</w:t>
      </w:r>
      <w:r>
        <w:rPr>
          <w:lang w:eastAsia="zh-CN"/>
        </w:rPr>
        <w:br/>
      </w:r>
      <w:r>
        <w:rPr>
          <w:lang w:eastAsia="zh-CN"/>
        </w:rPr>
        <w:t>　　2.以实施素质教育为突破口，结合教研组特点，充分发挥学科组在学校教学管理制度中的作用，通过活动的开展来调动教师的积极性，形成较浓厚的教学氛围。</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3.积极贯彻上级教育部门的教学改革意图，认真学习课改方案和课程标准，努力探索教学方法创新,提高课堂教学效率。</w:t>
      </w:r>
      <w:r>
        <w:rPr>
          <w:lang w:eastAsia="zh-CN"/>
        </w:rPr>
        <w:br/>
      </w:r>
      <w:r>
        <w:rPr>
          <w:lang w:eastAsia="zh-CN"/>
        </w:rPr>
        <w:t>　　4、以远程教育资源运用、网络教研为平台，扎实推进新课程改革。</w:t>
      </w:r>
      <w:r>
        <w:rPr>
          <w:lang w:eastAsia="zh-CN"/>
        </w:rPr>
        <w:br/>
      </w:r>
      <w:r>
        <w:rPr>
          <w:lang w:eastAsia="zh-CN"/>
        </w:rPr>
        <w:t>　　二、工作目标：</w:t>
      </w:r>
      <w:r>
        <w:rPr>
          <w:lang w:eastAsia="zh-CN"/>
        </w:rPr>
        <w:br/>
      </w:r>
      <w:r>
        <w:rPr>
          <w:lang w:eastAsia="zh-CN"/>
        </w:rPr>
        <w:t>　　根据教研组工作量大的特点，积极探索组内教师自主、合作、科学专业发展的途径，加强引导，营造氛围，全员参与,强化落实，抓好课堂教学，规范教学科研，提高教学效率，使提高学校的教学质量的目标能真正落到实处，为学校的发展做出积极的努力与探索。</w:t>
      </w:r>
      <w:r>
        <w:rPr>
          <w:lang w:eastAsia="zh-CN"/>
        </w:rPr>
        <w:br/>
      </w:r>
      <w:r>
        <w:rPr>
          <w:lang w:eastAsia="zh-CN"/>
        </w:rPr>
        <w:t>　　三、工作举措：</w:t>
      </w:r>
      <w:r>
        <w:rPr>
          <w:lang w:eastAsia="zh-CN"/>
        </w:rPr>
        <w:br/>
      </w:r>
      <w:r>
        <w:rPr>
          <w:lang w:eastAsia="zh-CN"/>
        </w:rPr>
        <w:t>　　(一)完善教科研制度，规范教学科研</w:t>
      </w:r>
      <w:r>
        <w:rPr>
          <w:lang w:eastAsia="zh-CN"/>
        </w:rPr>
        <w:br/>
      </w:r>
      <w:r>
        <w:rPr>
          <w:lang w:eastAsia="zh-CN"/>
        </w:rPr>
        <w:t>　　保证教研组内老师完成教导处规定的上课、听课任务，认真落实组内教师的公开课、研究课、示范课活动，积极参加集体评议以提高听课评课的质量，不断优化课堂教学结构，提高教师的业务水平。</w:t>
      </w:r>
      <w:r>
        <w:rPr>
          <w:lang w:eastAsia="zh-CN"/>
        </w:rPr>
        <w:br/>
      </w:r>
      <w:r>
        <w:rPr>
          <w:lang w:eastAsia="zh-CN"/>
        </w:rPr>
        <w:t>　　教者先说后讲再反思。反思要求有：反思成功之举;反思“败笔”之处;反思教学机智;反思学生的创新见解;反思再教设计。要求笔记反思评价全部登载于个人成长博客上。</w:t>
      </w:r>
      <w:r>
        <w:rPr>
          <w:lang w:eastAsia="zh-CN"/>
        </w:rPr>
        <w:br/>
      </w:r>
      <w:r>
        <w:rPr>
          <w:lang w:eastAsia="zh-CN"/>
        </w:rPr>
        <w:t>　　评者要做到：发现执教老师的一个亮点，找出执教老师的一个不足之处，提一条合理化建议。</w:t>
      </w:r>
      <w:r>
        <w:rPr>
          <w:lang w:eastAsia="zh-CN"/>
        </w:rPr>
        <w:br/>
      </w:r>
      <w:r>
        <w:rPr>
          <w:lang w:eastAsia="zh-CN"/>
        </w:rPr>
        <w:t>　　(二)加强常规管理，提升业务水平</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1、组织本教研组教师学习常规，进一步深入解读新课程标准，新课程教学法、新课程教学设计相关理论专著，加强理论与实践并重的观念，促使教师从观念到行动的彻底转变。</w:t>
      </w:r>
      <w:r>
        <w:rPr>
          <w:lang w:eastAsia="zh-CN"/>
        </w:rPr>
        <w:br/>
      </w:r>
      <w:r>
        <w:rPr>
          <w:lang w:eastAsia="zh-CN"/>
        </w:rPr>
        <w:t>　　2、以课堂为主阵地，合理、科学、有效地安排课堂，向课堂要质量，要成效，提高课堂单位时间的使用率。</w:t>
      </w:r>
      <w:r>
        <w:rPr>
          <w:lang w:eastAsia="zh-CN"/>
        </w:rPr>
        <w:br/>
      </w:r>
      <w:r>
        <w:rPr>
          <w:lang w:eastAsia="zh-CN"/>
        </w:rPr>
        <w:t>　　3、推行集体备课制度。强调教师之间的协调合作，资源共享，互相学习，共同成长。落实备课组每两周一次的集体备课(共8次)。每周周二下午七、八节课，备课组长按教学内容划分不同内容的主备课负责人，主备课人要提出备课内容的重难点分析，教法的组织和学法的指导，本单元检测评价和分析方案。备课组活动还要加强教师对习题的研究，做到教师通过做习题后再为学生精选出相应的习题，要研究中考的试题趋势。本学期各备课组要上交每人四份集体备课教案，集体备课做课后，写出相应的分析反思，集中上交。</w:t>
      </w:r>
      <w:r>
        <w:rPr>
          <w:lang w:eastAsia="zh-CN"/>
        </w:rPr>
        <w:br/>
      </w:r>
      <w:r>
        <w:rPr>
          <w:lang w:eastAsia="zh-CN"/>
        </w:rPr>
        <w:t>　　4.继续落实好“帮带工作”，组织本组教师学习掌握多媒体技术，以远程教育、网络教研为平台，夯实教师教学基本功，促进教师自身的成长。</w:t>
      </w:r>
      <w:r>
        <w:rPr>
          <w:lang w:eastAsia="zh-CN"/>
        </w:rPr>
        <w:br/>
      </w:r>
      <w:r>
        <w:rPr>
          <w:lang w:eastAsia="zh-CN"/>
        </w:rPr>
        <w:t>　　(三)落实教研职能，加强校本教研</w:t>
      </w:r>
      <w:r>
        <w:rPr>
          <w:lang w:eastAsia="zh-CN"/>
        </w:rPr>
        <w:br/>
      </w:r>
      <w:r>
        <w:rPr>
          <w:lang w:eastAsia="zh-CN"/>
        </w:rPr>
        <w:t>　　1、组织组内教师认真参加各级种类业务学习与培训。加大教研组的校本研训工作，提高教研组的教科研能力。</w:t>
      </w:r>
      <w:r>
        <w:rPr>
          <w:lang w:eastAsia="zh-CN"/>
        </w:rPr>
        <w:br/>
      </w:r>
      <w:r>
        <w:rPr>
          <w:lang w:eastAsia="zh-CN"/>
        </w:rPr>
        <w:t>　　2、组织好组内教师的听课评课活动。结合本学期每位老师的教学随堂公开课，组织教学研讨活动，围绕相应的课题，组织相应的公开课、随堂课，通过研讨、观摩、评议等形式，促本组教师共同提高。</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3、积极参加区级教研室及学区组织的.各类教研活动，掌握教学信息，研究新教法，提高教学水平。参加各类教育主管部门组织的论文评选活动，力求出几篇高质量的论文。</w:t>
      </w:r>
      <w:r>
        <w:rPr>
          <w:lang w:eastAsia="zh-CN"/>
        </w:rPr>
        <w:br/>
      </w:r>
      <w:r>
        <w:rPr>
          <w:lang w:eastAsia="zh-CN"/>
        </w:rPr>
        <w:t>　　(四)进行课题研究，提高教研质量。</w:t>
      </w:r>
      <w:r>
        <w:rPr>
          <w:lang w:eastAsia="zh-CN"/>
        </w:rPr>
        <w:br/>
      </w:r>
      <w:r>
        <w:rPr>
          <w:lang w:eastAsia="zh-CN"/>
        </w:rPr>
        <w:t>　　1、改变教研课研讨方式，尝试教研课一课多上，一课多评。倡导教师听课不仅仅是听，更是对教学的研讨，通过研讨反思，提高教学水平。</w:t>
      </w:r>
      <w:r>
        <w:rPr>
          <w:lang w:eastAsia="zh-CN"/>
        </w:rPr>
        <w:br/>
      </w:r>
      <w:r>
        <w:rPr>
          <w:lang w:eastAsia="zh-CN"/>
        </w:rPr>
        <w:t>　　2、尝试推行教科研工作的“四个一”。即备好一节优质教案，上好一堂优质课，写好一篇教学反思，写好一篇教学论文。</w:t>
      </w:r>
      <w:r>
        <w:rPr>
          <w:lang w:eastAsia="zh-CN"/>
        </w:rPr>
        <w:br/>
      </w:r>
      <w:r>
        <w:rPr>
          <w:lang w:eastAsia="zh-CN"/>
        </w:rPr>
        <w:t>　　3、抓好课题研讨，组织教师认真上好公开课、研究课及示范课。教研组每位成员要紧密结合课题研究，并根据自身的需要，确定学习重点，讲究学习方式，提高学习效率，努力做到：自觉学习理论，深入研究探索，认真总结经验，积极撰写论文，使理论学习落到实处，落实每人围绕课题主讲一节公开课。周次日期活动内容实施者备注1、29.1-9.4讨论制定教研工作计划，落实公开课、示范课老师名单和活动安排全组教师教师业务培训采用集中与分散相结合的方式。内容为网络教研、新课标培训、新课程教学法、教学设计培训、远程教育资源应用培训。听课评价反思、个人教学工作总结范文、经验交流也全部上网进入个人成长博客。39.7—9.11集体备课、定专题课题全组教师49.14—9.18</w:t>
      </w:r>
      <w:r>
        <w:rPr>
          <w:lang w:eastAsia="zh-CN"/>
        </w:rPr>
        <w:br/>
      </w:r>
      <w:r>
        <w:rPr>
          <w:lang w:eastAsia="zh-CN"/>
        </w:rPr>
        <w:t>　　1、墙报供稿(庆祝祖国六十周年，“弘扬和培育民族精神月”活动)</w:t>
      </w:r>
      <w:r>
        <w:rPr>
          <w:lang w:eastAsia="zh-CN"/>
        </w:rPr>
        <w:br/>
      </w:r>
      <w:r>
        <w:rPr>
          <w:lang w:eastAsia="zh-CN"/>
        </w:rPr>
        <w:t>　　2、七年级到唐山九中听教材分析会</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3、组织听课评课韩春艳59.28—10.2组织作文竞赛、爱祖国主题班会、演讲全组教师610.5—10.9放假710.12—10.16</w:t>
      </w:r>
      <w:r>
        <w:rPr>
          <w:lang w:eastAsia="zh-CN"/>
        </w:rPr>
        <w:br/>
      </w:r>
      <w:r>
        <w:rPr>
          <w:lang w:eastAsia="zh-CN"/>
        </w:rPr>
        <w:t>　　4、七年级到丰南银丰中学听课</w:t>
      </w:r>
      <w:r>
        <w:rPr>
          <w:lang w:eastAsia="zh-CN"/>
        </w:rPr>
        <w:br/>
      </w:r>
      <w:r>
        <w:rPr>
          <w:lang w:eastAsia="zh-CN"/>
        </w:rPr>
        <w:t>　　5、开展教科研活动，组织本组成员听课、评课。李建军810.19—10.23</w:t>
      </w:r>
      <w:r>
        <w:rPr>
          <w:lang w:eastAsia="zh-CN"/>
        </w:rPr>
        <w:br/>
      </w:r>
      <w:r>
        <w:rPr>
          <w:lang w:eastAsia="zh-CN"/>
        </w:rPr>
        <w:t>　　做好教案、作业自检工作。上交一篇优质教案。全组教师910.26—10.30开展教科研活动，组织本组成员听课、评课全组教师1011.2—11.6九年级教师研讨，开展校本教研活动写好一篇教学反思，把“教学反思”落到实处。全组教师1111.9—11.13期中检测1211.16—11.20卷面分析及教学经验交流1311.23—11.27说课七、八年级教师1411.30—12.4开展教科研活动，组织本组成员听课、评课全组教师1512.7—12.11</w:t>
      </w:r>
      <w:r>
        <w:rPr>
          <w:lang w:eastAsia="zh-CN"/>
        </w:rPr>
        <w:br/>
      </w:r>
      <w:r>
        <w:rPr>
          <w:lang w:eastAsia="zh-CN"/>
        </w:rPr>
        <w:t>　　尖子生的培养、后进的转化等工作情况检查。组织学生开展语文读书活动。全组教师1612.14—12.18九年级研讨观摩。九年级教师1712.21—12.25落实好“走出去，请进来”听课活动。组织参加校外的教研活动全组教师1812.28—1.1七、八年级说课，九年级教师讨论复习全组教师191.4—1.8</w:t>
      </w:r>
      <w:r>
        <w:rPr>
          <w:lang w:eastAsia="zh-CN"/>
        </w:rPr>
        <w:br/>
      </w:r>
      <w:r>
        <w:rPr>
          <w:lang w:eastAsia="zh-CN"/>
        </w:rPr>
        <w:t>　　6、八年级自由看随《教师教学用书所附带的碟。全组教师201.11-1.15开展复习课交流研讨韩春艳211.18-1.22组织好七、八年级期末复习工作，制定期末复习计划。开展复习课交流研讨全组教师211.25-1.29收集整理各项档案资料上交学期工作小结。全组教师</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四、教研活动安排:</w:t>
      </w:r>
      <w:r>
        <w:rPr>
          <w:lang w:eastAsia="zh-CN"/>
        </w:rPr>
        <w:br/>
      </w:r>
      <w:r>
        <w:rPr>
          <w:lang w:eastAsia="zh-CN"/>
        </w:rPr>
        <w:t>　　九月份：</w:t>
      </w:r>
      <w:r>
        <w:rPr>
          <w:lang w:eastAsia="zh-CN"/>
        </w:rPr>
        <w:br/>
      </w:r>
      <w:r>
        <w:rPr>
          <w:lang w:eastAsia="zh-CN"/>
        </w:rPr>
        <w:t>　　1、讨论制定教研工作计划，落实公开课、示范课老师名单和活动安排。</w:t>
      </w:r>
      <w:r>
        <w:rPr>
          <w:lang w:eastAsia="zh-CN"/>
        </w:rPr>
        <w:br/>
      </w:r>
      <w:r>
        <w:rPr>
          <w:lang w:eastAsia="zh-CN"/>
        </w:rPr>
        <w:t>　　2、集体备课、定专题课题组织本组教师认真研究本组校本教研专题并做好具体分工安排。</w:t>
      </w:r>
      <w:r>
        <w:rPr>
          <w:lang w:eastAsia="zh-CN"/>
        </w:rPr>
        <w:br/>
      </w:r>
      <w:r>
        <w:rPr>
          <w:lang w:eastAsia="zh-CN"/>
        </w:rPr>
        <w:t>　　3、墙报供稿。</w:t>
      </w:r>
      <w:r>
        <w:rPr>
          <w:lang w:eastAsia="zh-CN"/>
        </w:rPr>
        <w:br/>
      </w:r>
      <w:r>
        <w:rPr>
          <w:lang w:eastAsia="zh-CN"/>
        </w:rPr>
        <w:t>　　十月份：</w:t>
      </w:r>
      <w:r>
        <w:rPr>
          <w:lang w:eastAsia="zh-CN"/>
        </w:rPr>
        <w:br/>
      </w:r>
      <w:r>
        <w:rPr>
          <w:lang w:eastAsia="zh-CN"/>
        </w:rPr>
        <w:t>　　1、区级教研室听课</w:t>
      </w:r>
      <w:r>
        <w:rPr>
          <w:lang w:eastAsia="zh-CN"/>
        </w:rPr>
        <w:br/>
      </w:r>
      <w:r>
        <w:rPr>
          <w:lang w:eastAsia="zh-CN"/>
        </w:rPr>
        <w:t>　　2、做好教案、作业自检工作。</w:t>
      </w:r>
      <w:r>
        <w:rPr>
          <w:lang w:eastAsia="zh-CN"/>
        </w:rPr>
        <w:br/>
      </w:r>
      <w:r>
        <w:rPr>
          <w:lang w:eastAsia="zh-CN"/>
        </w:rPr>
        <w:t>　　3、全组动员，精心准备本月份教案评比。</w:t>
      </w:r>
      <w:r>
        <w:rPr>
          <w:lang w:eastAsia="zh-CN"/>
        </w:rPr>
        <w:br/>
      </w:r>
      <w:r>
        <w:rPr>
          <w:lang w:eastAsia="zh-CN"/>
        </w:rPr>
        <w:t>　　4、开展教科研活动，组织本组成员听课、评课。</w:t>
      </w:r>
      <w:r>
        <w:rPr>
          <w:lang w:eastAsia="zh-CN"/>
        </w:rPr>
        <w:br/>
      </w:r>
      <w:r>
        <w:rPr>
          <w:lang w:eastAsia="zh-CN"/>
        </w:rPr>
        <w:t>　　十一月份：</w:t>
      </w:r>
      <w:r>
        <w:rPr>
          <w:lang w:eastAsia="zh-CN"/>
        </w:rPr>
        <w:br/>
      </w:r>
      <w:r>
        <w:rPr>
          <w:lang w:eastAsia="zh-CN"/>
        </w:rPr>
        <w:t>　　1、做好教案、作业自检工作。上交一篇优质教案。</w:t>
      </w:r>
      <w:r>
        <w:rPr>
          <w:lang w:eastAsia="zh-CN"/>
        </w:rPr>
        <w:br/>
      </w:r>
      <w:r>
        <w:rPr>
          <w:lang w:eastAsia="zh-CN"/>
        </w:rPr>
        <w:t>　　2、开展教科研活动，组织本组成员听课、评课</w:t>
      </w:r>
      <w:r>
        <w:rPr>
          <w:lang w:eastAsia="zh-CN"/>
        </w:rPr>
        <w:br/>
      </w:r>
      <w:r>
        <w:rPr>
          <w:lang w:eastAsia="zh-CN"/>
        </w:rPr>
        <w:t>　　3、开展校本教研活动，写好一篇教学反思，把“教学反思”落到实处。</w:t>
      </w:r>
      <w:r>
        <w:rPr>
          <w:lang w:eastAsia="zh-CN"/>
        </w:rPr>
        <w:br/>
      </w:r>
      <w:r>
        <w:rPr>
          <w:lang w:eastAsia="zh-CN"/>
        </w:rPr>
        <w:t>　　4、期中检测</w:t>
      </w:r>
      <w:r>
        <w:rPr>
          <w:lang w:eastAsia="zh-CN"/>
        </w:rPr>
        <w:br/>
      </w:r>
      <w:r>
        <w:rPr>
          <w:lang w:eastAsia="zh-CN"/>
        </w:rPr>
        <w:t>　　5、卷面分析及教学经验交流</w:t>
      </w:r>
      <w:r>
        <w:rPr>
          <w:lang w:eastAsia="zh-CN"/>
        </w:rPr>
        <w:br/>
      </w:r>
      <w:r>
        <w:rPr>
          <w:lang w:eastAsia="zh-CN"/>
        </w:rPr>
        <w:t>　　十二月份：</w:t>
      </w:r>
      <w:r>
        <w:rPr>
          <w:lang w:eastAsia="zh-CN"/>
        </w:rPr>
        <w:br/>
      </w:r>
      <w:r>
        <w:rPr>
          <w:lang w:eastAsia="zh-CN"/>
        </w:rPr>
        <w:t>　　1、九年级研讨观摩</w:t>
      </w:r>
      <w:r>
        <w:rPr>
          <w:lang w:eastAsia="zh-CN"/>
        </w:rPr>
        <w:br/>
      </w:r>
      <w:r>
        <w:rPr>
          <w:lang w:eastAsia="zh-CN"/>
        </w:rPr>
        <w:t>　　2、开展教科研活动，组织本组成员听课、评课</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3、组织学生开展语文读书活动。</w:t>
      </w:r>
      <w:r>
        <w:rPr>
          <w:lang w:eastAsia="zh-CN"/>
        </w:rPr>
        <w:br/>
      </w:r>
      <w:r>
        <w:rPr>
          <w:lang w:eastAsia="zh-CN"/>
        </w:rPr>
        <w:t>　　4、进行一次校本研修活动。</w:t>
      </w:r>
      <w:r>
        <w:rPr>
          <w:lang w:eastAsia="zh-CN"/>
        </w:rPr>
        <w:br/>
      </w:r>
      <w:r>
        <w:rPr>
          <w:lang w:eastAsia="zh-CN"/>
        </w:rPr>
        <w:t>　　5、落实好“走出去，请进来”听课活动。组织参加校外的教研活动</w:t>
      </w:r>
      <w:r>
        <w:rPr>
          <w:lang w:eastAsia="zh-CN"/>
        </w:rPr>
        <w:br/>
      </w:r>
      <w:r>
        <w:rPr>
          <w:lang w:eastAsia="zh-CN"/>
        </w:rPr>
        <w:t>　　一月份：</w:t>
      </w:r>
      <w:r>
        <w:rPr>
          <w:lang w:eastAsia="zh-CN"/>
        </w:rPr>
        <w:br/>
      </w:r>
      <w:r>
        <w:rPr>
          <w:lang w:eastAsia="zh-CN"/>
        </w:rPr>
        <w:t>　　1、写好一篇教学论文</w:t>
      </w:r>
      <w:r>
        <w:rPr>
          <w:lang w:eastAsia="zh-CN"/>
        </w:rPr>
        <w:br/>
      </w:r>
      <w:r>
        <w:rPr>
          <w:lang w:eastAsia="zh-CN"/>
        </w:rPr>
        <w:t>　　2、做好期末复习工作，制定期末复习计划。</w:t>
      </w:r>
      <w:r>
        <w:rPr>
          <w:lang w:eastAsia="zh-CN"/>
        </w:rPr>
        <w:br/>
      </w:r>
      <w:r>
        <w:rPr>
          <w:lang w:eastAsia="zh-CN"/>
        </w:rPr>
        <w:t>　　3、复习课交流研讨</w:t>
      </w:r>
      <w:r>
        <w:rPr>
          <w:lang w:eastAsia="zh-CN"/>
        </w:rPr>
        <w:br/>
      </w:r>
      <w:r>
        <w:rPr>
          <w:lang w:eastAsia="zh-CN"/>
        </w:rPr>
        <w:t>　　4、整理各项档案资料上交学期工作小结。　　初中教学教研工作计划 篇3</w:t>
      </w:r>
      <w:r>
        <w:rPr>
          <w:lang w:eastAsia="zh-CN"/>
        </w:rPr>
        <w:br/>
      </w:r>
      <w:r>
        <w:rPr>
          <w:lang w:eastAsia="zh-CN"/>
        </w:rPr>
        <w:t>　　一、指导思想</w:t>
      </w:r>
      <w:r>
        <w:rPr>
          <w:lang w:eastAsia="zh-CN"/>
        </w:rPr>
        <w:br/>
      </w:r>
      <w:r>
        <w:rPr>
          <w:lang w:eastAsia="zh-CN"/>
        </w:rPr>
        <w:t>　　在素质教育、新课程理念的大背景下，深入落实科学发展观，进一步提高教育教学质量，着眼于学校、教师、学生的共同发展，在学校总体教学工作思路和计划的'指导下，发扬生物组优良传统和优势，本学年将努力落实以下各项工作任务，更好地加强教研组、备课组建设。</w:t>
      </w:r>
      <w:r>
        <w:rPr>
          <w:lang w:eastAsia="zh-CN"/>
        </w:rPr>
        <w:br/>
      </w:r>
      <w:r>
        <w:rPr>
          <w:lang w:eastAsia="zh-CN"/>
        </w:rPr>
        <w:t>　　二、主要工作</w:t>
      </w:r>
      <w:r>
        <w:rPr>
          <w:lang w:eastAsia="zh-CN"/>
        </w:rPr>
        <w:br/>
      </w:r>
      <w:r>
        <w:rPr>
          <w:lang w:eastAsia="zh-CN"/>
        </w:rPr>
        <w:t>　　（一）、教研组建设方面：</w:t>
      </w:r>
      <w:r>
        <w:rPr>
          <w:lang w:eastAsia="zh-CN"/>
        </w:rPr>
        <w:br/>
      </w:r>
      <w:r>
        <w:rPr>
          <w:lang w:eastAsia="zh-CN"/>
        </w:rPr>
        <w:t>　　1．深入学习课改理论，积极实施课改实践。</w:t>
      </w:r>
      <w:r>
        <w:rPr>
          <w:lang w:eastAsia="zh-CN"/>
        </w:rPr>
        <w:br/>
      </w:r>
      <w:r>
        <w:rPr>
          <w:lang w:eastAsia="zh-CN"/>
        </w:rPr>
        <w:t>　　①．以七、八年级新教材为“切入点”，强化理论学习和教学实践。</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②．充分发挥教研组的作用，把先进理念学习和教学实践有机的结合起来，做到以学促研，以研促教，真正实现教学质量的全面提升。</w:t>
      </w:r>
      <w:r>
        <w:rPr>
          <w:lang w:eastAsia="zh-CN"/>
        </w:rPr>
        <w:br/>
      </w:r>
      <w:r>
        <w:rPr>
          <w:lang w:eastAsia="zh-CN"/>
        </w:rPr>
        <w:t>　　2.强化教学过程，转变学习方式，提高课堂效率。配合教务处抓好五关：</w:t>
      </w:r>
      <w:r>
        <w:rPr>
          <w:lang w:eastAsia="zh-CN"/>
        </w:rPr>
        <w:br/>
      </w:r>
      <w:r>
        <w:rPr>
          <w:lang w:eastAsia="zh-CN"/>
        </w:rPr>
        <w:t>　　⑴备课关：(电子教案、手写)要体现课改理念，提倡写教后反思，及时修改和完善教学过程，重视经验总结与积累。</w:t>
      </w:r>
      <w:r>
        <w:rPr>
          <w:lang w:eastAsia="zh-CN"/>
        </w:rPr>
        <w:br/>
      </w:r>
      <w:r>
        <w:rPr>
          <w:lang w:eastAsia="zh-CN"/>
        </w:rPr>
        <w:t>　　⑵上课关：认真上好每节课，向45分钟要质量，力争在教法、学法上有创新。</w:t>
      </w:r>
      <w:r>
        <w:rPr>
          <w:lang w:eastAsia="zh-CN"/>
        </w:rPr>
        <w:br/>
      </w:r>
      <w:r>
        <w:rPr>
          <w:lang w:eastAsia="zh-CN"/>
        </w:rPr>
        <w:t>　　⑶作业关：课后习题及练习册及时批改，有针对性辅导，据学生特点及时调整教学方法和进度。</w:t>
      </w:r>
      <w:r>
        <w:rPr>
          <w:lang w:eastAsia="zh-CN"/>
        </w:rPr>
        <w:br/>
      </w:r>
      <w:r>
        <w:rPr>
          <w:lang w:eastAsia="zh-CN"/>
        </w:rPr>
        <w:t>　　⑷复习关：加强知识整理与归类，注重知识检查与落实。</w:t>
      </w:r>
      <w:r>
        <w:rPr>
          <w:lang w:eastAsia="zh-CN"/>
        </w:rPr>
        <w:br/>
      </w:r>
      <w:r>
        <w:rPr>
          <w:lang w:eastAsia="zh-CN"/>
        </w:rPr>
        <w:t>　　⑸评价关：进行综合素质评价，以确保给学生一个公正、公平的机会。</w:t>
      </w:r>
      <w:r>
        <w:rPr>
          <w:lang w:eastAsia="zh-CN"/>
        </w:rPr>
        <w:br/>
      </w:r>
      <w:r>
        <w:rPr>
          <w:lang w:eastAsia="zh-CN"/>
        </w:rPr>
        <w:t>　　（二）、常规教学方面：</w:t>
      </w:r>
      <w:r>
        <w:rPr>
          <w:lang w:eastAsia="zh-CN"/>
        </w:rPr>
        <w:br/>
      </w:r>
      <w:r>
        <w:rPr>
          <w:lang w:eastAsia="zh-CN"/>
        </w:rPr>
        <w:t>　　1．加强教研组建设：认真执行组内教研制度，双周三第1节课为生物教研时间，做到每次教研活动有专题、有内容、有过程、有记载、有实效。</w:t>
      </w:r>
      <w:r>
        <w:rPr>
          <w:lang w:eastAsia="zh-CN"/>
        </w:rPr>
        <w:br/>
      </w:r>
      <w:r>
        <w:rPr>
          <w:lang w:eastAsia="zh-CN"/>
        </w:rPr>
        <w:t>　　2．教研组加强集体备课：共同分析教材，研究教法，探讨疑难问题，由备课组长牵头，定时间定内容，对下一阶段教学做到有的放矢，把握重点突破难点.</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3．积极开展听评课活动，每位教师平均每周听至少一节课，大力提倡组内，校内随堂听课。兴“听课，评课”之风，使每位教师都能快速进步，提高教学水平。</w:t>
      </w:r>
      <w:r>
        <w:rPr>
          <w:lang w:eastAsia="zh-CN"/>
        </w:rPr>
        <w:br/>
      </w:r>
      <w:r>
        <w:rPr>
          <w:lang w:eastAsia="zh-CN"/>
        </w:rPr>
        <w:t>　　4．合理整合远教资源，做到资源共享，每月进行一次网上教研。鼓励教师自制教学课件，撰写电子教案，以进一步丰富充实我组网页的内容。</w:t>
      </w:r>
      <w:r>
        <w:rPr>
          <w:lang w:eastAsia="zh-CN"/>
        </w:rPr>
        <w:br/>
      </w:r>
      <w:r>
        <w:rPr>
          <w:lang w:eastAsia="zh-CN"/>
        </w:rPr>
        <w:t>　　（三）、教研组专题研究。</w:t>
      </w:r>
      <w:r>
        <w:rPr>
          <w:lang w:eastAsia="zh-CN"/>
        </w:rPr>
        <w:br/>
      </w:r>
      <w:r>
        <w:rPr>
          <w:lang w:eastAsia="zh-CN"/>
        </w:rPr>
        <w:t>　　七年级课题（生物教学中如何有效开展小组合作学习）八年级课题（生物教学中自主学习模式探讨）九年级课题（提高初中生物中考复习的有效性探讨）　　初中教学教研工作计划 篇4</w:t>
      </w:r>
      <w:r>
        <w:rPr>
          <w:lang w:eastAsia="zh-CN"/>
        </w:rPr>
        <w:br/>
      </w:r>
      <w:r>
        <w:rPr>
          <w:lang w:eastAsia="zh-CN"/>
        </w:rPr>
        <w:t>　　以《__市第二中学关于加强教学管理全面提高教学质量的意见》为理论指导，以《__市第二中学教学规范意见》为实践操手，贯彻落实“抓住重点、突破难点，提炼要点、化解疑点、扣准考点”行动纲领和“三讲三不讲”的指导方针，优化“三环六步”教学模式，定中变，变中达，直抵核心素养，全面提高教学水平。</w:t>
      </w:r>
      <w:r>
        <w:rPr>
          <w:lang w:eastAsia="zh-CN"/>
        </w:rPr>
        <w:br/>
      </w:r>
      <w:r>
        <w:rPr>
          <w:lang w:eastAsia="zh-CN"/>
        </w:rPr>
        <w:t>　　1、科学把握和处理好知识、能力与核心素养的关系。</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高考改革最终指向学生的核心素养，我们要紧扣时代变化，锻炼学生能力，培养核心素养。要突显知识的基础功能。落实“四个书签”、“艾宾浩斯遗忘曲线”等学习方法，把好“四清”关，做到“堂堂清”、“日日清”、“周周清”、“月月清”，匝实匝牢，融会贯通，能知善用。要强化能力的关键作用。精准理解知识、深刻把握内涵、科学运用规律，做到科学重组和构建，既注重基础知识，又培养综合能力。要捍卫素养的核心地位。要透过知识本身实现能力升华，实现潜力的发掘，不仅要教会学生概念、命题、理论等学科知识，更要教会知识背后的精神、价值、方法论、文化意义。要紧绕核心素养、紧扣核心素养。</w:t>
      </w:r>
      <w:r>
        <w:rPr>
          <w:lang w:eastAsia="zh-CN"/>
        </w:rPr>
        <w:br/>
      </w:r>
      <w:r>
        <w:rPr>
          <w:lang w:eastAsia="zh-CN"/>
        </w:rPr>
        <w:t>　　2、科学把握和处理好教材整合、教学设计和课堂教学的关系。</w:t>
      </w:r>
      <w:r>
        <w:rPr>
          <w:lang w:eastAsia="zh-CN"/>
        </w:rPr>
        <w:br/>
      </w:r>
      <w:r>
        <w:rPr>
          <w:lang w:eastAsia="zh-CN"/>
        </w:rPr>
        <w:t>　　科学的教材整合、精心的教学设计是高效课堂的关键。明确教材整合的方向标。要明晰整合方向。把握高考方向，理清考点与教材、学段目标与教材、学情与教材的关系，高远站位，整体把握，用当用、舍当舍，去粗取-精，有的放矢。要科学整合重组。打破界限，以学生发展为本，深入研读领会“大纲”精髓，根据学生的心理发展规律和特点调整教参给出的教学目标，构建必知点、必会点、规律点。突出教学设计的匠心质。要锤炼扎实的教学功底。以不变应万变，使教学设计独具匠心，具备不依赖辅助手段能够独当一面创新教学设计的能力，做到胸有成竹，游刃有余。要练就广阔的教学视野。发挥教研组优势，从集体智慧中汲取思路；发挥备课组优势，从相互借鉴中汲取灵感；发挥听巡课优势，从交流讨论中汲取营养。要打造独特的教学气场。同样的`导学案，有独特的构思；同样的课本教材，有独特的理念；同样的讲授课型，有独特的延展。彰显课堂教学的灵动体。优化“三环六步”课堂，深入推进课堂教学，依照“三环六步”标准，把握精髓，遵循而不拘泥，活用而不照搬，融入个性，出神入化。要深入浅出，化繁为简，化难为易，让学生能理解、好消化；要因材施教，挖亮点，树信心，让学生体验成功，收获快乐；要发挥小组作用，激发活力，积极互动，展示才力；要激情启趣，创设氛围，浓兴厚味。</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3、科学把握和处理好讲、练、考的关系。</w:t>
      </w:r>
      <w:r>
        <w:rPr>
          <w:lang w:eastAsia="zh-CN"/>
        </w:rPr>
        <w:br/>
      </w:r>
      <w:r>
        <w:rPr>
          <w:lang w:eastAsia="zh-CN"/>
        </w:rPr>
        <w:t>　　改变“讲重要，练次要，考随意”的教学现状，深入研讨“讲、练、考”的关系。要在“讲”上求精进。“讲”在重点的关键处，讲”在难点的突破口，“讲”在思维的提升处；讲得“精”、讲得“好”、讲得“有序”；讲出规律，讲出希望，讲出个人魅力。要在“练”上求发展。练基础，练重难点，练综合题型，融会贯通。练得分点，练要点，练易错点，练出能力和技能。要在“考”上求提升。堂堂考，考基础、考能力；常常考，考规律、考本质；阶段考，考技巧、考素养。让“讲、练、考”巧妙结合，在“讲”中体现方法技巧，在“练”中展示综合能力，在“考”中导向核心素养。</w:t>
      </w:r>
      <w:r>
        <w:rPr>
          <w:lang w:eastAsia="zh-CN"/>
        </w:rPr>
        <w:br/>
      </w:r>
      <w:r>
        <w:rPr>
          <w:lang w:eastAsia="zh-CN"/>
        </w:rPr>
        <w:t>　　4、科学把握和处理好教学研究、学生探究和实践运用的关系。</w:t>
      </w:r>
      <w:r>
        <w:rPr>
          <w:lang w:eastAsia="zh-CN"/>
        </w:rPr>
        <w:br/>
      </w:r>
      <w:r>
        <w:rPr>
          <w:lang w:eastAsia="zh-CN"/>
        </w:rPr>
        <w:t>　　高考越来越源于生活体验，高考题型也更贴近生活。教学研究要联系生活实际，学生探究要导向生活实践，在实践运用中检验所学所获。深化教学研究不停步。研究教材、研究学生现状，找到教学与实际生活的契合点、巧妙把生活实际引入教学，让教学接地气。要在研中思，思考融合，有自己的观点和主张；要研得深，深刻思考，形成个人特色，给学生积极影响。推进学生探究不拖沓。在自我探究中感悟生活，实践体验。要给平台，让学生探究有着落点；要给兴趣点，让学生探究有活力；要给生发点，让学生探究持久有效率。放手实践运用不盲目。实践是教学内容的运用，教学内容是检验实践的尺度，靠大数量积累，用所学检验，科学谋划，交流感悟，在生活体验中升华。</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5、科学把握和处理好教学评价、督导和反思的关系。</w:t>
      </w:r>
      <w:r>
        <w:rPr>
          <w:lang w:eastAsia="zh-CN"/>
        </w:rPr>
        <w:br/>
      </w:r>
      <w:r>
        <w:rPr>
          <w:lang w:eastAsia="zh-CN"/>
        </w:rPr>
        <w:t>　　评价要科学。紧跟高考形势，改变只重分数的考核现状，依据学生评价手册评价学生，依据学生表现评价老师。评价内容要新，动态监测，过程评估；评价角度要多，行为、情感、能力，多向评估；评价结果要公正，有实有据，透明公开。督导要质量。“三级听巡课”是指导性的监督，要发现特色，及时关注；发现热点，及时讨论；发现好坏点，及时肯定改正；要抓其要害、有的放矢、全面提升。反思要实效。反思是成功的保证、是胜利的法宝。个人反思，深刻有效；学科反思，全面实效。在反思中查找问题点、差距点；在反思中寻根，寻法。解决问题，总结提升。　　初中教学教研工作计划 篇5</w:t>
      </w:r>
      <w:r>
        <w:rPr>
          <w:lang w:eastAsia="zh-CN"/>
        </w:rPr>
        <w:br/>
      </w:r>
      <w:r>
        <w:rPr>
          <w:lang w:eastAsia="zh-CN"/>
        </w:rPr>
        <w:t>　　一、指导思想</w:t>
      </w:r>
      <w:r>
        <w:rPr>
          <w:lang w:eastAsia="zh-CN"/>
        </w:rPr>
        <w:br/>
      </w:r>
      <w:r>
        <w:rPr>
          <w:lang w:eastAsia="zh-CN"/>
        </w:rPr>
        <w:t>　　本学期，初中将根据集团办学理念和教研院下达的升学目标，落实集团“三五规划”和学校“质量提升年”计划，以制度管理为抓手，以课程改革为中心，以课堂教学为主线，以考试分析为依据，狠抓教育教学常规管理，强化常态教研，以九年级中考为突破口，全面提升初中教育教学质量。</w:t>
      </w:r>
      <w:r>
        <w:rPr>
          <w:lang w:eastAsia="zh-CN"/>
        </w:rPr>
        <w:br/>
      </w:r>
      <w:r>
        <w:rPr>
          <w:lang w:eastAsia="zh-CN"/>
        </w:rPr>
        <w:t>　　二、目标任务</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1、加大招生力度，提高办学规模。一是加大宣传力度，使家长和社会更加了解和信任阳光学校，让家长和学生成为阳光学校的代言人。二是做好服务和管理工作，使学生在学校有更好的生活和学习环境，让学生招得来，留得住。三是做好阶段对外招生策划和活动，扎实推进招生工作。</w:t>
      </w:r>
      <w:r>
        <w:rPr>
          <w:lang w:eastAsia="zh-CN"/>
        </w:rPr>
        <w:br/>
      </w:r>
      <w:r>
        <w:rPr>
          <w:lang w:eastAsia="zh-CN"/>
        </w:rPr>
        <w:t>　　2、加大教育教学常规管理，提高办学质量。一是抓制度落实，不断改善和健全教育教学制度，规范教育教学行为。二是加强质量监测、分析和措施改进，抓好七、八年级学科质量管理，力争语、数、英、物进入全市前三名，抓实九年级的全员学情分析和质量跟踪管理，确保20__年我校中考成绩进入全市前三名，升入一中人数达21人（应届班20人，复读班1人），二类高中人数达28人（应届班12人，复读班16人），普高上线人数347人（应届班75人，复读班272人）。三是加强公开课教研和课堂指导，以课堂为中心，以教研为推手，不断提升教师教学水平和教学质量。</w:t>
      </w:r>
      <w:r>
        <w:rPr>
          <w:lang w:eastAsia="zh-CN"/>
        </w:rPr>
        <w:br/>
      </w:r>
      <w:r>
        <w:rPr>
          <w:lang w:eastAsia="zh-CN"/>
        </w:rPr>
        <w:t>　　3、加强教师队伍建设，提高教师师德水准。一是加强师德师风建设，引领教师良好思想，二是开展教学教研活动，不断激发教师工作热情，三是加强青年教师和新教师的培养和骨干教师栽培，四是加强班主任思想和业务水平培训，不断提高班主任管理水平，并培养科任教师的班主任管理思想。</w:t>
      </w:r>
      <w:r>
        <w:rPr>
          <w:lang w:eastAsia="zh-CN"/>
        </w:rPr>
        <w:br/>
      </w:r>
      <w:r>
        <w:rPr>
          <w:lang w:eastAsia="zh-CN"/>
        </w:rPr>
        <w:t>　　三、具体工作</w:t>
      </w:r>
      <w:r>
        <w:rPr>
          <w:lang w:eastAsia="zh-CN"/>
        </w:rPr>
        <w:br/>
      </w:r>
      <w:r>
        <w:rPr>
          <w:lang w:eastAsia="zh-CN"/>
        </w:rPr>
        <w:t>　　（一）扩大办学规模：</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1）做好招生计划。一是招生分春季和秋季两个阶段，20__年__月__日前为第一阶段，春季招生主要是招插班生，目标30人，秋季为__月__日至__月__日，目标为230人；二是以学部校长为组长，设立四个招生小组，并由招生小组分领任务，再由各小组成员分领个人任务，目标到人，时间清晰。三是做好进校宣传和外呼工作。到四月中旬，我校就会组织宣传队伍到各小学，对六年级毕业生进行面对面的宏志班宣传，同时在初三分数出来后一个星期，在全市和下县进行初三复读班的集中宣传和招生。</w:t>
      </w:r>
      <w:r>
        <w:rPr>
          <w:lang w:eastAsia="zh-CN"/>
        </w:rPr>
        <w:br/>
      </w:r>
      <w:r>
        <w:rPr>
          <w:lang w:eastAsia="zh-CN"/>
        </w:rPr>
        <w:t>　　（2）加大招生宣传。一是学校与集团做好沟通，确定招生相关政策，并做好招生宣传视频，让全体教师通过学校公众号、朋友圈、家长群进行广泛宣传，让更多的人了解和关注凯里阳光学校。二是通过家长和学生进行宣传，这是最好也是最有信服度的代言人。三是通过一些活动进校宣传或者请家长到学校召开招生说明会，进行政策解读和学校推介。</w:t>
      </w:r>
      <w:r>
        <w:rPr>
          <w:lang w:eastAsia="zh-CN"/>
        </w:rPr>
        <w:br/>
      </w:r>
      <w:r>
        <w:rPr>
          <w:lang w:eastAsia="zh-CN"/>
        </w:rPr>
        <w:t>　　（3）做好管理和服务工作。招生的工作在平时，可谓金杯银杯不如家长的口碑。要让家长和社会认可并选择我们学校，就必须做好管理细节和服务，做好吃住用学一站式服务。我们要加大管理和服务意识，提高食堂质量和宿舍管理，让学生在学校住得舒心，吃得放心，学得安心。</w:t>
      </w:r>
      <w:r>
        <w:rPr>
          <w:lang w:eastAsia="zh-CN"/>
        </w:rPr>
        <w:br/>
      </w:r>
      <w:r>
        <w:rPr>
          <w:lang w:eastAsia="zh-CN"/>
        </w:rPr>
        <w:t>　　（二）提高办学水平和质量：</w:t>
      </w:r>
      <w:r>
        <w:rPr>
          <w:lang w:eastAsia="zh-CN"/>
        </w:rPr>
        <w:br/>
      </w:r>
      <w:r>
        <w:rPr>
          <w:lang w:eastAsia="zh-CN"/>
        </w:rPr>
        <w:t>　　1、提高德育管理</w:t>
      </w:r>
      <w:r>
        <w:rPr>
          <w:lang w:eastAsia="zh-CN"/>
        </w:rPr>
        <w:br/>
      </w:r>
      <w:r>
        <w:rPr>
          <w:lang w:eastAsia="zh-CN"/>
        </w:rPr>
        <w:t>　　我校德育工作要与学生日常学习与生活相关联，以“做好自己，走向美好生活”为目标，抓好行为习惯养成教育、理想教育、爱国教育、责任教育为重点的四项教育主题，争做“身心好、品德好、学习好”的新三好学生，对学生坚持“以生为本，以爱为本”的教育思想。</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各年级根据学生年龄、性格、认知、情感、行为等特点，确定不同的德育目标：七年级以规范日常行为，树立文明礼貌为重点；八年级以自律、自尊、自爱、自强为重点，养成高度的组织性、纪律性和上进心，九年级以树立远大梦想，学好知识，为人生奠基为重点。</w:t>
      </w:r>
      <w:r>
        <w:rPr>
          <w:lang w:eastAsia="zh-CN"/>
        </w:rPr>
        <w:br/>
      </w:r>
      <w:r>
        <w:rPr>
          <w:lang w:eastAsia="zh-CN"/>
        </w:rPr>
        <w:t>　　新学期要以德育为引领，以活动为载体，全面提高学生思想素质和行为，主要抓好以下几个方面工作：</w:t>
      </w:r>
      <w:r>
        <w:rPr>
          <w:lang w:eastAsia="zh-CN"/>
        </w:rPr>
        <w:br/>
      </w:r>
      <w:r>
        <w:rPr>
          <w:lang w:eastAsia="zh-CN"/>
        </w:rPr>
        <w:t>　　（1）不断完善德育管理制度，加强对德育工作的管理。一是充分认识以德育为首的重要性，树立以人为本、从人出发的德育理念，坚持以德治校，以德育人，要做好学生，先做好人，再做好学习，从教学向教育转变，这才是育人的健康途径。二是强调德育工作的责任制，建立制度落实和考核机制。根据德育工作规定，开展各项活动，要把德育工作贯穿于教育的全过程，落实到管理、课程、环境、活动、服务的各个环节上，充分发挥学科教学的德育功能，进一步确立全员、全方位、全过程的大德育观。对德育工作失职或不力的，将在各项评先评优中一票否决。</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2）不断提高班主任思想和业务水平，加强班主任队伍建设。一是坚持班主任周例会制度。通过班主任例会，学习先进班级和学生管理的理念和方法，分析班级管理中出现的各种问题和现象，研讨改进班级和学生工作的措施和策略，互相交流，取长补短，不断提升班主任的思想和业务水平，提高班级管理能力。二是进一步规范班主任常规工作。班主任工作要做到五个到位：出操到位、集会到位、管理到位、谈话到位、家联到位；要做到五个一：一人一目标、一天一夕会、一周一班会、一月一总结、一期一家长会。实现有目的、有过程、精细化的管理。</w:t>
      </w:r>
      <w:r>
        <w:rPr>
          <w:lang w:eastAsia="zh-CN"/>
        </w:rPr>
        <w:br/>
      </w:r>
      <w:r>
        <w:rPr>
          <w:lang w:eastAsia="zh-CN"/>
        </w:rPr>
        <w:t>　　（3）开展各种形式的德育实践活动，以活动为载体，在活动中育人。一是严抓日常规范教育。各班要通过制定班规，开展班会，学习《中学生日常行为规范》和《中学生守则》，从日常点滴做起，从身边小事抓起，每大周评比阳光学子。从开学第一天起，就狠抓日常行为教育，从本学期开始，开展“三好”创评活动，在家做个好孩子，在学校做个好学生，在社会做个好公民，做父母的好帮手，做同学的好伙伴，做自觉的好市民。二是开展每月每周主题活动。每月有主题，每周有活动，演讲、征文、红歌、观影、远足，开展系列行为习惯养成教育、理想教育、爱国教育、责任教育等活动，培养有理想、有道德、有责任、有情怀的阳光学子。三是开展纪念日和节日活动。不忘历史，缅怀先人，展望未来，让每一位学子传承中国文化，牢记历史过去，激励他们努力掌握现在，开创美好未来。四是加强学生青春期教育和心理教育。初中生正处于青春期，其身体的快速发育也带来心理的各种问题，如叛逆、早恋、容易消极和迷恋社会等，我们一方面要针对性地对学生进行青春期讲座和生理卫生讲座，一方面要摸排所有学生家庭和个人情况，对特殊家庭特殊学生要关心关注，对行为习惯差、思想开小差的学生要不断地给予帮教，实行包辅到人，从心理上疏导，从思想行为上指导，从学习上辅导，让学生顺利度过青春期。</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4）加强家校联系，实行家校共育。一是各班积极建立家长群，并定时不定时地把孩子在校情况发到家长群里，让家长及时了解自己孩子在学校的学习与生活情况，并相互沟通有无，共商孩子教育问题。二是成立家委会，让家长参与到学校的建设和发展中来。三是每学期都会举行家长会，让家长走进学校，走近老师和学生，到教室听课，到宿舍区观看孩子起居情况，到食堂体验生活，和老师近距离交流。通过不同方式的家校联系，使家校形成合力，共育孩子的未来。</w:t>
      </w:r>
      <w:r>
        <w:rPr>
          <w:lang w:eastAsia="zh-CN"/>
        </w:rPr>
        <w:br/>
      </w:r>
      <w:r>
        <w:rPr>
          <w:lang w:eastAsia="zh-CN"/>
        </w:rPr>
        <w:t>　　2、抓实教学工作</w:t>
      </w:r>
      <w:r>
        <w:rPr>
          <w:lang w:eastAsia="zh-CN"/>
        </w:rPr>
        <w:br/>
      </w:r>
      <w:r>
        <w:rPr>
          <w:lang w:eastAsia="zh-CN"/>
        </w:rPr>
        <w:t>　　教学工作是学校的中心工作，是学校的生命线。本学期，我们将深入教学第一线，以课堂为抓手，坚持课堂改革，提高教学质量，以教研为促进，不断提升教学水平和教学质量。</w:t>
      </w:r>
      <w:r>
        <w:rPr>
          <w:lang w:eastAsia="zh-CN"/>
        </w:rPr>
        <w:br/>
      </w:r>
    </w:p>
    <w:p w:rsidR="001B1F19" w14:textId="27C3F48A">
      <w:pPr>
        <w:rPr>
          <w:lang w:eastAsia="zh-CN"/>
        </w:rPr>
      </w:pPr>
      <w:r>
        <w:rPr>
          <w:lang w:eastAsia="zh-CN"/>
        </w:rPr>
        <w:t>　　（1）抓实教学常规，保障良好的教学秩序。一是明确教学备、教、辅、改、考、评、查七个环节，并落实在日常教学管理和考核之中。备课要超周备课，要钻研课标、教材、教法和学生，要坚持集体备课，形成个人主备——集体交流——个人复备的备课模式，积极践行集团的高效课堂模式，推行导学案。在导学案里要有目标、预习、讨论、展示、小结和当堂训练习题，实行三步走：导学预习，互动学习，因材达标，每个环节都有时间限定。上课要提前三分钟候课，课堂要以老师为主导，以学生为主体，以训练为主线，真正以学生为本，突出思路教学（老师要注重提问，要实行分层任务），老师讲的时间总共不要超过20分钟，让学生动起来，让学生学起来，让学生思考，让学生动手。作业要精编精选，适量适度，讲什么练什么，学什么练什么，不用成题现卷，不搞题海战术。限时作业，及时批改，及时讲解。同时，要布置分层作业，不同程度的学生要有不同的作业任务和要求。辅导要体现分层，实行培优辅差，要定时间、定内容、定地点和定人，要有阶段检测和目标达成。考试要实行严格命题、审题，交叉考试和阅卷，保证考试的公平公正，考后教务处要迅速统分，并做好数据分析，组织老师进行质量分析，找出问题，并找到有效的改进措施。月月要有考核和检查，并与工资挂钩。</w:t>
      </w:r>
      <w:r>
        <w:rPr>
          <w:lang w:eastAsia="zh-CN"/>
        </w:rPr>
        <w:br/>
      </w:r>
      <w:r>
        <w:rPr>
          <w:lang w:eastAsia="zh-CN"/>
        </w:rPr>
        <w:t>　　（2）深化教研和课堂改革，提升老师的教学水平。一是组织学习新课标、新教育理念和新教法，加强老师理论素养，更新教育观念，改进教学方式。二是开展听评课活动。领导带头听课，教研组长以上人员（含新老师）每学期要听二十节以上，老师要听十五节以上，同时开展新老师亮相课，青年老师研讨课，骨干老师示范课活动，有听就有评，一人讲课，大家受益，创造浓郁教研氛围。三是实行年轻老师和有经验的老师结对一带一活动，帮助青年老师快速成长。四是让老师加强学习，自我成长。</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https://d.book118.com/158126002055006042</w:t>
        </w:r>
      </w:hyperlink>
    </w:p>
    <w:p w:rsidR="001B1F19">
      <w:pPr>
        <w:rPr>
          <w:lang w:eastAsia="zh-CN"/>
        </w:rPr>
      </w:pPr>
    </w:p>
    <w:sectPr>
      <w:type w:val="nextPage"/>
      <w:pgSz w:w="11906" w:h="16838"/>
      <w:pgMar w:top="1440" w:right="1800" w:bottom="1440" w:left="1800" w:header="851" w:footer="992" w:gutter="0"/>
      <w:pgNumType w:start="2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58126002055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