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高一物理教学工作计划</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高一物理教学工作计划1</w:t>
      </w:r>
      <w:r>
        <w:rPr>
          <w:lang w:eastAsia="zh-CN"/>
        </w:rPr>
        <w:br/>
      </w:r>
      <w:r>
        <w:rPr>
          <w:lang w:eastAsia="zh-CN"/>
        </w:rPr>
        <w:t xml:space="preserve">    本学期本人任教高一1、2、9班的物理教学，共节9节课业量。根据上学期的期末质量检测成绩分析，学生基础普遍比较薄弱，对必修1内容掌握比较好的学生不多。学生基本知识点落实不够好，学习效果不明显。学生学习方法欠缺。故需在必修2教学中注重基础知识回顾。加强基础教学及学习方法的指导。学生对物理的兴趣不高，普遍认为物理难学，部分学生开始有排斥感。需引导学生改变思想认识，在教学中激发学生的兴趣，激发学生的学习积极性。 </w:t>
      </w:r>
      <w:r>
        <w:rPr>
          <w:lang w:eastAsia="zh-CN"/>
        </w:rPr>
        <w:br/>
      </w:r>
      <w:r>
        <w:rPr>
          <w:lang w:eastAsia="zh-CN"/>
        </w:rPr>
        <w:t>　　必修2是共同必修模块的第二部分，大部分内容是必修1模块的综合或运用。故对学生的基础要求比较高，在教学过程中不宜太难，要以新课程的理念转换教学的难度与重点。本学年的教学重点为在巩固必修1知识点的基础上进行必修2的教学。通过各种教学方法使学生掌握基本的'物理知识与物理规律，并能在解题中有所运用。在平时的练习，注重学业水平测试的要求来进行教学，具体计划计划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以规范、责任、细化为基础，一如既往的做好预习案，积极参与集体备课，集体教研，发挥集体的智慧，取长补短，整体提高。及时做好每次预习提纲和当堂检测的质量分析，并针对教学中存在的问题提出教学整改措施。多学习，多钻研，多听课，力争在大幅度提高自己的教育教学水平的同时，发挥好教学生力军的作用。</w:t>
      </w:r>
      <w:r>
        <w:rPr>
          <w:lang w:eastAsia="zh-CN"/>
        </w:rPr>
        <w:br/>
      </w:r>
      <w:r>
        <w:rPr>
          <w:lang w:eastAsia="zh-CN"/>
        </w:rPr>
        <w:t>　　2、使听课、评课常态化。认真学习教研组内公开课老师的课，并多进行组内相互听课，每周至少一次进行听课评课，以相互学习，相互借鉴，也可及时发现问题，及时调整。</w:t>
      </w:r>
      <w:r>
        <w:rPr>
          <w:lang w:eastAsia="zh-CN"/>
        </w:rPr>
        <w:br/>
      </w:r>
      <w:r>
        <w:rPr>
          <w:lang w:eastAsia="zh-CN"/>
        </w:rPr>
        <w:t>　　3、本学期仍然要放慢进度，教学内容方面，只安排完成必修二。由于大部分学生仍然基础薄弱，学习习惯仍然没有很好的养成，又没有分文理科，学生仍然需要应付九门课程，所以综合各方面情况，仍以放慢进度为宜，至于后续课程的按时、保质完成，再觅良策。</w:t>
      </w:r>
      <w:r>
        <w:rPr>
          <w:lang w:eastAsia="zh-CN"/>
        </w:rPr>
        <w:br/>
      </w:r>
      <w:r>
        <w:rPr>
          <w:lang w:eastAsia="zh-CN"/>
        </w:rPr>
        <w:t>　　4、为了达成目标和计划，本学期要真正做到降低难度，减少内容，加强训练，反复记忆，尤其在课堂上，要真正落实先学后教、精讲多练的原则。要提高上课和作业的效率。</w:t>
      </w:r>
      <w:r>
        <w:rPr>
          <w:lang w:eastAsia="zh-CN"/>
        </w:rPr>
        <w:br/>
      </w:r>
      <w:r>
        <w:rPr>
          <w:lang w:eastAsia="zh-CN"/>
        </w:rPr>
        <w:t>　　5、在学生管理上，一如既往的管细、管严，尤其关键学生、关键时段的管理。深入教室，深入学生，增加亲和力，多找学生谈心，从多方面给学生以鼓励和帮助。要在课上和课后都有一个较完整的反馈机制。比如上课即时进行反馈性的练习。作业有问题的学生要与之交流，从中了解问题所在，以便及时改进。对于学习有困难的学生要经常沟通。有必要时候要进行家访。</w:t>
      </w:r>
      <w:r>
        <w:rPr>
          <w:lang w:eastAsia="zh-CN"/>
        </w:rPr>
        <w:br/>
      </w:r>
      <w:r>
        <w:rPr>
          <w:lang w:eastAsia="zh-CN"/>
        </w:rPr>
        <w:t>　　6、尽量多做实验，多让学生做实验，激发学生兴趣，增加其感性认识，加深理解；</w:t>
      </w:r>
      <w:r>
        <w:rPr>
          <w:lang w:eastAsia="zh-CN"/>
        </w:rPr>
        <w:br/>
      </w:r>
      <w:r>
        <w:rPr>
          <w:lang w:eastAsia="zh-CN"/>
        </w:rPr>
        <w:t>　　7、根据上学期各班成绩情况，1、2班争取保持现有名次，力争优秀率，及格率再有提高，关注后进生培养，争取整体进步。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8、本学期计划多读教育教学理论，学习先进教学理念，多读多写，写好心得体会，努力提高自己教学水平。</w:t>
      </w:r>
      <w:r>
        <w:rPr>
          <w:lang w:eastAsia="zh-CN"/>
        </w:rPr>
        <w:br/>
      </w:r>
      <w:r>
        <w:rPr>
          <w:lang w:eastAsia="zh-CN"/>
        </w:rPr>
        <w:t>　　9、结合教育局星火计划，做好教学科研工作，认真学习有效教学的理论，在有效教学理念的指引下，结合学校情况、学生情况，以课堂为主阵地，积极参与各种教研活动，争取做到每月一课、每周一课，努力推出更多的精品课，积极参与教学反思，教有所思，思有所得。</w:t>
      </w:r>
      <w:r>
        <w:rPr>
          <w:lang w:eastAsia="zh-CN"/>
        </w:rPr>
        <w:br/>
      </w:r>
      <w:r>
        <w:rPr>
          <w:lang w:eastAsia="zh-CN"/>
        </w:rPr>
        <w:t>　　10、积极参与课标研究和高考研究工作，多渠道获得有关信息，积极研究课标、研究高考，正确把握教学方向，努力提高自身教学本领。高一物理教学工作计划2</w:t>
      </w:r>
      <w:r>
        <w:rPr>
          <w:lang w:eastAsia="zh-CN"/>
        </w:rPr>
        <w:br/>
      </w:r>
      <w:r>
        <w:rPr>
          <w:lang w:eastAsia="zh-CN"/>
        </w:rPr>
        <w:t xml:space="preserve">    高一物理教学反思 </w:t>
      </w:r>
      <w:r>
        <w:rPr>
          <w:lang w:eastAsia="zh-CN"/>
        </w:rPr>
        <w:br/>
      </w:r>
      <w:r>
        <w:rPr>
          <w:lang w:eastAsia="zh-CN"/>
        </w:rPr>
        <w:t>　　高一物理是高中物理学习的基础，但高一物理难学，这是人们的共识，高一物理难，难在梯度大，难在学生能力与高中物理教学要求的差距大。高中物理教师必须认真研究教材和学生，掌握初、高中物理教学的梯度，把握住初、高中物理教学的衔接，才能教好高一物理，使学生较顺利的完成高一物理学习任务。</w:t>
      </w:r>
      <w:r>
        <w:rPr>
          <w:lang w:eastAsia="zh-CN"/>
        </w:rPr>
        <w:br/>
      </w:r>
      <w:r>
        <w:rPr>
          <w:lang w:eastAsia="zh-CN"/>
        </w:rPr>
        <w:t>　　一、高中与初中物理教学的梯度</w:t>
      </w:r>
      <w:r>
        <w:rPr>
          <w:lang w:eastAsia="zh-CN"/>
        </w:rPr>
        <w:br/>
      </w:r>
      <w:r>
        <w:rPr>
          <w:lang w:eastAsia="zh-CN"/>
        </w:rPr>
        <w:t>　　1、初、高中物理教材的梯度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初中物理教学是以观察、实验为基础，教材内容多是简单的物理现象和结论，对物理概念和规律的定义与解释简单粗略，研究的问题大多是单一对象、单一过程、静态的简单问题，易于学生接受。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w:t>
      </w:r>
      <w:r>
        <w:rPr>
          <w:lang w:eastAsia="zh-CN"/>
        </w:rPr>
        <w:br/>
      </w:r>
      <w:r>
        <w:rPr>
          <w:lang w:eastAsia="zh-CN"/>
        </w:rPr>
        <w:t>　　2、初、高中物理思维能力的梯度</w:t>
      </w:r>
      <w:r>
        <w:rPr>
          <w:lang w:eastAsia="zh-CN"/>
        </w:rPr>
        <w:br/>
      </w:r>
      <w:r>
        <w:rPr>
          <w:lang w:eastAsia="zh-CN"/>
        </w:rPr>
        <w:t>　　初中物理教学以直观教学为主，知识的获得是建立在形</w:t>
      </w:r>
      <w:r>
        <w:rPr>
          <w:lang w:eastAsia="zh-CN"/>
        </w:rPr>
        <w:br/>
      </w:r>
      <w:r>
        <w:rPr>
          <w:lang w:eastAsia="zh-CN"/>
        </w:rPr>
        <w:t>　　象思维的基础之上；而高中，物理知识的获得是建立在抽象思维的基础之上，高中物理教学要求从形象思维过渡到抽象思维。在初中，物理规律大部分是由实验直接得出的，在高中，有些规律要经过推理得出，处理问题要较多地应用推理和判断，因此，对学生推理和判断能力的要求大大提高，高一学生难以适应。</w:t>
      </w:r>
      <w:r>
        <w:rPr>
          <w:lang w:eastAsia="zh-CN"/>
        </w:rPr>
        <w:br/>
      </w:r>
      <w:r>
        <w:rPr>
          <w:lang w:eastAsia="zh-CN"/>
        </w:rPr>
        <w:t>　　二、学生基础薄弱</w:t>
      </w:r>
      <w:r>
        <w:rPr>
          <w:lang w:eastAsia="zh-CN"/>
        </w:rPr>
        <w:br/>
      </w:r>
      <w:r>
        <w:rPr>
          <w:lang w:eastAsia="zh-CN"/>
        </w:rPr>
        <w:t>　　1、描述物理现象、表达物理概念和规律、解答物理问题时，文字表达能力差，不能较准确的使用物理语言。</w:t>
      </w:r>
      <w:r>
        <w:rPr>
          <w:lang w:eastAsia="zh-CN"/>
        </w:rPr>
        <w:br/>
      </w:r>
      <w:r>
        <w:rPr>
          <w:lang w:eastAsia="zh-CN"/>
        </w:rPr>
        <w:t>　　2、解题不规范、不严谨，缺乏条理和逻辑。</w:t>
      </w:r>
      <w:r>
        <w:rPr>
          <w:lang w:eastAsia="zh-CN"/>
        </w:rPr>
        <w:br/>
      </w:r>
      <w:r>
        <w:rPr>
          <w:lang w:eastAsia="zh-CN"/>
        </w:rPr>
        <w:t>　　3、数学运算和推理能力太差，必备的数学知识如函数、方程、平面几何等掌握不好，给学习物理造成很大障碍。</w:t>
      </w:r>
      <w:r>
        <w:rPr>
          <w:lang w:eastAsia="zh-CN"/>
        </w:rPr>
        <w:br/>
      </w:r>
      <w:r>
        <w:rPr>
          <w:lang w:eastAsia="zh-CN"/>
        </w:rPr>
        <w:t>　　三、学生学习方法与学习习惯不适应高中物理教学要求。</w:t>
      </w:r>
      <w:r>
        <w:rPr>
          <w:lang w:eastAsia="zh-CN"/>
        </w:rPr>
        <w:br/>
      </w:r>
      <w:r>
        <w:rPr>
          <w:lang w:eastAsia="zh-CN"/>
        </w:rPr>
        <w:t>　　由于初中物理内容少，问题简单，课堂上规律概念含义讲述少，讲解例题和练习多，课后学生只要背背概念、背背公式，考试就没问题。养成教师讲什么，学生听什么；考试考什么，学生练什么，学生紧跟教师转的学习习惯。课前不预习，课后不复习，不会读书思考，只能死记硬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而高中物理内容多，难度大，课堂密度高，各部分知识相关联，有的.学生仍采用初中的那一套方法对待高中的物理学习，结果是学了一大堆公式，虽然背得很熟，但一用起</w:t>
      </w:r>
      <w:r>
        <w:rPr>
          <w:lang w:eastAsia="zh-CN"/>
        </w:rPr>
        <w:br/>
      </w:r>
      <w:r>
        <w:rPr>
          <w:lang w:eastAsia="zh-CN"/>
        </w:rPr>
        <w:t>　　来，就不知从何下手，还有学生因为没有养成预习的习惯，每次上物理课，都觉得听不大明白。由于每堂课容量很大，知识很多，而学生又没预习，因此上课时，学生只是光记笔记，不能跟着老师的思路走，不能及时地理解老师讲的内容。这样就使学生感到物理难懂，从心理上造成对物理的恐惧。</w:t>
      </w:r>
      <w:r>
        <w:rPr>
          <w:lang w:eastAsia="zh-CN"/>
        </w:rPr>
        <w:br/>
      </w:r>
      <w:r>
        <w:rPr>
          <w:lang w:eastAsia="zh-CN"/>
        </w:rPr>
        <w:t>　　四、如何搞好初、高中物理教学的衔接。</w:t>
      </w:r>
      <w:r>
        <w:rPr>
          <w:lang w:eastAsia="zh-CN"/>
        </w:rPr>
        <w:br/>
      </w:r>
      <w:r>
        <w:rPr>
          <w:lang w:eastAsia="zh-CN"/>
        </w:rPr>
        <w:t>　　1、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r>
        <w:rPr>
          <w:lang w:eastAsia="zh-CN"/>
        </w:rPr>
        <w:br/>
      </w:r>
      <w:r>
        <w:rPr>
          <w:lang w:eastAsia="zh-CN"/>
        </w:rPr>
        <w:t>　　2、应注意循序渐进，知识要逐步扩展和加深，能力要逐步提高。</w:t>
      </w:r>
      <w:r>
        <w:rPr>
          <w:lang w:eastAsia="zh-CN"/>
        </w:rPr>
        <w:br/>
      </w:r>
      <w:r>
        <w:rPr>
          <w:lang w:eastAsia="zh-CN"/>
        </w:rPr>
        <w:t>　　3、讲清讲透物理概念和规律，使学生掌握完整的基础知识，培养学生物理思维能力。</w:t>
      </w:r>
      <w:r>
        <w:rPr>
          <w:lang w:eastAsia="zh-CN"/>
        </w:rPr>
        <w:br/>
      </w:r>
      <w:r>
        <w:rPr>
          <w:lang w:eastAsia="zh-CN"/>
        </w:rPr>
        <w:t>　　4、要重视物理思想的建立与物理方法的训练</w:t>
      </w:r>
      <w:r>
        <w:rPr>
          <w:lang w:eastAsia="zh-CN"/>
        </w:rPr>
        <w:br/>
      </w:r>
      <w:r>
        <w:rPr>
          <w:lang w:eastAsia="zh-CN"/>
        </w:rPr>
        <w:t>　　5、要加强学生良好学习习惯的培养高一物理教学工作计划3</w:t>
      </w:r>
      <w:r>
        <w:rPr>
          <w:lang w:eastAsia="zh-CN"/>
        </w:rPr>
        <w:br/>
      </w:r>
      <w:r>
        <w:rPr>
          <w:lang w:eastAsia="zh-CN"/>
        </w:rPr>
        <w:t xml:space="preserve">    一、教材说明：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本学期继续使用人教版《必修二》，共三章，分别为第一章《曲线运动》、第二章《万有引力与航天》、第三章《机械能守恒定律》。</w:t>
      </w:r>
      <w:r>
        <w:rPr>
          <w:lang w:eastAsia="zh-CN"/>
        </w:rPr>
        <w:br/>
      </w:r>
      <w:r>
        <w:rPr>
          <w:lang w:eastAsia="zh-CN"/>
        </w:rPr>
        <w:t>　　同时高中物理是普通高中的一门基础学科，与九年义务教育物理课程相衔接，旨在进一步提高学生的科学素养。高中物理课程有助于学生继续学习基本的物理知识和技能;体验科学探究过程，了解科学研究方法;增强创新意识和实践能力，发展探索自然、的兴趣和热情;认识物理学对科学进步以及文化、经济和社会发展的影响;为终身发展，形成科学世界观、价值观和人生观打下基础。</w:t>
      </w:r>
      <w:r>
        <w:rPr>
          <w:lang w:eastAsia="zh-CN"/>
        </w:rPr>
        <w:br/>
      </w:r>
      <w:r>
        <w:rPr>
          <w:lang w:eastAsia="zh-CN"/>
        </w:rPr>
        <w:t>　　二、教材分析：</w:t>
      </w:r>
      <w:r>
        <w:rPr>
          <w:lang w:eastAsia="zh-CN"/>
        </w:rPr>
        <w:br/>
      </w:r>
      <w:r>
        <w:rPr>
          <w:lang w:eastAsia="zh-CN"/>
        </w:rPr>
        <w:t>　　第一章《平抛运动》可分为两个部分：</w:t>
      </w:r>
      <w:r>
        <w:rPr>
          <w:lang w:eastAsia="zh-CN"/>
        </w:rPr>
        <w:br/>
      </w:r>
      <w:r>
        <w:rPr>
          <w:lang w:eastAsia="zh-CN"/>
        </w:rPr>
        <w:t>　　第一单元第一节：讲述物体做曲线运动的条件和曲线运动的特点。</w:t>
      </w:r>
      <w:r>
        <w:rPr>
          <w:lang w:eastAsia="zh-CN"/>
        </w:rPr>
        <w:br/>
      </w:r>
      <w:r>
        <w:rPr>
          <w:lang w:eastAsia="zh-CN"/>
        </w:rPr>
        <w:t>　　第二节、第三节：讲述研究曲线运动的基本方法──运动的合成和分解，并用这个方法具体研究平抛运动的特点和规律，这是本章的一个重点内容。</w:t>
      </w:r>
      <w:r>
        <w:rPr>
          <w:lang w:eastAsia="zh-CN"/>
        </w:rPr>
        <w:br/>
      </w:r>
      <w:r>
        <w:rPr>
          <w:lang w:eastAsia="zh-CN"/>
        </w:rPr>
        <w:t>　　第一单元第四节、第五节、第六节：讲述匀速圆周运动的描述方法和基本规律。</w:t>
      </w:r>
      <w:r>
        <w:rPr>
          <w:lang w:eastAsia="zh-CN"/>
        </w:rPr>
        <w:br/>
      </w:r>
      <w:r>
        <w:rPr>
          <w:lang w:eastAsia="zh-CN"/>
        </w:rPr>
        <w:t>　　分析匀速圆周运动的实例以及离心现象。</w:t>
      </w:r>
      <w:r>
        <w:rPr>
          <w:lang w:eastAsia="zh-CN"/>
        </w:rPr>
        <w:br/>
      </w:r>
      <w:r>
        <w:rPr>
          <w:lang w:eastAsia="zh-CN"/>
        </w:rPr>
        <w:t>　　第一单元第七节：讲述圆周运动的实例分析。</w:t>
      </w:r>
      <w:r>
        <w:rPr>
          <w:lang w:eastAsia="zh-CN"/>
        </w:rPr>
        <w:br/>
      </w:r>
      <w:r>
        <w:rPr>
          <w:lang w:eastAsia="zh-CN"/>
        </w:rPr>
        <w:t>　　第二章《万有引力与航天》可分为三个部分：</w:t>
      </w:r>
      <w:r>
        <w:rPr>
          <w:lang w:eastAsia="zh-CN"/>
        </w:rPr>
        <w:br/>
      </w:r>
      <w:r>
        <w:rPr>
          <w:lang w:eastAsia="zh-CN"/>
        </w:rPr>
        <w:t>　　第一节：学习开普勒关于行星运动描述的有关知识;</w:t>
      </w:r>
      <w:r>
        <w:rPr>
          <w:lang w:eastAsia="zh-CN"/>
        </w:rPr>
        <w:br/>
      </w:r>
      <w:r>
        <w:rPr>
          <w:lang w:eastAsia="zh-CN"/>
        </w:rPr>
        <w:t>　　第二节和第三节：学习万有引力定律的知识;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第四节、第五节：学习万有引力定律在天体运动中的有关知识;</w:t>
      </w:r>
      <w:r>
        <w:rPr>
          <w:lang w:eastAsia="zh-CN"/>
        </w:rPr>
        <w:br/>
      </w:r>
      <w:r>
        <w:rPr>
          <w:lang w:eastAsia="zh-CN"/>
        </w:rPr>
        <w:t>　　第六节：学习经典力学的局限性。</w:t>
      </w:r>
      <w:r>
        <w:rPr>
          <w:lang w:eastAsia="zh-CN"/>
        </w:rPr>
        <w:br/>
      </w:r>
      <w:r>
        <w:rPr>
          <w:lang w:eastAsia="zh-CN"/>
        </w:rPr>
        <w:t>　　第三章《机械能守恒定律》可分为四个单元：</w:t>
      </w:r>
      <w:r>
        <w:rPr>
          <w:lang w:eastAsia="zh-CN"/>
        </w:rPr>
        <w:br/>
      </w:r>
      <w:r>
        <w:rPr>
          <w:lang w:eastAsia="zh-CN"/>
        </w:rPr>
        <w:t>　　第一、二、三节：讲述功和功率;</w:t>
      </w:r>
      <w:r>
        <w:rPr>
          <w:lang w:eastAsia="zh-CN"/>
        </w:rPr>
        <w:br/>
      </w:r>
      <w:r>
        <w:rPr>
          <w:lang w:eastAsia="zh-CN"/>
        </w:rPr>
        <w:t>　　第四、五、六、七节：讲述动能和动能定理、重力势能;</w:t>
      </w:r>
      <w:r>
        <w:rPr>
          <w:lang w:eastAsia="zh-CN"/>
        </w:rPr>
        <w:br/>
      </w:r>
      <w:r>
        <w:rPr>
          <w:lang w:eastAsia="zh-CN"/>
        </w:rPr>
        <w:t>　　第八、九、十节：讲述机械能守恒定律及其应用。</w:t>
      </w:r>
      <w:r>
        <w:rPr>
          <w:lang w:eastAsia="zh-CN"/>
        </w:rPr>
        <w:br/>
      </w:r>
      <w:r>
        <w:rPr>
          <w:lang w:eastAsia="zh-CN"/>
        </w:rPr>
        <w:t>　　三、教学目标：</w:t>
      </w:r>
      <w:r>
        <w:rPr>
          <w:lang w:eastAsia="zh-CN"/>
        </w:rPr>
        <w:br/>
      </w:r>
      <w:r>
        <w:rPr>
          <w:lang w:eastAsia="zh-CN"/>
        </w:rPr>
        <w:t>　　1.知识与技能：</w:t>
      </w:r>
      <w:r>
        <w:rPr>
          <w:lang w:eastAsia="zh-CN"/>
        </w:rPr>
        <w:br/>
      </w:r>
      <w:r>
        <w:rPr>
          <w:lang w:eastAsia="zh-CN"/>
        </w:rPr>
        <w:t>　　(1)以平抛运动和匀速圆周运动为例，了解物体运动的合成与分解，研究物体做曲线运动的条件和规律;万有引力定律的发现及其在天体运动中的应用;功和能的概念，以及动能定理和机械能守恒定律。</w:t>
      </w:r>
      <w:r>
        <w:rPr>
          <w:lang w:eastAsia="zh-CN"/>
        </w:rPr>
        <w:br/>
      </w:r>
      <w:r>
        <w:rPr>
          <w:lang w:eastAsia="zh-CN"/>
        </w:rPr>
        <w:t>　　(2)了解研究物理学的基本观点和思想，学习研究问题的方法;</w:t>
      </w:r>
      <w:r>
        <w:rPr>
          <w:lang w:eastAsia="zh-CN"/>
        </w:rPr>
        <w:br/>
      </w:r>
      <w:r>
        <w:rPr>
          <w:lang w:eastAsia="zh-CN"/>
        </w:rPr>
        <w:t>　　(3)了解物理学的发展历程，关注科学技术的主要成就和发展趋势以及对经济、社会发展的影响;</w:t>
      </w:r>
      <w:r>
        <w:rPr>
          <w:lang w:eastAsia="zh-CN"/>
        </w:rPr>
        <w:br/>
      </w:r>
      <w:r>
        <w:rPr>
          <w:lang w:eastAsia="zh-CN"/>
        </w:rPr>
        <w:t>　　(4)能应用有关物理知识和技能解释一些自然现象和生活中的问题。</w:t>
      </w:r>
      <w:r>
        <w:rPr>
          <w:lang w:eastAsia="zh-CN"/>
        </w:rPr>
        <w:br/>
      </w:r>
      <w:r>
        <w:rPr>
          <w:lang w:eastAsia="zh-CN"/>
        </w:rPr>
        <w:t>　　2.情感态度价值观：</w:t>
      </w:r>
      <w:r>
        <w:rPr>
          <w:lang w:eastAsia="zh-CN"/>
        </w:rPr>
        <w:br/>
      </w:r>
      <w:r>
        <w:rPr>
          <w:lang w:eastAsia="zh-CN"/>
        </w:rPr>
        <w:t>　　(1)让学生领略自然界的奇妙与和谐，发展对科学的好奇心和求知欲，乐于探究自然界的奥秘，能体验自然规律探究的艰辛和喜悦;</w:t>
      </w:r>
      <w:r>
        <w:rPr>
          <w:lang w:eastAsia="zh-CN"/>
        </w:rPr>
        <w:br/>
      </w:r>
      <w:r>
        <w:rPr>
          <w:lang w:eastAsia="zh-CN"/>
        </w:rPr>
        <w:t>　　(2)具有敢于坚持真理、勇于创新和实事求是的科学态度和科学精神，具有判断大众传媒有关信息是否科学的意识;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(3)有主动与他人合作的精神，有将自己的见解与他人交流的愿望，敢于坚持自己的正确观点，具有团队精神。</w:t>
      </w:r>
      <w:r>
        <w:rPr>
          <w:lang w:eastAsia="zh-CN"/>
        </w:rPr>
        <w:br/>
      </w:r>
      <w:r>
        <w:rPr>
          <w:lang w:eastAsia="zh-CN"/>
        </w:rPr>
        <w:t>　　3.过程与方法：</w:t>
      </w:r>
      <w:r>
        <w:rPr>
          <w:lang w:eastAsia="zh-CN"/>
        </w:rPr>
        <w:br/>
      </w:r>
      <w:r>
        <w:rPr>
          <w:lang w:eastAsia="zh-CN"/>
        </w:rPr>
        <w:t>　　(1)学会运动合成和分解的基本方法;引导学生体会万有引力定律发现过程中的思路和方法;</w:t>
      </w:r>
      <w:r>
        <w:rPr>
          <w:lang w:eastAsia="zh-CN"/>
        </w:rPr>
        <w:br/>
      </w:r>
      <w:r>
        <w:rPr>
          <w:lang w:eastAsia="zh-CN"/>
        </w:rPr>
        <w:t>　　(2)经历科学探究过程，认识科学探究的意义，尝试应用科学探究的方法研究物理问题，验证物理规律;</w:t>
      </w:r>
      <w:r>
        <w:rPr>
          <w:lang w:eastAsia="zh-CN"/>
        </w:rPr>
        <w:br/>
      </w:r>
      <w:r>
        <w:rPr>
          <w:lang w:eastAsia="zh-CN"/>
        </w:rPr>
        <w:t>　　(3)通过物理规律和概念的学习过程，了解物理学的研究方法，认识物理实验、物理模型和数学工具在物理学中的作用;</w:t>
      </w:r>
      <w:r>
        <w:rPr>
          <w:lang w:eastAsia="zh-CN"/>
        </w:rPr>
        <w:br/>
      </w:r>
      <w:r>
        <w:rPr>
          <w:lang w:eastAsia="zh-CN"/>
        </w:rPr>
        <w:t>　　(4)具有一定的质疑能力，信息收集和处理能力，分析、解决问题能力和交流合作能力。</w:t>
      </w:r>
      <w:r>
        <w:rPr>
          <w:lang w:eastAsia="zh-CN"/>
        </w:rPr>
        <w:br/>
      </w:r>
      <w:r>
        <w:rPr>
          <w:lang w:eastAsia="zh-CN"/>
        </w:rPr>
        <w:t>　　四、具体实施：基础+学法+培养兴趣</w:t>
      </w:r>
      <w:r>
        <w:rPr>
          <w:lang w:eastAsia="zh-CN"/>
        </w:rPr>
        <w:br/>
      </w:r>
      <w:r>
        <w:rPr>
          <w:lang w:eastAsia="zh-CN"/>
        </w:rPr>
        <w:t>　　1.精讲</w:t>
      </w:r>
      <w:r>
        <w:rPr>
          <w:lang w:eastAsia="zh-CN"/>
        </w:rPr>
        <w:br/>
      </w:r>
      <w:r>
        <w:rPr>
          <w:lang w:eastAsia="zh-CN"/>
        </w:rPr>
        <w:t>　　首先，概念的引入和讲解务必要清晰。为此应该对重点的内容反复强调，对重要概念的引入和理解应用要多举例，结合情景进行教学。其次，把握好进度，不随意增加难度。例题和习题的选择要慎重，应符合学生的实际，对于大多数学生来讲，在高一阶段的例题仍然是对概念的理解和简单的'应用。对于提高题，由于主要面对的是成绩较好的学生，可以以方法指导为主，而一般的习题必须考虑到大多数的普通学生，并且要结合精练。</w:t>
      </w:r>
      <w:r>
        <w:rPr>
          <w:lang w:eastAsia="zh-CN"/>
        </w:rPr>
        <w:br/>
      </w:r>
      <w:r>
        <w:rPr>
          <w:lang w:eastAsia="zh-CN"/>
        </w:rPr>
        <w:t>　　2.及时的反馈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课上和课后都有一个较完整的反馈机制。比如上课要及时进行反馈性的练习，以课后习题为主。作业有问题的学生要与之交流，从中了解问题所在，以便及时改进。对于学习有困难的学生要经常沟通。</w:t>
      </w:r>
      <w:r>
        <w:rPr>
          <w:lang w:eastAsia="zh-CN"/>
        </w:rPr>
        <w:br/>
      </w:r>
      <w:r>
        <w:rPr>
          <w:lang w:eastAsia="zh-CN"/>
        </w:rPr>
        <w:t>　　3.加强对学生进行学法指导</w:t>
      </w:r>
      <w:r>
        <w:rPr>
          <w:lang w:eastAsia="zh-CN"/>
        </w:rPr>
        <w:br/>
      </w:r>
      <w:r>
        <w:rPr>
          <w:lang w:eastAsia="zh-CN"/>
        </w:rPr>
        <w:t>　　其中要求之一是让学生重视课本。做法：笔记直接做在课本上，课后习题都要在课本上有完整的解答，把课本补充成为一本好的学习资料。</w:t>
      </w:r>
      <w:r>
        <w:rPr>
          <w:lang w:eastAsia="zh-CN"/>
        </w:rPr>
        <w:br/>
      </w:r>
      <w:r>
        <w:rPr>
          <w:lang w:eastAsia="zh-CN"/>
        </w:rPr>
        <w:t>　　4.对于学习困难学生的具体措施</w:t>
      </w:r>
      <w:r>
        <w:rPr>
          <w:lang w:eastAsia="zh-CN"/>
        </w:rPr>
        <w:br/>
      </w:r>
      <w:r>
        <w:rPr>
          <w:lang w:eastAsia="zh-CN"/>
        </w:rPr>
        <w:t>　　一定要让这些学生都把该弄懂的基础知识掌握，一发现问题立即帮助他们解决。对他们正确引导，消除心理防备，适当放慢速度，使他们对概念的理解和掌握随着认识能力的提高螺旋式上升。</w:t>
      </w:r>
      <w:r>
        <w:rPr>
          <w:lang w:eastAsia="zh-CN"/>
        </w:rPr>
        <w:br/>
      </w:r>
      <w:r>
        <w:rPr>
          <w:lang w:eastAsia="zh-CN"/>
        </w:rPr>
        <w:t>　　5.建立良好的师生关系</w:t>
      </w:r>
      <w:r>
        <w:rPr>
          <w:lang w:eastAsia="zh-CN"/>
        </w:rPr>
        <w:br/>
      </w:r>
      <w:r>
        <w:rPr>
          <w:lang w:eastAsia="zh-CN"/>
        </w:rPr>
        <w:t>　　良好的师生关系可以帮助我上好每一堂课;维持学生积极的学习态度;使学生保持对物理学科的学习兴趣。要用真诚去关心每一个学生，特别是学习有困难的学生。</w:t>
      </w:r>
      <w:r>
        <w:rPr>
          <w:lang w:eastAsia="zh-CN"/>
        </w:rPr>
        <w:br/>
      </w:r>
      <w:r>
        <w:rPr>
          <w:lang w:eastAsia="zh-CN"/>
        </w:rPr>
        <w:t>　　6.教师间的合作与交流</w:t>
      </w:r>
      <w:r>
        <w:rPr>
          <w:lang w:eastAsia="zh-CN"/>
        </w:rPr>
        <w:br/>
      </w:r>
      <w:r>
        <w:rPr>
          <w:lang w:eastAsia="zh-CN"/>
        </w:rPr>
        <w:t>　　在教学过程中，要多向备课组各位老师请教，尤其要多听老教师的课。进行课堂教学改革和创新，信息技术的应用和整合。</w:t>
      </w:r>
      <w:r>
        <w:rPr>
          <w:lang w:eastAsia="zh-CN"/>
        </w:rPr>
        <w:br/>
      </w:r>
      <w:r>
        <w:rPr>
          <w:lang w:eastAsia="zh-CN"/>
        </w:rPr>
        <w:t>　　7.提高学生对物理学习的兴趣</w:t>
      </w:r>
      <w:r>
        <w:rPr>
          <w:lang w:eastAsia="zh-CN"/>
        </w:rPr>
        <w:br/>
      </w:r>
      <w:r>
        <w:rPr>
          <w:lang w:eastAsia="zh-CN"/>
        </w:rPr>
        <w:t>　　(1)培养学生的兴趣，从兴趣入手;</w:t>
      </w:r>
      <w:r>
        <w:rPr>
          <w:lang w:eastAsia="zh-CN"/>
        </w:rPr>
        <w:br/>
      </w:r>
      <w:r>
        <w:rPr>
          <w:lang w:eastAsia="zh-CN"/>
        </w:rPr>
        <w:t>　　(2)指导他们培养适合自己的学习方法;</w:t>
      </w:r>
      <w:r>
        <w:rPr>
          <w:lang w:eastAsia="zh-CN"/>
        </w:rPr>
        <w:br/>
      </w:r>
      <w:r>
        <w:rPr>
          <w:lang w:eastAsia="zh-CN"/>
        </w:rPr>
        <w:t>　　(3)帮助他们举一反三。</w:t>
      </w:r>
      <w:r>
        <w:rPr>
          <w:lang w:eastAsia="zh-CN"/>
        </w:rPr>
        <w:br/>
      </w:r>
      <w:r>
        <w:rPr>
          <w:lang w:eastAsia="zh-CN"/>
        </w:rPr>
        <w:t>　　五、教学进度表：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教学进度周计划安排表</w:t>
      </w:r>
      <w:r>
        <w:rPr>
          <w:lang w:eastAsia="zh-CN"/>
        </w:rPr>
        <w:br/>
      </w:r>
      <w:r>
        <w:rPr>
          <w:lang w:eastAsia="zh-CN"/>
        </w:rPr>
        <w:t>　　周次日期教学内容</w:t>
      </w:r>
      <w:r>
        <w:rPr>
          <w:lang w:eastAsia="zh-CN"/>
        </w:rPr>
        <w:br/>
      </w:r>
      <w:r>
        <w:rPr>
          <w:lang w:eastAsia="zh-CN"/>
        </w:rPr>
        <w:t>　　1—曲线运动及习题课</w:t>
      </w:r>
      <w:r>
        <w:rPr>
          <w:lang w:eastAsia="zh-CN"/>
        </w:rPr>
        <w:br/>
      </w:r>
      <w:r>
        <w:rPr>
          <w:lang w:eastAsia="zh-CN"/>
        </w:rPr>
        <w:t>　　2—运动的合成及分解、平抛运动</w:t>
      </w:r>
      <w:r>
        <w:rPr>
          <w:lang w:eastAsia="zh-CN"/>
        </w:rPr>
        <w:br/>
      </w:r>
      <w:r>
        <w:rPr>
          <w:lang w:eastAsia="zh-CN"/>
        </w:rPr>
        <w:t>　　3—平抛运动及习题课</w:t>
      </w:r>
      <w:r>
        <w:rPr>
          <w:lang w:eastAsia="zh-CN"/>
        </w:rPr>
        <w:br/>
      </w:r>
      <w:r>
        <w:rPr>
          <w:lang w:eastAsia="zh-CN"/>
        </w:rPr>
        <w:t>　　4—圆周运动</w:t>
      </w:r>
      <w:r>
        <w:rPr>
          <w:lang w:eastAsia="zh-CN"/>
        </w:rPr>
        <w:br/>
      </w:r>
      <w:r>
        <w:rPr>
          <w:lang w:eastAsia="zh-CN"/>
        </w:rPr>
        <w:t>　　5—圆周运动、匀速圆周运动的向心力和向心加速度</w:t>
      </w:r>
      <w:r>
        <w:rPr>
          <w:lang w:eastAsia="zh-CN"/>
        </w:rPr>
        <w:br/>
      </w:r>
      <w:r>
        <w:rPr>
          <w:lang w:eastAsia="zh-CN"/>
        </w:rPr>
        <w:t>　　6—圆周运动的实例分析及习题课</w:t>
      </w:r>
      <w:r>
        <w:rPr>
          <w:lang w:eastAsia="zh-CN"/>
        </w:rPr>
        <w:br/>
      </w:r>
      <w:r>
        <w:rPr>
          <w:lang w:eastAsia="zh-CN"/>
        </w:rPr>
        <w:t>　　7—圆周运动部分练习及单元测试</w:t>
      </w:r>
      <w:r>
        <w:rPr>
          <w:lang w:eastAsia="zh-CN"/>
        </w:rPr>
        <w:br/>
      </w:r>
      <w:r>
        <w:rPr>
          <w:lang w:eastAsia="zh-CN"/>
        </w:rPr>
        <w:t>　　8—行星的运动(清明节)</w:t>
      </w:r>
      <w:r>
        <w:rPr>
          <w:lang w:eastAsia="zh-CN"/>
        </w:rPr>
        <w:br/>
      </w:r>
      <w:r>
        <w:rPr>
          <w:lang w:eastAsia="zh-CN"/>
        </w:rPr>
        <w:t>　　9—太阳与行星间的引力及万有引力定律</w:t>
      </w:r>
      <w:r>
        <w:rPr>
          <w:lang w:eastAsia="zh-CN"/>
        </w:rPr>
        <w:br/>
      </w:r>
      <w:r>
        <w:rPr>
          <w:lang w:eastAsia="zh-CN"/>
        </w:rPr>
        <w:t>　　10—万有引力定律的应用及习题课期中复习</w:t>
      </w:r>
      <w:r>
        <w:rPr>
          <w:lang w:eastAsia="zh-CN"/>
        </w:rPr>
        <w:br/>
      </w:r>
      <w:r>
        <w:rPr>
          <w:lang w:eastAsia="zh-CN"/>
        </w:rPr>
        <w:t>　　11—期中考试</w:t>
      </w:r>
      <w:r>
        <w:rPr>
          <w:lang w:eastAsia="zh-CN"/>
        </w:rPr>
        <w:br/>
      </w:r>
      <w:r>
        <w:rPr>
          <w:lang w:eastAsia="zh-CN"/>
        </w:rPr>
        <w:t>　　12—万有引力定律理论的成就及宇宙航行(劳动节和青年节)</w:t>
      </w:r>
      <w:r>
        <w:rPr>
          <w:lang w:eastAsia="zh-CN"/>
        </w:rPr>
        <w:br/>
      </w:r>
      <w:r>
        <w:rPr>
          <w:lang w:eastAsia="zh-CN"/>
        </w:rPr>
        <w:t>　　13—经典力学的成就与局限性和单元测试</w:t>
      </w:r>
      <w:r>
        <w:rPr>
          <w:lang w:eastAsia="zh-CN"/>
        </w:rPr>
        <w:br/>
      </w:r>
      <w:r>
        <w:rPr>
          <w:lang w:eastAsia="zh-CN"/>
        </w:rPr>
        <w:t>　　14—能量、功、功率</w:t>
      </w:r>
      <w:r>
        <w:rPr>
          <w:lang w:eastAsia="zh-CN"/>
        </w:rPr>
        <w:br/>
      </w:r>
      <w:r>
        <w:rPr>
          <w:lang w:eastAsia="zh-CN"/>
        </w:rPr>
        <w:t>　　15—功、功率及习题课</w:t>
      </w:r>
      <w:r>
        <w:rPr>
          <w:lang w:eastAsia="zh-CN"/>
        </w:rPr>
        <w:br/>
      </w:r>
      <w:r>
        <w:rPr>
          <w:lang w:eastAsia="zh-CN"/>
        </w:rPr>
        <w:t>　　16—重力势能和重力势能的探究</w:t>
      </w:r>
      <w:r>
        <w:rPr>
          <w:lang w:eastAsia="zh-CN"/>
        </w:rPr>
        <w:br/>
      </w:r>
      <w:r>
        <w:rPr>
          <w:lang w:eastAsia="zh-CN"/>
        </w:rPr>
        <w:t>　　17—功与速度变化的关系(实验)与动能</w:t>
      </w:r>
      <w:r>
        <w:rPr>
          <w:lang w:eastAsia="zh-CN"/>
        </w:rPr>
        <w:br/>
      </w:r>
      <w:r>
        <w:rPr>
          <w:lang w:eastAsia="zh-CN"/>
        </w:rPr>
        <w:t>　　18—动能定理及动能定律习题课</w:t>
      </w:r>
      <w:r>
        <w:rPr>
          <w:lang w:eastAsia="zh-CN"/>
        </w:rPr>
        <w:br/>
      </w:r>
      <w:r>
        <w:rPr>
          <w:lang w:eastAsia="zh-CN"/>
        </w:rPr>
        <w:t>　　19—机械能守恒定律、及实验探究</w:t>
      </w:r>
      <w:r>
        <w:rPr>
          <w:lang w:eastAsia="zh-CN"/>
        </w:rPr>
        <w:br/>
      </w:r>
      <w:r>
        <w:rPr>
          <w:lang w:eastAsia="zh-CN"/>
        </w:rPr>
        <w:t>　　20—能量守恒定律与能源及习题课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21—期末复习及期末考试高一物理教学工作计划4</w:t>
      </w:r>
      <w:r>
        <w:rPr>
          <w:lang w:eastAsia="zh-CN"/>
        </w:rPr>
        <w:br/>
      </w:r>
      <w:r>
        <w:rPr>
          <w:lang w:eastAsia="zh-CN"/>
        </w:rPr>
        <w:t xml:space="preserve">    一、教材说明： </w:t>
      </w:r>
      <w:r>
        <w:rPr>
          <w:lang w:eastAsia="zh-CN"/>
        </w:rPr>
        <w:br/>
      </w:r>
      <w:r>
        <w:rPr>
          <w:lang w:eastAsia="zh-CN"/>
        </w:rPr>
        <w:t>　　本学期继续使用人教版《必修二》，共三章，分别为第一章《曲线运动》、第二章《万有引力与航天》、第三章《机械能守恒定律》。</w:t>
      </w:r>
      <w:r>
        <w:rPr>
          <w:lang w:eastAsia="zh-CN"/>
        </w:rPr>
        <w:br/>
      </w:r>
      <w:r>
        <w:rPr>
          <w:lang w:eastAsia="zh-CN"/>
        </w:rPr>
        <w:t>　　同时高中物理是普通高中的一门基础学科，与九年义务教育物理课程相衔接，旨在进一步提高学生的科学素养。高中物理课程有助于学生继续学习基本的物理知识和技能;体验科学探究过程，了解科学研究方法;增强创新意识和实践能力，发展探索自然、的兴趣和热情;认识物理学对科学进步以及文化、经济和社会发展的影响;为终身发展，形成科学世界观、价值观和人生观打下基础。</w:t>
      </w:r>
      <w:r>
        <w:rPr>
          <w:lang w:eastAsia="zh-CN"/>
        </w:rPr>
        <w:br/>
      </w:r>
      <w:r>
        <w:rPr>
          <w:lang w:eastAsia="zh-CN"/>
        </w:rPr>
        <w:t>　　二、教材分析：</w:t>
      </w:r>
      <w:r>
        <w:rPr>
          <w:lang w:eastAsia="zh-CN"/>
        </w:rPr>
        <w:br/>
      </w:r>
      <w:r>
        <w:rPr>
          <w:lang w:eastAsia="zh-CN"/>
        </w:rPr>
        <w:t>　　第一章《平抛运动》可分为两个部分：</w:t>
      </w:r>
      <w:r>
        <w:rPr>
          <w:lang w:eastAsia="zh-CN"/>
        </w:rPr>
        <w:br/>
      </w:r>
      <w:r>
        <w:rPr>
          <w:lang w:eastAsia="zh-CN"/>
        </w:rPr>
        <w:t>　　第一单元第一节：讲述物体做曲线运动的条件和曲线运动的特点。</w:t>
      </w:r>
      <w:r>
        <w:rPr>
          <w:lang w:eastAsia="zh-CN"/>
        </w:rPr>
        <w:br/>
      </w:r>
      <w:r>
        <w:rPr>
          <w:lang w:eastAsia="zh-CN"/>
        </w:rPr>
        <w:t>　　第二节、第三节：讲述研究曲线运动的基本方法──运动的合成和分解，并用这个方法具体研究平抛运动的特点和规律，这是本章的一个重点内容。</w:t>
      </w:r>
      <w:r>
        <w:rPr>
          <w:lang w:eastAsia="zh-CN"/>
        </w:rPr>
        <w:br/>
      </w:r>
      <w:r>
        <w:rPr>
          <w:lang w:eastAsia="zh-CN"/>
        </w:rPr>
        <w:t>　　第一单元第四节、第五节、第六节：讲述匀速圆周运动的描述方法和基本规律。</w:t>
      </w:r>
      <w:r>
        <w:rPr>
          <w:lang w:eastAsia="zh-CN"/>
        </w:rPr>
        <w:br/>
      </w:r>
      <w:r>
        <w:rPr>
          <w:lang w:eastAsia="zh-CN"/>
        </w:rPr>
        <w:t>　　分析匀速圆周运动的实例以及离心现象。</w:t>
      </w:r>
      <w:r>
        <w:rPr>
          <w:lang w:eastAsia="zh-CN"/>
        </w:rPr>
        <w:br/>
      </w:r>
      <w:r>
        <w:rPr>
          <w:lang w:eastAsia="zh-CN"/>
        </w:rPr>
        <w:t>　　第一单元第七节：讲述圆周运动的实例分析。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第二章《万有引力与航天》可分为三个部分：</w:t>
      </w:r>
      <w:r>
        <w:rPr>
          <w:lang w:eastAsia="zh-CN"/>
        </w:rPr>
        <w:br/>
      </w:r>
      <w:r>
        <w:rPr>
          <w:lang w:eastAsia="zh-CN"/>
        </w:rPr>
        <w:t>　　第一节：学习开普勒关于行星运动描述的有关知识;</w:t>
      </w:r>
      <w:r>
        <w:rPr>
          <w:lang w:eastAsia="zh-CN"/>
        </w:rPr>
        <w:br/>
      </w:r>
      <w:r>
        <w:rPr>
          <w:lang w:eastAsia="zh-CN"/>
        </w:rPr>
        <w:t>　　第二节和第三节：学习万有引力定律的知识;</w:t>
      </w:r>
      <w:r>
        <w:rPr>
          <w:lang w:eastAsia="zh-CN"/>
        </w:rPr>
        <w:br/>
      </w:r>
      <w:r>
        <w:rPr>
          <w:lang w:eastAsia="zh-CN"/>
        </w:rPr>
        <w:t>　　第四节、第五节：学习万有引力定律在天体运动中的有关知识;</w:t>
      </w:r>
      <w:r>
        <w:rPr>
          <w:lang w:eastAsia="zh-CN"/>
        </w:rPr>
        <w:br/>
      </w:r>
      <w:r>
        <w:rPr>
          <w:lang w:eastAsia="zh-CN"/>
        </w:rPr>
        <w:t>　　第六节：学习经典力学的局限性。</w:t>
      </w:r>
      <w:r>
        <w:rPr>
          <w:lang w:eastAsia="zh-CN"/>
        </w:rPr>
        <w:br/>
      </w:r>
      <w:r>
        <w:rPr>
          <w:lang w:eastAsia="zh-CN"/>
        </w:rPr>
        <w:t>　　第三章《机械能守恒定律》可分为四个单元：</w:t>
      </w:r>
      <w:r>
        <w:rPr>
          <w:lang w:eastAsia="zh-CN"/>
        </w:rPr>
        <w:br/>
      </w:r>
      <w:r>
        <w:rPr>
          <w:lang w:eastAsia="zh-CN"/>
        </w:rPr>
        <w:t>　　第一、二、三节：讲述功和功率;</w:t>
      </w:r>
      <w:r>
        <w:rPr>
          <w:lang w:eastAsia="zh-CN"/>
        </w:rPr>
        <w:br/>
      </w:r>
      <w:r>
        <w:rPr>
          <w:lang w:eastAsia="zh-CN"/>
        </w:rPr>
        <w:t>　　第四、五、六、七节：讲述动能和动能定理、重力势能;</w:t>
      </w:r>
      <w:r>
        <w:rPr>
          <w:lang w:eastAsia="zh-CN"/>
        </w:rPr>
        <w:br/>
      </w:r>
      <w:r>
        <w:rPr>
          <w:lang w:eastAsia="zh-CN"/>
        </w:rPr>
        <w:t>　　第八、九、十节：讲述机械能守恒定律及其应用。</w:t>
      </w:r>
      <w:r>
        <w:rPr>
          <w:lang w:eastAsia="zh-CN"/>
        </w:rPr>
        <w:br/>
      </w:r>
      <w:r>
        <w:rPr>
          <w:lang w:eastAsia="zh-CN"/>
        </w:rPr>
        <w:t>　　三、教学目标：</w:t>
      </w:r>
      <w:r>
        <w:rPr>
          <w:lang w:eastAsia="zh-CN"/>
        </w:rPr>
        <w:br/>
      </w:r>
      <w:r>
        <w:rPr>
          <w:lang w:eastAsia="zh-CN"/>
        </w:rPr>
        <w:t>　　1. 知识与技能：</w:t>
      </w:r>
      <w:r>
        <w:rPr>
          <w:lang w:eastAsia="zh-CN"/>
        </w:rPr>
        <w:br/>
      </w:r>
      <w:r>
        <w:rPr>
          <w:lang w:eastAsia="zh-CN"/>
        </w:rPr>
        <w:t>　　(1)以平抛运动和匀速圆周运动为例，了解物体运动的合成与分解，研究物体做曲线运动的条件和规律;万有引力定律的发现及其在天体运动中的应用;功和能的概念，以及动能定理和机械能守恒定律。</w:t>
      </w:r>
      <w:r>
        <w:rPr>
          <w:lang w:eastAsia="zh-CN"/>
        </w:rPr>
        <w:br/>
      </w:r>
      <w:r>
        <w:rPr>
          <w:lang w:eastAsia="zh-CN"/>
        </w:rPr>
        <w:t>　　(2)了解研究物理学的基本观点和思想，学习研究问题的方法;</w:t>
      </w:r>
      <w:r>
        <w:rPr>
          <w:lang w:eastAsia="zh-CN"/>
        </w:rPr>
        <w:br/>
      </w:r>
      <w:r>
        <w:rPr>
          <w:lang w:eastAsia="zh-CN"/>
        </w:rPr>
        <w:t>　　(3)了解物理学的发展历程，关注科学技术的主要成就和发展趋势以及对经济、社会发展的影响;</w:t>
      </w:r>
      <w:r>
        <w:rPr>
          <w:lang w:eastAsia="zh-CN"/>
        </w:rPr>
        <w:br/>
      </w:r>
      <w:r>
        <w:rPr>
          <w:lang w:eastAsia="zh-CN"/>
        </w:rPr>
        <w:t>　　(4)能应用有关物理知识和技能解释一些自然现象和生活中的问题。</w:t>
      </w:r>
      <w:r>
        <w:rPr>
          <w:lang w:eastAsia="zh-CN"/>
        </w:rPr>
        <w:br/>
      </w:r>
      <w:r>
        <w:rPr>
          <w:lang w:eastAsia="zh-CN"/>
        </w:rPr>
        <w:t>　　2. 情感态度价值观：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(1)让学生领略自然界的'奇妙与和谐，发展对科学的好奇心和求知欲，乐于探究自然界的奥秘，能体验自然规律探究的艰辛和喜悦;</w:t>
      </w:r>
      <w:r>
        <w:rPr>
          <w:lang w:eastAsia="zh-CN"/>
        </w:rPr>
        <w:br/>
      </w:r>
      <w:r>
        <w:rPr>
          <w:lang w:eastAsia="zh-CN"/>
        </w:rPr>
        <w:t>　　(2)具有敢于坚持真理、勇于创新和实事求是的科学态度和科学精神，具有判断大众传媒有关信息是否科学的意识;</w:t>
      </w:r>
      <w:r>
        <w:rPr>
          <w:lang w:eastAsia="zh-CN"/>
        </w:rPr>
        <w:br/>
      </w:r>
      <w:r>
        <w:rPr>
          <w:lang w:eastAsia="zh-CN"/>
        </w:rPr>
        <w:t>　　(3)有主动与他人合作的精神，有将自己的见解与他人交流的愿望，敢于坚持自己的正确观点，具有团队精神。</w:t>
      </w:r>
      <w:r>
        <w:rPr>
          <w:lang w:eastAsia="zh-CN"/>
        </w:rPr>
        <w:br/>
      </w:r>
      <w:r>
        <w:rPr>
          <w:lang w:eastAsia="zh-CN"/>
        </w:rPr>
        <w:t>　　3. 过程与方法：</w:t>
      </w:r>
      <w:r>
        <w:rPr>
          <w:lang w:eastAsia="zh-CN"/>
        </w:rPr>
        <w:br/>
      </w:r>
      <w:r>
        <w:rPr>
          <w:lang w:eastAsia="zh-CN"/>
        </w:rPr>
        <w:t>　　(1)学会运动合成和分解的基本方法;引导学生体会万有引力定律发现过程中的思路和方法;</w:t>
      </w:r>
      <w:r>
        <w:rPr>
          <w:lang w:eastAsia="zh-CN"/>
        </w:rPr>
        <w:br/>
      </w:r>
      <w:r>
        <w:rPr>
          <w:lang w:eastAsia="zh-CN"/>
        </w:rPr>
        <w:t>　　(2)经历科学探究过程，认识科学探究的意义，尝试应用科学探究的方法研究物理问题，验证物理规律;</w:t>
      </w:r>
      <w:r>
        <w:rPr>
          <w:lang w:eastAsia="zh-CN"/>
        </w:rPr>
        <w:br/>
      </w:r>
      <w:r>
        <w:rPr>
          <w:lang w:eastAsia="zh-CN"/>
        </w:rPr>
        <w:t>　　(3)通过物理规律和概念的学习过程，了解物理学的研究方法，认识物理实验、物理模型和数学工具在物理学中的作用;</w:t>
      </w:r>
      <w:r>
        <w:rPr>
          <w:lang w:eastAsia="zh-CN"/>
        </w:rPr>
        <w:br/>
      </w:r>
      <w:r>
        <w:rPr>
          <w:lang w:eastAsia="zh-CN"/>
        </w:rPr>
        <w:t>　　(4)具有一定的质疑能力，信息收集和处理能力，分析、解决问题能力和交流合作能力。</w:t>
      </w:r>
      <w:r>
        <w:rPr>
          <w:lang w:eastAsia="zh-CN"/>
        </w:rPr>
        <w:br/>
      </w:r>
      <w:r>
        <w:rPr>
          <w:lang w:eastAsia="zh-CN"/>
        </w:rPr>
        <w:t>　　四、具体实施：基础+学法+培养兴趣</w:t>
      </w:r>
      <w:r>
        <w:rPr>
          <w:lang w:eastAsia="zh-CN"/>
        </w:rPr>
        <w:br/>
      </w:r>
      <w:r>
        <w:rPr>
          <w:lang w:eastAsia="zh-CN"/>
        </w:rPr>
        <w:t>　　1.精讲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首先，概念的引入和讲解务必要清晰。为此应该对重点的内容反复强调，对重要概念的引入和理解应用要多举例，结合情景进行教学。其次，把握好进度，不随意增加难度。例题和习题的选择要慎重，应符合学生的实际，对于大多数学生来讲，在高一阶段的例题仍然是对概念的理解和简单的应用。对于提高题，由于主要面对的是成绩较好的学生，可以以方法指导为主，而一般的习题必须考虑到大多数的普通学生，并且要结合精练。</w:t>
      </w:r>
      <w:r>
        <w:rPr>
          <w:lang w:eastAsia="zh-CN"/>
        </w:rPr>
        <w:br/>
      </w:r>
      <w:r>
        <w:rPr>
          <w:lang w:eastAsia="zh-CN"/>
        </w:rPr>
        <w:t>　　2.及时的反馈</w:t>
      </w:r>
      <w:r>
        <w:rPr>
          <w:lang w:eastAsia="zh-CN"/>
        </w:rPr>
        <w:br/>
      </w:r>
      <w:r>
        <w:rPr>
          <w:lang w:eastAsia="zh-CN"/>
        </w:rPr>
        <w:t>　　课上和课后都有一个较完整的反馈机制。比如上课要及时进行反馈性的练习，以课后习题为主。作业有问题的学生要与之交流，从中了解问题所在，以便及时改进。对于学习有困难的学生要经常沟通。</w:t>
      </w:r>
      <w:r>
        <w:rPr>
          <w:lang w:eastAsia="zh-CN"/>
        </w:rPr>
        <w:br/>
      </w:r>
      <w:r>
        <w:rPr>
          <w:lang w:eastAsia="zh-CN"/>
        </w:rPr>
        <w:t>　　3.加强对学生进行学法指导</w:t>
      </w:r>
      <w:r>
        <w:rPr>
          <w:lang w:eastAsia="zh-CN"/>
        </w:rPr>
        <w:br/>
      </w:r>
      <w:r>
        <w:rPr>
          <w:lang w:eastAsia="zh-CN"/>
        </w:rPr>
        <w:t>　　其中要求之一是让学生重视课本。做法：笔记直接做在课本上，课后习题都要在课本上有完整的解答，把课本补充成为一本好的学习资料。</w:t>
      </w:r>
      <w:r>
        <w:rPr>
          <w:lang w:eastAsia="zh-CN"/>
        </w:rPr>
        <w:br/>
      </w:r>
      <w:r>
        <w:rPr>
          <w:lang w:eastAsia="zh-CN"/>
        </w:rPr>
        <w:t>　　4.对于学习困难学生的具体措施</w:t>
      </w:r>
      <w:r>
        <w:rPr>
          <w:lang w:eastAsia="zh-CN"/>
        </w:rPr>
        <w:br/>
      </w:r>
      <w:r>
        <w:rPr>
          <w:lang w:eastAsia="zh-CN"/>
        </w:rPr>
        <w:t>　　一定要让这些学生都把该弄懂的基础知识掌握，一发现问题立即帮助他们解决。对他们正确引导，消除心理防备，适当放慢速度，使他们对概念的理解和掌握随着认识能力的提高螺旋式上升。</w:t>
      </w:r>
      <w:r>
        <w:rPr>
          <w:lang w:eastAsia="zh-CN"/>
        </w:rPr>
        <w:br/>
      </w:r>
      <w:r>
        <w:rPr>
          <w:lang w:eastAsia="zh-CN"/>
        </w:rPr>
        <w:t>　　5.建立良好的师生关系</w:t>
      </w:r>
      <w:r>
        <w:rPr>
          <w:lang w:eastAsia="zh-CN"/>
        </w:rPr>
        <w:br/>
      </w:r>
      <w:r>
        <w:rPr>
          <w:lang w:eastAsia="zh-CN"/>
        </w:rPr>
        <w:t>　　良好的师生关系可以帮助我上好每一堂课;维持学生积极的学习态度;使学生保持对物理学科的学习兴趣。要用真诚去关心每一个学生，特别是学习有困难的学生。</w:t>
      </w:r>
      <w:r>
        <w:rPr>
          <w:lang w:eastAsia="zh-CN"/>
        </w:rPr>
        <w:br/>
      </w:r>
      <w:r>
        <w:rPr>
          <w:lang w:eastAsia="zh-CN"/>
        </w:rPr>
        <w:t>　　6.教师间的合作与交流</w:t>
      </w:r>
      <w:r>
        <w:rPr>
          <w:lang w:eastAsia="zh-CN"/>
        </w:rPr>
        <w:br/>
      </w:r>
      <w:r>
        <w:rPr>
          <w:lang w:eastAsia="zh-CN"/>
        </w:rPr>
        <w:t>　　在教学过程中，要多向备课组各位老师请教，尤其要多听老教师的课。进行课堂教学改革和创新，信息技术的应用和整合。</w:t>
      </w:r>
      <w:r>
        <w:rPr>
          <w:lang w:eastAsia="zh-CN"/>
        </w:rPr>
        <w:br/>
      </w:r>
      <w:r>
        <w:rPr>
          <w:lang w:eastAsia="zh-CN"/>
        </w:rPr>
        <w:t>　　7.提高学生对物理学习的兴趣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(1)培养学生的兴趣，从兴趣入手;</w:t>
      </w:r>
      <w:r>
        <w:rPr>
          <w:lang w:eastAsia="zh-CN"/>
        </w:rPr>
        <w:br/>
      </w:r>
      <w:r>
        <w:rPr>
          <w:lang w:eastAsia="zh-CN"/>
        </w:rPr>
        <w:t>　　(2)指导他们培养适合自己的学习方法;</w:t>
      </w:r>
      <w:r>
        <w:rPr>
          <w:lang w:eastAsia="zh-CN"/>
        </w:rPr>
        <w:br/>
      </w:r>
      <w:r>
        <w:rPr>
          <w:lang w:eastAsia="zh-CN"/>
        </w:rPr>
        <w:t>　　(3)帮助他们举一反三。</w:t>
      </w:r>
      <w:r>
        <w:rPr>
          <w:lang w:eastAsia="zh-CN"/>
        </w:rPr>
        <w:br/>
      </w:r>
      <w:r>
        <w:rPr>
          <w:lang w:eastAsia="zh-CN"/>
        </w:rPr>
        <w:t>　　五、教学进度表：</w:t>
      </w:r>
      <w:r>
        <w:rPr>
          <w:lang w:eastAsia="zh-CN"/>
        </w:rPr>
        <w:br/>
      </w:r>
      <w:r>
        <w:rPr>
          <w:lang w:eastAsia="zh-CN"/>
        </w:rPr>
        <w:t>　　教学进度周计划安排表</w:t>
      </w:r>
      <w:r>
        <w:rPr>
          <w:lang w:eastAsia="zh-CN"/>
        </w:rPr>
        <w:br/>
      </w:r>
      <w:r>
        <w:rPr>
          <w:lang w:eastAsia="zh-CN"/>
        </w:rPr>
        <w:t>　　周次 日期 教学内容</w:t>
      </w:r>
      <w:r>
        <w:rPr>
          <w:lang w:eastAsia="zh-CN"/>
        </w:rPr>
        <w:br/>
      </w:r>
      <w:r>
        <w:rPr>
          <w:lang w:eastAsia="zh-CN"/>
        </w:rPr>
        <w:t>　　1 2.13—2.18 曲线运动及习题课</w:t>
      </w:r>
      <w:r>
        <w:rPr>
          <w:lang w:eastAsia="zh-CN"/>
        </w:rPr>
        <w:br/>
      </w:r>
      <w:r>
        <w:rPr>
          <w:lang w:eastAsia="zh-CN"/>
        </w:rPr>
        <w:t>　　2 2.20—2.25 运动的合成及分解、平抛运动</w:t>
      </w:r>
      <w:r>
        <w:rPr>
          <w:lang w:eastAsia="zh-CN"/>
        </w:rPr>
        <w:br/>
      </w:r>
      <w:r>
        <w:rPr>
          <w:lang w:eastAsia="zh-CN"/>
        </w:rPr>
        <w:t>　　3 2.27—3.03 平抛运动及习题课</w:t>
      </w:r>
      <w:r>
        <w:rPr>
          <w:lang w:eastAsia="zh-CN"/>
        </w:rPr>
        <w:br/>
      </w:r>
      <w:r>
        <w:rPr>
          <w:lang w:eastAsia="zh-CN"/>
        </w:rPr>
        <w:t>　　4 3.05—3.10 圆周运动</w:t>
      </w:r>
      <w:r>
        <w:rPr>
          <w:lang w:eastAsia="zh-CN"/>
        </w:rPr>
        <w:br/>
      </w:r>
      <w:r>
        <w:rPr>
          <w:lang w:eastAsia="zh-CN"/>
        </w:rPr>
        <w:t>　　5 3.12—3.17 圆周运动、匀速圆周运动的向心力和向心加速度</w:t>
      </w:r>
      <w:r>
        <w:rPr>
          <w:lang w:eastAsia="zh-CN"/>
        </w:rPr>
        <w:br/>
      </w:r>
      <w:r>
        <w:rPr>
          <w:lang w:eastAsia="zh-CN"/>
        </w:rPr>
        <w:t>　　6 3.19—3.24 圆周运动的实例分析及习题课</w:t>
      </w:r>
      <w:r>
        <w:rPr>
          <w:lang w:eastAsia="zh-CN"/>
        </w:rPr>
        <w:br/>
      </w:r>
      <w:r>
        <w:rPr>
          <w:lang w:eastAsia="zh-CN"/>
        </w:rPr>
        <w:t>　　7 3.26—3.31 圆周运动部分练习及单元测试</w:t>
      </w:r>
      <w:r>
        <w:rPr>
          <w:lang w:eastAsia="zh-CN"/>
        </w:rPr>
        <w:br/>
      </w:r>
      <w:r>
        <w:rPr>
          <w:lang w:eastAsia="zh-CN"/>
        </w:rPr>
        <w:t>　　8 4.02—4.07 行星的运动(清明节)</w:t>
      </w:r>
      <w:r>
        <w:rPr>
          <w:lang w:eastAsia="zh-CN"/>
        </w:rPr>
        <w:br/>
      </w:r>
      <w:r>
        <w:rPr>
          <w:lang w:eastAsia="zh-CN"/>
        </w:rPr>
        <w:t>　　9 4.09—4.14 太阳与行星间的引力及万有引力定律</w:t>
      </w:r>
      <w:r>
        <w:rPr>
          <w:lang w:eastAsia="zh-CN"/>
        </w:rPr>
        <w:br/>
      </w:r>
      <w:r>
        <w:rPr>
          <w:lang w:eastAsia="zh-CN"/>
        </w:rPr>
        <w:t>　　10 4.16—4.21 万有引力定律的应用及习题课期中复习</w:t>
      </w:r>
      <w:r>
        <w:rPr>
          <w:lang w:eastAsia="zh-CN"/>
        </w:rPr>
        <w:br/>
      </w:r>
      <w:r>
        <w:rPr>
          <w:lang w:eastAsia="zh-CN"/>
        </w:rPr>
        <w:t>　　11 4.23—4.28 期中考试</w:t>
      </w:r>
      <w:r>
        <w:rPr>
          <w:lang w:eastAsia="zh-CN"/>
        </w:rPr>
        <w:br/>
      </w:r>
      <w:r>
        <w:rPr>
          <w:lang w:eastAsia="zh-CN"/>
        </w:rPr>
        <w:t>　　12 4.30—5.05 万有引力定律理论的成就及宇宙航行(劳动节和青年节)</w:t>
      </w:r>
      <w:r>
        <w:rPr>
          <w:lang w:eastAsia="zh-CN"/>
        </w:rPr>
        <w:br/>
      </w:r>
      <w:r>
        <w:rPr>
          <w:lang w:eastAsia="zh-CN"/>
        </w:rPr>
        <w:t>　　13 5.07—5.12 经典力学的成就与局限性和单元测试</w:t>
      </w:r>
      <w:r>
        <w:rPr>
          <w:lang w:eastAsia="zh-CN"/>
        </w:rPr>
        <w:br/>
      </w:r>
      <w:r>
        <w:rPr>
          <w:lang w:eastAsia="zh-CN"/>
        </w:rPr>
        <w:t>　　14 5.14—5.19 能量、功、功率</w:t>
      </w:r>
      <w:r>
        <w:rPr>
          <w:lang w:eastAsia="zh-CN"/>
        </w:rPr>
        <w:br/>
      </w:r>
      <w:r>
        <w:rPr>
          <w:lang w:eastAsia="zh-CN"/>
        </w:rPr>
        <w:t>　　15 5.21—5.26 功、功率及习题课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16 5.28—6.02 重力势能和重力势能的探究</w:t>
      </w:r>
      <w:r>
        <w:rPr>
          <w:lang w:eastAsia="zh-CN"/>
        </w:rPr>
        <w:br/>
      </w:r>
      <w:r>
        <w:rPr>
          <w:lang w:eastAsia="zh-CN"/>
        </w:rPr>
        <w:t>　　17 6.04—6.09 功与速度变化的关系(实验)与动能</w:t>
      </w:r>
      <w:r>
        <w:rPr>
          <w:lang w:eastAsia="zh-CN"/>
        </w:rPr>
        <w:br/>
      </w:r>
      <w:r>
        <w:rPr>
          <w:lang w:eastAsia="zh-CN"/>
        </w:rPr>
        <w:t>　　18 6.11—6.16 动能定理及动能定律习题课</w:t>
      </w:r>
      <w:r>
        <w:rPr>
          <w:lang w:eastAsia="zh-CN"/>
        </w:rPr>
        <w:br/>
      </w:r>
      <w:r>
        <w:rPr>
          <w:lang w:eastAsia="zh-CN"/>
        </w:rPr>
        <w:t>　　19 6.18—6.23 机械能守恒定律、及实验探究</w:t>
      </w:r>
      <w:r>
        <w:rPr>
          <w:lang w:eastAsia="zh-CN"/>
        </w:rPr>
        <w:br/>
      </w:r>
      <w:r>
        <w:rPr>
          <w:lang w:eastAsia="zh-CN"/>
        </w:rPr>
        <w:t>　　20 6.25—6.30 能量守恒定律与能源及习题课</w:t>
      </w:r>
      <w:r>
        <w:rPr>
          <w:lang w:eastAsia="zh-CN"/>
        </w:rPr>
        <w:br/>
      </w:r>
      <w:r>
        <w:rPr>
          <w:lang w:eastAsia="zh-CN"/>
        </w:rPr>
        <w:t>　　21 7.02—7.07 期末复习及期末考试高一物理教学工作计划5</w:t>
      </w:r>
      <w:r>
        <w:rPr>
          <w:lang w:eastAsia="zh-CN"/>
        </w:rPr>
        <w:br/>
      </w:r>
      <w:r>
        <w:rPr>
          <w:lang w:eastAsia="zh-CN"/>
        </w:rPr>
        <w:t xml:space="preserve">    一、教材分析 </w:t>
      </w:r>
      <w:r>
        <w:rPr>
          <w:lang w:eastAsia="zh-CN"/>
        </w:rPr>
        <w:br/>
      </w:r>
      <w:r>
        <w:rPr>
          <w:lang w:eastAsia="zh-CN"/>
        </w:rPr>
        <w:t>　　本教学设计选自人教版新课标高中物理教材第一章第一节《质点 参考系和坐标系》，要描述物体的运动，首先要对实际物体建立一个最简单的物理模型—质点模型。由于运动的相对性，描述质点运动时必须明确所选择的参考系。为了准确的、定量的描述质点的运动，还要建立坐标系。质点、参考系和坐标系是描述物体运动的基础知识，教材中逐步展开这些内容，最后介绍全球卫星定位系统。本节介绍质点、参考系和坐标系，不仅是这一章学习的基础知识，也是以后力学各章学习的基础知识。这些基础知识在实践中有广泛的、重要的应用。</w:t>
      </w:r>
      <w:r>
        <w:rPr>
          <w:lang w:eastAsia="zh-CN"/>
        </w:rPr>
        <w:br/>
      </w:r>
      <w:r>
        <w:rPr>
          <w:lang w:eastAsia="zh-CN"/>
        </w:rPr>
        <w:t>　　二、三维目标</w:t>
      </w:r>
      <w:r>
        <w:rPr>
          <w:lang w:eastAsia="zh-CN"/>
        </w:rPr>
        <w:br/>
      </w:r>
      <w:r>
        <w:rPr>
          <w:lang w:eastAsia="zh-CN"/>
        </w:rPr>
        <w:t>　　1.知识与技能</w:t>
      </w:r>
      <w:r>
        <w:rPr>
          <w:lang w:eastAsia="zh-CN"/>
        </w:rPr>
        <w:br/>
      </w:r>
      <w:r>
        <w:rPr>
          <w:lang w:eastAsia="zh-CN"/>
        </w:rPr>
        <w:t>　　(1)理解质点的概念，知道它是一种科学的抽象，知道科学抽象是一种普遍的研究方法。</w:t>
      </w:r>
      <w:r>
        <w:rPr>
          <w:lang w:eastAsia="zh-CN"/>
        </w:rPr>
        <w:br/>
      </w:r>
      <w:r>
        <w:rPr>
          <w:lang w:eastAsia="zh-CN"/>
        </w:rPr>
        <w:t>　　(2)理解参考系的选取在物理中的作用，会根据实际情况选定参考系。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(3)会用坐标系描述物体的位置和位置的变化。</w:t>
      </w:r>
      <w:r>
        <w:rPr>
          <w:lang w:eastAsia="zh-CN"/>
        </w:rPr>
        <w:br/>
      </w:r>
      <w:r>
        <w:rPr>
          <w:lang w:eastAsia="zh-CN"/>
        </w:rPr>
        <w:t>　　2.过程与方法</w:t>
      </w:r>
      <w:r>
        <w:rPr>
          <w:lang w:eastAsia="zh-CN"/>
        </w:rPr>
        <w:br/>
      </w:r>
      <w:r>
        <w:rPr>
          <w:lang w:eastAsia="zh-CN"/>
        </w:rPr>
        <w:t>　　(1)体会物理模型在探索自然规律中的作用，让学生将生活实际与物理概念相联系，通过几个具体的例子让学生自主讨论，在讨论与交流中，自主升华为物理概念。</w:t>
      </w:r>
      <w:r>
        <w:rPr>
          <w:lang w:eastAsia="zh-CN"/>
        </w:rPr>
        <w:br/>
      </w:r>
      <w:r>
        <w:rPr>
          <w:lang w:eastAsia="zh-CN"/>
        </w:rPr>
        <w:t>　　(2)通过参考系的学习，知道从不同角度研究问题的方法，让学生从熟悉的常见现象和已有经验出发，体验不同参考系中运动的相对性，提示参考系在确定物体运动时客观存在的必要性和合理性，促使学生形成勤于观察、勤于思考的习惯，提高学生自主获取知识的能力。</w:t>
      </w:r>
      <w:r>
        <w:rPr>
          <w:lang w:eastAsia="zh-CN"/>
        </w:rPr>
        <w:br/>
      </w:r>
      <w:r>
        <w:rPr>
          <w:lang w:eastAsia="zh-CN"/>
        </w:rPr>
        <w:t>　　3.情感态度与价值观</w:t>
      </w:r>
      <w:r>
        <w:rPr>
          <w:lang w:eastAsia="zh-CN"/>
        </w:rPr>
        <w:br/>
      </w:r>
      <w:r>
        <w:rPr>
          <w:lang w:eastAsia="zh-CN"/>
        </w:rPr>
        <w:t>　　热爱自然，关心科技，正确方法，科学态度。</w:t>
      </w:r>
      <w:r>
        <w:rPr>
          <w:lang w:eastAsia="zh-CN"/>
        </w:rPr>
        <w:br/>
      </w:r>
      <w:r>
        <w:rPr>
          <w:lang w:eastAsia="zh-CN"/>
        </w:rPr>
        <w:t>　　三、教学重、难点</w:t>
      </w:r>
      <w:r>
        <w:rPr>
          <w:lang w:eastAsia="zh-CN"/>
        </w:rPr>
        <w:br/>
      </w:r>
      <w:r>
        <w:rPr>
          <w:lang w:eastAsia="zh-CN"/>
        </w:rPr>
        <w:t>　　(1)重点</w:t>
      </w:r>
      <w:r>
        <w:rPr>
          <w:lang w:eastAsia="zh-CN"/>
        </w:rPr>
        <w:br/>
      </w:r>
      <w:r>
        <w:rPr>
          <w:lang w:eastAsia="zh-CN"/>
        </w:rPr>
        <w:t>　　1.理解质点的概念;</w:t>
      </w:r>
      <w:r>
        <w:rPr>
          <w:lang w:eastAsia="zh-CN"/>
        </w:rPr>
        <w:br/>
      </w:r>
      <w:r>
        <w:rPr>
          <w:lang w:eastAsia="zh-CN"/>
        </w:rPr>
        <w:t>　　2.从参考系中明确地抽象出了坐标系的概念。</w:t>
      </w:r>
      <w:r>
        <w:rPr>
          <w:lang w:eastAsia="zh-CN"/>
        </w:rPr>
        <w:br/>
      </w:r>
      <w:r>
        <w:rPr>
          <w:lang w:eastAsia="zh-CN"/>
        </w:rPr>
        <w:t>　　(2)难点</w:t>
      </w:r>
      <w:r>
        <w:rPr>
          <w:lang w:eastAsia="zh-CN"/>
        </w:rPr>
        <w:br/>
      </w:r>
      <w:r>
        <w:rPr>
          <w:lang w:eastAsia="zh-CN"/>
        </w:rPr>
        <w:t>　　1.理解质点的概念</w:t>
      </w:r>
      <w:r>
        <w:rPr>
          <w:lang w:eastAsia="zh-CN"/>
        </w:rPr>
        <w:br/>
      </w:r>
      <w:r>
        <w:rPr>
          <w:lang w:eastAsia="zh-CN"/>
        </w:rPr>
        <w:t>　　四、教学突破</w:t>
      </w:r>
      <w:r>
        <w:rPr>
          <w:lang w:eastAsia="zh-CN"/>
        </w:rPr>
        <w:br/>
      </w:r>
      <w:r>
        <w:rPr>
          <w:lang w:eastAsia="zh-CN"/>
        </w:rPr>
        <w:t>　　课前师生收集丰富的图片、视频、文字等资料，联系学生日常生活中身边熟悉的实例，激发学生学习的兴趣，通过老师引导，学生得出有关物理概念，从而使学生乐于探究和思考。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五、教学流程设计</w:t>
      </w:r>
      <w:r>
        <w:rPr>
          <w:lang w:eastAsia="zh-CN"/>
        </w:rPr>
        <w:br/>
      </w:r>
      <w:r>
        <w:rPr>
          <w:lang w:eastAsia="zh-CN"/>
        </w:rPr>
        <w:t>　（一）引入课题</w:t>
      </w:r>
      <w:r>
        <w:rPr>
          <w:lang w:eastAsia="zh-CN"/>
        </w:rPr>
        <w:br/>
      </w:r>
      <w:r>
        <w:rPr>
          <w:lang w:eastAsia="zh-CN"/>
        </w:rPr>
        <w:t>　　教师活动</w:t>
      </w:r>
      <w:r>
        <w:rPr>
          <w:lang w:eastAsia="zh-CN"/>
        </w:rPr>
        <w:br/>
      </w:r>
      <w:r>
        <w:rPr>
          <w:lang w:eastAsia="zh-CN"/>
        </w:rPr>
        <w:t>　　(利用多媒体播放一段反映物体运动的视频，雄鹰在空中翱翔，足球在绿茵场上飞滚，连静静的山川也在“坐地日行八万里”……)。请同学们思考回答：这些场景中哪些物体是在运动的?在物理学中，什么叫做机械运动?举例说明。</w:t>
      </w:r>
      <w:r>
        <w:rPr>
          <w:lang w:eastAsia="zh-CN"/>
        </w:rPr>
        <w:br/>
      </w:r>
      <w:r>
        <w:rPr>
          <w:lang w:eastAsia="zh-CN"/>
        </w:rPr>
        <w:t>　　2.对学生的举例分析给予评价，并根据学生的回答进一步总结机械运动的概念。</w:t>
      </w:r>
      <w:r>
        <w:rPr>
          <w:lang w:eastAsia="zh-CN"/>
        </w:rPr>
        <w:br/>
      </w:r>
      <w:r>
        <w:rPr>
          <w:lang w:eastAsia="zh-CN"/>
        </w:rPr>
        <w:t>　　3.指导学生分析视频资料，指出：宇宙中的一切物体都在不停地运动，运动是宇宙间永恒的主题，也是日常生活中常见的现象，诗人可以用“飞流直下三千尺，疑是银河落九天”，来描绘气势磅礴的瀑布，画家也可以用美丽的画笔描绘出动感十足的情景，那么，我们怎样描绘物体的机械运动呢?即怎样地描述物体上各点的位置及其随时间的变化呢?</w:t>
      </w:r>
      <w:r>
        <w:rPr>
          <w:lang w:eastAsia="zh-CN"/>
        </w:rPr>
        <w:br/>
      </w:r>
      <w:r>
        <w:rPr>
          <w:lang w:eastAsia="zh-CN"/>
        </w:rPr>
        <w:t>　　（二）物体和质点</w:t>
      </w:r>
      <w:r>
        <w:rPr>
          <w:lang w:eastAsia="zh-CN"/>
        </w:rPr>
        <w:br/>
      </w:r>
      <w:r>
        <w:rPr>
          <w:lang w:eastAsia="zh-CN"/>
        </w:rPr>
        <w:t>　　教师活动</w:t>
      </w:r>
      <w:r>
        <w:rPr>
          <w:lang w:eastAsia="zh-CN"/>
        </w:rPr>
        <w:br/>
      </w:r>
      <w:r>
        <w:rPr>
          <w:lang w:eastAsia="zh-CN"/>
        </w:rPr>
        <w:t>　　1.研究物体的运动，首先要确定物体的位置。物体都具有大小和形状，在运动中物体的各点的位置变化一般说来是不同的，所以要详细描述物体的位置及其变化，并不是一件简单的事情。(多媒体展示三幅图)，在地球绕太阳转动的图片中，地球在绕太阳公转，注意地球同时又在自转，所以地球的各部分离太阳的远近在不断变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2.分析：地球是一个庞然大物，直径约为12800km，与太阳相距1.5_108km，也就是说地球直径约是它与太阳距离的万分之一。当我们讨论地球的公转时怎么看待地球?有什么巧妙的方法?</w:t>
      </w:r>
      <w:r>
        <w:rPr>
          <w:lang w:eastAsia="zh-CN"/>
        </w:rPr>
        <w:br/>
      </w:r>
      <w:r>
        <w:rPr>
          <w:lang w:eastAsia="zh-CN"/>
        </w:rPr>
        <w:t>　　3.指导学生讨论。在学生讨论过程中，引导学生想到我们在处理这些问题时，采用科学抽象的方法，即不考虑物体各部分的差异，把物体简化成为没有大小、形状的点，或者说用一个有质量的点来代替物体。</w:t>
      </w:r>
      <w:r>
        <w:rPr>
          <w:lang w:eastAsia="zh-CN"/>
        </w:rPr>
        <w:br/>
      </w:r>
      <w:r>
        <w:rPr>
          <w:lang w:eastAsia="zh-CN"/>
        </w:rPr>
        <w:t>　　4.可见，引入质点是为了使物体的位置有一个确切的概念，使物体的复杂运动转化成点的运动。</w:t>
      </w:r>
      <w:r>
        <w:rPr>
          <w:lang w:eastAsia="zh-CN"/>
        </w:rPr>
        <w:br/>
      </w:r>
      <w:r>
        <w:rPr>
          <w:lang w:eastAsia="zh-CN"/>
        </w:rPr>
        <w:t>　　5.总结得出①质点的定义：用来代替物体的有质量的点叫做质点。即没有形状、大小、体积而具有质量的一个点，质点具有物体的全部质量。②质点是人们为了使实际问题简化而引入的理想化模型。引入理想化模型，抓住主要矛盾，忽略次要矛盾，尽可能把复杂问题简单化，是物理学上经常用到的一种研究问题的方法──科学抽象。</w:t>
      </w:r>
      <w:r>
        <w:rPr>
          <w:lang w:eastAsia="zh-CN"/>
        </w:rPr>
        <w:br/>
      </w:r>
      <w:r>
        <w:rPr>
          <w:lang w:eastAsia="zh-CN"/>
        </w:rPr>
        <w:t>　　6.进一步说明：物理学对实际问题的简化，必须从实际出发，撇开不考虑的(只能是与当前考察无关的因素)，和对当前考察影响很小的次要因素。</w:t>
      </w:r>
      <w:r>
        <w:rPr>
          <w:lang w:eastAsia="zh-CN"/>
        </w:rPr>
        <w:br/>
      </w:r>
      <w:r>
        <w:rPr>
          <w:lang w:eastAsia="zh-CN"/>
        </w:rPr>
        <w:t>　　1.学生分小组讨论得出：研究地球公转时，由于地球的大小而引起的地球各个部分的差异很小，可以忽略不计，也就是说可以忽略地球的大小，把它视为一个点。 忽略地球的大小和形状把地球看作一个点时，能够忽略地球质量吗?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听讲，记录，认真体会，理解引入质点的意义。</w:t>
      </w:r>
      <w:r>
        <w:rPr>
          <w:lang w:eastAsia="zh-CN"/>
        </w:rPr>
        <w:br/>
      </w:r>
      <w:r>
        <w:rPr>
          <w:lang w:eastAsia="zh-CN"/>
        </w:rPr>
        <w:t>　　3.讨论①是不是只有很小的物体才能看作质点?</w:t>
      </w:r>
      <w:r>
        <w:rPr>
          <w:lang w:eastAsia="zh-CN"/>
        </w:rPr>
        <w:br/>
      </w:r>
      <w:r>
        <w:rPr>
          <w:lang w:eastAsia="zh-CN"/>
        </w:rPr>
        <w:t>　　②地球的自转和转动的车轮能否被看作质点?</w:t>
      </w:r>
      <w:r>
        <w:rPr>
          <w:lang w:eastAsia="zh-CN"/>
        </w:rPr>
        <w:br/>
      </w:r>
      <w:r>
        <w:rPr>
          <w:lang w:eastAsia="zh-CN"/>
        </w:rPr>
        <w:t>　　③物理中的“质点”和几何中的点有什么相同和不同之处?</w:t>
      </w:r>
      <w:r>
        <w:rPr>
          <w:lang w:eastAsia="zh-CN"/>
        </w:rPr>
        <w:br/>
      </w:r>
      <w:r>
        <w:rPr>
          <w:lang w:eastAsia="zh-CN"/>
        </w:rPr>
        <w:t>　　师生共同讨论得出：关于质点简化的条件</w:t>
      </w:r>
      <w:r>
        <w:rPr>
          <w:lang w:eastAsia="zh-CN"/>
        </w:rPr>
        <w:br/>
      </w:r>
      <w:r>
        <w:rPr>
          <w:lang w:eastAsia="zh-CN"/>
        </w:rPr>
        <w:t>　　一个物体能否抽象成质点，并不是取决于物体的形状和体积大小，这要看具体情况而定。</w:t>
      </w:r>
      <w:r>
        <w:rPr>
          <w:lang w:eastAsia="zh-CN"/>
        </w:rPr>
        <w:br/>
      </w:r>
      <w:r>
        <w:rPr>
          <w:lang w:eastAsia="zh-CN"/>
        </w:rPr>
        <w:t>　　①平动的物体一般可以看作质点</w:t>
      </w:r>
      <w:r>
        <w:rPr>
          <w:lang w:eastAsia="zh-CN"/>
        </w:rPr>
        <w:br/>
      </w:r>
      <w:r>
        <w:rPr>
          <w:lang w:eastAsia="zh-CN"/>
        </w:rPr>
        <w:t>　　做平动的物体，由于物体上各点的运动情况相同，可以用一个点代表整个物体的运动，在这种情况下，物体的大小、形状就无关紧要了，可以把整个物体当质点。</w:t>
      </w:r>
      <w:r>
        <w:rPr>
          <w:lang w:eastAsia="zh-CN"/>
        </w:rPr>
        <w:br/>
      </w:r>
      <w:r>
        <w:rPr>
          <w:lang w:eastAsia="zh-CN"/>
        </w:rPr>
        <w:t>　　例如：平直公路上行驶的汽车，车身上各部分的运动情况相同，当我们把汽车作为一个整体来研究它的运动的时候，就可以把汽车当作质点。当然，假如我们需要研究汽车轮胎的运动，由于轮胎上各部分运动情况不相同，那就不能把它看作质点了。</w:t>
      </w:r>
      <w:r>
        <w:rPr>
          <w:lang w:eastAsia="zh-CN"/>
        </w:rPr>
        <w:br/>
      </w:r>
      <w:r>
        <w:rPr>
          <w:lang w:eastAsia="zh-CN"/>
        </w:rPr>
        <w:t>　　要注意的`是：同一物体在不同情况下有时可看质点，有时不可以看作质点，一列火车从北京开到上海，研究火车的运行的时间，可将火车看成质点，而火车过桥时，计算火车过桥的时间，不可以将火车看成质点。</w:t>
      </w:r>
      <w:r>
        <w:rPr>
          <w:lang w:eastAsia="zh-CN"/>
        </w:rPr>
        <w:br/>
      </w:r>
      <w:r>
        <w:rPr>
          <w:lang w:eastAsia="zh-CN"/>
        </w:rPr>
        <w:t>　　②有转动但转动为次要因素</w:t>
      </w:r>
      <w:r>
        <w:rPr>
          <w:lang w:eastAsia="zh-CN"/>
        </w:rPr>
        <w:br/>
      </w:r>
      <w:r>
        <w:rPr>
          <w:lang w:eastAsia="zh-CN"/>
        </w:rPr>
        <w:t>　　例如：研究地球公转时，可把地球看作质点;研究地球自转时，不能把地球看作质点。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③物体的形状、大小可忽略</w:t>
      </w:r>
      <w:r>
        <w:rPr>
          <w:lang w:eastAsia="zh-CN"/>
        </w:rPr>
        <w:br/>
      </w:r>
      <w:r>
        <w:rPr>
          <w:lang w:eastAsia="zh-CN"/>
        </w:rPr>
        <w:t>　　再如：乒乓球旋转对球的运动的较大的影响，运动员在发球、击球时都要考虑，就不能把乒乓球简单看作质点。</w:t>
      </w:r>
      <w:r>
        <w:rPr>
          <w:lang w:eastAsia="zh-CN"/>
        </w:rPr>
        <w:br/>
      </w:r>
      <w:r>
        <w:rPr>
          <w:lang w:eastAsia="zh-CN"/>
        </w:rPr>
        <w:t>　　（三）参考系</w:t>
      </w:r>
      <w:r>
        <w:rPr>
          <w:lang w:eastAsia="zh-CN"/>
        </w:rPr>
        <w:br/>
      </w:r>
      <w:r>
        <w:rPr>
          <w:lang w:eastAsia="zh-CN"/>
        </w:rPr>
        <w:t>　　1.坐在教室里的同学看到其他同学都是静止的，却不知道他们都在绕着太阳在高速运动着，这里面蕴含了什么问题呢?</w:t>
      </w:r>
      <w:r>
        <w:rPr>
          <w:lang w:eastAsia="zh-CN"/>
        </w:rPr>
        <w:br/>
      </w:r>
      <w:r>
        <w:rPr>
          <w:lang w:eastAsia="zh-CN"/>
        </w:rPr>
        <w:t>　　2.让学生观察图1.1-3和1.1-4，阅读图右文字，回答以下问题。</w:t>
      </w:r>
      <w:r>
        <w:rPr>
          <w:lang w:eastAsia="zh-CN"/>
        </w:rPr>
        <w:br/>
      </w:r>
      <w:r>
        <w:rPr>
          <w:lang w:eastAsia="zh-CN"/>
        </w:rPr>
        <w:t>　　①得出什么结论?②就图1.1-4能否提出一些问题?(例如为什么跳伞者总是在飞机的正下方)</w:t>
      </w:r>
      <w:r>
        <w:rPr>
          <w:lang w:eastAsia="zh-CN"/>
        </w:rPr>
        <w:br/>
      </w:r>
      <w:r>
        <w:rPr>
          <w:lang w:eastAsia="zh-CN"/>
        </w:rPr>
        <w:t>　　小结</w:t>
      </w:r>
      <w:r>
        <w:rPr>
          <w:lang w:eastAsia="zh-CN"/>
        </w:rPr>
        <w:br/>
      </w:r>
      <w:r>
        <w:rPr>
          <w:lang w:eastAsia="zh-CN"/>
        </w:rPr>
        <w:t>　　①参考系是参照物的科学名称，是假定不动的物体。一个物体一旦被选为参考系，就认为它是静止的。在选定参考系后要假定自己站在参照物中去观察物体的运动，即“参考系上长着观察者的眼睛”。</w:t>
      </w:r>
      <w:r>
        <w:rPr>
          <w:lang w:eastAsia="zh-CN"/>
        </w:rPr>
        <w:br/>
      </w:r>
      <w:r>
        <w:rPr>
          <w:lang w:eastAsia="zh-CN"/>
        </w:rPr>
        <w:t>　　②比较两个物体的运动时必须选择同一参照系，比较才有意义。</w:t>
      </w:r>
      <w:r>
        <w:rPr>
          <w:lang w:eastAsia="zh-CN"/>
        </w:rPr>
        <w:br/>
      </w:r>
      <w:r>
        <w:rPr>
          <w:lang w:eastAsia="zh-CN"/>
        </w:rPr>
        <w:t>　　③在运动学中，参考系的选取是任意的，但在实际选择参考系时应以运动的描述尽可能简单为原则。在没有特别说明时，通常以地面为参考系。例如，描述地面上物体的运动时，通常选地面或相对于地面而静止不动的其他物体作为参考系。</w:t>
      </w:r>
      <w:r>
        <w:rPr>
          <w:lang w:eastAsia="zh-CN"/>
        </w:rPr>
        <w:br/>
      </w:r>
      <w:r>
        <w:rPr>
          <w:lang w:eastAsia="zh-CN"/>
        </w:rPr>
        <w:t>　　（四）坐标系</w:t>
      </w:r>
      <w:r>
        <w:rPr>
          <w:lang w:eastAsia="zh-CN"/>
        </w:rPr>
        <w:br/>
      </w:r>
      <w:r>
        <w:rPr>
          <w:lang w:eastAsia="zh-CN"/>
        </w:rPr>
        <w:t>　　1.提出问题：怎样定量(准确)人描述车或刘翔所在的位置?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2.提示：你的描述必须能反映物体(或人)的运动特点(直线)、运动方向、各点之间的距离等因素。</w:t>
      </w:r>
      <w:r>
        <w:rPr>
          <w:lang w:eastAsia="zh-CN"/>
        </w:rPr>
        <w:br/>
      </w:r>
      <w:r>
        <w:rPr>
          <w:lang w:eastAsia="zh-CN"/>
        </w:rPr>
        <w:t>　　3.总结：①为了定量地描述物体的位置及位置的变化，需要在参考系上建立适当的坐标系。坐标系是在参考系的基础上抽象出来的概念，是抽象化的参考系。为了定量地描述物体的位置及位置的变化需要在参考系上建立适当的坐标系，如果物体在一维空间运动，即沿一条直线运动，只需建立直线坐标系，就能准确表达物体的位置;如果物体在二维空间运动，即在同一平面运动，就需要建立平面直角坐标系来描述物体的位置;当物体在三维空间运动时，则需要建立三维坐标系。</w:t>
      </w:r>
      <w:r>
        <w:rPr>
          <w:lang w:eastAsia="zh-CN"/>
        </w:rPr>
        <w:br/>
      </w:r>
      <w:r>
        <w:rPr>
          <w:lang w:eastAsia="zh-CN"/>
        </w:rPr>
        <w:t>　　①一维坐标：描述物体在一条直线上运动，即物体做一维运动时，可以以这条直线为_轴，在直线上规定原点、正方向和单位长度，建立直线坐标系。如图1-1-1所示，若某一物体运动到A点，此时它的位置坐标_A=3m，若它运动到B点，则此时它的坐标_B=-2m(“-”表示沿_轴负方向)。</w:t>
      </w:r>
      <w:r>
        <w:rPr>
          <w:lang w:eastAsia="zh-CN"/>
        </w:rPr>
        <w:br/>
      </w:r>
      <w:r>
        <w:rPr>
          <w:lang w:eastAsia="zh-CN"/>
        </w:rPr>
        <w:t>　　（五）巩固练习，交流和小结</w:t>
      </w:r>
      <w:r>
        <w:rPr>
          <w:lang w:eastAsia="zh-CN"/>
        </w:rPr>
        <w:br/>
      </w:r>
      <w:r>
        <w:rPr>
          <w:lang w:eastAsia="zh-CN"/>
        </w:rPr>
        <w:t>　　教师活动</w:t>
      </w:r>
      <w:r>
        <w:rPr>
          <w:lang w:eastAsia="zh-CN"/>
        </w:rPr>
        <w:br/>
      </w:r>
      <w:r>
        <w:rPr>
          <w:lang w:eastAsia="zh-CN"/>
        </w:rPr>
        <w:t>　　出示课堂练习;</w:t>
      </w:r>
      <w:r>
        <w:rPr>
          <w:lang w:eastAsia="zh-CN"/>
        </w:rPr>
        <w:br/>
      </w:r>
      <w:r>
        <w:rPr>
          <w:lang w:eastAsia="zh-CN"/>
        </w:rPr>
        <w:t>　　引导组织学生回顾本节知识;</w:t>
      </w:r>
      <w:r>
        <w:rPr>
          <w:lang w:eastAsia="zh-CN"/>
        </w:rPr>
        <w:br/>
      </w:r>
      <w:r>
        <w:rPr>
          <w:lang w:eastAsia="zh-CN"/>
        </w:rPr>
        <w:t>　　组织各小组成员在相互合作的基础上，进行小结;</w:t>
      </w:r>
      <w:r>
        <w:rPr>
          <w:lang w:eastAsia="zh-CN"/>
        </w:rPr>
        <w:br/>
      </w:r>
      <w:r>
        <w:rPr>
          <w:lang w:eastAsia="zh-CN"/>
        </w:rPr>
        <w:t>　　教师对该堂课的内容进行总结和对学生的总结给予肯定和评价。</w:t>
      </w:r>
      <w:r>
        <w:rPr>
          <w:lang w:eastAsia="zh-CN"/>
        </w:rPr>
        <w:br/>
      </w:r>
      <w:r>
        <w:rPr>
          <w:lang w:eastAsia="zh-CN"/>
        </w:rPr>
        <w:t>　　学生活动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按照要求完成课堂练习;</w:t>
      </w:r>
      <w:r>
        <w:rPr>
          <w:lang w:eastAsia="zh-CN"/>
        </w:rPr>
        <w:br/>
      </w:r>
      <w:r>
        <w:rPr>
          <w:lang w:eastAsia="zh-CN"/>
        </w:rPr>
        <w:t>　　根据老师提供的信息回顾本节知识;</w:t>
      </w:r>
      <w:r>
        <w:rPr>
          <w:lang w:eastAsia="zh-CN"/>
        </w:rPr>
        <w:br/>
      </w:r>
      <w:r>
        <w:rPr>
          <w:lang w:eastAsia="zh-CN"/>
        </w:rPr>
        <w:t>　　在相互合作交流的基础上做好书面总结;</w:t>
      </w:r>
      <w:r>
        <w:rPr>
          <w:lang w:eastAsia="zh-CN"/>
        </w:rPr>
        <w:br/>
      </w:r>
      <w:r>
        <w:rPr>
          <w:lang w:eastAsia="zh-CN"/>
        </w:rPr>
        <w:t>　　听老师总结，补充修改自己的书面总结。 高一物理教学工作计划6</w:t>
      </w:r>
      <w:r>
        <w:rPr>
          <w:lang w:eastAsia="zh-CN"/>
        </w:rPr>
        <w:br/>
      </w:r>
      <w:r>
        <w:rPr>
          <w:lang w:eastAsia="zh-CN"/>
        </w:rPr>
        <w:t xml:space="preserve">    1.教材分析： </w:t>
      </w:r>
      <w:r>
        <w:rPr>
          <w:lang w:eastAsia="zh-CN"/>
        </w:rPr>
        <w:br/>
      </w:r>
      <w:r>
        <w:rPr>
          <w:lang w:eastAsia="zh-CN"/>
        </w:rPr>
        <w:t>　　这学期用的教材是人民教育出版社出版的《物理》必修1。必修1模块是高中物理常见的必修模块，所有学生都必须完成该模块的学习。本模块分为两个次要主题：运动描述、相互作用和运动定律。模块涉及的概念和规律是高中物理进一步学习的基础。实验是高中物理的典型。通过这些实验研究，我们可以掌握基本的操作技能，认识到实验在物理中的地位，以及实践在人类认识世界中的作用。全书共分四章，即第一章是运动的描述，第二章是匀速直线运动的研究，第三章是相互作用，第四章是牛顿运动定律。</w:t>
      </w:r>
      <w:r>
        <w:rPr>
          <w:lang w:eastAsia="zh-CN"/>
        </w:rPr>
        <w:br/>
      </w:r>
      <w:r>
        <w:rPr>
          <w:lang w:eastAsia="zh-CN"/>
        </w:rPr>
        <w:t>　　2.学生分析：</w:t>
      </w:r>
      <w:r>
        <w:rPr>
          <w:lang w:eastAsia="zh-CN"/>
        </w:rPr>
        <w:br/>
      </w:r>
      <w:r>
        <w:rPr>
          <w:lang w:eastAsia="zh-CN"/>
        </w:rPr>
        <w:t>　　今年的高三学生基础不错。除少数学生外，要求掌握基本概念和规律。大多数物理专业学生应该定位于激发学生学习物理的兴趣，掌握基础知识和技能，适应科学探究的教学方法，培养正确的物理学习方法和思维方法，形成相对完整的牛顿力学体系。</w:t>
      </w:r>
      <w:r>
        <w:rPr>
          <w:lang w:eastAsia="zh-CN"/>
        </w:rPr>
        <w:br/>
      </w:r>
      <w:r>
        <w:rPr>
          <w:lang w:eastAsia="zh-CN"/>
        </w:rPr>
        <w:t>　　3.教学方法和学习方法分析：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根据本学期的教学内容和学生特点，采用了以知识和观念为基础提高学生能力的方法：强调学生的课前准备，力求少说话，简洁，多思考。培养学生分析问题和解决问题的能力。特别是要培养学生运用物理知识解决物理问题的能力，提高学生的实验能力，加强学生的实验教学，加强对综合物理知识的分析和讨论。培养学生的综合素质。充分发挥学生的'主动性和积极性。让学生成为学习的主人。</w:t>
      </w:r>
      <w:r>
        <w:rPr>
          <w:lang w:eastAsia="zh-CN"/>
        </w:rPr>
        <w:br/>
      </w:r>
      <w:r>
        <w:rPr>
          <w:lang w:eastAsia="zh-CN"/>
        </w:rPr>
        <w:t>　　二，教育目标和任务</w:t>
      </w:r>
      <w:r>
        <w:rPr>
          <w:lang w:eastAsia="zh-CN"/>
        </w:rPr>
        <w:br/>
      </w:r>
      <w:r>
        <w:rPr>
          <w:lang w:eastAsia="zh-CN"/>
        </w:rPr>
        <w:t>　　1.认真研究大纲和调整意见，实现编写教材的意图。注重对学生学习过程的研究，了解不同学生的主要学习障碍，并在此基础上制定教学计划，充分调动学生的学习积极性。</w:t>
      </w:r>
      <w:r>
        <w:rPr>
          <w:lang w:eastAsia="zh-CN"/>
        </w:rPr>
        <w:br/>
      </w:r>
      <w:r>
        <w:rPr>
          <w:lang w:eastAsia="zh-CN"/>
        </w:rPr>
        <w:t>　　2.特别强调知识和能力的阶段，掌握基础知识、基本技能和基本方法，这些是能力训练的基础。课堂例题和习题要认真筛选，不求尽善尽美，不求难，不求丰富，要精、少、活，强调例题和习题的教育教学因素，强调理解和应用。</w:t>
      </w:r>
      <w:r>
        <w:rPr>
          <w:lang w:eastAsia="zh-CN"/>
        </w:rPr>
        <w:br/>
      </w:r>
      <w:r>
        <w:rPr>
          <w:lang w:eastAsia="zh-CN"/>
        </w:rPr>
        <w:t>　　3.加强教学和科研，提高课堂效率。课堂教学的重点应放在使学生科学地认识和理解物理概念和规律，掌握基本的科学方法，形成科学的世界观上。我们应该充分利用现代教育技术来提高教育教学的质量和效率。</w:t>
      </w:r>
      <w:r>
        <w:rPr>
          <w:lang w:eastAsia="zh-CN"/>
        </w:rPr>
        <w:br/>
      </w:r>
      <w:r>
        <w:rPr>
          <w:lang w:eastAsia="zh-CN"/>
        </w:rPr>
        <w:t>　　4.通过观察实验和推理，总结物理概念和规律，让学生学习和掌握相关规律，同时注重培养和发展学生的实验能力和从实验结果中总结物理规律的能力。</w:t>
      </w:r>
      <w:r>
        <w:rPr>
          <w:lang w:eastAsia="zh-CN"/>
        </w:rPr>
        <w:br/>
      </w:r>
      <w:r>
        <w:rPr>
          <w:lang w:eastAsia="zh-CN"/>
        </w:rPr>
        <w:t>　　5.结合所学知识的教学，对学生进行思想道德、爱国主义和辩证唯物主义的教育。</w:t>
      </w:r>
      <w:r>
        <w:rPr>
          <w:lang w:eastAsia="zh-CN"/>
        </w:rPr>
        <w:br/>
      </w:r>
      <w:r>
        <w:rPr>
          <w:lang w:eastAsia="zh-CN"/>
        </w:rPr>
        <w:t>　　三.措施</w:t>
      </w:r>
      <w:r>
        <w:rPr>
          <w:lang w:eastAsia="zh-CN"/>
        </w:rPr>
        <w:br/>
      </w:r>
    </w:p>
    <w:p w:rsidR="001B1F19" w14:textId="27C3F48A">
      <w:pPr>
        <w:rPr>
          <w:rFonts w:hint="eastAsia"/>
          <w:lang w:eastAsia="zh-CN"/>
        </w:rPr>
      </w:pPr>
      <w:r>
        <w:rPr>
          <w:lang w:eastAsia="zh-CN"/>
        </w:rPr>
        <w:t>　　1.严格执行教学部集体备课制度，提高集体备课质量。每周集体备课。首先，前一周安排的每个教学内容的主人和候选人将向整个小组清楚地说明重点、难点、教学方法、主要例子、课后作业、主题</w:t>
      </w:r>
      <w:r>
        <w:rPr>
          <w:lang w:eastAsia="zh-CN"/>
        </w:rPr>
        <w:br/>
      </w:r>
      <w:r>
        <w:rPr>
          <w:lang w:eastAsia="zh-CN"/>
        </w:rPr>
        <w:t>　　况的基础之上，确定课时安排。为实现给全体学生奠定一个扎实的物理基础提供合理的时间保证。必修1物理对于文科学生应突出文科学生的特点、合理安排，以便保证全年级在学业水平测试中获得满意成绩。</w:t>
      </w:r>
      <w:r>
        <w:rPr>
          <w:lang w:eastAsia="zh-CN"/>
        </w:rPr>
        <w:br/>
      </w:r>
      <w:r>
        <w:rPr>
          <w:lang w:eastAsia="zh-CN"/>
        </w:rPr>
        <w:t>　　3.提高课堂的教学效率，加强对课堂教学模式的探索。细化每一章每一节的教学要求，明确课时分配及每一节课的课时目标。对每一节课的重难点内容作更深入的分析、探讨，确立突破的方法和途径。加强对各种课型的研究，尤其是探究课。</w:t>
      </w:r>
      <w:r>
        <w:rPr>
          <w:lang w:eastAsia="zh-CN"/>
        </w:rPr>
        <w:br/>
      </w:r>
      <w:r>
        <w:rPr>
          <w:lang w:eastAsia="zh-CN"/>
        </w:rPr>
        <w:t>　　4.精选习题。针对每一节课的课时目标，精心选择典型习题，做到知识点与习题的对应。分类编排课堂例题、课外巩固习题、小练检测题、章节复习题。注重学生能力的提高过程。</w:t>
      </w:r>
      <w:r>
        <w:rPr>
          <w:lang w:eastAsia="zh-CN"/>
        </w:rPr>
        <w:br/>
      </w:r>
      <w:r>
        <w:rPr>
          <w:lang w:eastAsia="zh-CN"/>
        </w:rPr>
        <w:t>　　5.强化作业批改。通过作业批改督促学生端正课外学习的态度、了解学生对知识的理解与掌握、规范学生的答题。为课时目标的确定和分类教学指导提供依据。</w:t>
      </w:r>
      <w:r>
        <w:rPr>
          <w:lang w:eastAsia="zh-CN"/>
        </w:rPr>
        <w:br/>
      </w:r>
      <w:r>
        <w:rPr>
          <w:lang w:eastAsia="zh-CN"/>
        </w:rPr>
        <w:t>　　6.加强学科组老师的交流与合作。通过听课、评课对教学模式进行探究，提高课堂教学效果;在精选习题过程中，选题与审题分工合作;对每一节课的重难点进行突破时集思广益。</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https://d.book118.com/165010121120011111</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6501012112001111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