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感恩节精彩致辞范文（34篇）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感恩节精彩致辞范文（精选34篇）</w:t>
      </w:r>
      <w:r>
        <w:rPr>
          <w:lang w:eastAsia="zh-CN"/>
        </w:rPr>
        <w:br/>
      </w:r>
      <w:r>
        <w:rPr>
          <w:lang w:eastAsia="zh-CN"/>
        </w:rPr>
        <w:t xml:space="preserve">    感恩节精彩致辞范文 篇1 </w:t>
      </w:r>
      <w:r>
        <w:rPr>
          <w:lang w:eastAsia="zh-CN"/>
        </w:rPr>
        <w:br/>
      </w:r>
      <w:r>
        <w:rPr>
          <w:lang w:eastAsia="zh-CN"/>
        </w:rPr>
        <w:t>　　尊敬的各位、各位同仁同事：</w:t>
      </w:r>
      <w:r>
        <w:rPr>
          <w:lang w:eastAsia="zh-CN"/>
        </w:rPr>
        <w:br/>
      </w:r>
      <w:r>
        <w:rPr>
          <w:lang w:eastAsia="zh-CN"/>
        </w:rPr>
        <w:t>　　大家好！非常感谢大家今天来参加__公司的年终客户答谢会。我代表__公司，并以我个人的名义向出席今天活动的、嘉宾、新老客户朋友们表示热烈的欢迎和衷心的感谢！</w:t>
      </w:r>
      <w:r>
        <w:rPr>
          <w:lang w:eastAsia="zh-CN"/>
        </w:rPr>
        <w:br/>
      </w:r>
      <w:r>
        <w:rPr>
          <w:lang w:eastAsia="zh-CN"/>
        </w:rPr>
        <w:t>　　我们公司走过了不平凡的一年。我们始终坚持“一切为了客户、一切为了公司”的理念赢得了广大客户的满意和信赖。公司全体员工齐心协力、同舟共济，公司规模和业绩持续增长，经过一年的拼搏，我们终于不负众望，主要业务从齐齐哈尔，牡丹江扩展到沈阳，你那将是我们挑战自我的一年，持续创新、迎接挑战，扩大公司的业务领域跟规模，将是本年度主要目标。今天的年终客户答谢会，事实上就是我们公司对各位朋友的一次感恩行动。</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今天，我们在此相聚，就是要表达一份感恩，一份谢意。我们希望用最朴实的行动感恩我们最尊贵的客户，用负责任的态度与您携手共创美好的明天！希望通过本次活动，能够让今天到此的每位朋友都有所获。借此机会，我也代表海赐康全体员工郑重承诺，我们会最好的产品，选派最优秀的与昂服务！在未来的日子里，我们将一如既往最优质的服务，以拳拳之心回报所有的客户长期以来的支持和帮助。</w:t>
      </w:r>
      <w:r>
        <w:rPr>
          <w:lang w:eastAsia="zh-CN"/>
        </w:rPr>
        <w:br/>
      </w:r>
      <w:r>
        <w:rPr>
          <w:lang w:eastAsia="zh-CN"/>
        </w:rPr>
        <w:t>　　最后，再次致以我最真诚的问候，祝大家工作愉快、合家欢乐。完事如意！</w:t>
      </w:r>
      <w:r>
        <w:rPr>
          <w:lang w:eastAsia="zh-CN"/>
        </w:rPr>
        <w:br/>
      </w:r>
      <w:r>
        <w:rPr>
          <w:lang w:eastAsia="zh-CN"/>
        </w:rPr>
        <w:t>　　谢谢大家！</w:t>
      </w:r>
      <w:r>
        <w:rPr>
          <w:lang w:eastAsia="zh-CN"/>
        </w:rPr>
        <w:br/>
      </w:r>
      <w:r>
        <w:rPr>
          <w:lang w:eastAsia="zh-CN"/>
        </w:rPr>
        <w:t xml:space="preserve">    感恩节精彩致辞范文 篇2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落叶在空中盘旋，谱写着一曲感恩的乐章，那是大树对滋养它大地的感恩；白云在蔚蓝的天空中飘荡，绘画着那一幅幅感人的画面，那是白云对哺育它的蓝天的感恩。感恩父母让我拥有这个多彩的社会，感恩父母，让我拥有真挚的友情。感恩父母，让我们懂得了生命的真谛。</w:t>
      </w:r>
      <w:r>
        <w:rPr>
          <w:lang w:eastAsia="zh-CN"/>
        </w:rPr>
        <w:br/>
      </w:r>
      <w:r>
        <w:rPr>
          <w:lang w:eastAsia="zh-CN"/>
        </w:rPr>
        <w:t>　　感恩是一种品德。有的残疾人，没有因自身的缺陷而颓废，心境却一派高远，尽自我的努力感恩社会。这是一个个大写的人！他们怒放自我的生命，用自我的光芒照亮整个世界。学会了感恩，你将飞得更高，飞得更远！</w:t>
      </w:r>
      <w:r>
        <w:rPr>
          <w:lang w:eastAsia="zh-CN"/>
        </w:rPr>
        <w:br/>
      </w:r>
      <w:r>
        <w:rPr>
          <w:lang w:eastAsia="zh-CN"/>
        </w:rPr>
        <w:t>　　感恩是人生处世的基本法则，拥有感恩之心才能不断荡涤灵魂。感恩，来自于博大的胸怀；感恩，塑造着我们的心灵；感恩，充实着我们的生活。</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感恩，有时侯不需要昂贵精美的礼物，但必须要有细致入微的关怀与问候；感恩，有时候不需要激情澎湃的话语，但必须要有一点一滴的行动与努力；感恩，有时不需要甜甜蜜蜜的团圆，但必须要有远在异乡的的真诚与思念。</w:t>
      </w:r>
      <w:r>
        <w:rPr>
          <w:lang w:eastAsia="zh-CN"/>
        </w:rPr>
        <w:br/>
      </w:r>
      <w:r>
        <w:rPr>
          <w:lang w:eastAsia="zh-CN"/>
        </w:rPr>
        <w:t>　　感恩父母，其实很简单。父母不奢求我们能给他们什么钱富，但小小的一句：我爱你。就足矣。</w:t>
      </w:r>
      <w:r>
        <w:rPr>
          <w:lang w:eastAsia="zh-CN"/>
        </w:rPr>
        <w:br/>
      </w:r>
      <w:r>
        <w:rPr>
          <w:lang w:eastAsia="zh-CN"/>
        </w:rPr>
        <w:t>　　谢谢大家！</w:t>
      </w:r>
      <w:r>
        <w:rPr>
          <w:lang w:eastAsia="zh-CN"/>
        </w:rPr>
        <w:br/>
      </w:r>
      <w:r>
        <w:rPr>
          <w:lang w:eastAsia="zh-CN"/>
        </w:rPr>
        <w:t xml:space="preserve">    感恩节精彩致辞范文 篇3 </w:t>
      </w:r>
      <w:r>
        <w:rPr>
          <w:lang w:eastAsia="zh-CN"/>
        </w:rPr>
        <w:br/>
      </w:r>
      <w:r>
        <w:rPr>
          <w:lang w:eastAsia="zh-CN"/>
        </w:rPr>
        <w:t>　　老师们，同学们：</w:t>
      </w:r>
      <w:r>
        <w:rPr>
          <w:lang w:eastAsia="zh-CN"/>
        </w:rPr>
        <w:br/>
      </w:r>
      <w:r>
        <w:rPr>
          <w:lang w:eastAsia="zh-CN"/>
        </w:rPr>
        <w:t>　　大家好！</w:t>
      </w:r>
      <w:r>
        <w:rPr>
          <w:lang w:eastAsia="zh-CN"/>
        </w:rPr>
        <w:br/>
      </w:r>
      <w:r>
        <w:rPr>
          <w:lang w:eastAsia="zh-CN"/>
        </w:rPr>
        <w:t>　　今年的感恩节在十一月__日，这个日子的来临，街上也充满了美味火鸡的香，到处显示着“感恩”。</w:t>
      </w:r>
      <w:r>
        <w:rPr>
          <w:lang w:eastAsia="zh-CN"/>
        </w:rPr>
        <w:br/>
      </w:r>
      <w:r>
        <w:rPr>
          <w:lang w:eastAsia="zh-CN"/>
        </w:rPr>
        <w:t>　　当我们出生的那一刻起，我们便被爱包围。爱悄悄地渗进我们心里，让我们学会了感动。感动于父母一个体谅的眼神，感动于朋友一句勉励的话语，感动于恩师的鼓励……但我们还需要感恩。</w:t>
      </w:r>
      <w:r>
        <w:rPr>
          <w:lang w:eastAsia="zh-CN"/>
        </w:rPr>
        <w:br/>
      </w:r>
      <w:r>
        <w:rPr>
          <w:lang w:eastAsia="zh-CN"/>
        </w:rPr>
        <w:t>　　我们生活在21世纪，我们什么都不缺就缺一颗感恩的心。我曾经听过一个真实的故事，有一个很有善心的人，他用自己的钱同时帮助了许多的孩子上学。最后他人财两空，可那些孩子的父母一点也不知恩图报，还不断的要钱，还常常大喊大叫的问钱怎么还没来。</w:t>
      </w:r>
      <w:r>
        <w:rPr>
          <w:lang w:eastAsia="zh-CN"/>
        </w:rPr>
        <w:br/>
      </w:r>
      <w:r>
        <w:rPr>
          <w:lang w:eastAsia="zh-CN"/>
        </w:rPr>
        <w:t>　　而现在大家开始注重感恩，不感恩的人越来越少，人们越来越感恩身边的每一个人。</w:t>
      </w:r>
      <w:r>
        <w:rPr>
          <w:lang w:eastAsia="zh-CN"/>
        </w:rPr>
        <w:br/>
      </w:r>
      <w:r>
        <w:rPr>
          <w:lang w:eastAsia="zh-CN"/>
        </w:rPr>
        <w:t>　　让我们学会感恩，让冬天永远不会寒冷！</w:t>
      </w:r>
      <w:r>
        <w:rPr>
          <w:lang w:eastAsia="zh-CN"/>
        </w:rPr>
        <w:br/>
      </w:r>
      <w:r>
        <w:rPr>
          <w:lang w:eastAsia="zh-CN"/>
        </w:rPr>
        <w:t>　　谢谢大家！</w:t>
      </w:r>
      <w:r>
        <w:rPr>
          <w:lang w:eastAsia="zh-CN"/>
        </w:rPr>
        <w:br/>
      </w:r>
      <w:r>
        <w:rPr>
          <w:lang w:eastAsia="zh-CN"/>
        </w:rPr>
        <w:t xml:space="preserve">    感恩节精彩致辞范文 篇4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老师们，同学们：</w:t>
      </w:r>
      <w:r>
        <w:rPr>
          <w:lang w:eastAsia="zh-CN"/>
        </w:rPr>
        <w:br/>
      </w:r>
      <w:r>
        <w:rPr>
          <w:lang w:eastAsia="zh-CN"/>
        </w:rPr>
        <w:t>　　大家好！</w:t>
      </w:r>
      <w:r>
        <w:rPr>
          <w:lang w:eastAsia="zh-CN"/>
        </w:rPr>
        <w:br/>
      </w:r>
      <w:r>
        <w:rPr>
          <w:lang w:eastAsia="zh-CN"/>
        </w:rPr>
        <w:t>　　今天是感恩节，我们__幼儿园在这里举办感恩活动，感恩是一种美德。通过这一活动使我们的孩子早早学会关爱、孝心、爱心和责任心，使这一美德在下一代幼小的心灵里深深扎下根、发芽、生长。</w:t>
      </w:r>
      <w:r>
        <w:rPr>
          <w:lang w:eastAsia="zh-CN"/>
        </w:rPr>
        <w:br/>
      </w:r>
      <w:r>
        <w:rPr>
          <w:lang w:eastAsia="zh-CN"/>
        </w:rPr>
        <w:t>　　下面我们我想跟大家说的是我的感动和感谢！</w:t>
      </w:r>
      <w:r>
        <w:rPr>
          <w:lang w:eastAsia="zh-CN"/>
        </w:rPr>
        <w:br/>
      </w:r>
      <w:r>
        <w:rPr>
          <w:lang w:eastAsia="zh-CN"/>
        </w:rPr>
        <w:t>　　让我感动的人很多，而最为感动的就是我们的孩子、老师、家长，为孩子们的在__幼儿园每一天的进步感动，为老师在__幼儿园的辛勤付出感动，每次举办活动，我们老师便会加班加点、共同策划，日常生活中关注孩子的生活、学习，是孩子们生活中的母亲、游戏中的伙伴、学习上的导师;感动我们的家长，每一次幼儿园的活动都会积极参加，配合幼儿园做好许多工作。</w:t>
      </w:r>
      <w:r>
        <w:rPr>
          <w:lang w:eastAsia="zh-CN"/>
        </w:rPr>
        <w:br/>
      </w:r>
      <w:r>
        <w:rPr>
          <w:lang w:eastAsia="zh-CN"/>
        </w:rPr>
        <w:t>　　除了感动更多的是感谢!我想借这一个感恩的日子，感谢__幼儿园的孩子，给我们带来欢乐和精彩;感谢__幼儿园的老师给我们带了微笑和行动;感谢__幼儿园家长给我们带来的协作和支持!</w:t>
      </w:r>
      <w:r>
        <w:rPr>
          <w:lang w:eastAsia="zh-CN"/>
        </w:rPr>
        <w:br/>
      </w:r>
      <w:r>
        <w:rPr>
          <w:lang w:eastAsia="zh-CN"/>
        </w:rPr>
        <w:t>　　感恩，会让我们变得富有，享受温暖;</w:t>
      </w:r>
      <w:r>
        <w:rPr>
          <w:lang w:eastAsia="zh-CN"/>
        </w:rPr>
        <w:br/>
      </w:r>
      <w:r>
        <w:rPr>
          <w:lang w:eastAsia="zh-CN"/>
        </w:rPr>
        <w:t>　　感恩，不仅是一种礼仪，更是一种健康的心态，让我们每个人每一天都怀着一颗感恩之心，永远绽放出最灿烂的笑容!</w:t>
      </w:r>
      <w:r>
        <w:rPr>
          <w:lang w:eastAsia="zh-CN"/>
        </w:rPr>
        <w:br/>
      </w:r>
      <w:r>
        <w:rPr>
          <w:lang w:eastAsia="zh-CN"/>
        </w:rPr>
        <w:t>　　值此感恩节之际，送上我最真诚祝福：感谢有您，恭祝您及所有亲人、友人：吉祥如意，幸福快乐!</w:t>
      </w:r>
      <w:r>
        <w:rPr>
          <w:lang w:eastAsia="zh-CN"/>
        </w:rPr>
        <w:br/>
      </w:r>
      <w:r>
        <w:rPr>
          <w:lang w:eastAsia="zh-CN"/>
        </w:rPr>
        <w:t xml:space="preserve">    感恩节精彩致辞范文 篇5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各位、各位同事：</w:t>
      </w:r>
      <w:r>
        <w:rPr>
          <w:lang w:eastAsia="zh-CN"/>
        </w:rPr>
        <w:br/>
      </w:r>
      <w:r>
        <w:rPr>
          <w:lang w:eastAsia="zh-CN"/>
        </w:rPr>
        <w:t>　　大家好!怀揣一颗感恩的心，心留一份感恩的情，在这感恩的日子里，跟全体员工道一声感恩节快乐。</w:t>
      </w:r>
      <w:r>
        <w:rPr>
          <w:lang w:eastAsia="zh-CN"/>
        </w:rPr>
        <w:br/>
      </w:r>
      <w:r>
        <w:rPr>
          <w:lang w:eastAsia="zh-CN"/>
        </w:rPr>
        <w:t>　　俗语讲一根筷子容易折，一把筷子难折断，公司的发展离不开全体员工的支持，因此，在此首先感恩嘉宝团队，感恩嘉宝的每一员，感恩你们选择了嘉宝，相信了嘉宝，更感恩风雨数载，你们为公司的努力辛勤付出，才有了今天公司的蓬勃发展和壮大，公司借此之际，跟大家道一声，辛苦了!谢谢各位!</w:t>
      </w:r>
      <w:r>
        <w:rPr>
          <w:lang w:eastAsia="zh-CN"/>
        </w:rPr>
        <w:br/>
      </w:r>
      <w:r>
        <w:rPr>
          <w:lang w:eastAsia="zh-CN"/>
        </w:rPr>
        <w:t>　　其实在这感恩的日子里，让我们每个人最能忘却的是感恩父母，是他们赐予了我们生命，沐浴、呵护我们长大，付出了无尽的心血，给了我们世间最伟大的父爱母爱。因此，学会感恩，孝敬父母，感谢父母。对父母的感恩不仅仅在母亲节、父亲节、感恩节的这一天，而是长留在我们心中，时时刻刻的感恩，感恩的形式多种多样，小到轻轻的一个电话一声问候、泡一杯茶，洗一次脚，捶一次背，陪他们吃顿家常便饭，一个小小礼物......太多的小小举动，却能温暖到父母们的心，让我们多为父母做些力所能及的事，让他们感受我们这份感恩的心</w:t>
      </w:r>
      <w:r>
        <w:rPr>
          <w:lang w:eastAsia="zh-CN"/>
        </w:rPr>
        <w:br/>
      </w:r>
      <w:r>
        <w:rPr>
          <w:lang w:eastAsia="zh-CN"/>
        </w:rPr>
        <w:t>　　感恩是一种情感，一种责任。一个人，不管他的.起点与终点相距多远，只要他能怀有一颗感恩的心并珍惜它，就一定能成为一个不断进步的人，一个能拥有亲情、友情的人，一个生活快乐、幸福的人。</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同仁们，请用行动来表示我们的感激之情吧!为父母亲人、为同事、为朋友、留下一个真心问候，为顾客留下一个甜美的微笑，为我们自己留下一颗感恩的心。</w:t>
      </w:r>
      <w:r>
        <w:rPr>
          <w:lang w:eastAsia="zh-CN"/>
        </w:rPr>
        <w:br/>
      </w:r>
      <w:r>
        <w:rPr>
          <w:lang w:eastAsia="zh-CN"/>
        </w:rPr>
        <w:t xml:space="preserve">    感恩节精彩致辞范文 篇6 </w:t>
      </w:r>
      <w:r>
        <w:rPr>
          <w:lang w:eastAsia="zh-CN"/>
        </w:rPr>
        <w:br/>
      </w:r>
      <w:r>
        <w:rPr>
          <w:lang w:eastAsia="zh-CN"/>
        </w:rPr>
        <w:t>　　老师们，同学们：</w:t>
      </w:r>
      <w:r>
        <w:rPr>
          <w:lang w:eastAsia="zh-CN"/>
        </w:rPr>
        <w:br/>
      </w:r>
      <w:r>
        <w:rPr>
          <w:lang w:eastAsia="zh-CN"/>
        </w:rPr>
        <w:t>　　大家中午好！很高兴来到_学院参加感恩教育启动仪式，伴着_学院十年的成长，感恩教育已经在我们_学院成功举办了十四届，从20__年最初的“一封家书”到今年的“向献礼”取得了丰硕成果，每届感恩教育主题鲜明、内容丰富、内涵不断升华。今天看来，十年的感恩教育不但为在校万名学子在成长、成才、成人路上保驾护航，现在已经成为_学院的校园文化，广大学子的能力突飞猛进，成为了优秀的毕业生和社会主义合格的接班人。</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感恩是一种处世哲学，是生活中的大智慧。古语有云“滴水之恩当以涌泉相报”，“谁言寸草心，报得三寸晖”，这些都是感恩的金石玉言。学校倡导广泛开展感恩教育，一是弘扬中华民族感恩的传统美德，要求我们传承下去，古为今用；二是学习感恩知识，传播感恩文化；营造感恩环境；三是以感恩为切入口，突出以爱国主义为核心的民族的教育；四是要求我们反思过去，感悟感恩，从现在起用真心真情和实际行动去感恩、施恩于人。具体说感恩父母，报答养育之恩，感恩老师，一日为师，终身为父；感恩帮助过你的人，使我们战胜了困挫折，克服了困难，感恩和政府，给我们创造了优越条件，使我们生活在幸福的天堂；五是克服对感恩的错误认识和观念。在现实生活中，有人认为父母养育自己，老师教育自己，国家、社会、学校、他人帮助自己，这是天经地义、理所当然的，其实不然。对此，学校开展“感恩教育”活动，是非常必要的，也是非常及时的，对于学生的综合素质的提升具有积极影响。</w:t>
      </w:r>
      <w:r>
        <w:rPr>
          <w:lang w:eastAsia="zh-CN"/>
        </w:rPr>
        <w:br/>
      </w:r>
      <w:r>
        <w:rPr>
          <w:lang w:eastAsia="zh-CN"/>
        </w:rPr>
        <w:t>　　今年是我span style=background-image: initial; background-position: initial; background-size: initial; background-repeat: initial; background-attachment: initial; background-origin: initial; background-clip: initial;，十年的感恩教育培养了数以万计的优秀学子。前一段时间，百名校友回到母校，积极参与母校建设，努力支持母校20__年校庆，建言献策，用他们在社会上的历练、收获、经验回馈母校，感恩母校，为母校贡献自己的力量。今年6月，又有一大批学子将带着一颗感恩的心走向社会，通过四年的感恩教育文化的熏陶，你们摆脱了依赖心理，克服了个人主义，树立了集体主义观念和社会责任感；你们在新时代改革发展的浪潮里把握自己，抓住机遇，努力学习，提高素质，为回报祖国、人民、家庭和社会奠定基础，_学院七届毕业生在祖国的五湖四海贡献青春力量。</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感恩不只是一种回报，感恩更是一种责任，是对父母、对学校、对社会、对国家的一种担当。同学们，你们是祖国的未来，国家的栋梁，接受感恩教育很重要，也很有必要，你们的学姐学长用实际行动证明了这一点。一个人，只有学会感恩，他才会懂得报恩，他才更优秀。希望你们从今天起更加懂事识理，怀着一颗虔诚的心，学会去感恩我们的父母、我们的老师，以及身边所有关心我们的每一个人，刻苦学习，立志成才，以优异的成绩报答父母的养育之恩、回报老师的教导之恩，报效家乡、报效祖国。从“知恩”到“感恩”，从“感恩”到“报恩”，从而把感恩化为人生成长的强大动力。</w:t>
      </w:r>
      <w:r>
        <w:rPr>
          <w:lang w:eastAsia="zh-CN"/>
        </w:rPr>
        <w:br/>
      </w:r>
      <w:r>
        <w:rPr>
          <w:lang w:eastAsia="zh-CN"/>
        </w:rPr>
        <w:t>　　老师们，同学们，感恩是一种美德，是一种生命的境界，是值得你一生去完成的世纪壮举，是你值得一生去珍视的爱的培育。我想这也是我们_学院感恩系列教育连续十年来能够在广大师生中产生反响和共鸣，在社会上取得重大影响力的重要原因。最后，希望我们学院能多开展像感恩教育一样富有意义的活动，衷心祝愿感恩教育系列活动取得圆满成功！为校庆添上浓墨重彩的一笔！</w:t>
      </w:r>
      <w:r>
        <w:rPr>
          <w:lang w:eastAsia="zh-CN"/>
        </w:rPr>
        <w:br/>
      </w:r>
      <w:r>
        <w:rPr>
          <w:lang w:eastAsia="zh-CN"/>
        </w:rPr>
        <w:t>　　谢谢大家！</w:t>
      </w:r>
      <w:r>
        <w:rPr>
          <w:lang w:eastAsia="zh-CN"/>
        </w:rPr>
        <w:br/>
      </w:r>
      <w:r>
        <w:rPr>
          <w:lang w:eastAsia="zh-CN"/>
        </w:rPr>
        <w:t xml:space="preserve">    感恩节精彩致辞范文 篇7 </w:t>
      </w:r>
      <w:r>
        <w:rPr>
          <w:lang w:eastAsia="zh-CN"/>
        </w:rPr>
        <w:br/>
      </w:r>
      <w:r>
        <w:rPr>
          <w:lang w:eastAsia="zh-CN"/>
        </w:rPr>
        <w:t>　　各位领导、各位同事：</w:t>
      </w:r>
      <w:r>
        <w:rPr>
          <w:lang w:eastAsia="zh-CN"/>
        </w:rPr>
        <w:br/>
      </w:r>
      <w:r>
        <w:rPr>
          <w:lang w:eastAsia="zh-CN"/>
        </w:rPr>
        <w:t>　　今天是美国传统节日感恩节。“感恩企业、感谢员工”，给我们讲述一个简单的道理，企业怎样去对待他的员工，员工怎样去报答企业。两千多年前，圣人孔子已经给出了最好的答案“己欲立而立人，己欲达而达人”。企业管理终极目标是让企业和员工为对方着想形成一种习惯，这样的企业和团队是很难被困难所打败，必然会所向披靡，这一切却源于员工对企业感恩、企业对员工的感谢。</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鹰击长空，鱼翔浅底”，雄鹰一生夙愿是在广袤的'天空翱翔，鱼的追求是在广阔的大海遨游，猛虎愿望是游存于森林，优秀的员工渴求一个广阔的舞台。所以员工对企业最好感恩是像雄鹰在广袤天空留下美丽身影，展示天空广袤。企业给与员工最好的感谢是让员工尽情展示才华，实现人生理想，谱写他们亮丽的人生。</w:t>
      </w:r>
      <w:r>
        <w:rPr>
          <w:lang w:eastAsia="zh-CN"/>
        </w:rPr>
        <w:br/>
      </w:r>
      <w:r>
        <w:rPr>
          <w:lang w:eastAsia="zh-CN"/>
        </w:rPr>
        <w:t>　　我依然记得三年前第一次听到深圳烽火传媒“协助志者实现品牌腾跃及持续发展企业使命：为客户提供全方位的品牌解决方案！”的愿景时，心中涌出一种足以让我热泪盈眶的感动，企业强烈的社会责任感和对这片土地感恩之情深深的触动我心灵深处！“为什么我的眼里充满泪水，因为我对这片土地爱得深沉。”诗人艾青之所以能写出如此感情热烈的诗句，一定源于他对脚下的土地有一颗真诚的感恩之心。</w:t>
      </w:r>
      <w:r>
        <w:rPr>
          <w:lang w:eastAsia="zh-CN"/>
        </w:rPr>
        <w:br/>
      </w:r>
      <w:r>
        <w:rPr>
          <w:lang w:eastAsia="zh-CN"/>
        </w:rPr>
        <w:t>　　__年深圳烽火传媒成立的时候，仅仅有几名员工，蜗居在深圳的一个出租房里办公，但烽火新颖、独特的创意以及认真、追求完美的工作态度却根植在所有人心中。当周围住户都已经熄灯休息的时候，烽火办公室的电灯却依然明亮着，所有的人都在围绕方案、制作、服务等各方面展开讨论，精耕细作。</w:t>
      </w:r>
      <w:r>
        <w:rPr>
          <w:lang w:eastAsia="zh-CN"/>
        </w:rPr>
        <w:br/>
      </w:r>
      <w:r>
        <w:rPr>
          <w:lang w:eastAsia="zh-CN"/>
        </w:rPr>
        <w:t>　　现在的烽火传媒，已经在深圳布吉拥有一千平米的办公场地，员工人数近百人，在企业宣传片、企业策划设计、企业庆典活动、移动互联网开发、网络推广等各方面全方位服务中国中小企业，为企业树立品牌推广品牌融资上市等贡献强大的助推力。</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雨后花更艳，霜重色愈浓；甘瓜抱苦蒂，美枣生荆棘。年轻的我们应继承和发扬深圳烽火传媒创新、专业、务实、高效、和谐的精神，以饱满的热情投入到如火如荼的共同创业中去，感谢企业为我们提供展示自己的舞台，我们将用无限努力创造今后不悔的人生和全新的世界。我相信“长风破浪会有时，直挂云帆济沧海”。</w:t>
      </w:r>
      <w:r>
        <w:rPr>
          <w:lang w:eastAsia="zh-CN"/>
        </w:rPr>
        <w:br/>
      </w:r>
      <w:r>
        <w:rPr>
          <w:lang w:eastAsia="zh-CN"/>
        </w:rPr>
        <w:t xml:space="preserve">    感恩节精彩致辞范文 篇8 </w:t>
      </w:r>
      <w:r>
        <w:rPr>
          <w:lang w:eastAsia="zh-CN"/>
        </w:rPr>
        <w:br/>
      </w:r>
      <w:r>
        <w:rPr>
          <w:lang w:eastAsia="zh-CN"/>
        </w:rPr>
        <w:t>　　大家好，我叫，今天我演讲的题目是《感恩企业、从我做起》，首先我要感谢矿领导和工会组织的这次演讲活动，能给我一个在这里展现自我的机会。</w:t>
      </w:r>
      <w:r>
        <w:rPr>
          <w:lang w:eastAsia="zh-CN"/>
        </w:rPr>
        <w:br/>
      </w:r>
      <w:r>
        <w:rPr>
          <w:lang w:eastAsia="zh-CN"/>
        </w:rPr>
        <w:t>　　我是一名来自基层的普通矿工，在我们芦沟煤矿干了将近_个年头，见证了芦沟煤矿从集团公司的老大难到如今的佼佼者，从举步维艰到步履铿锵、栉风沐雨、砥砺奋进的发展历程。想想艰难困苦时的芦沟，再对比现在惬意富足的生活，不禁让人心潮澎湃、感慨万千。说句心里话，刚到煤矿参加工作时，面对一个又脏又累的工作岗位和“煤黑子”这样一个贬义称呼，面对一月不到千元的工资和上有老下有小的生活压力，内心也曾犹豫过、挣扎过、动摇过、退缩过，但是面对企业的温暖、领导的关怀、同事的帮助和家人的期待，我浮躁的内心渐渐被充实的工作所平息，渐渐爱上了我的岗位，坚定了从事煤炭行业的决心和信心。</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近几年来，矿党政领导班子带领全框干部职工披星戴月、风雨兼程，同舟共济、砥砺奋进，逐步摆脱了过去的困境，一步步取得了今天的辉煌成绩，在企业创造经济效益的同时，不忘回报职工，为职工提高了工资福利水平，改善了生产生活环境。现在我们住着洁净舒适的职工公寓，看着液晶电视，吹着空调暖气，大部分职工还实现了有房有车的梦想。与此同时，企业为减轻职工劳动强度，不惜投入大量资金购买设备；为应对物价上涨，给职工补贴伙食费：为活跃职工业余生活，建立了文体中心和灯光球场：为保障职工身心健康，每年为职工做体检等等。如今我们工作有尊严，生活有盼头，事业有作为，上下同欲，矿区一片和谐繁荣、充满生机与活力的景象。这一切都是矿领导班子带领广大职工凝神聚力、团结进取、勇攀高峰的结果。企业的不断发展壮大给我们职工带来了良好舒适的工作环境，带来了实实在在的实惠利益，也给我们每位职工提供了广阔的建功立业平台，为我们创造了充分展现才华，实现自我人生价值的机会。</w:t>
      </w:r>
      <w:r>
        <w:rPr>
          <w:lang w:eastAsia="zh-CN"/>
        </w:rPr>
        <w:br/>
      </w:r>
      <w:r>
        <w:rPr>
          <w:lang w:eastAsia="zh-CN"/>
        </w:rPr>
        <w:t>　　今年来，随着国内经济增速放缓，造成市场需求疲软、煤价下滑等因素导致煤炭企业遭遇了突然来袭的寒冬。常言说，滴水之恩，涌泉相报，在我们享受企业发展成果时，在企业遇到发展难题和危机时，我们是否更应该常怀感恩之心，以奉献精神去回报企业，和企业共担风雨，同舟共济，共度难关呢？</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有时我常常会想，企业给了我一份工作，使我得到了成长和锻炼；企业给了我一份事业，使我有了奋斗方向和目标。企业给与了我们很多，而我们为企业付出了什么呢？该以怎样的方式去回报企业呢？我们郑煤集团董事长说：“感恩，需要职工主动为企业分忧，把企业面临的压力变为自身的动力。”事实的确如此，虽然我们大多都是郑煤的一名普通职工，但是我们同样是郑煤的主人翁，在企业辉煌时，我们为他锦上添花，在企业遇到困境时，更需要我们每一位企业的职工为他分忧，把企业的面临压力变为自身动力，保持积极向上的乐观心态，拿出所有的工作热情，全身心的投入到自己的本职工作中去；更需要我们充分发扬创新进取、艰苦奋斗工作作风，坚定我们对企业的信心，树立必胜信念，圆满完成各项目标任务。</w:t>
      </w:r>
      <w:r>
        <w:rPr>
          <w:lang w:eastAsia="zh-CN"/>
        </w:rPr>
        <w:br/>
      </w:r>
      <w:r>
        <w:rPr>
          <w:lang w:eastAsia="zh-CN"/>
        </w:rPr>
        <w:t>　　一个人只有懂得感恩，才能想干事、能干事，才能不断产生持久的动力，我们应该做一名有感恩心的职工，感恩企业、回报企业，把企业当成自己的家，从我做起，从现在做起，从每一件小事做起，从节约每一滴水、一度电、一张纸、一颗钉、一根椽子做起，为企业增收节支、节能降耗。以实际行动为企业多做奉献与企业共度寒冬。</w:t>
      </w:r>
      <w:r>
        <w:rPr>
          <w:lang w:eastAsia="zh-CN"/>
        </w:rPr>
        <w:br/>
      </w:r>
      <w:r>
        <w:rPr>
          <w:lang w:eastAsia="zh-CN"/>
        </w:rPr>
        <w:t>　　我们集团总经理张明剑曾这样说：感恩是双向的，不管企业面对什么样的形势，郑煤集团年初定下的职工工资福利待遇不会降。所以说感恩既是一种责任担当，也需要一种奉献精神，我们有这样为职工着想的好领导，还有什么理由不干好本职工作，奉献企业呢？还有什么理由不把工作当成我们毕生追求的事业，感恩企业呢？企业为我谋幸福，我与企业共成长，在当今这样一个大环境下，正是我们发扬团队精神奋力拼搏的时候，正是我们每一位职工在困境中迎难而上的时候，让我们把对企业感恩的心转化为实际行动吧！相信只要我们坚定与企业在一起，同呼吸，共命运，同心协力，就一定能克难攻坚，抵御风雨，迎接郑煤辉煌灿烂的明天！</w:t>
      </w:r>
      <w:r>
        <w:rPr>
          <w:lang w:eastAsia="zh-CN"/>
        </w:rPr>
        <w:br/>
      </w:r>
      <w:r>
        <w:rPr>
          <w:lang w:eastAsia="zh-CN"/>
        </w:rPr>
        <w:t xml:space="preserve">    感恩节精彩致辞范文 篇9 </w:t>
      </w:r>
      <w:r>
        <w:rPr>
          <w:lang w:eastAsia="zh-CN"/>
        </w:rPr>
        <w:br/>
      </w:r>
      <w:r>
        <w:rPr>
          <w:lang w:eastAsia="zh-CN"/>
        </w:rPr>
        <w:t>　　敬爱的老师，亲爱的同学们：</w:t>
      </w:r>
      <w:r>
        <w:rPr>
          <w:lang w:eastAsia="zh-CN"/>
        </w:rPr>
        <w:br/>
      </w:r>
      <w:r>
        <w:rPr>
          <w:lang w:eastAsia="zh-CN"/>
        </w:rPr>
        <w:t>　　大家好！</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每年11月的第四个星期四是感恩节。感恩节是美国人民独创的一个古老节日，作为礼仪之邦，我们更应该心存感恩。</w:t>
      </w:r>
      <w:r>
        <w:rPr>
          <w:lang w:eastAsia="zh-CN"/>
        </w:rPr>
        <w:br/>
      </w:r>
      <w:r>
        <w:rPr>
          <w:lang w:eastAsia="zh-CN"/>
        </w:rPr>
        <w:t>　　落叶在空中盘旋，谱写着一曲感恩的乐章，那是大树对滋养它大地的感恩；白云在蔚蓝的天空中飘荡，绘画着那一幅幅感人的画面，那是白云对哺育它的蓝天的感恩。因为感恩才会有这个多彩的社会，因为感恩才会有真挚的友情。因为感恩才让我们懂得了生命的真谛</w:t>
      </w:r>
      <w:r>
        <w:rPr>
          <w:lang w:eastAsia="zh-CN"/>
        </w:rPr>
        <w:br/>
      </w:r>
      <w:r>
        <w:rPr>
          <w:lang w:eastAsia="zh-CN"/>
        </w:rPr>
        <w:t>　　首先，我要感谢父母</w:t>
      </w:r>
      <w:r>
        <w:rPr>
          <w:lang w:eastAsia="zh-CN"/>
        </w:rPr>
        <w:br/>
      </w:r>
      <w:r>
        <w:rPr>
          <w:lang w:eastAsia="zh-CN"/>
        </w:rPr>
        <w:t>　　父母是我们人生的第一任老师，从一个孩子呱呱坠地的那一刻起，他的生命就倾注了父母无尽的爱与祝福。或许，父母不能给我们奢华的生活，但是，他们给予了一个人一生中不可替代的——生命。父母为子女撑起了一片爱的天空，当你受伤时，哭泣时，忧郁时，难过时，你可以随时享受父母的爱。感恩父母，哪怕是一件微不足道的事，只要能让他们感到欣慰，这就够了。</w:t>
      </w:r>
      <w:r>
        <w:rPr>
          <w:lang w:eastAsia="zh-CN"/>
        </w:rPr>
        <w:br/>
      </w:r>
      <w:r>
        <w:rPr>
          <w:lang w:eastAsia="zh-CN"/>
        </w:rPr>
        <w:t>　　其次，我要感谢老师</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感恩老师，给我前进的动力；感恩老师，给我飞翔的翅膀；感恩老师，给我指明人生的方向；感恩老师，给我放眼世界的慧眼，老师的爱，无私中透露着平凡，却又暗含一些伟大。它像一股暖流，渗入我们的心田；像一种呼唤，帮助我们落寞的心灵找到回家的路；像一阵春风，给我们温暖和温馨。我们的老师，没有华丽的舞台，没有簇拥的鲜花，一支支粉笔是他们耕耘的犁头；三尺讲台，是他们奉献的战场。他们的幸福，是桃李满天下，是学生唤他的一声“老师”。感恩老师，用优异的成绩，用可骄的成功，用你一点一滴的进步来告诉老师，“老师，我能行”。</w:t>
      </w:r>
      <w:r>
        <w:rPr>
          <w:lang w:eastAsia="zh-CN"/>
        </w:rPr>
        <w:br/>
      </w:r>
      <w:r>
        <w:rPr>
          <w:lang w:eastAsia="zh-CN"/>
        </w:rPr>
        <w:t>　　最后，我要感谢所有的人</w:t>
      </w:r>
      <w:r>
        <w:rPr>
          <w:lang w:eastAsia="zh-CN"/>
        </w:rPr>
        <w:br/>
      </w:r>
      <w:r>
        <w:rPr>
          <w:lang w:eastAsia="zh-CN"/>
        </w:rPr>
        <w:t>　　因为，感恩可以涤荡世间一切尘埃，感恩是一种歌唱方式，感恩是一种处世哲学，感恩更是一种生活的大智慧。懂得了感恩，学会了感恩，每个人便都会拥有无边的快乐和幸福。</w:t>
      </w:r>
      <w:r>
        <w:rPr>
          <w:lang w:eastAsia="zh-CN"/>
        </w:rPr>
        <w:br/>
      </w:r>
      <w:r>
        <w:rPr>
          <w:lang w:eastAsia="zh-CN"/>
        </w:rPr>
        <w:t xml:space="preserve">    感恩节精彩致辞范文 篇10 </w:t>
      </w:r>
      <w:r>
        <w:rPr>
          <w:lang w:eastAsia="zh-CN"/>
        </w:rPr>
        <w:br/>
      </w:r>
      <w:r>
        <w:rPr>
          <w:lang w:eastAsia="zh-CN"/>
        </w:rPr>
        <w:t>　　亲爱的老师、亲爱的小朋友们：大家早上好!</w:t>
      </w:r>
      <w:r>
        <w:rPr>
          <w:lang w:eastAsia="zh-CN"/>
        </w:rPr>
        <w:br/>
      </w:r>
      <w:r>
        <w:rPr>
          <w:lang w:eastAsia="zh-CN"/>
        </w:rPr>
        <w:t>　　我是大大三班的___，今天我国旗下讲话的题目是《感恩有你，谢谢你》。</w:t>
      </w:r>
      <w:r>
        <w:rPr>
          <w:lang w:eastAsia="zh-CN"/>
        </w:rPr>
        <w:br/>
      </w:r>
      <w:r>
        <w:rPr>
          <w:lang w:eastAsia="zh-CN"/>
        </w:rPr>
        <w:t>　　这个星期天是感恩节，那么我们要感谢谁呢?首先，我要感谢爸爸妈妈，他们工作那么忙，还要照顾我们，给我们做饭，给我们洗衣服，早上送我们去幼儿园，下午接我们回家，多么辛苦呀。</w:t>
      </w:r>
      <w:r>
        <w:rPr>
          <w:lang w:eastAsia="zh-CN"/>
        </w:rPr>
        <w:br/>
      </w:r>
      <w:r>
        <w:rPr>
          <w:lang w:eastAsia="zh-CN"/>
        </w:rPr>
        <w:t>　　我还要感谢老师，是你们像妈妈一样在幼儿园里照顾我们，教我们认字、教我们画画、还教我们唱歌和跳舞，让我们在幼儿园里快乐成长。</w:t>
      </w:r>
      <w:r>
        <w:rPr>
          <w:lang w:eastAsia="zh-CN"/>
        </w:rPr>
        <w:br/>
      </w:r>
      <w:r>
        <w:rPr>
          <w:lang w:eastAsia="zh-CN"/>
        </w:rPr>
        <w:t>　　我还要感谢所有的小朋友，有了这么多小朋友，我才能在幼儿园里和他们一起吃饭、一起睡觉、一起做游戏，才不会孤单，充满快乐。</w:t>
      </w:r>
      <w:r>
        <w:rPr>
          <w:lang w:eastAsia="zh-CN"/>
        </w:rPr>
        <w:br/>
      </w:r>
      <w:r>
        <w:rPr>
          <w:lang w:eastAsia="zh-CN"/>
        </w:rPr>
        <w:t>　　谢谢，我们都会说，可都没有说。现在，就让我们学会感谢，请小朋友们和我一起说：老师，谢谢你!</w:t>
      </w:r>
      <w:r>
        <w:rPr>
          <w:lang w:eastAsia="zh-CN"/>
        </w:rPr>
        <w:br/>
      </w:r>
      <w:r>
        <w:rPr>
          <w:lang w:eastAsia="zh-CN"/>
        </w:rPr>
        <w:t>　　我的讲话完了，谢谢大家。</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感恩节精彩致辞范文 篇11 </w:t>
      </w:r>
      <w:r>
        <w:rPr>
          <w:lang w:eastAsia="zh-CN"/>
        </w:rPr>
        <w:br/>
      </w:r>
      <w:r>
        <w:rPr>
          <w:lang w:eastAsia="zh-CN"/>
        </w:rPr>
        <w:t>　　老师们、同学们：</w:t>
      </w:r>
      <w:r>
        <w:rPr>
          <w:lang w:eastAsia="zh-CN"/>
        </w:rPr>
        <w:br/>
      </w:r>
      <w:r>
        <w:rPr>
          <w:lang w:eastAsia="zh-CN"/>
        </w:rPr>
        <w:t>　　大家早上好!</w:t>
      </w:r>
      <w:r>
        <w:rPr>
          <w:lang w:eastAsia="zh-CN"/>
        </w:rPr>
        <w:br/>
      </w:r>
      <w:r>
        <w:rPr>
          <w:lang w:eastAsia="zh-CN"/>
        </w:rPr>
        <w:t>　　在11月，有一个节日，那就是这个月的第4个星期四，也就是本周四，——感恩节!这个节日不像我们的春节、国庆节那么让人耳熟，可是这也是一个很有意义的节日。</w:t>
      </w:r>
      <w:r>
        <w:rPr>
          <w:lang w:eastAsia="zh-CN"/>
        </w:rPr>
        <w:br/>
      </w:r>
      <w:r>
        <w:rPr>
          <w:lang w:eastAsia="zh-CN"/>
        </w:rPr>
        <w:t>　　相信大家都听过这样一些话：“谁言寸草心，报得三春晖”、“吃水不忘挖井人”、“滴水之恩，当涌泉相报”。这些话无不显示出一种美德——感恩。感恩是我们中华民族的传统美德，也是一个正直的人的起码品德。</w:t>
      </w:r>
      <w:r>
        <w:rPr>
          <w:lang w:eastAsia="zh-CN"/>
        </w:rPr>
        <w:br/>
      </w:r>
      <w:r>
        <w:rPr>
          <w:lang w:eastAsia="zh-CN"/>
        </w:rPr>
        <w:t>　　同学们，我们静下心来仔细想想，生活中值得我们感激的人真是太多了。 在家中，当你吃着可口的饭菜，你是否感恩于父母付出的辛勤劳动?当你穿着漂亮暖和的衣服，你是否感恩父母对你的关心?但有时面对父母语重心长的教诲，你们却会无动于衷，甚至无礼地和父母顶撞。你们说，这样做对吗?我觉得，要学会对父母感恩，要感谢他们把你带到这个世界，要感谢他们让你衣食无忧。</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学校里，面对老师辛勤劳动，你是否学会了感恩?老师们不管有多累，只要看到你们哪怕只有一点进步，他们都会为你感到高兴。当他们看到你们学习上出现了滑坡，对你们进行教育的时候，也许有的同学会反感老师的批评，但请记住一句话：忠言逆耳利于行!你应当感谢老师的批评，正是这些批评，才使你有了前进的方向。所以，对于老师，你们应该心存感恩，应当以实际的学习行动来回报老师对你们的付出!</w:t>
      </w:r>
      <w:r>
        <w:rPr>
          <w:lang w:eastAsia="zh-CN"/>
        </w:rPr>
        <w:t xml:space="preserve"> 所以我们要从现在做起，把感恩变成一种习惯，习惯性的对别人友好，习惯性的投入学习，让我们怀着感恩的心投入学习与生活，去收获成功的幸福与喜悦吧!</w:t>
      </w:r>
      <w:r>
        <w:rPr>
          <w:lang w:eastAsia="zh-CN"/>
        </w:rPr>
        <w:br/>
      </w:r>
      <w:r>
        <w:rPr>
          <w:lang w:eastAsia="zh-CN"/>
        </w:rPr>
        <w:t>　　我的完毕，谢谢大家!</w:t>
      </w:r>
      <w:r>
        <w:rPr>
          <w:lang w:eastAsia="zh-CN"/>
        </w:rPr>
        <w:br/>
      </w:r>
      <w:r>
        <w:rPr>
          <w:lang w:eastAsia="zh-CN"/>
        </w:rPr>
        <w:t xml:space="preserve">    感恩节精彩致辞范文 篇12 </w:t>
      </w:r>
      <w:r>
        <w:rPr>
          <w:lang w:eastAsia="zh-CN"/>
        </w:rPr>
        <w:br/>
      </w:r>
      <w:r>
        <w:rPr>
          <w:lang w:eastAsia="zh-CN"/>
        </w:rPr>
        <w:t>　　尊敬的各位领导、老师、亲爱的同学们：</w:t>
      </w:r>
      <w:r>
        <w:rPr>
          <w:lang w:eastAsia="zh-CN"/>
        </w:rPr>
        <w:br/>
      </w:r>
      <w:r>
        <w:rPr>
          <w:lang w:eastAsia="zh-CN"/>
        </w:rPr>
        <w:t>　　大家下午好！</w:t>
      </w:r>
      <w:r>
        <w:rPr>
          <w:lang w:eastAsia="zh-CN"/>
        </w:rPr>
        <w:br/>
      </w:r>
      <w:r>
        <w:rPr>
          <w:lang w:eastAsia="zh-CN"/>
        </w:rPr>
        <w:t>　　刚刚，我们送走紧张繁忙充实而有意义的“提高”普九检查，又相约六小快乐走进温暖祥和的“感恩之旅”！在这个满载成功、装满记忆的特殊日子，我们相聚宇泰大厦，首先我仅代表第六小学全体师生向我局普九工作取得的优异成绩再一次表示热烈的祝贺！向支持、理解、偏爱六小的各位尊敬的领导、同仁、家长、各界朋友表示诚挚的感谢！同时在我们自己的节日里，向辛勤工作、无私奉献的六小教师，努力学习、拼搏向上的六小学子致以最崇高的敬意！你们是六小的骄傲，你们是六小的希望！</w:t>
      </w:r>
      <w:r>
        <w:rPr>
          <w:lang w:eastAsia="zh-CN"/>
        </w:rPr>
        <w:br/>
      </w:r>
      <w:r>
        <w:rPr>
          <w:lang w:eastAsia="zh-CN"/>
        </w:rPr>
        <w:t>　　我们第六小学着力从“打造精小亮点、彰显个性魅力”为出发点，本着“为学生未来奠基，为学生终生负责”的办学理念，以“决不让一个孩子掉队”为办学宗旨，牢牢树立文明和谐、活泼进取的校风，不懈的工作着、追求着……</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虽然我们第六小学是一所办学规模较小，生源较少，且以农村学生为主，经费短缺，师资力量不足的小学校。但是我们坚信：教育的理念是一样的，教育的任务是一样的，教育的责任是一样的。只要我们按照教育局务实领导，本着明确目标、脚踏实地的原则努力工作，班子成员精诚团结，在自己的岗位上力求突破，攻坚克难，小学校一样能成为孩子们健康成长的广阔空间！</w:t>
      </w:r>
      <w:r>
        <w:rPr>
          <w:lang w:eastAsia="zh-CN"/>
        </w:rPr>
        <w:br/>
      </w:r>
      <w:r>
        <w:rPr>
          <w:lang w:eastAsia="zh-CN"/>
        </w:rPr>
        <w:t>　　每天，我们的老师都以积极、向上、主动、乐观的心态在工作、学习，我们的孩子则在没有负担、没有压力的宽松、和谐的氛围中健康、快乐的成长……局运会实现零的突破、排球赛位居前列、演讲比赛名列榜首、“成长记录袋”光荣受检、书香校园氛围浓厚，“六环三步”我们做得实实在在……今天，在这靓丽的舞台必将留下我们永恒的足迹！今天，六小人充满感激，懂得感恩！</w:t>
      </w:r>
      <w:r>
        <w:rPr>
          <w:lang w:eastAsia="zh-CN"/>
        </w:rPr>
        <w:br/>
      </w:r>
      <w:r>
        <w:rPr>
          <w:lang w:eastAsia="zh-CN"/>
        </w:rPr>
        <w:t>　　当然，在我们六小成长的历程中，离不开教育局领导的亲切关怀、离不开兄弟学校的友好帮助，离不开家长朋友的支持理解，离不开全体师生的团结一致、齐心协力，更离不开六小几任校长的踏实工作、运筹帷幄。今天，又有你们，最尊贵的客人与我们一道共同见证必将载入六小史册的感恩艺术节！谢谢你们！</w:t>
      </w:r>
      <w:r>
        <w:rPr>
          <w:lang w:eastAsia="zh-CN"/>
        </w:rPr>
        <w:br/>
      </w:r>
      <w:r>
        <w:rPr>
          <w:lang w:eastAsia="zh-CN"/>
        </w:rPr>
        <w:t>　　老师们、同学们，今天，是我们放松生活节奏、缓解学习压力、释放心中热情的最好机会，也是我们尽显儿童天性、快乐成长的健康大比拼，更是我们展示六小风采的有力平台。今天，我们将用爱动情书写六小建校史上最绚丽的篇章，用音乐的节拍、动人的旋律向关心、爱护六小的所有朋友真诚汇报，送去我们六小人满满的祝福！</w:t>
      </w:r>
      <w:r>
        <w:rPr>
          <w:lang w:eastAsia="zh-CN"/>
        </w:rPr>
        <w:br/>
      </w:r>
      <w:r>
        <w:rPr>
          <w:lang w:eastAsia="zh-CN"/>
        </w:rPr>
        <w:t>　　祝愿本次艺术节圆满成功！</w:t>
      </w:r>
      <w:r>
        <w:rPr>
          <w:lang w:eastAsia="zh-CN"/>
        </w:rPr>
        <w:br/>
      </w:r>
      <w:r>
        <w:rPr>
          <w:lang w:eastAsia="zh-CN"/>
        </w:rPr>
        <w:t>　　祝愿各位领导、各位来宾身体健康，事业大成！</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感恩节精彩致辞范文 篇13 </w:t>
      </w:r>
      <w:r>
        <w:rPr>
          <w:lang w:eastAsia="zh-CN"/>
        </w:rPr>
        <w:br/>
      </w:r>
      <w:r>
        <w:rPr>
          <w:lang w:eastAsia="zh-CN"/>
        </w:rPr>
        <w:t>　　亲爱的老师、可爱的孩子们：</w:t>
      </w:r>
      <w:r>
        <w:rPr>
          <w:lang w:eastAsia="zh-CN"/>
        </w:rPr>
        <w:br/>
      </w:r>
      <w:r>
        <w:rPr>
          <w:lang w:eastAsia="zh-CN"/>
        </w:rPr>
        <w:t>　　大家好!</w:t>
      </w:r>
      <w:r>
        <w:rPr>
          <w:lang w:eastAsia="zh-CN"/>
        </w:rPr>
        <w:br/>
      </w:r>
      <w:r>
        <w:rPr>
          <w:lang w:eastAsia="zh-CN"/>
        </w:rPr>
        <w:t>　　感谢各位家长，是你们给予无私的信任与帮助，更让我铭记园长的职责;</w:t>
      </w:r>
      <w:r>
        <w:rPr>
          <w:lang w:eastAsia="zh-CN"/>
        </w:rPr>
        <w:br/>
      </w:r>
      <w:r>
        <w:rPr>
          <w:lang w:eastAsia="zh-CN"/>
        </w:rPr>
        <w:t>　　感谢可爱的孩子们，让我在做妈妈的同时，感受到了无限的快乐与幸福;</w:t>
      </w:r>
      <w:r>
        <w:rPr>
          <w:lang w:eastAsia="zh-CN"/>
        </w:rPr>
        <w:br/>
      </w:r>
      <w:r>
        <w:rPr>
          <w:lang w:eastAsia="zh-CN"/>
        </w:rPr>
        <w:t>　　感谢幼儿园的老师们，让我们成为工作中的好搭档、生活中的好姐妹;即使无数的风浪袭来，我们依然坚毅前行，不抛弃、不放弃;</w:t>
      </w:r>
      <w:r>
        <w:rPr>
          <w:lang w:eastAsia="zh-CN"/>
        </w:rPr>
        <w:br/>
      </w:r>
      <w:r>
        <w:rPr>
          <w:lang w:eastAsia="zh-CN"/>
        </w:rPr>
        <w:t>　　感谢你们，让我每天拥有激情;让我和你们一起Happy，一起追求美丽感恩节这时刻，我要说：谢谢你们!</w:t>
      </w:r>
      <w:r>
        <w:rPr>
          <w:lang w:eastAsia="zh-CN"/>
        </w:rPr>
        <w:br/>
      </w:r>
      <w:r>
        <w:rPr>
          <w:lang w:eastAsia="zh-CN"/>
        </w:rPr>
        <w:t>　　有阳光，就会温暖，让我们每天都快乐一点，微笑一点，温暖我们身边的人，珍惜我们在一起的每一天。佛说：百年修的同船度。</w:t>
      </w:r>
      <w:r>
        <w:rPr>
          <w:lang w:eastAsia="zh-CN"/>
        </w:rPr>
        <w:br/>
      </w:r>
      <w:r>
        <w:rPr>
          <w:lang w:eastAsia="zh-CN"/>
        </w:rPr>
        <w:t>　　亲爱的朋友们，感恩节快乐!</w:t>
      </w:r>
      <w:r>
        <w:rPr>
          <w:lang w:eastAsia="zh-CN"/>
        </w:rPr>
        <w:br/>
      </w:r>
      <w:r>
        <w:rPr>
          <w:lang w:eastAsia="zh-CN"/>
        </w:rPr>
        <w:t xml:space="preserve">    感恩节精彩致辞范文 篇14 </w:t>
      </w:r>
      <w:r>
        <w:rPr>
          <w:lang w:eastAsia="zh-CN"/>
        </w:rPr>
        <w:br/>
      </w:r>
      <w:r>
        <w:rPr>
          <w:lang w:eastAsia="zh-CN"/>
        </w:rPr>
        <w:t>　　朋友们：</w:t>
      </w:r>
      <w:r>
        <w:rPr>
          <w:lang w:eastAsia="zh-CN"/>
        </w:rPr>
        <w:br/>
      </w:r>
      <w:r>
        <w:rPr>
          <w:lang w:eastAsia="zh-CN"/>
        </w:rPr>
        <w:t>　　感恩节到了，借此机会说出我心里那些想说但一直没说的话。</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首先感谢家人，是你们让我懂得无论这世界发生什么，你们永远是最爱我的人；感谢老师，是你们的知识沐浴着我，让我成长；感谢师兄，感谢你一直的帮助，以前我从不敢说，但真的很谢谢你；感谢这个名字，他让我有种重新看到希望的感觉，也让我重新相信缘分，相信那份美好；感谢所有在身边不在身边的朋友，所有与我常联系不常联系的朋友，感谢此生与你们相遇，只要我们相遇过，你就会一直住在我心里。</w:t>
      </w:r>
      <w:r>
        <w:rPr>
          <w:lang w:eastAsia="zh-CN"/>
        </w:rPr>
        <w:br/>
      </w:r>
      <w:r>
        <w:rPr>
          <w:lang w:eastAsia="zh-CN"/>
        </w:rPr>
        <w:t>　　同时也感谢那些给我伤害的人，是你们教会我宽容和放下，让我更懂得珍惜。</w:t>
      </w:r>
      <w:r>
        <w:rPr>
          <w:lang w:eastAsia="zh-CN"/>
        </w:rPr>
        <w:br/>
      </w:r>
      <w:r>
        <w:rPr>
          <w:lang w:eastAsia="zh-CN"/>
        </w:rPr>
        <w:t>　　总之感谢所有给予我关心和爱的人，感谢所有我得到的与失去的，谢谢你们，我爱你们！</w:t>
      </w:r>
      <w:r>
        <w:rPr>
          <w:lang w:eastAsia="zh-CN"/>
        </w:rPr>
        <w:br/>
      </w:r>
      <w:r>
        <w:rPr>
          <w:lang w:eastAsia="zh-CN"/>
        </w:rPr>
        <w:t xml:space="preserve">    感恩节精彩致辞范文 篇15 </w:t>
      </w:r>
      <w:r>
        <w:rPr>
          <w:lang w:eastAsia="zh-CN"/>
        </w:rPr>
        <w:br/>
      </w:r>
      <w:r>
        <w:rPr>
          <w:lang w:eastAsia="zh-CN"/>
        </w:rPr>
        <w:t>　　大家好!怀揣一颗感恩的心，心留一份感恩的情，在这感恩的日子里，跟全体员工道一声感恩节快乐。</w:t>
      </w:r>
      <w:r>
        <w:rPr>
          <w:lang w:eastAsia="zh-CN"/>
        </w:rPr>
        <w:br/>
      </w:r>
      <w:r>
        <w:rPr>
          <w:lang w:eastAsia="zh-CN"/>
        </w:rPr>
        <w:t>　　俗语讲一根筷子容易折，一把筷子难折断，公司的发展离不开全体员工的支持，因此，在此首先感恩嘉宝团队，感恩嘉宝的每一员，感恩你们选择了嘉宝，相信了嘉宝，更感恩风雨数载，你们为公司的努力辛勤付出，才有了今天公司的蓬勃发展和壮大，公司借此之际，跟大家道一声，辛苦了!谢谢各位!</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其实在这感恩的日子里，让我们每个人最能忘却的是感恩父母，是他们赐予了我们生命，沐浴、呵护我们长大，付出了无尽的心血，给了我们世间最伟大的父爱母爱。因此，学会感恩，孝敬父母，感谢父母。对父母的感恩不仅仅在母亲节、父亲节、感恩节的这一天，而是长留在我们心中，时时刻刻的感恩，感恩的形式多种多样，小到轻轻的一个电话一声问候、泡一杯茶，洗一次脚，捶一次背，陪他们吃顿家常便饭，一个小小礼物。太多的小小举动，却能温暖到父母们的心，让我们多为父母做些力所能及的事，让他们感受我们这份感恩的心</w:t>
      </w:r>
      <w:r>
        <w:rPr>
          <w:lang w:eastAsia="zh-CN"/>
        </w:rPr>
        <w:br/>
      </w:r>
      <w:r>
        <w:rPr>
          <w:lang w:eastAsia="zh-CN"/>
        </w:rPr>
        <w:t>　　感恩是一种情感，一种责任。一个人，不管他的起点与终点相距多远，只要他能怀有一颗感恩的心并珍惜它，就一定能成为一个不断进步的人，一个能拥有亲情、友情的人，一个生活快乐、幸福的人。</w:t>
      </w:r>
      <w:r>
        <w:rPr>
          <w:lang w:eastAsia="zh-CN"/>
        </w:rPr>
        <w:br/>
      </w:r>
      <w:r>
        <w:rPr>
          <w:lang w:eastAsia="zh-CN"/>
        </w:rPr>
        <w:t xml:space="preserve">    感恩节精彩致辞范文 篇16 </w:t>
      </w:r>
      <w:r>
        <w:rPr>
          <w:lang w:eastAsia="zh-CN"/>
        </w:rPr>
        <w:br/>
      </w:r>
      <w:r>
        <w:rPr>
          <w:lang w:eastAsia="zh-CN"/>
        </w:rPr>
        <w:t>　　各位老师、同学们：</w:t>
      </w:r>
      <w:r>
        <w:rPr>
          <w:lang w:eastAsia="zh-CN"/>
        </w:rPr>
        <w:br/>
      </w:r>
      <w:r>
        <w:rPr>
          <w:lang w:eastAsia="zh-CN"/>
        </w:rPr>
        <w:t>　　感恩是一种生活态度，是一种品德，是一片肺腑之言。如果人与人之间缺乏感恩之心，必然会导致人与人之间关系的冷淡，所以，每个人都应该学会感恩，对于现在的孩子来说尤其重要。同学们，我们都是家庭的中心，让我们学会感恩，尤其就是让我们学会懂得尊重他人。对他人的帮助时时怀有感恩之心。</w:t>
      </w:r>
      <w:r>
        <w:rPr>
          <w:lang w:eastAsia="zh-CN"/>
        </w:rPr>
        <w:br/>
      </w:r>
    </w:p>
    <w:p w:rsidR="001B1F19" w14:textId="27C3F48A">
      <w:pPr>
        <w:rPr>
          <w:lang w:eastAsia="zh-CN"/>
        </w:rPr>
      </w:pPr>
      <w:r>
        <w:rPr>
          <w:lang w:eastAsia="zh-CN"/>
        </w:rPr>
        <w:t>　　很早以前，一只母羊生了一只小羊羔。羊妈妈非常疼爱小羊，晚上睡觉让它依偎在身边，用身体暖着小羊，让小羊睡得又熟又香。白天吃草，又把小羊带在身边，形影不离。遇到别的动物欺负小羊，羊妈妈用头上的羊角来保护小羊。一次，羊妈妈正在喂小羊吃奶。一只母鸡走过来说：羊妈妈，近来你瘦了很多。吃上的东西都让小羊咂了去。你看我，从来不管小鸡们的吃喝，全由它们自己去扑闹。小羊听到过后，对羊妈妈说：妈妈，您对我这样疼爱，我怎样才能报答您的养育之恩呢?羊妈妈说：我什么也不要你报答，只要你有这一片孝心就我心满意足了。小羊听后，流下眼泪，扑通跪倒在地，表示难以报答母亲的一片深情。从此，小羊每次吃奶都是跪着。它知道是妈妈用奶水喂大它的，跪着吃奶是感激妈妈的哺乳之恩。这就是羊羔跪乳。</w:t>
      </w:r>
      <w:r>
        <w:rPr>
          <w:lang w:eastAsia="zh-CN"/>
        </w:rPr>
        <w:br/>
      </w:r>
      <w:r>
        <w:rPr>
          <w:lang w:eastAsia="zh-CN"/>
        </w:rPr>
        <w:t>　　小朋友们，你们知道我今天为什么要讲这个故事吗?我就是要告诉大家一个道理：要懂得感恩。这也是我今天在国旗下讲话的主题。每年的11月的第四个星期四是美国的感恩节。今年的感恩节就是11月24日。感恩节虽然是美国的，但感恩却不分国度。中国不是有一句古话吗?谁言寸草心，抱得三春晖，滴水之恩，当以涌泉相报。知恩图报是中华民族的传统美德。孩子们，我们有责任把感恩这个美德传递下去。</w:t>
      </w:r>
      <w:r>
        <w:rPr>
          <w:lang w:eastAsia="zh-CN"/>
        </w:rPr>
        <w:br/>
      </w:r>
      <w:r>
        <w:rPr>
          <w:lang w:eastAsia="zh-CN"/>
        </w:rPr>
        <w:t>　　我再给大家讲一个与乌鸦有关的故事。大家都知道乌鸦是一种全身漆黑、面貌丑陋的鸟，所以一般人都不喜欢它。但正是这种鸟，却懂得感恩自己的父母。据说乌鸦在母亲的哺育下长大后，当母亲年老体衰，不能觅食或者双目失明飞不动的时候，它就会四处去寻找食物，衔回来嘴对嘴地喂到母亲的口中，回报母亲的养育之恩，并且从不感到厌烦，一直到老乌鸦死去为止。这就是人们常说的乌鸦反哺的故事。</w:t>
      </w:r>
      <w:r>
        <w:rPr>
          <w:lang w:eastAsia="zh-CN"/>
        </w:rPr>
        <w:br/>
      </w:r>
      <w:r>
        <w:rPr>
          <w:lang w:eastAsia="zh-CN"/>
        </w:rPr>
        <w:t>　　连小动物都懂得知恩图报，那我们人更应该懂得如何感恩。</w:t>
      </w:r>
      <w:r>
        <w:rPr>
          <w:lang w:eastAsia="zh-CN"/>
        </w:rPr>
        <w:br/>
      </w:r>
      <w:r>
        <w:rPr>
          <w:lang w:eastAsia="zh-CN"/>
        </w:rPr>
        <w:t>　　让我们感恩父母，感激他们给予我们生命，感谢他们搀扶着我们走好每一步人生道路，为我们搭建快乐成长的舞台。</w:t>
      </w:r>
      <w:r>
        <w:rPr>
          <w:lang w:eastAsia="zh-CN"/>
        </w:rPr>
        <w:br/>
      </w:r>
      <w:r>
        <w:rPr>
          <w:lang w:eastAsia="zh-CN"/>
        </w:rPr>
        <w:t>　　让我们感激老师、感激他们传授我们知识，让我们拥有智慧，拥有克服困难的力量和奋发图强的信心。(现在请小朋友们立正面向老师鞠躬，感谢老师的教导)</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https://d.book118.com/165110340212011122</w:t>
        </w:r>
      </w:hyperlink>
    </w:p>
    <w:p w:rsidR="001B1F19">
      <w:pPr>
        <w:rPr>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5110340212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