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会计实习自我总结（30篇）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会计实习自我总结（精选30篇）</w:t>
      </w:r>
      <w:r>
        <w:rPr>
          <w:lang w:eastAsia="zh-CN"/>
        </w:rPr>
        <w:br/>
      </w:r>
      <w:r>
        <w:rPr>
          <w:lang w:eastAsia="zh-CN"/>
        </w:rPr>
        <w:t xml:space="preserve">    会计实习自我总结 篇1 </w:t>
      </w:r>
      <w:r>
        <w:rPr>
          <w:lang w:eastAsia="zh-CN"/>
        </w:rPr>
        <w:br/>
      </w:r>
      <w:r>
        <w:rPr>
          <w:lang w:eastAsia="zh-CN"/>
        </w:rPr>
        <w:t>　　时光荏苒，三个月的实习期很快就要过去了，回首过去的一个月，内心不禁感慨万千。岁月如梭，转眼间将跨过三个月实习期之坎，回首望，虽没有轰轰烈烈的战果，但也算经历了一段不平凡的考验和磨砺。</w:t>
      </w:r>
      <w:r>
        <w:rPr>
          <w:lang w:eastAsia="zh-CN"/>
        </w:rPr>
        <w:br/>
      </w:r>
      <w:r>
        <w:rPr>
          <w:lang w:eastAsia="zh-CN"/>
        </w:rPr>
        <w:t>　　在实习的这段时间里，我的主要工作是外勤（缴税、跑银行）也协一下财务部其它会计的工作以及一些不属于会计范畴的工作。通过这些操作性极强的工作，结合所学会计专业理论，使我更系统地掌握了所学专业知识，加强了对会计工作岗位的认知和认同；培养了对所学专业的兴趣和热情；激发了学习专业理论知识的积极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对于外勤工作，主要是去税务局和银行。税务局工作内容也比较简单，主要是拿齐资料，盖好章，到各个地方是各个镇区的地税局，划缴营业税及附加。但是，对于开外经证的横沥地税局，我们就要特别注意和他们打交道的方式。银行的工作相对比较负责，去银行主要是开户销户等工作，虽然看似简单，但由于要带的公司资料比较多，而且每间银行所要求带的资料也会不同，比较容易出现漏带带少资料的现象。为了谨慎起见，我每次去银行之前都会打电话去咨询银行，问清楚所要带的资料，以防漏带。对于银行方面，我们也要多注意跟他们多聊聊，处理好关系，以便在工作的时候可以得到他们更大帮忙，增加我们的工作效率。</w:t>
      </w:r>
      <w:r>
        <w:rPr>
          <w:lang w:eastAsia="zh-CN"/>
        </w:rPr>
        <w:br/>
      </w:r>
      <w:r>
        <w:rPr>
          <w:lang w:eastAsia="zh-CN"/>
        </w:rPr>
        <w:t>　　在登记记账凭证和处整理凭证方面，由于自己还没养成严谨细腻的习惯。在登记凭证的时候有时候会出现某点小错误，在凭证的某部分写错了某点东西，导致凭证要重写，耽误了工作效率。另外，由于大学期间没有受过整理凭证方面的培训，在整理凭证的时候出现整理不整齐，粘贴不平整等现象，但在仙姐的教导下，我已经得到了比较大的进步。</w:t>
      </w:r>
      <w:r>
        <w:rPr>
          <w:lang w:eastAsia="zh-CN"/>
        </w:rPr>
        <w:br/>
      </w:r>
      <w:r>
        <w:rPr>
          <w:lang w:eastAsia="zh-CN"/>
        </w:rPr>
        <w:t>　　作为会计助理，协助会计人员工作是我的重要工作内容之一。例如帮他们整理一下数据、核对下账号、打印、扫描、搬搬抬抬这些工作，看似没什么技术含量，但从这个过程中也会让我逐渐明白整个财务室的工作流程，加深对财务人员分工的理解。</w:t>
      </w:r>
      <w:r>
        <w:rPr>
          <w:lang w:eastAsia="zh-CN"/>
        </w:rPr>
        <w:br/>
      </w:r>
      <w:r>
        <w:rPr>
          <w:lang w:eastAsia="zh-CN"/>
        </w:rPr>
        <w:t>　　工作期间我蒙受各位财务人员的教悔，在他们的细心教导下我一边迅速的熟悉公司财务流程，一边学习财务。期间我也曾懊恼过，生气过，灰心过。为什么自己这么笨还时常干错事，我也曾怀疑过自己的能力到底能不能胜任这份工作。在同事的鼓励下我渐渐增长了信心我下定决心一定要学好，因为我身上系着那么多人的希望我不能让他们失望。随着时间的一天天过，也开始慢慢的熟悉了。从一开始的一片茫然到今天的有条不紊。从理论过渡到了实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这段实习期间我学到了很多书本上学不到的东西使我自身得到了升华！这也使我从懵懵懂懂的学生变成了有思路，有计划的社会工作者。是他们向我伸出了指引前进道路的双手，耐心的教导。我很感激他们，是他们使在这么短的时间之内学到了这么多东西。</w:t>
      </w:r>
      <w:r>
        <w:rPr>
          <w:lang w:eastAsia="zh-CN"/>
        </w:rPr>
        <w:br/>
      </w:r>
      <w:r>
        <w:rPr>
          <w:lang w:eastAsia="zh-CN"/>
        </w:rPr>
        <w:t xml:space="preserve">    会计实习自我总结 篇2 </w:t>
      </w:r>
      <w:r>
        <w:rPr>
          <w:lang w:eastAsia="zh-CN"/>
        </w:rPr>
        <w:br/>
      </w:r>
      <w:r>
        <w:rPr>
          <w:lang w:eastAsia="zh-CN"/>
        </w:rPr>
        <w:t>　　本文关键词：实习，自我，会计</w:t>
      </w:r>
      <w:r>
        <w:rPr>
          <w:lang w:eastAsia="zh-CN"/>
        </w:rPr>
        <w:br/>
      </w:r>
      <w:r>
        <w:rPr>
          <w:lang w:eastAsia="zh-CN"/>
        </w:rPr>
        <w:t>　　本文简介：会计实习自我总结1.会计是一门应用性科学，也是一项重要的经济管理工作，更是加强经济管理、提高经济效益的重要手段。经济管理离不开会计，经济越发展会计工作就显得越发重要。在__单位财务部门实习的.这段期间，我熟知各项准则，更加熟练操作各项财务软件及办公软件。主要负责单位日常费用报销过程中的单据审核、现金收</w:t>
      </w:r>
      <w:r>
        <w:rPr>
          <w:lang w:eastAsia="zh-CN"/>
        </w:rPr>
        <w:br/>
      </w:r>
      <w:r>
        <w:rPr>
          <w:lang w:eastAsia="zh-CN"/>
        </w:rPr>
        <w:t>　　本文内容：</w:t>
      </w:r>
      <w:r>
        <w:rPr>
          <w:lang w:eastAsia="zh-CN"/>
        </w:rPr>
        <w:br/>
      </w:r>
      <w:r>
        <w:rPr>
          <w:lang w:eastAsia="zh-CN"/>
        </w:rPr>
        <w:t>　　会计实习自我总结</w:t>
      </w:r>
      <w:r>
        <w:rPr>
          <w:lang w:eastAsia="zh-CN"/>
        </w:rPr>
        <w:br/>
      </w:r>
      <w:r>
        <w:rPr>
          <w:lang w:eastAsia="zh-CN"/>
        </w:rPr>
        <w:t>　　1.会计是一门应用性科学，也是一项重要的经济管理工作，更是加强经济管理、提高经济效益的重要手段。经济管理离不开会计，经济越发展会计工作就显得越发重要。在__单位财务部门实习的这段期间，我熟知各项准则，更加熟练操作各项财务软件及办公软件。主要负责单位日常费用报销过程中的单据审核、现金收入;管理银行支票和银行汇票的管理，登记银行往来调查表;对各种财会资料进行归档管理。同时，我了解到会计电算化对会计工作的影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实习生涯，几乎是每个学生踏入社会并接触社会的重要一步，它使我们在实践中了解社会，视野打开了，见识增长了，在课堂上我们所接触不到的知识，在社会这一页我们学到并深深体会到了。这期间，我热爱工作，好学好问，细心、认真负责，与部门同事一起努力并圆满完成领导交付的各项工作，多次获得上级领导的好评!我注意观察了前辈们是怎样与上级交往，怎样处理同事间的关系。</w:t>
      </w:r>
      <w:r>
        <w:rPr>
          <w:lang w:eastAsia="zh-CN"/>
        </w:rPr>
        <w:br/>
      </w:r>
      <w:r>
        <w:rPr>
          <w:lang w:eastAsia="zh-CN"/>
        </w:rPr>
        <w:t>　　回顾我的实习生涯，不管是思想上还是能力上，我都发现自己进步不少。但是这些进步不会因此而停止，反而是我更加向上努力的催化剂，只有这样才能真正成为一名高质量的会计专业人才。</w:t>
      </w:r>
      <w:r>
        <w:rPr>
          <w:lang w:eastAsia="zh-CN"/>
        </w:rPr>
        <w:br/>
      </w:r>
      <w:r>
        <w:rPr>
          <w:lang w:eastAsia="zh-CN"/>
        </w:rPr>
        <w:t>　　2.会计作为一门应用性的科学，是一项重要的经济管理工作，是加强经济管理，提高经济效益的重要手段，经济管理离不开会计，经济越发展会计工作就显得越重要。通过次次学习，将学校所学的会计理论知识，熟悉了会计核算对象，利用真实的会计凭证对一定时期内的经济业务进行会计核算，认识并掌握了会计会计帐簿登记的基本原理。并且认识到了自己的优势与不足。同时，我也了解到会计电算化对会计工作的影响。</w:t>
      </w:r>
      <w:r>
        <w:rPr>
          <w:lang w:eastAsia="zh-CN"/>
        </w:rPr>
        <w:br/>
      </w:r>
      <w:r>
        <w:rPr>
          <w:lang w:eastAsia="zh-CN"/>
        </w:rPr>
        <w:t>　　实习是每个学生必须拥有的一段经历，它使我们在实践中了解社会，让我们学到很多在课堂上根本学不到的知识，打开了视野，增长了见识，为我们以后进一步走向社会打下坚实的基矗而会计工作是指对具体事物进行计算、记录、收集有关数据资料，通过加工处理转化为用户决策有用的财务信息。掌握会计工作不仅要学好书本中的各种会计知识，而且还要认真积极地参加各种会计实习机会，让理论和实践有机务实的结合在一起，只有这样才能成为一名高质量的会计专业人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r>
        <w:rPr>
          <w:lang w:eastAsia="zh-CN"/>
        </w:rPr>
        <w:br/>
      </w:r>
      <w:r>
        <w:rPr>
          <w:lang w:eastAsia="zh-CN"/>
        </w:rPr>
        <w:t>　　本次实习已达到了预期目的，大量的会计专业知识与社会知识相结合，既巩固了专业知识，又学到了社会知识，对我今后的就业有极大的帮助。通过这次实习我对出纳、会计岗位有了一个深层次的认识。我找到了专业知识的漏洞，对好多基</w:t>
      </w:r>
      <w:r>
        <w:rPr>
          <w:lang w:eastAsia="zh-CN"/>
        </w:rPr>
        <w:br/>
      </w:r>
      <w:r>
        <w:rPr>
          <w:lang w:eastAsia="zh-CN"/>
        </w:rPr>
        <w:t xml:space="preserve">    会计实习自我总结 篇3 </w:t>
      </w:r>
      <w:r>
        <w:rPr>
          <w:lang w:eastAsia="zh-CN"/>
        </w:rPr>
        <w:br/>
      </w:r>
      <w:r>
        <w:rPr>
          <w:lang w:eastAsia="zh-CN"/>
        </w:rPr>
        <w:t>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梁启超说过：凡职业都具有趣味的，只要你肯干下去，趣味自然会发生。因此，做账切忌：粗心大意，马虎了事，心浮气躁。做任何事都一样，需要有恒心、细心和毅力，那才会到达成功的彼岸！在这次会计实习中，我可谓受益非浅。仅仅的一个月实习，我将受益终生。</w:t>
      </w:r>
      <w:r>
        <w:rPr>
          <w:lang w:eastAsia="zh-CN"/>
        </w:rPr>
        <w:br/>
      </w:r>
      <w:r>
        <w:rPr>
          <w:lang w:eastAsia="zh-CN"/>
        </w:rPr>
        <w:t>　　随着会计制度的日臻完善，社会对会计人员的高度重视和严格要求，我们作为未来社会的会计专业人员，为了顺应社会的要求，加强社会竞争力，也应该严于自身的素质，培养较强的会计工作的操作能力。于是，本学期初，我们乐于参加了学校为我们提供的会计实习。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r>
        <w:rPr>
          <w:lang w:eastAsia="zh-CN"/>
        </w:rPr>
        <w:br/>
      </w:r>
      <w:r>
        <w:rPr>
          <w:lang w:eastAsia="zh-CN"/>
        </w:rPr>
        <w:t>　　下面是我通过这次会计实习中领悟到的很多书本上所不能学到的会计的特点和积累，以及题外的很多道理。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r>
        <w:rPr>
          <w:lang w:eastAsia="zh-CN"/>
        </w:rPr>
        <w:br/>
      </w:r>
      <w:r>
        <w:rPr>
          <w:lang w:eastAsia="zh-CN"/>
        </w:rPr>
        <w:t>　　会计自我实习总结的延伸阅读——写实习总结的注意事项</w:t>
      </w:r>
      <w:r>
        <w:rPr>
          <w:lang w:eastAsia="zh-CN"/>
        </w:rPr>
        <w:br/>
      </w:r>
      <w:r>
        <w:rPr>
          <w:lang w:eastAsia="zh-CN"/>
        </w:rPr>
        <w:t>　　1.总结必须有情况的概述和叙述，有的比较简单，有的比较详细。这部分内容主要是对工作的主客观条件、有利和不利条件以及工作的环境和基础等进行分析。</w:t>
      </w:r>
      <w:r>
        <w:rPr>
          <w:lang w:eastAsia="zh-CN"/>
        </w:rPr>
        <w:br/>
      </w:r>
      <w:r>
        <w:rPr>
          <w:lang w:eastAsia="zh-CN"/>
        </w:rPr>
        <w:t>　　2.成绩和缺点。这是总结的中心。总结的目的就是要肯定成绩，找出缺点。成绩有哪些，有多大，表现在哪些方面，是怎样取得的；缺点有多少，表现在哪些方面，是什么性质的，怎样产生的，都应讲清楚。</w:t>
      </w:r>
      <w:r>
        <w:rPr>
          <w:lang w:eastAsia="zh-CN"/>
        </w:rPr>
        <w:br/>
      </w:r>
      <w:r>
        <w:rPr>
          <w:lang w:eastAsia="zh-CN"/>
        </w:rPr>
        <w:t>　　3.经验和教训。做过一件事，总会有经验和教训。为便于今后的工作，须对以往工作的经验和教训进行分析、研究、概括、集中，并上升到理论的高度来认识。</w:t>
      </w:r>
      <w:r>
        <w:rPr>
          <w:lang w:eastAsia="zh-CN"/>
        </w:rPr>
        <w:br/>
      </w:r>
      <w:r>
        <w:rPr>
          <w:lang w:eastAsia="zh-CN"/>
        </w:rPr>
        <w:t>　　今后的打算。根据今后的工作任务和要求，吸取前一时期工作的经验和教训，明确努力方向，提出改进措施等。</w:t>
      </w:r>
      <w:r>
        <w:rPr>
          <w:lang w:eastAsia="zh-CN"/>
        </w:rPr>
        <w:br/>
      </w:r>
      <w:r>
        <w:rPr>
          <w:lang w:eastAsia="zh-CN"/>
        </w:rPr>
        <w:t xml:space="preserve">    会计实习自我总结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实习期间，我深深的懂得在学校里学到的知识理论性太强，跟实际情况差别很大，需要我们在以后的工作学习中加以运用，只有这样，我们的学习才会更加有意义，我们的知识层面才会不断的得到拓展，在以后的人生道路上才会游刃有余。尤其是销售会计，其理论联系实际的要求性更加强，只有在日常工作中不断的去学习充实自己，我们才能跟上时代的步伐，跟上企业的发展，我们才能与时俱进，不断的提升自己。学无止境，学海无涯。</w:t>
      </w:r>
      <w:r>
        <w:rPr>
          <w:lang w:eastAsia="zh-CN"/>
        </w:rPr>
        <w:br/>
      </w:r>
      <w:r>
        <w:rPr>
          <w:lang w:eastAsia="zh-CN"/>
        </w:rPr>
        <w:t>　　实习期间，我学到的不仅仅是知识的拓展，能力的提升，感受最多的更是生活的感悟，人生的感知。生活的滋味,犹如调味,你若没有尝过,就不会知道它的味道，只有经历，只有经历过才会懂，懂得更多，更深.来到公司实习期间，我真正感悟到生活的真谛，学到许多生活的道理，做人的真谛。</w:t>
      </w:r>
      <w:r>
        <w:rPr>
          <w:lang w:eastAsia="zh-CN"/>
        </w:rPr>
        <w:br/>
      </w:r>
      <w:r>
        <w:rPr>
          <w:lang w:eastAsia="zh-CN"/>
        </w:rPr>
        <w:t>　　感谢指导老师的悉心教导和无微的关怀，感谢企业员工对我的无私关怀，感谢我的同学们无微不至的关怀和帮助，感谢舍友们对我的照顾和鼓舞，感谢我的母校对我的辛勤培育。</w:t>
      </w:r>
      <w:r>
        <w:rPr>
          <w:lang w:eastAsia="zh-CN"/>
        </w:rPr>
        <w:br/>
      </w:r>
      <w:r>
        <w:rPr>
          <w:lang w:eastAsia="zh-CN"/>
        </w:rPr>
        <w:t>　　在以后的学习生活中，让我们用辛勤奉献浇铸足迹，让足迹书写辉煌。实习期间，我在工作中踏实勤恳，从最简单的基础工作做起，勤于发现问题，在师傅的帮助下，我寻找解决问题的方法积极参加公司的各项活动，不断的拓展我的知识层面，勤奋工作，认真学习，敢于承担具有挑战性的工作，并能够顺利完成；积极参加各项有意义的活动，参加拓展训练懂得了没有不可能完成的任务，变“不可能”为“不，可能”，懂得了什么是成功，体会到了团结的力量，这些都对我以后的学习和生活产生了重要影响。</w:t>
      </w:r>
      <w:r>
        <w:rPr>
          <w:lang w:eastAsia="zh-CN"/>
        </w:rPr>
        <w:br/>
      </w:r>
      <w:r>
        <w:rPr>
          <w:lang w:eastAsia="zh-CN"/>
        </w:rPr>
        <w:t xml:space="preserve">    会计实习自我总结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本文关键词：实习，会计</w:t>
      </w:r>
      <w:r>
        <w:rPr>
          <w:lang w:eastAsia="zh-CN"/>
        </w:rPr>
        <w:br/>
      </w:r>
      <w:r>
        <w:rPr>
          <w:lang w:eastAsia="zh-CN"/>
        </w:rPr>
        <w:t>　　本文简介：会计实习总结5000字下面网为大家提供了会计实习总结5000字，仅供参考，欢迎浏览：在学校学习的这四年，我们对会计工作的日常处理已经是耳目能熟了，大部分会计的专业基础知识、基本理论、基本方法和结构体系，我都基本掌握了，但这些只是纸上谈兵，倘若将这些理论性极强的东西搬上实际上应用，那我想我肯定会是</w:t>
      </w:r>
      <w:r>
        <w:rPr>
          <w:lang w:eastAsia="zh-CN"/>
        </w:rPr>
        <w:br/>
      </w:r>
      <w:r>
        <w:rPr>
          <w:lang w:eastAsia="zh-CN"/>
        </w:rPr>
        <w:t>　　本文内容：</w:t>
      </w:r>
      <w:r>
        <w:rPr>
          <w:lang w:eastAsia="zh-CN"/>
        </w:rPr>
        <w:br/>
      </w:r>
      <w:r>
        <w:rPr>
          <w:lang w:eastAsia="zh-CN"/>
        </w:rPr>
        <w:t>　　一、实习的时间和地点</w:t>
      </w:r>
      <w:r>
        <w:rPr>
          <w:lang w:eastAsia="zh-CN"/>
        </w:rPr>
        <w:br/>
      </w:r>
      <w:r>
        <w:rPr>
          <w:lang w:eastAsia="zh-CN"/>
        </w:rPr>
        <w:t>　　我于20__年12月下旬到一月下旬在陕西嘉兴化工有限公司进行为期一月的会计业务实习。</w:t>
      </w:r>
      <w:r>
        <w:rPr>
          <w:lang w:eastAsia="zh-CN"/>
        </w:rPr>
        <w:br/>
      </w:r>
      <w:r>
        <w:rPr>
          <w:lang w:eastAsia="zh-CN"/>
        </w:rPr>
        <w:t>　　陕西嘉兴化工有限公司位于陕西省西安市大兴路西北化工城内，主要经营业务是食用油脂，食用香精等食品添加剂。</w:t>
      </w:r>
      <w:r>
        <w:rPr>
          <w:lang w:eastAsia="zh-CN"/>
        </w:rPr>
        <w:br/>
      </w:r>
      <w:r>
        <w:rPr>
          <w:lang w:eastAsia="zh-CN"/>
        </w:rPr>
        <w:t>　　二、实习目的</w:t>
      </w:r>
      <w:r>
        <w:rPr>
          <w:lang w:eastAsia="zh-CN"/>
        </w:rPr>
        <w:br/>
      </w:r>
      <w:r>
        <w:rPr>
          <w:lang w:eastAsia="zh-CN"/>
        </w:rPr>
        <w:t>　　进入大学四年，学习的专业课程有《基础会计》、《中级财务会计》，《管理会计》、《财务分析》、《财经法规》等课程，对于会计的基础知识我已有了一定的认识。但在不断的学习和探索中发现了许多问题，会计是个讲究经验的职业，工作经验是求职时的优势，但是我对会计工作流程还不是很了解。为了将自己所学到的理论知识真正地运用到实践中去，为了积累更多的工作经验，作到学以至用，我决定———实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我希望通过实习，在实践中锻炼自己、检验自己、吸收知识、弥补不足。充分了解什么是现型社会所需要的财会人员，为日后的工作打下夯实的基础。</w:t>
      </w:r>
      <w:r>
        <w:rPr>
          <w:lang w:eastAsia="zh-CN"/>
        </w:rPr>
        <w:br/>
      </w:r>
      <w:r>
        <w:rPr>
          <w:lang w:eastAsia="zh-CN"/>
        </w:rPr>
        <w:t>　　三、实习内容</w:t>
      </w:r>
      <w:r>
        <w:rPr>
          <w:lang w:eastAsia="zh-CN"/>
        </w:rPr>
        <w:br/>
      </w:r>
      <w:r>
        <w:rPr>
          <w:lang w:eastAsia="zh-CN"/>
        </w:rPr>
        <w:t>　　陕西嘉兴化工有限公司财务处只设有会计、出纳、财务各一名。该单位是采用用友财务软件进行电脑记账。此次实习，我主要岗位是助理财务人员，职责是协助财务人员进行账实核对、账证核对、账账核对等账务方面处理，以及电脑登账和一些办公室文员工作。</w:t>
      </w:r>
      <w:r>
        <w:rPr>
          <w:lang w:eastAsia="zh-CN"/>
        </w:rPr>
        <w:br/>
      </w:r>
      <w:r>
        <w:rPr>
          <w:lang w:eastAsia="zh-CN"/>
        </w:rPr>
        <w:t>　　这些天恰逢公司年底结账，我很幸运的重温了会计的一般流程!</w:t>
      </w:r>
      <w:r>
        <w:rPr>
          <w:lang w:eastAsia="zh-CN"/>
        </w:rPr>
        <w:br/>
      </w:r>
      <w:r>
        <w:rPr>
          <w:lang w:eastAsia="zh-CN"/>
        </w:rPr>
        <w:t>　　1、根据经济业务填制原始凭证和记账凭证。</w:t>
      </w:r>
      <w:r>
        <w:rPr>
          <w:lang w:eastAsia="zh-CN"/>
        </w:rPr>
        <w:br/>
      </w:r>
      <w:r>
        <w:rPr>
          <w:lang w:eastAsia="zh-CN"/>
        </w:rPr>
        <w:t>　　(1)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r>
        <w:rPr>
          <w:lang w:eastAsia="zh-CN"/>
        </w:rPr>
        <w:br/>
      </w:r>
      <w:r>
        <w:rPr>
          <w:lang w:eastAsia="zh-CN"/>
        </w:rPr>
        <w:t>　　(2)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r>
        <w:rPr>
          <w:lang w:eastAsia="zh-CN"/>
        </w:rPr>
        <w:br/>
      </w:r>
      <w:r>
        <w:rPr>
          <w:lang w:eastAsia="zh-CN"/>
        </w:rPr>
        <w:t>　　2、根据会计凭证登记日记帐。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r>
        <w:rPr>
          <w:lang w:eastAsia="zh-CN"/>
        </w:rPr>
        <w:br/>
      </w:r>
      <w:r>
        <w:rPr>
          <w:lang w:eastAsia="zh-CN"/>
        </w:rPr>
        <w:t>　　3、根据记账凭证及所附的原始凭证登记明细帐。</w:t>
      </w:r>
      <w:r>
        <w:rPr>
          <w:lang w:eastAsia="zh-CN"/>
        </w:rPr>
        <w:br/>
      </w:r>
      <w:r>
        <w:rPr>
          <w:lang w:eastAsia="zh-CN"/>
        </w:rPr>
        <w:t>　　明细分类帐薄亦称明细帐，它是根据明细分类帐户开设帐页进行明细分类登记的一种帐薄，输入记帐凭证后操作计算机则自动登记明细帐。</w:t>
      </w:r>
      <w:r>
        <w:rPr>
          <w:lang w:eastAsia="zh-CN"/>
        </w:rPr>
        <w:br/>
      </w:r>
      <w:r>
        <w:rPr>
          <w:lang w:eastAsia="zh-CN"/>
        </w:rPr>
        <w:t>　　4、根据记账凭证及明细帐计算产品成本。</w:t>
      </w:r>
      <w:r>
        <w:rPr>
          <w:lang w:eastAsia="zh-CN"/>
        </w:rPr>
        <w:br/>
      </w:r>
      <w:r>
        <w:rPr>
          <w:lang w:eastAsia="zh-CN"/>
        </w:rPr>
        <w:t>　　根据记帐凭证及明细帐用逐步结算法中的综合结转法计算出产品的成本。</w:t>
      </w:r>
      <w:r>
        <w:rPr>
          <w:lang w:eastAsia="zh-CN"/>
        </w:rPr>
        <w:br/>
      </w:r>
      <w:r>
        <w:rPr>
          <w:lang w:eastAsia="zh-CN"/>
        </w:rPr>
        <w:t>　　5、根据记账凭证编科目汇总表。</w:t>
      </w:r>
      <w:r>
        <w:rPr>
          <w:lang w:eastAsia="zh-CN"/>
        </w:rPr>
        <w:br/>
      </w:r>
      <w:r>
        <w:rPr>
          <w:lang w:eastAsia="zh-CN"/>
        </w:rPr>
        <w:t>　　科目汇总表也由凭证文件生成，其编制方法为对用户输入需汇总的起止日期则计算机自动生成相应时间段的科目汇总表。</w:t>
      </w:r>
      <w:r>
        <w:rPr>
          <w:lang w:eastAsia="zh-CN"/>
        </w:rPr>
        <w:br/>
      </w:r>
      <w:r>
        <w:rPr>
          <w:lang w:eastAsia="zh-CN"/>
        </w:rPr>
        <w:t>　　6、根据科目汇总表登记总帐。</w:t>
      </w:r>
      <w:r>
        <w:rPr>
          <w:lang w:eastAsia="zh-CN"/>
        </w:rPr>
        <w:br/>
      </w:r>
      <w:r>
        <w:rPr>
          <w:lang w:eastAsia="zh-CN"/>
        </w:rPr>
        <w:t>　　根据得出的科目汇总表操作计算机，计算机产生出对应的总帐。</w:t>
      </w:r>
      <w:r>
        <w:rPr>
          <w:lang w:eastAsia="zh-CN"/>
        </w:rPr>
        <w:br/>
      </w:r>
      <w:r>
        <w:rPr>
          <w:lang w:eastAsia="zh-CN"/>
        </w:rPr>
        <w:t>　　7、对帐(编试算平衡表)。</w:t>
      </w:r>
      <w:r>
        <w:rPr>
          <w:lang w:eastAsia="zh-CN"/>
        </w:rPr>
        <w:br/>
      </w:r>
      <w:r>
        <w:rPr>
          <w:lang w:eastAsia="zh-CN"/>
        </w:rPr>
        <w:t>　　对帐是对帐薄数据进行核对，以检查记帐是否正确，以及帐薄是否平衡。它主要是通过核对总帐与明细帐、总帐与辅助帐数据来完成帐帐核对。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r>
        <w:rPr>
          <w:lang w:eastAsia="zh-CN"/>
        </w:rPr>
        <w:br/>
      </w:r>
      <w:r>
        <w:rPr>
          <w:lang w:eastAsia="zh-CN"/>
        </w:rPr>
        <w:t>　　8、根据给出的相关内容编制本月的负债表和利润表;</w:t>
      </w:r>
      <w:r>
        <w:rPr>
          <w:lang w:eastAsia="zh-CN"/>
        </w:rPr>
        <w:br/>
      </w:r>
      <w:r>
        <w:rPr>
          <w:lang w:eastAsia="zh-CN"/>
        </w:rPr>
        <w:t>　　将十二月月初数视为年初数，本月视为本年数编制会计报表。</w:t>
      </w:r>
      <w:r>
        <w:rPr>
          <w:lang w:eastAsia="zh-CN"/>
        </w:rPr>
        <w:br/>
      </w:r>
      <w:r>
        <w:rPr>
          <w:lang w:eastAsia="zh-CN"/>
        </w:rPr>
        <w:t>　　资产负债表是反映企业在某一特定日期财务状况的一种会计报表，它根据“资产=负债+所有者权益”的会计方程式，说明企业的财务状况。</w:t>
      </w:r>
      <w:r>
        <w:rPr>
          <w:lang w:eastAsia="zh-CN"/>
        </w:rPr>
        <w:br/>
      </w:r>
      <w:r>
        <w:rPr>
          <w:lang w:eastAsia="zh-CN"/>
        </w:rPr>
        <w:t>　　利润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这些是大的方面，在处理日常经济业务方面，我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r>
        <w:rPr>
          <w:lang w:eastAsia="zh-CN"/>
        </w:rPr>
        <w:br/>
      </w:r>
      <w:r>
        <w:rPr>
          <w:lang w:eastAsia="zh-CN"/>
        </w:rPr>
        <w:t>　　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通过编制财务报表还能对公司的资产负债率以及销售利率等财务指标进行分析。财务报表需一式三份，上交给国税及地税各一份，本公司自己留底一份。</w:t>
      </w:r>
      <w:r>
        <w:rPr>
          <w:lang w:eastAsia="zh-CN"/>
        </w:rPr>
        <w:br/>
      </w:r>
      <w:r>
        <w:rPr>
          <w:lang w:eastAsia="zh-CN"/>
        </w:rPr>
        <w:t>　　公司财务部还设有出纳及增值税发票开具处，出纳主要管理日常现金收付业务，编制现金及银行存款日记账等，开具收款收据以及票据的办理。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在日常工作中还学习到了很多书中没有的细节的东西。例如：1.写错数字就要用红笔划横线，再盖上责任人的章子，这样才能作废。而我们以前在学校模拟实习时，只要用红笔划掉，在写上“作废”两字就可以了。</w:t>
      </w:r>
      <w:r>
        <w:rPr>
          <w:lang w:eastAsia="zh-CN"/>
        </w:rPr>
        <w:br/>
      </w:r>
      <w:r>
        <w:rPr>
          <w:lang w:eastAsia="zh-CN"/>
        </w:rPr>
        <w:t>　　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r>
        <w:rPr>
          <w:lang w:eastAsia="zh-CN"/>
        </w:rPr>
        <w:br/>
      </w:r>
      <w:r>
        <w:rPr>
          <w:lang w:eastAsia="zh-CN"/>
        </w:rPr>
        <w:t>　　3.对于数字的书写也有严格的要求，字迹一定要清晰清秀，按格填写，不能东倒西歪的。并且记帐时要清楚每一明细分录及总帐名称，而不能乱写，否则总帐的借贷双方就不能结平了。</w:t>
      </w:r>
      <w:r>
        <w:rPr>
          <w:lang w:eastAsia="zh-CN"/>
        </w:rPr>
        <w:br/>
      </w:r>
      <w:r>
        <w:rPr>
          <w:lang w:eastAsia="zh-CN"/>
        </w:rPr>
        <w:t>　　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r>
        <w:rPr>
          <w:lang w:eastAsia="zh-CN"/>
        </w:rPr>
        <w:br/>
      </w:r>
      <w:r>
        <w:rPr>
          <w:lang w:eastAsia="zh-CN"/>
        </w:rPr>
        <w:t>　　四.实习总结</w:t>
      </w:r>
      <w:r>
        <w:rPr>
          <w:lang w:eastAsia="zh-CN"/>
        </w:rPr>
        <w:br/>
      </w:r>
      <w:r>
        <w:rPr>
          <w:lang w:eastAsia="zh-CN"/>
        </w:rPr>
        <w:t>　　其实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r>
        <w:rPr>
          <w:lang w:eastAsia="zh-CN"/>
        </w:rPr>
        <w:br/>
      </w:r>
      <w:r>
        <w:rPr>
          <w:lang w:eastAsia="zh-CN"/>
        </w:rPr>
        <w:t>　　实习也就是学习，只有不断的学习，才能更好的适应社会!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四、所学专业、课程安排及建议</w:t>
      </w:r>
      <w:r>
        <w:rPr>
          <w:lang w:eastAsia="zh-CN"/>
        </w:rPr>
        <w:br/>
      </w:r>
      <w:r>
        <w:rPr>
          <w:lang w:eastAsia="zh-CN"/>
        </w:rPr>
        <w:t>　　我所学的专业是财务管理，大学学习的四年中我们的主要的专业课程是:</w:t>
      </w:r>
      <w:r>
        <w:rPr>
          <w:lang w:eastAsia="zh-CN"/>
        </w:rPr>
        <w:br/>
      </w:r>
      <w:r>
        <w:rPr>
          <w:lang w:eastAsia="zh-CN"/>
        </w:rPr>
        <w:t>　　管理学、微观经济学、宏观经济学、管理信息系统、财务分析、会计学、财务管理、市场营销、经济法、中级财务管理、高级财务管理、银行经营管理等。</w:t>
      </w:r>
      <w:r>
        <w:rPr>
          <w:lang w:eastAsia="zh-CN"/>
        </w:rPr>
        <w:br/>
      </w:r>
      <w:r>
        <w:rPr>
          <w:lang w:eastAsia="zh-CN"/>
        </w:rPr>
        <w:t>　　通过这一段时间的实习，我发现自己的能力与工作实际要求还相差甚远。许多细节的东西，都不知道。会计是一种经验性极强的工作，我认为应当加强实践性教学环节：包括计算机模拟、教学实习等，每学期都应该有一定的相关课程。这样我们毕业后才能比较顺利的进入到未来的工作岗位中。</w:t>
      </w:r>
      <w:r>
        <w:rPr>
          <w:lang w:eastAsia="zh-CN"/>
        </w:rPr>
        <w:br/>
      </w:r>
      <w:r>
        <w:rPr>
          <w:lang w:eastAsia="zh-CN"/>
        </w:rPr>
        <w:t xml:space="preserve">    会计实习自我总结 篇6 </w:t>
      </w:r>
      <w:r>
        <w:rPr>
          <w:lang w:eastAsia="zh-CN"/>
        </w:rPr>
        <w:br/>
      </w:r>
      <w:r>
        <w:rPr>
          <w:lang w:eastAsia="zh-CN"/>
        </w:rPr>
        <w:t>　　随着会计制度的日臻完善，社会对会计人员的高度重视和严格要求，为了顺应社会的要求，加强社会竞争力，也应当严于自身的素质，培养较强的会计工作的操作本事，我参加了实习，经过在__企业的实习，我结合自我所学的知识对专业业务有了更深层次的认识，使自我更加充分地了解了理论与实际的关系。</w:t>
      </w:r>
      <w:r>
        <w:rPr>
          <w:lang w:eastAsia="zh-CN"/>
        </w:rPr>
        <w:br/>
      </w:r>
      <w:r>
        <w:rPr>
          <w:lang w:eastAsia="zh-CN"/>
        </w:rPr>
        <w:t>　　为期半年的实习结束了，我在这6个月的实习中，学到了很多在课堂上根本就学不到的知识，受益匪浅，是这生中最重要的经历。这次实习的资料主要包括会计业务，从原始凭证到会计报表的流程，以及公司的资产运营，财务预算等。会计业务包括下列各项：</w:t>
      </w:r>
      <w:r>
        <w:rPr>
          <w:lang w:eastAsia="zh-CN"/>
        </w:rPr>
        <w:br/>
      </w:r>
      <w:r>
        <w:rPr>
          <w:lang w:eastAsia="zh-CN"/>
        </w:rPr>
        <w:t>　　（1）原始凭证的核签；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（2）记账凭证的编制；</w:t>
      </w:r>
      <w:r>
        <w:rPr>
          <w:lang w:eastAsia="zh-CN"/>
        </w:rPr>
        <w:br/>
      </w:r>
      <w:r>
        <w:rPr>
          <w:lang w:eastAsia="zh-CN"/>
        </w:rPr>
        <w:t>　　（3）会计簿记的登记；</w:t>
      </w:r>
      <w:r>
        <w:rPr>
          <w:lang w:eastAsia="zh-CN"/>
        </w:rPr>
        <w:br/>
      </w:r>
      <w:r>
        <w:rPr>
          <w:lang w:eastAsia="zh-CN"/>
        </w:rPr>
        <w:t>　　（4）会计报告的编制、分析与解释；</w:t>
      </w:r>
      <w:r>
        <w:rPr>
          <w:lang w:eastAsia="zh-CN"/>
        </w:rPr>
        <w:br/>
      </w:r>
      <w:r>
        <w:rPr>
          <w:lang w:eastAsia="zh-CN"/>
        </w:rPr>
        <w:t>　　（5）会计用于企业管理各种事项的办理；</w:t>
      </w:r>
      <w:r>
        <w:rPr>
          <w:lang w:eastAsia="zh-CN"/>
        </w:rPr>
        <w:br/>
      </w:r>
      <w:r>
        <w:rPr>
          <w:lang w:eastAsia="zh-CN"/>
        </w:rPr>
        <w:t>　　（6）内部的审核；</w:t>
      </w:r>
      <w:r>
        <w:rPr>
          <w:lang w:eastAsia="zh-CN"/>
        </w:rPr>
        <w:br/>
      </w:r>
      <w:r>
        <w:rPr>
          <w:lang w:eastAsia="zh-CN"/>
        </w:rPr>
        <w:t>　　（7）会计档案的整理保管；</w:t>
      </w:r>
      <w:r>
        <w:rPr>
          <w:lang w:eastAsia="zh-CN"/>
        </w:rPr>
        <w:br/>
      </w:r>
      <w:r>
        <w:rPr>
          <w:lang w:eastAsia="zh-CN"/>
        </w:rPr>
        <w:t>　　（8）其他依照法令及习惯应行办理的会计事项。</w:t>
      </w:r>
      <w:r>
        <w:rPr>
          <w:lang w:eastAsia="zh-CN"/>
        </w:rPr>
        <w:br/>
      </w:r>
      <w:r>
        <w:rPr>
          <w:lang w:eastAsia="zh-CN"/>
        </w:rPr>
        <w:t>　　各项会计业务应包括预算、决算、成本、出纳及其他各种会计业务。首先，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这为其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其次，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负责记帐的会计每一天早上的工作就是对昨日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午时，将其他工作人员上门收款提入的支票进行审核，经过信息系统进行录入。在本日业务结束后，进行本日终结处理，打印本日发生业务的所有相关凭证，对帐，检查今日的帐务的借贷是否平衡。最终有专门的会计人员装订起来，再次审查，然后装订凭证交予上级。</w:t>
      </w:r>
      <w:r>
        <w:rPr>
          <w:lang w:eastAsia="zh-CN"/>
        </w:rPr>
        <w:br/>
      </w:r>
      <w:r>
        <w:rPr>
          <w:lang w:eastAsia="zh-CN"/>
        </w:rPr>
        <w:t>　　以前，我总以为自我的会计理论知识扎实较强，正如所有工作一样，掌握了规律，照芦葫画瓢准没错，此刻才发现，会计其实更讲究的是它的实际操作性和实践性。离开操作和实践，其它一切都为零！在实习中感到虽说理论源于实践并且指导实践，可是实际与理论还是有很大的差异的，异常是会计实物这个与金钱直接挂钩的的业务。</w:t>
      </w:r>
      <w:r>
        <w:rPr>
          <w:lang w:eastAsia="zh-CN"/>
        </w:rPr>
        <w:br/>
      </w:r>
      <w:r>
        <w:rPr>
          <w:lang w:eastAsia="zh-CN"/>
        </w:rPr>
        <w:t>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这次会计实习，我可谓受益匪浅。</w:t>
      </w:r>
      <w:r>
        <w:rPr>
          <w:lang w:eastAsia="zh-CN"/>
        </w:rPr>
        <w:br/>
      </w:r>
      <w:r>
        <w:rPr>
          <w:lang w:eastAsia="zh-CN"/>
        </w:rPr>
        <w:t xml:space="preserve">    会计实习自我总结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段见习，一种工作经验，它使我们学习到了许多在学校学不上的物品，既宽阔了视线，又提高了眼界，为大家之后进一步迈向社会发展奠定扎实的基本，也是大家迈向岗位的第一步。使大家在日常生活中掌握社会发展、在日常生活中推进专业知识;</w:t>
      </w:r>
      <w:r>
        <w:rPr>
          <w:lang w:eastAsia="zh-CN"/>
        </w:rPr>
        <w:br/>
      </w:r>
      <w:r>
        <w:rPr>
          <w:lang w:eastAsia="zh-CN"/>
        </w:rPr>
        <w:t>　　财务会计是对会计企业的经济发展业务流程从数和量2个层面开展计量检定、纪录、测算、剖析、查验、预测分析、参加管理决策、推行监管，致力于提升社会经济效益的一种计算方式，它自身也是经济与管理主题活动的关键构成部分。会计学专业做为实用性较强的一门课程、一项至关重要的经济发展管理方面，是加强经济与管理，提升社会经济效益的主要方式，经济与管理离不了财务会计，经济发展越发展趋势财务工作就看起来越关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做为一个财务人员我有认真细致的`工作责任心。财务工作是一门很精确的工作中，规定财务人员要精确的计算每一项指标值，铭记每一条税收法律，恰当应用每一个公式计算。财务会计并不是一件具备创新精神的工作中，它是靠一个又一个精确的数据来反映问题的。所以我加强自身对数据的敏感性，及时处理问题解决困难填补系统漏洞。具有较好的人际沟通能力。财务会计单位是公司管理的核心单位，对下需要搜集会计信息，对上应报告会计信息，对里要互相配合梳理会计信息，对外开放要与广大群众和政府机构培养感情。取决于每个部门各种各样工作人员相处时一定要留意沟通交流方式，融洽好相互之间的工作中关联。工作中关键具有恰当的心境和保持良好的个人心理素质。记牢一句话称为事高三级，为人处事低三分。</w:t>
      </w:r>
      <w:r>
        <w:rPr>
          <w:lang w:eastAsia="zh-CN"/>
        </w:rPr>
        <w:br/>
      </w:r>
      <w:r>
        <w:rPr>
          <w:lang w:eastAsia="zh-CN"/>
        </w:rPr>
        <w:t>　　工作上我有吃苦耐劳的信心，平静的心境和敏而好学的精神实质。做为一个新手，来自平静的心理状态很重要，办事不必过于急于求成，主要表现得好他人要看获得，自然主要表现得不太好他人眼中也不会融入碎石子。多看看，多观查，多听听，少讲，不用说与工作中不相干的內容，学习培训他人的艺术语言，和做事方式。在见习时我有心观查老前辈们是怎样与同事及其上级领导交往的，那般工作中起來的工作效率才会更高一些，大家常说的“和气生财”在人们的日常工作中中也是有一定的道理的。</w:t>
      </w:r>
      <w:r>
        <w:rPr>
          <w:lang w:eastAsia="zh-CN"/>
        </w:rPr>
        <w:br/>
      </w:r>
      <w:r>
        <w:rPr>
          <w:lang w:eastAsia="zh-CN"/>
        </w:rPr>
        <w:t>　　此次见习，我对该公司的一些状况拥有一个主要的掌握，在管理方案上，创建奖罚明晰规章制度，在我见习期内，要我觉得最显著的也是在管理机制上，规章制度确立，奖罚分明，那样不仅可以激发公司员工的主动性，进而提高总产量，降低盈利。企业发展上，重视规模效益，塑造团队意识。</w:t>
      </w:r>
      <w:r>
        <w:rPr>
          <w:lang w:eastAsia="zh-CN"/>
        </w:rPr>
        <w:br/>
      </w:r>
      <w:r>
        <w:rPr>
          <w:lang w:eastAsia="zh-CN"/>
        </w:rPr>
        <w:t>　　教材念书的专业知识全是最主要的专业知识，无论现实状况如何转变，把握住了最主要的就可以以静制动。尽管见习时课堂教学念书的专业知识用不到，发生挫败感，但相反想，如果沒有课本知识作埋下伏笔，又哪能应收这变幻莫测的社会发展呢？见习真的是一种历经，仅有切身体会才知在其中味道！</w:t>
      </w:r>
      <w:r>
        <w:rPr>
          <w:lang w:eastAsia="zh-CN"/>
        </w:rPr>
        <w:br/>
      </w:r>
      <w:r>
        <w:rPr>
          <w:lang w:eastAsia="zh-CN"/>
        </w:rPr>
        <w:t xml:space="preserve">    会计实习自我总结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此次会计实习中，我尽力将自已校园内学过的基础知识向实践活动层面转换，尽可能保证理论和实际紧密结合。在实践期内我遵循了作风纪律，不晚到、不旷班，努力完成领导干部督办的工作中。我可以说受益良多。根据此次见习我就深深地明白作为一名会计专业的学生，在学校培训期内应更强的学精会计专业里的专业技能，打好理论基础;在会计见习的情况下按要求参加每一个见习的机遇，汇总操作过程中的經驗和累积学习中本身的不够，密切关注和掌握财务工作发展趋势的最新动态，为之后将要做的财务工作奠定扎实的基本，当自身走出校园，变成一名当之无愧的会计专业优秀人才，在水之梦中让自身可以找出自身矗立的地方，让自身的学过为社会经济发展做出自身该有的奉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根据本次见习，我明白了到了许多课堂教学上更本学不上的物品，好像自身一下子成熟了，明白了为人处世的大道理，也明白了学习的重要性，時间的珍贵，人生的真谛，搞清楚尘世间一生不太可能全是一帆风顺的，只需英勇去应对人生道路中的每一个驿栈!这要我清晰地觉得了自身肩膀的重担，认清了自个的人生方向，也要我了解到了财务工作应适用认真仔细的工作责任心，要有一种平静的心境和敏而好学的精神实质，无论碰到啥事都需要总意味着地去思索，多听听他人的提议，不必过于急燥，要对自已所办事去承担，不必草率的.去服务承诺，承诺了还要勤奋去兑付。企业也塑造了我的具体操作能力，提升了具体的实际操作工作经验，对具体的会计工作的拥有一个全新的开始，能够更好地为大家将来的工作中积累经验。我明白工作中是一项激情的工作，而且要锲而不舍的质量精神实质和任劳任怨的质量。我认为主要的是在这里段见习期内里(，我第一次真真正正的融进了社会发展，在日常生活中掌握社会发展把握了一些和人相处的专业技能，而且在次期内，我留意观查了老前辈是如何与上级领导相处，如何解决相互关系。运用此次难能可贵的机遇，也打开了视线，提高了眼界，为大家之后进一步迈向社会发展奠定扎实的基矗</w:t>
      </w:r>
      <w:r>
        <w:rPr>
          <w:lang w:eastAsia="zh-CN"/>
        </w:rPr>
        <w:br/>
      </w:r>
      <w:r>
        <w:rPr>
          <w:lang w:eastAsia="zh-CN"/>
        </w:rPr>
        <w:t>　　见习期内，从末发生无端缺课。我勤学好问.严于律已，用心征求老同事的具体指导，针对他人明确提出的意见建议谦虚听龋并可以认真观察、切身利益感受、学会思考、综合分析，并勤奋学得把学样学到的了解运用到具体工作上，竭尽全力保证基础理论和具体紧密结合的最好情况，塑造了我固执的工作责任心和努力安稳的工作态度。也塑造了我的细心和素养。可以保证听从指引，与朋友和睦相处，重视领导干部，工作中尽职尽责,责任感强，能保证质量进行工作目标，并一直坚持一条标准：要不不做，要做就需要做最好是。</w:t>
      </w:r>
      <w:r>
        <w:rPr>
          <w:lang w:eastAsia="zh-CN"/>
        </w:rPr>
        <w:br/>
      </w:r>
      <w:r>
        <w:rPr>
          <w:lang w:eastAsia="zh-CN"/>
        </w:rPr>
        <w:t xml:space="preserve">    会计实习自我总结 篇9 </w:t>
      </w:r>
      <w:r>
        <w:rPr>
          <w:lang w:eastAsia="zh-CN"/>
        </w:rPr>
        <w:br/>
      </w:r>
      <w:r>
        <w:rPr>
          <w:lang w:eastAsia="zh-CN"/>
        </w:rPr>
        <w:t>　　我的实习公司是上海家具有限公司，主要是一家生产木质家具类的国有企业，同时拥有自己的子公司，有自己独立的会计部门和系统的会计工作，在这里实习无疑是给我一个实践的场地，让我能在专业领域中迅速的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负责我实习的是公司相当有经验的刘阿姨，她让我明白了公司的阻止形式是有限责任公司，以生产家具为主要业务，业务流程主要是下门单，领料，汇报生产情况，完工入库，上报财务部门做核算，而公司的会计组成形式是集中核算。</w:t>
      </w:r>
      <w:r>
        <w:rPr>
          <w:lang w:eastAsia="zh-CN"/>
        </w:rPr>
        <w:br/>
      </w:r>
      <w:r>
        <w:rPr>
          <w:lang w:eastAsia="zh-CN"/>
        </w:rPr>
        <w:t>　　由于是年后实习，主要归拢工作已经结束，起初我只是接触一些会计凭证的整理工作，主要是把相应的内容发票等附在相应的凭证后予以整理粘贴归档。虽然这是个简单的活，但仍需要仔细负责，而且这可以算是我第一次接触到实际的票据和资料。起初我还小看这份工作，总是带着专业大学生的高傲和自负，但随着我时常把现金凭证和银行凭证附错，和看到一旁认真工作的刘阿姨，让我不得不打个激灵，其实这看似简单的工作还是需要十分的集中力去完成的。往往一个不经意的小差错，就导致整本的凭证出错，从而导致归档的错误。我渐渐明白了领导的意图，不是随便的敷衍我，而是让我从基本做起，如果说在学校学习的专业知识是我徒步的工具，那么这份实习的工作则可算得上是我真正带领我领略会计专业的导航仪。从这次体验过程中，我觉得会计凭证的装订并不如看起来那么容易。装订前要按照收款凭证、付款凭证、转账凭证分门别类整理清楚，而且要按照经济业务发生的时间先后顺序排列。装订时要对大的张页和附件要折叠成同记账凭证一样大小，折叠处一定要避开装订线，保持数字完整，以便以后翻阅。装订后要检查凭证的顺序，看有无颠倒和缺号，再检查附件有无缺漏，实际附件张数与记账凭证所记张数是否一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从前一直听老师说会计是一门乏味谨慎的工作，现在才真实的了解了这句话的含义，但我并不气馁，不会放弃。雨后方见彩虹，任何一个工作都需要忍耐期，只不过从事会计业务的人员需要的更多而且要越发的细心。经过了几天的整理，看着自己完成的'成果，我第一次拥有了一份简单的快乐。在经过领导的考验之后，我可以逐步上手登帐的工作了，这可以让专业知识扎实的我小露一手了。在简单的嘱咐过后，我很快就熟悉了基本步骤。但需要仔细核对数字再输入电脑的我和身旁刘阿姨近似“盲打”的熟练是不能比的，却让我感受到了身为一个“小财务”的快乐。同时，我更明白了信息时代的今天，计算机的利用率很高，会计电算化已经逐步在代替手工会计了。这主要是因为它的方便、快捷、可靠性和安全性高。首先，每个公司的会计人员都有自己的指令才能登陆记账系统。这体现了电算化的安全性很高。其次，数据输入计算机后，一切计算、分类、汇总、转账、报表生成等都是由计算机自动完成的，这体现了它的快捷。然后，会计电算化中，输入数据要进行计算机逻辑性的校验，因此不需要用划线法来更改账簿记录，如果账簿有问题，通常采用更正凭证加以更改，是负数冲正的方法，以便留下改动的痕迹，作为凭据参考。这体现了它的方便。最后，在会计电算化中，最后的对账结账都是通过计算机来完成的，它预先编好的程序，只要你发出指令，计算机就会自动完成。因为是通过计算机的逻辑验证的，所以很少出错。这就体现了它的可靠性。</w:t>
      </w:r>
      <w:r>
        <w:rPr>
          <w:lang w:eastAsia="zh-CN"/>
        </w:rPr>
        <w:br/>
      </w:r>
      <w:r>
        <w:rPr>
          <w:lang w:eastAsia="zh-CN"/>
        </w:rPr>
        <w:t xml:space="preserve">    会计实习自我总结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财务会计是一门实用性科学合理，也是一项至关重要的经济发展管理方面，也是加强经济与管理、提升社会经济效益的主要方式。经济与管理离不了财务会计，经济发展越发展趋势财务工作就看起来愈发关键。在__企业财务部见习的一段期内，我熟识各类规则，更为娴熟实际操作各类账务软件及办公室软件。关键承担企业日常费用报销制度全过程中的票据审批、现钱收益;管理方法银行支票和银行承兑汇票的管理方法，备案金融机构来往问卷调查表;对各种各样财务会计材料开展存档管理方法。与此同时，我认识到电算化对财务工作的危害。</w:t>
      </w:r>
      <w:r>
        <w:rPr>
          <w:lang w:eastAsia="zh-CN"/>
        </w:rPr>
        <w:br/>
      </w:r>
      <w:r>
        <w:rPr>
          <w:lang w:eastAsia="zh-CN"/>
        </w:rPr>
        <w:t>　　见习职业生涯，几乎是每一个学员步入社会并触碰社会发展的关键一步，它使大家在日常生活中掌握社会发展，视线打开了，眼界提高了，在课堂上大家所触碰不上的专业知识，在社会发展这一页大家学得并深深地感受到了。这期内，我认真工作，好学精问，仔细、尽职尽责，与单位朋友一起努力并顺利完成领导干部交货的.各项工作，多次得到领导的五星好评！我留意观查了老前辈们是如何与上级领导相处，如何解决朋友间的关联。</w:t>
      </w:r>
      <w:r>
        <w:rPr>
          <w:lang w:eastAsia="zh-CN"/>
        </w:rPr>
        <w:br/>
      </w:r>
      <w:r>
        <w:rPr>
          <w:lang w:eastAsia="zh-CN"/>
        </w:rPr>
        <w:t>　　回望我的见习职业生涯，无论是思想观念或是实力上，我还察觉自己发展许多。可是这种发展不容易因而而终止，反倒就是我更为往上拼搏的金属催化剂，仅有如此才能够真真正正变成一名高品质的会计学专业优秀人才。</w:t>
      </w:r>
      <w:r>
        <w:rPr>
          <w:lang w:eastAsia="zh-CN"/>
        </w:rPr>
        <w:br/>
      </w:r>
      <w:r>
        <w:rPr>
          <w:lang w:eastAsia="zh-CN"/>
        </w:rPr>
        <w:t xml:space="preserve">    会计实习自我总结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r>
        <w:rPr>
          <w:lang w:eastAsia="zh-CN"/>
        </w:rPr>
        <w:br/>
      </w:r>
      <w:r>
        <w:rPr>
          <w:lang w:eastAsia="zh-CN"/>
        </w:rPr>
        <w:t>　　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r>
        <w:rPr>
          <w:lang w:eastAsia="zh-CN"/>
        </w:rPr>
        <w:br/>
      </w:r>
      <w:r>
        <w:rPr>
          <w:lang w:eastAsia="zh-CN"/>
        </w:rPr>
        <w:t>　　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12月份的帐，所以只要在摘要拦里写“本月余额”即可，但还是要在下面通栏划单红线。</w:t>
      </w:r>
      <w:r>
        <w:rPr>
          <w:lang w:eastAsia="zh-CN"/>
        </w:rPr>
        <w:br/>
      </w:r>
      <w:r>
        <w:rPr>
          <w:lang w:eastAsia="zh-CN"/>
        </w:rPr>
        <w:t>　　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r>
        <w:rPr>
          <w:lang w:eastAsia="zh-CN"/>
        </w:rPr>
        <w:br/>
      </w:r>
      <w:r>
        <w:rPr>
          <w:lang w:eastAsia="zh-CN"/>
        </w:rPr>
        <w:t xml:space="preserve">    会计实习自我总结 篇12 </w:t>
      </w:r>
      <w:r>
        <w:rPr>
          <w:lang w:eastAsia="zh-CN"/>
        </w:rPr>
        <w:br/>
      </w:r>
      <w:r>
        <w:rPr>
          <w:lang w:eastAsia="zh-CN"/>
        </w:rPr>
        <w:t>　　我们是初出社会的大学生，对梦想和未来怀有很高的期待，而当前的就业压力和我们自身的实践经验匮乏促使我们必须从基层做起，一步一个脚印，慢慢的规划自己的未来，会计自我实习鉴定。我不赞成频繁的跳槽，因为那样我们又只能重新去适应另一种工作环境。总是以一种新人的姿态出现在职场是很难有晋升机会的，倒不如选择一个好的起点一步一步往上爬。另外，很多同学在抱怨专业不对口，说想换对口的工作。在我个人看来，对不对口倒不是左右你发展的关键，主要是你所做的工作有没有让你学到东西才是最重要的。朱元璋之前做的的是乞丐，放牛娃，可最终他成了皇帝，这说明一个什么问题?说明了任何事情总是有转机的，现在做什么不是最重要的，关键是以后你做什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我们公司有很多实习业务员是从大专院校进来的，是具备高素质的劳动人才,然而他们做的工作接近于搬运工，每天搬货，卸货，打电话，接电话，录单，累而且辛苦。有的人放弃了，有的人坚持了下来，在人才辈出的深圳，大学生做苦力已不是什么新鲜事，然而放弃了就一定是是失败者，坚持了就一定是精英吗?凡事不能一概而论，适合自己的才是最好的。我们每个人都要在寻找着适合自己发展的道路，如果你认为不利于你的长远发展那就没必要做无谓的坚持，毕竟时间对每个人来说都是宝贵的。坚持下来的人一定程度上是成功的，因为他们有耐力，有明确的目标，即在公司发展，从而寻求晋升机会，这也是不错的。每个公司都是惜才如金的，人才的加入有利于提高公司在同行业的竞争力，人才是公司的骨干，精英。公司想发展，它就会想办法给好的员工提供晋升的机会，而坚持下来的大学生们就有机会争取了。所以坚持了下来的大学生们要大胆地去争取自己想要的，用自己的聪明才智在工作中证明自己的价值。不要害怕挫折和压力，因为每一个工作都是有一定的挫折和压力的，没有任何挫折和压力的工作是没办法考验一个人的能力的。如果你满足于一时的安逸那你这辈子可能就要虚度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关于，你想做什么工作以及你适合做什么工作这或许是困扰我们每一个大学生的问题。很多时候我们往往最不了解的人是自己;我们并不清楚自己的优势在哪。这时候我们希望别人给我们指点;当然很多时候是我们自己在工作中渐渐培养出自己的能力和对某个行业的感情这样即使没有人指点我们也知道了自己该往哪个方向发展更适合自己。如果有人指点的话那是你的荣幸，因为他们根据你的优势给你指明了方向，剩下的就看你自己的努力和造化了。</w:t>
      </w:r>
      <w:r>
        <w:rPr>
          <w:lang w:eastAsia="zh-CN"/>
        </w:rPr>
        <w:br/>
      </w:r>
      <w:r>
        <w:rPr>
          <w:lang w:eastAsia="zh-CN"/>
        </w:rPr>
        <w:t>　　关于思想方面，我认为在竞争激烈的社会，只有树立终身学习的理念，才能让自己不被社会所淘汰。每个职业人必须不断的充实和完善自己，提升自己的综合素质，才能让自己成为职场上的“东方不败”.固步自封，沾沾自喜，骄傲自大都是要不得的。学无止境说的就是这个道理。</w:t>
      </w:r>
      <w:r>
        <w:rPr>
          <w:lang w:eastAsia="zh-CN"/>
        </w:rPr>
        <w:br/>
      </w:r>
      <w:r>
        <w:rPr>
          <w:lang w:eastAsia="zh-CN"/>
        </w:rPr>
        <w:t>　　关于心态问题，有句话说得好，往事开头难。在工作中遇到困难是不可避免的。不要怕，任何困难都是可以克服的，多多请教前辈如何解决工作上的棘手问题。也不要轻言放弃，多多坚持一下心态会好很多。如果因为一个困难没法解决就放弃努力，带着一种挫败感离开将会对一个人的人生产生不利的影响。好的态度有利于解决一切问题。</w:t>
      </w:r>
      <w:r>
        <w:rPr>
          <w:lang w:eastAsia="zh-CN"/>
        </w:rPr>
        <w:br/>
      </w:r>
      <w:r>
        <w:rPr>
          <w:lang w:eastAsia="zh-CN"/>
        </w:rPr>
        <w:t>　　其实说是实习也算不上，只能说是跟着别人学了一些东西，了解了一些东西，真正把所学的东西用到工作中的并不多，因为本来专业课基本都还没怎样开课。这么短短几天的实习，让我觉得自己欠缺的还很多，我一向认为的确会计的工作的确经验的要求会多一些，但是其实理论是否扎实也是很关键的，毕竟会计的专业比较强，而且有一些比较死的东西是务必掌握的。如果没打好理论基础，真正到了工作会没有头绪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自己只是帮忙录一些原始凭证，刚开始以为就应不会很难的，因为先前有看过他们已经做好的记账凭证，觉得还是比较简单的。但是到真正自己来做的时候，就没那么简单了，就几张原始凭证自己还是折腾了一个上午，上基础会计的时候老师讲过的许多类似问题都出现了:当你拿到原始发票的时候你务必决定这笔业务到底归属于那个会计科目。像费用你单就依据凭证既能够归入管理费用也能够归集到制造费用，这就要看你对公司业务的流程、生产的流程是否了解、熟悉了，自己对此并不熟悉，所以做起来还是并不那么顺手。我想这就是所说的会计需要经验的原因吧。在做分录的时候，一笔业务涉及两个以上的账户时，能够做成复合会计分录，那时，上课听得很懂，但到实际操作中又是另外一回事了，碰到这中问题的时候我还把它做成几个简单的会计分录，当时就觉得这样仿佛不是很对，总觉得少弄了什么，等我把记账凭证打印出来一看，才恍然大悟过来。所以又回头去修改，把两个分录合并起来。虽然这分开做分录没有犯什么原则性的错误，但是这样就显得不专业了，使得一笔业务处理得繁琐了，也不好全面反映经济业务的状况。还有原始凭证像发票之类的务必完整，企业购买材料务必发票、请购单、入库单这些都务必齐全，才能入账，之前虽</w:t>
      </w:r>
      <w:r>
        <w:rPr>
          <w:lang w:eastAsia="zh-CN"/>
        </w:rPr>
        <w:br/>
      </w:r>
      <w:r>
        <w:rPr>
          <w:lang w:eastAsia="zh-CN"/>
        </w:rPr>
        <w:t>　　然也学了，也了解，但是这次整理了原始凭证发现自己并没有把这些东西都串起起来，所以当自己要动手去整理的时候有些没有头绪。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实习中让我发现了自己学习中的一些不足，学习的时候虽然每个只是点都懂了，没有把知识串起来，当到了实际的操作时就会不知所措，理不清头绪，明白就应做什么，但却不知从何做起。虽然我们总说就应学以致用，学以致用并不是那么容易的，要多多实践，多多思考才能做到，至少对于自己是如此。</w:t>
      </w:r>
      <w:r>
        <w:rPr>
          <w:lang w:eastAsia="zh-CN"/>
        </w:rPr>
        <w:br/>
      </w:r>
      <w:r>
        <w:rPr>
          <w:lang w:eastAsia="zh-CN"/>
        </w:rPr>
        <w:t>　　在实习中让我认识到了两点。第一，自己去实习的时候，那个工厂正在建账，虽然自己只是帮忙录一些原始凭证，没有真正参与他们是如何建账的，但是听了一些他们的讨论，还有结合自己的一些体会，觉得要做好会计务必能够理清思路，理清思路就不会在具体的工作中没有方向，就能一个一个问题解决好，不会总是在一个问题上重复，会更有效率。第二，会计有些工作还是会枯燥一些的，当你已经理清大概轮廓如何去做了，接下来就会是一些重复的工作，像输入产品入库资料，做起来比较枯燥，而且需要细心和耐心。</w:t>
      </w:r>
      <w:r>
        <w:rPr>
          <w:lang w:eastAsia="zh-CN"/>
        </w:rPr>
        <w:br/>
      </w:r>
      <w:r>
        <w:rPr>
          <w:lang w:eastAsia="zh-CN"/>
        </w:rPr>
        <w:t>　　虽然实习的时间很短，但是自己还是学到了一些东西，明白以后就应怎样更好地学习专业知识，还有很关键的是就应多去实践，才能发现自己的不足，加以改善。</w:t>
      </w:r>
      <w:r>
        <w:rPr>
          <w:lang w:eastAsia="zh-CN"/>
        </w:rPr>
        <w:br/>
      </w:r>
      <w:r>
        <w:rPr>
          <w:lang w:eastAsia="zh-CN"/>
        </w:rPr>
        <w:t xml:space="preserve">    会计实习自我总结 篇13 </w:t>
      </w:r>
      <w:r>
        <w:rPr>
          <w:lang w:eastAsia="zh-CN"/>
        </w:rPr>
        <w:br/>
      </w:r>
      <w:r>
        <w:rPr>
          <w:lang w:eastAsia="zh-CN"/>
        </w:rPr>
        <w:t>　　我们四月一日进入了模拟室，按照会计模拟书的要求，了解了实习的目的：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当我进入真正的模拟实习后，我才发现自己总认为自己学的不错的想法是错误的，理论很强，但实践则不是那么强，实践时错误百出、“不堪入目”，这次实习，我们是既做会计，又做出纳，刚开始还真不习惯，才做了两天，就感觉人都快散架了，加上天气又热，心情更加烦躁，而会计最大的忌讳就是心烦气燥，所以刚开始做的几天，那真是错误百出啊!!</w:t>
      </w:r>
      <w:r>
        <w:rPr>
          <w:lang w:eastAsia="zh-CN"/>
        </w:rPr>
        <w:br/>
      </w:r>
      <w:r>
        <w:rPr>
          <w:lang w:eastAsia="zh-CN"/>
        </w:rPr>
        <w:t>　　本次实习的地点是本班教师，按老师要求，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这时我第一次实习怀着一份新鲜和一点紧张心情我开始了实习第一天虽然大学一年级曾来过实训室一次但只短暂一节课也没什么深刻印象当指导老师一声话下“开始登记凭证”时面对着实训时自己办公桌上做账用品我竟然有点无从下手感觉久久不敢下笔深怕做一步错一步后来在指导老师耐心直到下我开始一笔一笔地登记很快一个原本平常上课都觉得漫长上午飞速过去了但手中工作还远远未达到老师要求进度匆匆在食堂扒了几口饭又回到了自己办公室前接着做为了方便在实训室做账我们要求值班老师在晚间也开放实训室给我们完成作业一天下来除了吃饭、睡觉几乎整天都呆在实训室里做账眼睛盯着生疼晚上回到寝室往往身心疲惫有了第一天经验接下来两天还出纳工作就相对熟练多了在规定周三上午我就全部结束了出纳有关工作在下午便开始了存货岗位工作存货涉及到成本、单价计算原本已经遗忘基础会计知识又重新浮现在我脑海里由于初次接触到存货核算单单明细账登记便足足花费了我一个下午时间功夫不负有心人终于让我在晚上完成了对存货核算全部业务可以好好地睡个好觉了。</w:t>
      </w:r>
      <w:r>
        <w:rPr>
          <w:lang w:eastAsia="zh-CN"/>
        </w:rPr>
        <w:br/>
      </w:r>
      <w:r>
        <w:rPr>
          <w:lang w:eastAsia="zh-CN"/>
        </w:rPr>
        <w:t>　　实习最后一天早上装订凭证以及上交有关作业下午有趣激烈点钞比赛就这样连续五天实习结束了!</w:t>
      </w:r>
      <w:r>
        <w:rPr>
          <w:lang w:eastAsia="zh-CN"/>
        </w:rPr>
        <w:br/>
      </w:r>
      <w:r>
        <w:rPr>
          <w:lang w:eastAsia="zh-CN"/>
        </w:rPr>
        <w:t>　　五天下来消耗笔相当与正常学习情况下三个月用量煤田一张数字书写练习练就了我一手快字经过这些天手工记账使我基础会计知识在实际工作中得到了验证进一步深刻了我对会计了解并具备了一定基本实际操作能力在取得实效同时我也在操作过程中发现了自身许多不足：</w:t>
      </w:r>
      <w:r>
        <w:rPr>
          <w:lang w:eastAsia="zh-CN"/>
        </w:rPr>
        <w:br/>
      </w:r>
      <w:r>
        <w:rPr>
          <w:lang w:eastAsia="zh-CN"/>
        </w:rPr>
        <w:t>　　1、比如自己不够心细经常看错数字或遗漏业务导致核算结果出错引起不必要麻烦;</w:t>
      </w:r>
      <w:r>
        <w:rPr>
          <w:lang w:eastAsia="zh-CN"/>
        </w:rPr>
        <w:br/>
      </w:r>
      <w:r>
        <w:rPr>
          <w:lang w:eastAsia="zh-CN"/>
        </w:rPr>
        <w:t>　　2、虽然这五天里每笔业务分录都有参考答案但实际工作中还须自己编制会计分录在这方面我还存在着一定不足今后还得加强练习</w:t>
      </w:r>
      <w:r>
        <w:rPr>
          <w:lang w:eastAsia="zh-CN"/>
        </w:rPr>
        <w:br/>
      </w:r>
      <w:r>
        <w:rPr>
          <w:lang w:eastAsia="zh-CN"/>
        </w:rPr>
        <w:t>　　3、点钞不够专业熟练日后还须勤劳练习。</w:t>
      </w:r>
      <w:r>
        <w:rPr>
          <w:lang w:eastAsia="zh-CN"/>
        </w:rPr>
        <w:br/>
      </w:r>
      <w:r>
        <w:rPr>
          <w:lang w:eastAsia="zh-CN"/>
        </w:rPr>
        <w:t>　　总而言之五天实习让我对出纳和存货核算岗位工作有了比较清晰认识并在实际操作过程中找出自身存在不足对今后会计学习有了一个更为明确方向和目标希望在接下来日子里学校能给我们这些普高桑来多开开实训课以便我们能不断地查漏补缺这样更能帮助我们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xml:space="preserve">    会计实习自我总结 篇14 </w:t>
      </w:r>
      <w:r>
        <w:rPr>
          <w:lang w:eastAsia="zh-CN"/>
        </w:rPr>
        <w:br/>
      </w:r>
      <w:r>
        <w:rPr>
          <w:lang w:eastAsia="zh-CN"/>
        </w:rPr>
        <w:t>　　一、实习目的</w:t>
      </w:r>
      <w:r>
        <w:rPr>
          <w:lang w:eastAsia="zh-CN"/>
        </w:rPr>
        <w:br/>
      </w:r>
      <w:r>
        <w:rPr>
          <w:lang w:eastAsia="zh-CN"/>
        </w:rPr>
        <w:t>　　实习是每个大学毕业生必须拥有的一段经历。实习能让我们在实践中了解社会、在实践中巩固知识;实习又是对每一位大学毕业生专业知识的一种检验，它让我们学到了很多在课堂上根本就不到的知识，既开阔了视野，又增长了见识，也是我们走向工作岗位的第一步，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__财务咨询有限公司实习，为走向工作岗位打下坚实基础。</w:t>
      </w:r>
      <w:r>
        <w:rPr>
          <w:lang w:eastAsia="zh-CN"/>
        </w:rPr>
        <w:br/>
      </w:r>
      <w:r>
        <w:rPr>
          <w:lang w:eastAsia="zh-CN"/>
        </w:rPr>
        <w:t>　　二、实习时间</w:t>
      </w:r>
      <w:r>
        <w:rPr>
          <w:lang w:eastAsia="zh-CN"/>
        </w:rPr>
        <w:br/>
      </w:r>
      <w:r>
        <w:rPr>
          <w:lang w:eastAsia="zh-CN"/>
        </w:rPr>
        <w:t>　　20_年_月_日。</w:t>
      </w:r>
      <w:r>
        <w:rPr>
          <w:lang w:eastAsia="zh-CN"/>
        </w:rPr>
        <w:br/>
      </w:r>
      <w:r>
        <w:rPr>
          <w:lang w:eastAsia="zh-CN"/>
        </w:rPr>
        <w:t>　　三、实习单位</w:t>
      </w:r>
      <w:r>
        <w:rPr>
          <w:lang w:eastAsia="zh-CN"/>
        </w:rPr>
        <w:br/>
      </w:r>
      <w:r>
        <w:rPr>
          <w:lang w:eastAsia="zh-CN"/>
        </w:rPr>
        <w:t>　　__有限公司。</w:t>
      </w:r>
      <w:r>
        <w:rPr>
          <w:lang w:eastAsia="zh-CN"/>
        </w:rPr>
        <w:br/>
      </w:r>
      <w:r>
        <w:rPr>
          <w:lang w:eastAsia="zh-CN"/>
        </w:rPr>
        <w:t>　　四、实习内容</w:t>
      </w:r>
      <w:r>
        <w:rPr>
          <w:lang w:eastAsia="zh-CN"/>
        </w:rPr>
        <w:br/>
      </w:r>
      <w:r>
        <w:rPr>
          <w:lang w:eastAsia="zh-CN"/>
        </w:rPr>
        <w:t>　　我所学的是针对于公司制增值税一般纳税人、小规模纳税人、个体户一般纳税人和小规模纳税人的账务处理以及提供每月抄税、报税、纳税服务，和会计咨询以及一些代办业务。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r>
        <w:rPr>
          <w:lang w:eastAsia="zh-CN"/>
        </w:rPr>
        <w:br/>
      </w:r>
      <w:r>
        <w:rPr>
          <w:lang w:eastAsia="zh-CN"/>
        </w:rPr>
        <w:t>　　五、实习过程</w:t>
      </w:r>
      <w:r>
        <w:rPr>
          <w:lang w:eastAsia="zh-CN"/>
        </w:rPr>
        <w:br/>
      </w:r>
      <w:r>
        <w:rPr>
          <w:lang w:eastAsia="zh-CN"/>
        </w:rPr>
        <w:t>　　通过这次实习，我对会计工作有了以下更深的了解：</w:t>
      </w:r>
      <w:r>
        <w:rPr>
          <w:lang w:eastAsia="zh-CN"/>
        </w:rPr>
        <w:br/>
      </w:r>
      <w:r>
        <w:rPr>
          <w:lang w:eastAsia="zh-CN"/>
        </w:rPr>
        <w:t>　　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r>
        <w:rPr>
          <w:lang w:eastAsia="zh-CN"/>
        </w:rPr>
        <w:br/>
      </w:r>
      <w:r>
        <w:rPr>
          <w:lang w:eastAsia="zh-CN"/>
        </w:rPr>
        <w:t>　　20_年_月_号我怀着激动地心情来到公司上班，看到同事们都在忙忙碌碌的做事，氛围非常的好。第一天我们了解公司的基本情况，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r>
        <w:rPr>
          <w:lang w:eastAsia="zh-CN"/>
        </w:rPr>
        <w:br/>
      </w:r>
      <w:r>
        <w:rPr>
          <w:lang w:eastAsia="zh-CN"/>
        </w:rPr>
        <w:t>　　将已经开具使用的发票信息抄入到金税卡中并携带金税卡去国税局抄税。最后在15号之前报国税和地税，之后就开始做账务处理。</w:t>
      </w:r>
      <w:r>
        <w:rPr>
          <w:lang w:eastAsia="zh-CN"/>
        </w:rPr>
        <w:br/>
      </w:r>
      <w:r>
        <w:rPr>
          <w:lang w:eastAsia="zh-CN"/>
        </w:rPr>
        <w:t>　　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_财务软件，下一步我们就是在电脑上做账。账做完之后我们可以查看明细账和总账，然后通过_直接生成资产负债表和利润表。</w:t>
      </w:r>
      <w:r>
        <w:rPr>
          <w:lang w:eastAsia="zh-CN"/>
        </w:rPr>
        <w:br/>
      </w:r>
      <w:r>
        <w:rPr>
          <w:lang w:eastAsia="zh-CN"/>
        </w:rPr>
        <w:t>　　(1)、实习会计流程：</w:t>
      </w:r>
      <w:r>
        <w:rPr>
          <w:lang w:eastAsia="zh-CN"/>
        </w:rPr>
        <w:br/>
      </w:r>
      <w:r>
        <w:rPr>
          <w:lang w:eastAsia="zh-CN"/>
        </w:rPr>
        <w:t>　　(一)关于凭证整理：我们首先从客户那取得真实、合法的凭证，其中的凭证必须是为生产经营所发生的相关收入，费用，其取得的凭证必须是符合会计法规定的要求，然后我们将这些凭证进行分类、归集、整理并粘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r>
        <w:rPr>
          <w:lang w:eastAsia="zh-CN"/>
        </w:rPr>
        <w:br/>
      </w:r>
      <w:r>
        <w:rPr>
          <w:lang w:eastAsia="zh-CN"/>
        </w:rPr>
        <w:t>　　(三)关于其他业务服务：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_月_日之前完成。</w:t>
      </w:r>
      <w:r>
        <w:rPr>
          <w:lang w:eastAsia="zh-CN"/>
        </w:rPr>
        <w:br/>
      </w:r>
      <w:r>
        <w:rPr>
          <w:lang w:eastAsia="zh-CN"/>
        </w:rPr>
        <w:t>　　(四)关于个人：还有在公司应注重同事之间，客户之间的沟通和交流。做会计的我们要管好自己的嘴，不能随意透露顾客的商业机密。在公司我们要遵循公司制度和规定，服从公司的管理，更好的为他人服务。</w:t>
      </w:r>
      <w:r>
        <w:rPr>
          <w:lang w:eastAsia="zh-CN"/>
        </w:rPr>
        <w:br/>
      </w:r>
      <w:r>
        <w:rPr>
          <w:lang w:eastAsia="zh-CN"/>
        </w:rPr>
        <w:t>　　(2)、会计实务工作的改革思考：</w:t>
      </w:r>
      <w:r>
        <w:rPr>
          <w:lang w:eastAsia="zh-CN"/>
        </w:rPr>
        <w:br/>
      </w:r>
      <w:r>
        <w:rPr>
          <w:lang w:eastAsia="zh-CN"/>
        </w:rPr>
        <w:t>　　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r>
        <w:rPr>
          <w:lang w:eastAsia="zh-CN"/>
        </w:rPr>
        <w:br/>
      </w:r>
      <w:r>
        <w:rPr>
          <w:lang w:eastAsia="zh-CN"/>
        </w:rPr>
        <w:t>　　2、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r>
        <w:rPr>
          <w:lang w:eastAsia="zh-CN"/>
        </w:rPr>
        <w:br/>
      </w:r>
    </w:p>
    <w:p w:rsidR="001B1F19" w14:textId="27C3F48A">
      <w:pPr>
        <w:rPr>
          <w:rFonts w:hint="eastAsia"/>
          <w:lang w:eastAsia="zh-CN"/>
        </w:rPr>
      </w:pPr>
      <w:r>
        <w:rPr>
          <w:lang w:eastAsia="zh-CN"/>
        </w:rPr>
        <w:t>　　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企业内部网成为会计人员的常用工具，手工处理方式已经到了非变革不可的时候。信息技术在会计中应用的不断普及与深入，及其本身技术、知识更新的不断加快，必将进一步加大对会计职业发展和会计人员知识结构的要求。</w:t>
      </w:r>
      <w:r>
        <w:rPr>
          <w:lang w:eastAsia="zh-CN"/>
        </w:rPr>
        <w:br/>
      </w:r>
      <w:r>
        <w:rPr>
          <w:lang w:eastAsia="zh-CN"/>
        </w:rPr>
        <w:t>　　(3)、实习心得、体会：</w:t>
      </w:r>
      <w:r>
        <w:rPr>
          <w:lang w:eastAsia="zh-CN"/>
        </w:rPr>
        <w:br/>
      </w:r>
      <w:r>
        <w:rPr>
          <w:lang w:eastAsia="zh-CN"/>
        </w:rPr>
        <w:t>　　(一)、作为一个会计人员，工作中一定要就具有良好的专业素质，职业操守以及敬业态度。会计部门作为现代企业管理的核心机构，对其从业人员，一定要有很高的素质要求。</w:t>
      </w:r>
      <w:r>
        <w:rPr>
          <w:lang w:eastAsia="zh-CN"/>
        </w:rPr>
        <w:br/>
      </w:r>
      <w:r>
        <w:rPr>
          <w:lang w:eastAsia="zh-CN"/>
        </w:rPr>
        <w:t>　　(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r>
        <w:rPr>
          <w:lang w:eastAsia="zh-CN"/>
        </w:rPr>
        <w:br/>
      </w:r>
      <w:r>
        <w:rPr>
          <w:lang w:eastAsia="zh-CN"/>
        </w:rPr>
        <w:t>　　(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r>
        <w:rPr>
          <w:lang w:eastAsia="zh-CN"/>
        </w:rPr>
        <w:br/>
      </w:r>
      <w:r>
        <w:rPr>
          <w:lang w:eastAsia="zh-CN"/>
        </w:rPr>
        <w:t>　　(四)、作为一个即将工作或刚迈入社会的新人，也要注下面是我通过这次会计实习中领悟到的很多书本上所不能学到的会计的特点和积累，以及题外的很多道理。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https://d.book118.com/166005000113010055</w:t>
        </w:r>
      </w:hyperlink>
    </w:p>
    <w:p w:rsidR="001B1F19">
      <w:pPr>
        <w:rPr>
          <w:rFonts w:hint="eastAsia"/>
          <w:lang w:eastAsia="zh-CN"/>
        </w:rPr>
      </w:pPr>
    </w:p>
    <w:sectPr>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600500011301005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