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2024春季开学典礼发言稿（33篇）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2024春季开学典礼发言稿（精选33篇）</w:t>
      </w:r>
      <w:r>
        <w:rPr>
          <w:lang w:eastAsia="zh-CN"/>
        </w:rPr>
        <w:br/>
      </w:r>
      <w:r>
        <w:rPr>
          <w:lang w:eastAsia="zh-CN"/>
        </w:rPr>
        <w:t xml:space="preserve">    2024春季开学典礼发言稿 篇1 </w:t>
      </w:r>
      <w:r>
        <w:rPr>
          <w:lang w:eastAsia="zh-CN"/>
        </w:rPr>
        <w:br/>
      </w:r>
      <w:r>
        <w:rPr>
          <w:lang w:eastAsia="zh-CN"/>
        </w:rPr>
        <w:t>　　尊敬的各位老师、亲爱的同学们：大家早上好!</w:t>
      </w:r>
      <w:r>
        <w:rPr>
          <w:lang w:eastAsia="zh-CN"/>
        </w:rPr>
        <w:br/>
      </w:r>
      <w:r>
        <w:rPr>
          <w:lang w:eastAsia="zh-CN"/>
        </w:rPr>
        <w:t>　　寒雪梅中尽，春风柳上归。天气虽然还很寒冷，但是春天马上就要来了。在这期盼春天的日子里，我们又开始了崭新的学习旅程。今天，我们欢聚一堂，举行庄严而简朴的升旗仪式暨新学期的开学典礼。大家知道吗?今年是农历的什么年?鼠年。那么，在新的一年里，你想做喜羊羊，还是做懒羊羊呢?相信大家都想做快乐的喜羊羊，那么我们就要付出行动，只有付出了，努力了，才可能获得收获的喜悦。</w:t>
      </w:r>
      <w:r>
        <w:rPr>
          <w:lang w:eastAsia="zh-CN"/>
        </w:rPr>
        <w:br/>
      </w:r>
      <w:r>
        <w:rPr>
          <w:lang w:eastAsia="zh-CN"/>
        </w:rPr>
        <w:t>　　作为__小学的一名学生，应该怎样付出行动呢?那就是围绕五有目标，争做五彩学生。首先让我们一起高声地温顾一下，我们的五有目标：有爱心，有智慧，有创造，有毅力，有理想。(分说+总说)</w:t>
      </w:r>
      <w:r>
        <w:rPr>
          <w:lang w:eastAsia="zh-CN"/>
        </w:rPr>
        <w:br/>
      </w:r>
      <w:r>
        <w:rPr>
          <w:lang w:eastAsia="zh-CN"/>
        </w:rPr>
        <w:t>　　1.用良好的习惯孕育我们的爱心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从上学期开始，我们就搬进了这个新校园，拥有了美好的学习生活的空间。这样的校园需要一群具有良好习惯的小主人。首先，每个同学要确保校园的整洁，不带零食进校园，坚决不随地丢弃垃圾(齐说)。第二，我们要学会走路轻声慢步，上下楼梯靠右走。第三，课间要文明活动，不追逐打闹。第四，看到客人老师，要问好。</w:t>
      </w:r>
      <w:r>
        <w:rPr>
          <w:lang w:eastAsia="zh-CN"/>
        </w:rPr>
        <w:br/>
      </w:r>
      <w:r>
        <w:rPr>
          <w:lang w:eastAsia="zh-CN"/>
        </w:rPr>
        <w:t>　　上学期，我们就开始表彰五爱之心，统计获奖人员。本学期开始，我们还拓宽了五爱之心的评比范围，丰富了内涵，请每个同学从小事做起，争取得到五爱之心的光荣称号。</w:t>
      </w:r>
      <w:r>
        <w:rPr>
          <w:lang w:eastAsia="zh-CN"/>
        </w:rPr>
        <w:br/>
      </w:r>
      <w:r>
        <w:rPr>
          <w:lang w:eastAsia="zh-CN"/>
        </w:rPr>
        <w:t>　　2.用广泛的阅读提升我们的智慧</w:t>
      </w:r>
      <w:r>
        <w:rPr>
          <w:lang w:eastAsia="zh-CN"/>
        </w:rPr>
        <w:br/>
      </w:r>
      <w:r>
        <w:rPr>
          <w:lang w:eastAsia="zh-CN"/>
        </w:rPr>
        <w:t>　　童年是最美好的岁月，童书是最美丽的种子。读书能让我们混沌的心灵明朗起来，读书能让我们野性的行为收敛起来，经典的科学、人文、文学作品，能给我们传递真善美，希望天补小学的每个同学都成为爱阅读的孩子。本学期，我们将开展第三届补天阅读节活动，届时开展跳蚤书市、作文比赛、诵读比赛、书法比赛、影视评论、小报比赛、读写绘比赛，进行书香学生、书香家庭、书香班级等评比活动。希望大家积极参与，争取获得优异成绩。每个同学要充分利用晨诵午读暮省的机会，保证每天常态阅读不少于1小时。用广泛的阅读来提升我们的智慧。每天阅读一小时。(齐说)</w:t>
      </w:r>
      <w:r>
        <w:rPr>
          <w:lang w:eastAsia="zh-CN"/>
        </w:rPr>
        <w:br/>
      </w:r>
      <w:r>
        <w:rPr>
          <w:lang w:eastAsia="zh-CN"/>
        </w:rPr>
        <w:t>　　3.用多彩的活动培养我们的创造能力</w:t>
      </w:r>
      <w:r>
        <w:rPr>
          <w:lang w:eastAsia="zh-CN"/>
        </w:rPr>
        <w:br/>
      </w:r>
      <w:r>
        <w:rPr>
          <w:lang w:eastAsia="zh-CN"/>
        </w:rPr>
        <w:t>　　还记得上学期每周五下午第三课的走班社团吗?我们学校开设了许多项目的活动，有体育类的足球、排球、篮球、橡皮筋;有美术类的简笔画、素描、水彩画、摄影;有音乐类的越剧、合唱。本学期，我们继续大力开展这样的走班社团活动，每个同学要认真对待，潜心学习，为掌握一个特长而努力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们学校还有好几个知名的社团项目：越剧社的小演员们曲不离口，扎实练功;足球社的队员们不畏艰难，勇夺冠军;花样皮筋的同学们只争朝夕，获得了海门市特等奖的好成绩;学校车模队的小队员拿到了国家级的大奖还有很多的社团项目，例如：魔方、石头画、泥塑、棋类、纸艺、科幻画等等，都呈现出喜人的局面。</w:t>
      </w:r>
      <w:r>
        <w:rPr>
          <w:lang w:eastAsia="zh-CN"/>
        </w:rPr>
        <w:br/>
      </w:r>
      <w:r>
        <w:rPr>
          <w:lang w:eastAsia="zh-CN"/>
        </w:rPr>
        <w:t>　　在新的学期中，我期望同学们能积极地参加各级社团活动，用我们的智慧和汗水换取一个个大奖，为天补小学增光。我活动，我创造，我出彩!(齐说)</w:t>
      </w:r>
      <w:r>
        <w:rPr>
          <w:lang w:eastAsia="zh-CN"/>
        </w:rPr>
        <w:br/>
      </w:r>
      <w:r>
        <w:rPr>
          <w:lang w:eastAsia="zh-CN"/>
        </w:rPr>
        <w:t>　　最后，祝同学们在新的学期里：身体健康沸羊羊，学习进步美羊羊!健康快乐喜羊羊!</w:t>
      </w:r>
      <w:r>
        <w:rPr>
          <w:lang w:eastAsia="zh-CN"/>
        </w:rPr>
        <w:br/>
      </w:r>
      <w:r>
        <w:rPr>
          <w:lang w:eastAsia="zh-CN"/>
        </w:rPr>
        <w:t xml:space="preserve">    2024春季开学典礼发言稿 篇2 </w:t>
      </w:r>
      <w:r>
        <w:rPr>
          <w:lang w:eastAsia="zh-CN"/>
        </w:rPr>
        <w:br/>
      </w:r>
      <w:r>
        <w:rPr>
          <w:lang w:eastAsia="zh-CN"/>
        </w:rPr>
        <w:t>　　各位老师、各位同学：</w:t>
      </w:r>
      <w:r>
        <w:rPr>
          <w:lang w:eastAsia="zh-CN"/>
        </w:rPr>
        <w:br/>
      </w:r>
      <w:r>
        <w:rPr>
          <w:lang w:eastAsia="zh-CN"/>
        </w:rPr>
        <w:t>　　一年复始，万象更新。迎来了新的一年，也迎来了我们的新学期。今天我们在这里隆重举行开学典礼及表彰大会，首先我代表全校师生向在百忙之中前来参加大会的县局领导表示热烈的欢迎!向上学期取得突出成绩，荣获表彰的先进集体和个人表示衷心的祝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刚刚过去的__年，我校在县委、县政府以及县文教体局的正确领导下，坚持以教育教学为中心，更新办学理念，落实教学常规，深化教学改革，坚持开放办学，实施科研兴校、特长兴校战略，奋力提高教育教学质量，__年高考取得重大突破，本科万人口上线率名列全市第四，荣获市高考成绩优秀奖;建成了3000平方米的逸夫教学楼;强力推进创建激情校园、打造高效课堂活动;开展了丰富多彩的校园文化活动等;学校先后荣获市高考成绩优秀奖市德育示范学校市安全文明校园市卫生先进学校县教学质量突出单位等荣誉称号。显著的工作业绩得到了县委、县政府及社会各届的充分肯定。</w:t>
      </w:r>
      <w:r>
        <w:rPr>
          <w:lang w:eastAsia="zh-CN"/>
        </w:rPr>
        <w:br/>
      </w:r>
      <w:r>
        <w:rPr>
          <w:lang w:eastAsia="zh-CN"/>
        </w:rPr>
        <w:t>　　新学期，要有新思维、新面貌、新目标、新提高，要以饱满的精神投入工作学习中去，开好头，起好步，把全部心思放在工作和学习上。全体老师要坚持以教学为中心，抓好课堂教学，服务学生，关心学生，培养全面发展的学生，真正把学校建设成为一所有特色、有内涵的高质量学校。</w:t>
      </w:r>
      <w:r>
        <w:rPr>
          <w:lang w:eastAsia="zh-CN"/>
        </w:rPr>
        <w:br/>
      </w:r>
      <w:r>
        <w:rPr>
          <w:lang w:eastAsia="zh-CN"/>
        </w:rPr>
        <w:t>　　一、强化管理，细化责任，从严治校，狠抓工作落实。本学期我校将进一步规范学校各个岗位人员职责，细化任务目标，明确管理流程，与各年级、各处室签订责任状，成立督导考核办公室，考核办实行每天督导检查，每周汇总，每月考评通报，对不合格的给予严肃处理。本学期将强化年级管理的实体性、独立性，突出年级管理的综合性，年级不只是抓教学，也要抓校风、抓德育、抓教研、抓值班、抓宿舍、抓活动开展等等，要积极主动地承担起管理学生的责任。逐步强化全体人员履职尽责意识，形成学校事无大小有人管的管理格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进一步深入推进课堂改革，继续开展创建激情校园，打造高效课堂活动。在上学期课改基础上，进一步深入开展创建激情校园，打造高效课堂系列活动，切实加强对课堂教学的研究，积极开展学教一体化教学模式，加强自主性、探索性、合作性和实践性学习方法的探索，把模式交给学生，把标准交给学生，把压力交给学生，加强对学生的学习方法的指导，调动学生学习兴趣，挖掘学生的潜能，提高学生的学习效率和质量。继续推行骨干教师观摩课、青年教师汇报课、领导验收课等教研活动，借鉴衡水中学、兖州一中等学校办学经验，形成自己的课堂模式、教案模式、课型模式，并以此带动集体备课模式，培养一批课改教学能手。积极开展激情早操、课间操，并结合建国60周年，积极开展感恩教育、惜时教育、传统文化教育、创新教育和多彩文艺体育等活动，激发师生热情、激情，把学校创建成激情燃烧的校园。</w:t>
      </w:r>
      <w:r>
        <w:rPr>
          <w:lang w:eastAsia="zh-CN"/>
        </w:rPr>
        <w:br/>
      </w:r>
      <w:r>
        <w:rPr>
          <w:lang w:eastAsia="zh-CN"/>
        </w:rPr>
        <w:t>　　三、强化宿舍、班级管理，规范全封闭管理。一是以加强班级建设、整顿宿舍风气为突破口，修改《班级管理考核办法》，出台《宿舍管理规定》，加强对班级卫生、公物坏损、学生旷课、迟到等违纪情况监督检查，加大对宿舍内务、卫生、礼仪、破坏公物等现象检查力度，狠抓校风建设，狠抓典型，严肃处理违纪学生，规范全封闭管理，创设文明有序、安静和谐的良好校风。二是坚持一日两检查，由年级值班人员、行政值班人员、宿管员分别对班级及宿舍进行检查，各年级值班人员到宿舍对本年级学生进行清查，严防无故旷课、夜不归宿现象发生。三是本学期重点将对高一年级进行纪律整顿，突出重点班级、重点宿舍，严肃处理违纪学生，家教一批、开除一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四、全体同学要树立理想目标，珍惜时间，鼓劲加压。从开学的第一天起，我们就要进入积极的学习状态，严格地要求自己，勤于学习;从第一天开始，就要上好每一节课，做好每一次广播操，完成好每一项工作;从开学第一天起，就要自觉地遵守学校各项制度纪律，以实际行动做一名刻苦学习的优秀学生。同时，要求开学第一天起，全体老师要以良好的师德师表形象展现给学生，一生正气，为人师范，更加关心爱护我们的每一名学生，教好书，育好人，对学生的终生发展负责。</w:t>
      </w:r>
      <w:r>
        <w:rPr>
          <w:lang w:eastAsia="zh-CN"/>
        </w:rPr>
        <w:br/>
      </w:r>
      <w:r>
        <w:rPr>
          <w:lang w:eastAsia="zh-CN"/>
        </w:rPr>
        <w:t>　　老师们、同学们，新的学期面临着新的任务和挑战，我校将继续在县委、县政府的坚强领导下，在县文教体局的精心指导下，用创新的办学思想，用扎实拼搏的工作作风，严细各项管理，树正校风，注重教研，以课堂改革为突破口，加强教师队伍建设，坚持特长兴校战略，积极探索特色办学新途径，把一中建设成办学理念先进，校园环境优美，教学质量上乘，教育特色鲜明的冀南名校，努力办好全县人民满意的优质高中教育。</w:t>
      </w:r>
      <w:r>
        <w:rPr>
          <w:lang w:eastAsia="zh-CN"/>
        </w:rPr>
        <w:br/>
      </w:r>
      <w:r>
        <w:rPr>
          <w:lang w:eastAsia="zh-CN"/>
        </w:rPr>
        <w:t>　　最后，再次祝老师们工作顺利、事业有成、家庭幸福!祝同学们学习进步、健康成长。谢谢大家!</w:t>
      </w:r>
      <w:r>
        <w:rPr>
          <w:lang w:eastAsia="zh-CN"/>
        </w:rPr>
        <w:br/>
      </w:r>
      <w:r>
        <w:rPr>
          <w:lang w:eastAsia="zh-CN"/>
        </w:rPr>
        <w:t xml:space="preserve">    2024春季开学典礼发言稿 篇3 </w:t>
      </w:r>
      <w:r>
        <w:rPr>
          <w:lang w:eastAsia="zh-CN"/>
        </w:rPr>
        <w:br/>
      </w:r>
      <w:r>
        <w:rPr>
          <w:lang w:eastAsia="zh-CN"/>
        </w:rPr>
        <w:t>　　亲爱的各位老师、同学们：</w:t>
      </w:r>
      <w:r>
        <w:rPr>
          <w:lang w:eastAsia="zh-CN"/>
        </w:rPr>
        <w:br/>
      </w:r>
      <w:r>
        <w:rPr>
          <w:lang w:eastAsia="zh-CN"/>
        </w:rPr>
        <w:t>　　大家下午好!</w:t>
      </w:r>
      <w:r>
        <w:rPr>
          <w:lang w:eastAsia="zh-CN"/>
        </w:rPr>
        <w:br/>
      </w:r>
      <w:r>
        <w:rPr>
          <w:lang w:eastAsia="zh-CN"/>
        </w:rPr>
        <w:t>　　一元复始，万象更新!今天是__学年第二学期的第一天，经过一个寒冷、愉快而有意义的新春佳节，我们又怀着美好的记忆、载着对新春的憧憬、对新学期的向往，共同迎来了新的一年----。在此，请允许我代表校行政向敬爱的各位老师及全体同学致以新年、新学期的问候!并祝全体师生新春康乐，学习进步，万事吉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踏着新年的脚步，我们回眸充满努力拼搏、体现团结凝聚、工作精益求精、学习勤奋刻苦的__年。学校全体师生团结和谐，开拓创新，锐意进取，各方面稳步发展，一连串的成绩证明了我们的努力：学校继__年上半年六年级毕业调研考试及学校综合督导检查以第一名成绩顺利跨入__市a类校行列、成功创建成__市数字化校园、学校网站作为__市唯一代表获__市十大优秀网站称号后;下半年，学校参加__市情文艺汇演获__市二等奖，校合唱队演唱的《童话》获局文艺汇演三等奖;年底，又荣获__市依法治校示范校、__市规范收费学校、__市三个精神文明建设先进集体单位，还成功接受市优秀家长学校及教职工大会验收。</w:t>
      </w:r>
      <w:r>
        <w:rPr>
          <w:lang w:eastAsia="zh-CN"/>
        </w:rPr>
        <w:br/>
      </w:r>
      <w:r>
        <w:rPr>
          <w:lang w:eastAsia="zh-CN"/>
        </w:rPr>
        <w:t>　　老师、同学们，过去了的__年：学校狠抓德育，开展了精神文明建设和小学生日常行为规范的养成成人;注重学生良好学习习惯的养成，加大课改力度，大胆进行教学改革，使学校充满生机与活力：在下半年的教育局期中抽测中，学校的二、四年级分获市教育局质量随机抽测第一名;本次期末考试中，全校学生语数英成绩合格率达97%，优秀率达40%以上，超额完成教育局下达的考核指标;期末又评选出了七十三名三好生、十六位优秀班干部、九十名星级学生</w:t>
      </w:r>
      <w:r>
        <w:rPr>
          <w:lang w:eastAsia="zh-CN"/>
        </w:rPr>
        <w:br/>
      </w:r>
      <w:r>
        <w:rPr>
          <w:lang w:eastAsia="zh-CN"/>
        </w:rPr>
        <w:t>　　值得欣慰的是，刚入学的一年级的同学们，经过短短半年学习，能够适应小学的学习与生活，提高了自理能力，增长了成长本领。值得欣慰的是，我们全体同学在享受学习，享受生命中用自己的努力来实现自己的理想追求。更值得欣慰的是，我们全体教师在努力工作，默默奉献，用自己的青春谱写二小的绚丽篇章，并在享受教育、享受生命中实现人生价值。上学期里，学校教师共有三十余篇论文在各级各类杂志发表或获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更值得赞扬的是，今天开学第一天,学校就接到钻井一号统建区居委会派出所送来的表扬信。现请允许我在此将表扬信内容给大家宣读一下：(略)</w:t>
      </w:r>
      <w:r>
        <w:rPr>
          <w:lang w:eastAsia="zh-CN"/>
        </w:rPr>
        <w:br/>
      </w:r>
      <w:r>
        <w:rPr>
          <w:lang w:eastAsia="zh-CN"/>
        </w:rPr>
        <w:t>　　这些诸多的荣誉和收获都刻在了学校发展的里程碑上，令人欣喜，催人奋进，让人难忘，这些是我们二小人的光荣和骄傲，在此，我向大家表示衷心的感谢和最崇高的敬意!</w:t>
      </w:r>
      <w:r>
        <w:rPr>
          <w:lang w:eastAsia="zh-CN"/>
        </w:rPr>
        <w:br/>
      </w:r>
      <w:r>
        <w:rPr>
          <w:lang w:eastAsia="zh-CN"/>
        </w:rPr>
        <w:t>　　回首过去，我们留下了坚实的脚步;展望未来，我们充满着春天的生气与豪情!</w:t>
      </w:r>
      <w:r>
        <w:rPr>
          <w:lang w:eastAsia="zh-CN"/>
        </w:rPr>
        <w:br/>
      </w:r>
      <w:r>
        <w:rPr>
          <w:lang w:eastAsia="zh-CN"/>
        </w:rPr>
        <w:t>　　老师、同学们，我们应时刻记住：今天的发展，是昨天追求卓越的结果，更是追求明天卓越的起点。随着鼠年钟声的敲响，我们二小新一轮创建的号角已经吹响了，这又是项凝聚了全校师生的智慧和力量、体现了二小人共同理想和追求的工程，是我们的庄严使命，也是学校继续振兴发展的必然选择。我们深知，学校前进的道路上还会有很多困难，实现这个目标也会非常艰难，但我们将沿着这条道路坚定不移地走下去，心无旁骛，义无返顾!因为我们是二小的光荣的一员。</w:t>
      </w:r>
      <w:r>
        <w:rPr>
          <w:lang w:eastAsia="zh-CN"/>
        </w:rPr>
        <w:br/>
      </w:r>
      <w:r>
        <w:rPr>
          <w:lang w:eastAsia="zh-CN"/>
        </w:rPr>
        <w:t>　　在这新年开学典礼上，我最想送给全体同学三句话：</w:t>
      </w:r>
      <w:r>
        <w:rPr>
          <w:lang w:eastAsia="zh-CN"/>
        </w:rPr>
        <w:br/>
      </w:r>
      <w:r>
        <w:rPr>
          <w:lang w:eastAsia="zh-CN"/>
        </w:rPr>
        <w:t>　　第一句话是</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一切从头再来。记得有一句歌词：不经历风雨，怎能见彩虹，没有人能随随便便成功。是的，没有压力就没有动力，没有动力就发挥不出一个人蕴藏的潜力!新学期的开始，我们在学习上就要有压力，在一定的压力下，我们还需强化如下态度：一是勤奋的态度，勤能补拙是良训，一分耕耘一分收获;二是刻苦的态度，追求是苦的，学习是艰苦的，最终的成功才可能是甜的;三是进取的态度，大家知道，学习如逆水行舟不进则退，一下子成为天才不可能，但每天进步一点点总有可能;四是务实的态度，求真务实是我们提升学习质量的法宝，为此我们必须上好每一堂课、抓紧每一分钟、做好每一道题、走好每一步路。有位哲学家还说过，过去属于死神，未来属于你自己，你过去的光荣也好，失败也好，都已成为昨天，留给你的只应该是教训和经验。昨天所有的荣誉，已变成遥远的回忆。</w:t>
      </w:r>
      <w:r>
        <w:rPr>
          <w:lang w:eastAsia="zh-CN"/>
        </w:rPr>
        <w:br/>
      </w:r>
      <w:r>
        <w:rPr>
          <w:lang w:eastAsia="zh-CN"/>
        </w:rPr>
        <w:t>　　心若在梦就在，梦想在则成功在。紧张的学习已经来临，各位同学要进行自我调整，把以休息为主的假期生活调整到以学习为主的校园生活中来，要把全部精力投入到学习上来;要调整作息时间，晚上要按时睡觉，保证第二天有充沛精力投入学习。早晨七点四十到校，中午一点二十五到校进行习字练习，下午四时三十五分放学，放学回家后，我们要求同学们利用晚上时间，找一找一天学习中觉得该补习的劣势学科，自我补习一下，以便改变劣势现状。</w:t>
      </w:r>
      <w:r>
        <w:rPr>
          <w:lang w:eastAsia="zh-CN"/>
        </w:rPr>
        <w:br/>
      </w:r>
      <w:r>
        <w:rPr>
          <w:lang w:eastAsia="zh-CN"/>
        </w:rPr>
        <w:t xml:space="preserve">    2024春季开学典礼发言稿 篇4 </w:t>
      </w:r>
      <w:r>
        <w:rPr>
          <w:lang w:eastAsia="zh-CN"/>
        </w:rPr>
        <w:br/>
      </w:r>
      <w:r>
        <w:rPr>
          <w:lang w:eastAsia="zh-CN"/>
        </w:rPr>
        <w:t>　　尊敬的各位、各位老师，亲爱的同学们：</w:t>
      </w:r>
      <w:r>
        <w:rPr>
          <w:lang w:eastAsia="zh-CN"/>
        </w:rPr>
        <w:br/>
      </w:r>
      <w:r>
        <w:rPr>
          <w:lang w:eastAsia="zh-CN"/>
        </w:rPr>
        <w:t>　　大家下午好！又是一年春草绿，在这乍暖还寒之际，带着憧憬与欣喜，我们又迎来了新的一年，新的学期。新年新景新气象，我们也应当有新的，新的目标，新的作为。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作为城关小学的一员，我们无尚的荣光。有着厚重历史的百年城小，因为我们而洋溢着青春的活力。良好校风，教风、学风百年传承。我们用汗水浇灌成功，用奋斗续写一年又一年的辉煌。赢得了学生、家长和社会的广泛认可。相信在座的每一位，都和我一样，因是城小一员感到无比的自豪。</w:t>
      </w:r>
      <w:r>
        <w:rPr>
          <w:lang w:eastAsia="zh-CN"/>
        </w:rPr>
        <w:br/>
      </w:r>
      <w:r>
        <w:rPr>
          <w:lang w:eastAsia="zh-CN"/>
        </w:rPr>
        <w:t>　　“浩博忠诚、勤勉爱生”的城小教师，以辛勤的劳动为船，纯善的心灵为桨，送走一批批优秀学子。期间有人透支身体、不顾病痛。有人利用周末，牺牲睡眠。有人殚精竭虑，早生华发。扎根讲台挥洒青春和热血的城小教师，课堂上指点江山、激扬文字。课下和学生促膝谈心、释疑解惑。用慈爱呵护纯真；用智慧孕育成长；用真诚开启心灵；用希望放飞理想。用辛勤和汗水，续写城小百年辉煌。</w:t>
      </w:r>
      <w:r>
        <w:rPr>
          <w:lang w:eastAsia="zh-CN"/>
        </w:rPr>
        <w:br/>
      </w:r>
      <w:r>
        <w:rPr>
          <w:lang w:eastAsia="zh-CN"/>
        </w:rPr>
        <w:t>　　在新的起点上，作为教师的.我们将不辜负卫校长殷切期望，不辜负家长们的高度信任，继续用行动见证理想，用耕耘换取芬芳，向课堂要质量，向辅导要效益；关注每一个环节，关心每一个学生。以新的姿态，新的干劲，展示新的风采。</w:t>
      </w:r>
      <w:r>
        <w:rPr>
          <w:lang w:eastAsia="zh-CN"/>
        </w:rPr>
        <w:br/>
      </w:r>
      <w:r>
        <w:rPr>
          <w:lang w:eastAsia="zh-CN"/>
        </w:rPr>
        <w:t>　　“浩气赤诚，勇于攀登”的城小学子们。有城小，你们有土壤；有你们，城小有希望！新的学期已经开始，开局就是决战，起步就是冲刺。让我们把困难踩在脚下，把责任扛在肩上，把梦想化作风帆，在母校即将迎来百年华诞之际，用优异的成绩为百年校庆添上浓墨重彩的一笔。</w:t>
      </w:r>
      <w:r>
        <w:rPr>
          <w:lang w:eastAsia="zh-CN"/>
        </w:rPr>
        <w:br/>
      </w:r>
      <w:r>
        <w:rPr>
          <w:lang w:eastAsia="zh-CN"/>
        </w:rPr>
        <w:t>　　最后，祝全体师生在新学年里，身体健康，工作顺利，学习进步，生活愉快！</w:t>
      </w:r>
      <w:r>
        <w:rPr>
          <w:lang w:eastAsia="zh-CN"/>
        </w:rPr>
        <w:br/>
      </w:r>
      <w:r>
        <w:rPr>
          <w:lang w:eastAsia="zh-CN"/>
        </w:rPr>
        <w:t>　　百年征程波澜壮阔，百年初心历久弥坚。我们再出发……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2024春季开学典礼发言稿 篇5 </w:t>
      </w:r>
      <w:r>
        <w:rPr>
          <w:lang w:eastAsia="zh-CN"/>
        </w:rPr>
        <w:br/>
      </w:r>
      <w:r>
        <w:rPr>
          <w:lang w:eastAsia="zh-CN"/>
        </w:rPr>
        <w:t>　　尊敬的各位领导、亲爱的同学们：</w:t>
      </w:r>
      <w:r>
        <w:rPr>
          <w:lang w:eastAsia="zh-CN"/>
        </w:rPr>
        <w:br/>
      </w:r>
      <w:r>
        <w:rPr>
          <w:lang w:eastAsia="zh-CN"/>
        </w:rPr>
        <w:t>　　大家好!</w:t>
      </w:r>
      <w:r>
        <w:rPr>
          <w:lang w:eastAsia="zh-CN"/>
        </w:rPr>
        <w:br/>
      </w:r>
      <w:r>
        <w:rPr>
          <w:lang w:eastAsia="zh-CN"/>
        </w:rPr>
        <w:t>　　春风习来，带走冬日的寒风，很荣幸能够和大家一起分享这难得的时光。首先，请允许我代表全体教师向新加入__大家庭的同学们表示热烈的欢迎!同时，我要由衷地感谢学校各级领导在工作中给予的关心和指导，感谢各位老师、同仁对我的鼓励和帮助，感谢同学们对我工作的理解与支持。</w:t>
      </w:r>
      <w:r>
        <w:rPr>
          <w:lang w:eastAsia="zh-CN"/>
        </w:rPr>
        <w:br/>
      </w:r>
      <w:r>
        <w:rPr>
          <w:lang w:eastAsia="zh-CN"/>
        </w:rPr>
        <w:t>　　新学期伊始，回顾过去，锐意进取，豪!更优秀的老师比比皆是，是领导还是在紧张忙碌的教育教学中，学校却盾时，这是我从进入工贸的第一年就从珍惜才能拥有，感恩才在此做出以下承诺：</w:t>
      </w:r>
      <w:r>
        <w:rPr>
          <w:lang w:eastAsia="zh-CN"/>
        </w:rPr>
        <w:br/>
      </w:r>
      <w:r>
        <w:rPr>
          <w:lang w:eastAsia="zh-CN"/>
        </w:rPr>
        <w:t>　　第一：爱岗敬业，切实承担应尽的责任。将本着“对学生负责”的宗旨，立足教学，向课堂要质量，立足教育，向班级管理要效益。</w:t>
      </w:r>
      <w:r>
        <w:rPr>
          <w:lang w:eastAsia="zh-CN"/>
        </w:rPr>
        <w:br/>
      </w:r>
      <w:r>
        <w:rPr>
          <w:lang w:eastAsia="zh-CN"/>
        </w:rPr>
        <w:t>　　第二：刻苦钻研，锐意改革。不断学习，不断充实自己，不断反思与探索，寻求更有效的教学方法和管理办法，使教育成果最优化。</w:t>
      </w:r>
      <w:r>
        <w:rPr>
          <w:lang w:eastAsia="zh-CN"/>
        </w:rPr>
        <w:br/>
      </w:r>
      <w:r>
        <w:rPr>
          <w:lang w:eastAsia="zh-CN"/>
        </w:rPr>
        <w:t>　　第三：关心爱护每一名学生，寄爱于教。有人说，爱自己的孩子是人，爱别人的孩子是神，选择教师就是选择了神的职业。关心爱护每个学生，以爱暖其心，以严导其行。努力做到教书育人，为人师表。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新的学期预示着崭新的未来，亲爱的同学们，你准备好了吗?希望你们从现在开始，脚踏实地，苦练技能，用“水滴石穿”的恒心，“山登绝顶我为峰”的决心，全力以赴，迎接新的挑战。最后，祝同学们学业有成，老师们工作顺利，祝福__学校越办越辉煌。</w:t>
      </w:r>
      <w:r>
        <w:rPr>
          <w:lang w:eastAsia="zh-CN"/>
        </w:rPr>
        <w:br/>
      </w:r>
      <w:r>
        <w:rPr>
          <w:lang w:eastAsia="zh-CN"/>
        </w:rPr>
        <w:t xml:space="preserve">    2024春季开学典礼发言稿 篇6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寒假带着春节的喜庆一晃而过，踏着春天的脚步，带着新年的快乐，迈着轻盈的步伐，我们又步入了一个新的学期，开始求知生涯中的一段里程。</w:t>
      </w:r>
      <w:r>
        <w:rPr>
          <w:lang w:eastAsia="zh-CN"/>
        </w:rPr>
        <w:br/>
      </w:r>
      <w:r>
        <w:rPr>
          <w:lang w:eastAsia="zh-CN"/>
        </w:rPr>
        <w:t>　　新学期开始了，也许你已萌动着一种渴望与冲动，准备忘却过去的失意和挫折，改掉缺点与毛病，在新的学习生活中珍惜好黄金一般的时光，做一次踏实的平博。然而在学习上，习惯的重要性是不可忽视的，三分钟热度最终只能一事无成。</w:t>
      </w:r>
      <w:r>
        <w:rPr>
          <w:lang w:eastAsia="zh-CN"/>
        </w:rPr>
        <w:br/>
      </w:r>
      <w:r>
        <w:rPr>
          <w:lang w:eastAsia="zh-CN"/>
        </w:rPr>
        <w:t>　　行为决定习惯，习惯决定性格，性格决定命运。所以，归根到底，你能否有好的命运就在于你是否将优秀变成了一种习惯。</w:t>
      </w:r>
      <w:r>
        <w:rPr>
          <w:lang w:eastAsia="zh-CN"/>
        </w:rPr>
        <w:br/>
      </w:r>
      <w:r>
        <w:rPr>
          <w:lang w:eastAsia="zh-CN"/>
        </w:rPr>
        <w:t>　　一个志存高远的人，必定将追求优秀定位自己的人生目标，不断培养自己的精英意识。优秀的习惯是勤奋努力，别人可以睡懒觉自己不能睡觉；优秀的习惯勇于承受，别人可以敷衍的责任自己不能推脱；优秀的习惯是坚持不懈，别人可以放弃理想自己不能放弃。</w:t>
      </w:r>
      <w:r>
        <w:rPr>
          <w:lang w:eastAsia="zh-CN"/>
        </w:rPr>
        <w:br/>
      </w:r>
      <w:r>
        <w:rPr>
          <w:lang w:eastAsia="zh-CN"/>
        </w:rPr>
        <w:t>　　古希腊哲学家亚里士多德说过：“优秀是一种习惯。”英国著名哲学家培根也说过：“习惯是一种顽强而巨大的.能量，它可以主宰人生。”那么我们又该如何养成优秀习惯？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首先要开好头，不开坏头。优秀是一种习惯，懒惰也是一种习惯，而这种习惯都是日积月累形成的。只要是想好了准备做的事，就要果断地开头，不要等到明天或者后天，而是从现在开始。一段时间以后，它就会成为你生活的一部分，你自然而然会去做它，好习惯就养成了。相反，坏事千万别开头，因为开了头就会对自己放纵了。</w:t>
      </w:r>
      <w:r>
        <w:rPr>
          <w:lang w:eastAsia="zh-CN"/>
        </w:rPr>
        <w:br/>
      </w:r>
      <w:r>
        <w:rPr>
          <w:lang w:eastAsia="zh-CN"/>
        </w:rPr>
        <w:t>　　其次就是要坚持，不能不懈。有了一个好的开始，接下来就是靠你的毅力坚持不懈地做下去，培养自己快速高效的习惯。比如，可以这样规定自己：早上提前10分钟起来，10分钟洗漱完毕，上课早到5分钟等，动作越明确，越细化，就会越好操作，越好坚持。遇到困难要坚持，千万不能松劲。比如阅读课外书籍，一天都不能间断。但有时累得不行怎么办？顶住，阅读一页也是阅读，这样，你会越来越珍惜自己的成果，越来越不忍心放弃，于是就会养成好的习惯。</w:t>
      </w:r>
      <w:r>
        <w:rPr>
          <w:lang w:eastAsia="zh-CN"/>
        </w:rPr>
        <w:br/>
      </w:r>
      <w:r>
        <w:rPr>
          <w:lang w:eastAsia="zh-CN"/>
        </w:rPr>
        <w:t>　　最后，要放到不找任何借口。不找借口对于养成好习惯非常有帮助。当没有按照原计划进行或者失败时，你是否总会说，今天是因为什么事耽误了，这个不是我能力范围内之类的话？其实你这是在纵容自己，是在为自己找客观原因，是一种坏习惯。它会让你软弱，会让你偷懒，会让你逃避，这样永远不能让你变得更加优秀。要记得一句话：不为失败找借口，而要为成功找理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尝试一下吧!每天改变一点点，让我们习惯性地善于思考，勇于创造；习惯性地早睡早起，吃苦耐劳；习惯性地专注每一件事情，坚定不移，乐此不疲，你就具备了成功者的品质。不经意间，你就会发现：精神意识能让优秀变成习惯，习惯优秀的你又怎么可能不成功？</w:t>
      </w:r>
      <w:r>
        <w:rPr>
          <w:lang w:eastAsia="zh-CN"/>
        </w:rPr>
        <w:br/>
      </w:r>
      <w:r>
        <w:rPr>
          <w:lang w:eastAsia="zh-CN"/>
        </w:rPr>
        <w:t>　　最后，我想，对初三的同学说：</w:t>
      </w:r>
      <w:r>
        <w:rPr>
          <w:lang w:eastAsia="zh-CN"/>
        </w:rPr>
        <w:br/>
      </w:r>
      <w:r>
        <w:rPr>
          <w:lang w:eastAsia="zh-CN"/>
        </w:rPr>
        <w:t>　　三年风雨志不改，十载寒窗衣带宽；百转千回荆棘路，万般苦痛人憔悴。我们从来无怨无悔，一切都只为金榜题名那一刻能自豪地痛洒撒热泪。</w:t>
      </w:r>
      <w:r>
        <w:rPr>
          <w:lang w:eastAsia="zh-CN"/>
        </w:rPr>
        <w:br/>
      </w:r>
      <w:r>
        <w:rPr>
          <w:lang w:eastAsia="zh-CN"/>
        </w:rPr>
        <w:t>　　走到了初三，我们脚步铿锵，不再迷茫。</w:t>
      </w:r>
      <w:r>
        <w:rPr>
          <w:lang w:eastAsia="zh-CN"/>
        </w:rPr>
        <w:br/>
      </w:r>
      <w:r>
        <w:rPr>
          <w:lang w:eastAsia="zh-CN"/>
        </w:rPr>
        <w:t>　　走到了初三，我们志在四方，风雨直闯。</w:t>
      </w:r>
      <w:r>
        <w:rPr>
          <w:lang w:eastAsia="zh-CN"/>
        </w:rPr>
        <w:br/>
      </w:r>
      <w:r>
        <w:rPr>
          <w:lang w:eastAsia="zh-CN"/>
        </w:rPr>
        <w:t>　　走到了初三，我们敢去掀起千层浪，踏平万何山。</w:t>
      </w:r>
      <w:r>
        <w:rPr>
          <w:lang w:eastAsia="zh-CN"/>
        </w:rPr>
        <w:br/>
      </w:r>
      <w:r>
        <w:rPr>
          <w:lang w:eastAsia="zh-CN"/>
        </w:rPr>
        <w:t>　　同学们，接下来的一百多个日夜，让我们牢记师友的热切期盼，扬起自己的梦想之帆，昂首阔步，笑颜不改，自信依然，去迎接六月那一片辉煌灿烂。</w:t>
      </w:r>
      <w:r>
        <w:rPr>
          <w:lang w:eastAsia="zh-CN"/>
        </w:rPr>
        <w:br/>
      </w:r>
      <w:r>
        <w:rPr>
          <w:lang w:eastAsia="zh-CN"/>
        </w:rPr>
        <w:t xml:space="preserve">    2024春季开学典礼发言稿 篇7 </w:t>
      </w:r>
      <w:r>
        <w:rPr>
          <w:lang w:eastAsia="zh-CN"/>
        </w:rPr>
        <w:br/>
      </w:r>
      <w:r>
        <w:rPr>
          <w:lang w:eastAsia="zh-CN"/>
        </w:rPr>
        <w:t>　　尊敬的各位领导、各位老师，亲爱的同学们：</w:t>
      </w:r>
      <w:r>
        <w:rPr>
          <w:lang w:eastAsia="zh-CN"/>
        </w:rPr>
        <w:br/>
      </w:r>
      <w:r>
        <w:rPr>
          <w:lang w:eastAsia="zh-CN"/>
        </w:rPr>
        <w:t>　　大家早上好！</w:t>
      </w:r>
      <w:r>
        <w:rPr>
          <w:lang w:eastAsia="zh-CN"/>
        </w:rPr>
        <w:br/>
      </w:r>
      <w:r>
        <w:rPr>
          <w:lang w:eastAsia="zh-CN"/>
        </w:rPr>
        <w:t>　　我是新来的__老师，我很荣幸站在这里，代表新教师发言！能成为__中学这个优秀大家庭的一员，我觉得非常的荣幸与自豪，感谢学校领导给了我这么好一个实现人生抱负的机会和展示自我风采的舞台。现在，请允许我代表新教师向各位领导、老师和同学们致以新学期最美好的祝愿和最真挚的祝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新的学期已经开始，这对大家来说，都意味着新的希望、新的憧憬和新的征程。新的学期迎接我们的将是新的挑战。但是，我们不怕这些挑战，因为我们学校有一个开拓进取、求真务实的领导班子，有一个优秀的教师团队。</w:t>
      </w:r>
      <w:r>
        <w:rPr>
          <w:lang w:eastAsia="zh-CN"/>
        </w:rPr>
        <w:br/>
      </w:r>
      <w:r>
        <w:rPr>
          <w:lang w:eastAsia="zh-CN"/>
        </w:rPr>
        <w:t>　　新学期已经开始，作为__中学的新教师，我们人生的新篇章已经打开！我们一定会严格要求自己，时刻铭记自己的责任所在，服从领导，虚心向有经验的教师请教，勤学多问，以诚心、细心、耐心的态度，用勤学、勤问、勤看的方法，来实现自我的提高和完善。以教书育人为宗旨，为人师表为本分，追求卓越为根本，服务学生为使命，努力学习，努力工作，为麓谷中学的发展奉献自己的一份光和热。</w:t>
      </w:r>
      <w:r>
        <w:rPr>
          <w:lang w:eastAsia="zh-CN"/>
        </w:rPr>
        <w:br/>
      </w:r>
      <w:r>
        <w:rPr>
          <w:lang w:eastAsia="zh-CN"/>
        </w:rPr>
        <w:t>　　新学期已经开始，在此我们衷心希望同学们在新的人生起跑线上认真审视自己，确立奋斗目标、端正学习态度、遵规守纪、刻苦学习、自强不息。作为老师，我们会关注你们的成长，指导你们的学习，我们会为你们的努力加油鼓气，会为你们的进步欢呼欣喜。也许有时我们会显得很严厉，这个“不许”、那个“必须”，那是因为我们深知在你们通往成功的道路上布满太多荆棘，我们要对你们严格要求，培养你们战胜困难的勇气和能力。__中学这个美丽的校园，把我们的事业和你们的梦想紧紧连在一起，我们甘作你们人生旅程的灯塔，甘作你们梦想腾飞的动力。我们愿作你们攀登知识高峰的阶梯，愿作你们竞渡文明海洋的舟楫。努力吧，亲爱的同学们，为自己的童年留一段无悔的记忆，在我们的__中学史册上给出浓墨重彩的一笔。让一起我们携手努力，创造出__中学更加辉煌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谢谢大家！</w:t>
      </w:r>
      <w:r>
        <w:rPr>
          <w:lang w:eastAsia="zh-CN"/>
        </w:rPr>
        <w:br/>
      </w:r>
      <w:r>
        <w:rPr>
          <w:lang w:eastAsia="zh-CN"/>
        </w:rPr>
        <w:t xml:space="preserve">    2024春季开学典礼发言稿 篇8 </w:t>
      </w:r>
      <w:r>
        <w:rPr>
          <w:lang w:eastAsia="zh-CN"/>
        </w:rPr>
        <w:br/>
      </w:r>
      <w:r>
        <w:rPr>
          <w:lang w:eastAsia="zh-CN"/>
        </w:rPr>
        <w:t>　　尊敬的各位、亲爱的老师们、同学们：</w:t>
      </w:r>
      <w:r>
        <w:rPr>
          <w:lang w:eastAsia="zh-CN"/>
        </w:rPr>
        <w:br/>
      </w:r>
      <w:r>
        <w:rPr>
          <w:lang w:eastAsia="zh-CN"/>
        </w:rPr>
        <w:t>　　下午好！</w:t>
      </w:r>
      <w:r>
        <w:rPr>
          <w:lang w:eastAsia="zh-CN"/>
        </w:rPr>
        <w:br/>
      </w:r>
      <w:r>
        <w:rPr>
          <w:lang w:eastAsia="zh-CN"/>
        </w:rPr>
        <w:t>　　金秋时节清风爽，送来开学钟声扬；同学情意绕身旁，老师笑容满心房。</w:t>
      </w:r>
      <w:r>
        <w:rPr>
          <w:lang w:eastAsia="zh-CN"/>
        </w:rPr>
        <w:br/>
      </w:r>
      <w:r>
        <w:rPr>
          <w:lang w:eastAsia="zh-CN"/>
        </w:rPr>
        <w:t>　　同学们度过了平安、愉快的假期，满怀希望迎来了新学期的到来。在今天这个特殊时刻，能站在这里和老师、同学们真诚交流，我倍感荣幸。</w:t>
      </w:r>
      <w:r>
        <w:rPr>
          <w:lang w:eastAsia="zh-CN"/>
        </w:rPr>
        <w:br/>
      </w:r>
      <w:r>
        <w:rPr>
          <w:lang w:eastAsia="zh-CN"/>
        </w:rPr>
        <w:t>　　回首过去的一学期，我校取得了可喜的成绩。这与的英明决策、老师的辛勤耕耘、同学们的刻苦努力是分不开的。然而，追求无止境，奋斗无穷期。</w:t>
      </w:r>
      <w:r>
        <w:rPr>
          <w:lang w:eastAsia="zh-CN"/>
        </w:rPr>
        <w:br/>
      </w:r>
      <w:r>
        <w:rPr>
          <w:lang w:eastAsia="zh-CN"/>
        </w:rPr>
        <w:t>　　新学期，对于每位教师都意味着崭新的开始。我们要争做学生欢迎、家长满意、同行佩服的好老师。同时希望每个同学要做好“五个心”：</w:t>
      </w:r>
      <w:r>
        <w:rPr>
          <w:lang w:eastAsia="zh-CN"/>
        </w:rPr>
        <w:br/>
      </w:r>
      <w:r>
        <w:rPr>
          <w:lang w:eastAsia="zh-CN"/>
        </w:rPr>
        <w:t>　　一是收心</w:t>
      </w:r>
      <w:r>
        <w:rPr>
          <w:lang w:eastAsia="zh-CN"/>
        </w:rPr>
        <w:br/>
      </w:r>
      <w:r>
        <w:rPr>
          <w:lang w:eastAsia="zh-CN"/>
        </w:rPr>
        <w:t>　　把暑假的以玩为主的生活方式转变为以学为主的生活方式。</w:t>
      </w:r>
      <w:r>
        <w:rPr>
          <w:lang w:eastAsia="zh-CN"/>
        </w:rPr>
        <w:br/>
      </w:r>
      <w:r>
        <w:rPr>
          <w:lang w:eastAsia="zh-CN"/>
        </w:rPr>
        <w:t>　　二是决心</w:t>
      </w:r>
      <w:r>
        <w:rPr>
          <w:lang w:eastAsia="zh-CN"/>
        </w:rPr>
        <w:br/>
      </w:r>
      <w:r>
        <w:rPr>
          <w:lang w:eastAsia="zh-CN"/>
        </w:rPr>
        <w:t>　　新学期有新开始，尤其对于一年级新生，人生最关键的`时候，往往只有几步，我们要在新学期伊始就下定决心使自己的人生有一个美好的开端。</w:t>
      </w:r>
      <w:r>
        <w:rPr>
          <w:lang w:eastAsia="zh-CN"/>
        </w:rPr>
        <w:br/>
      </w:r>
      <w:r>
        <w:rPr>
          <w:lang w:eastAsia="zh-CN"/>
        </w:rPr>
        <w:t>　　三是恒心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前行的路上总是布满荆棘，学习上要下功夫，持之以恒，战胜一个个困难，去争取新的辉煌。</w:t>
      </w:r>
      <w:r>
        <w:rPr>
          <w:lang w:eastAsia="zh-CN"/>
        </w:rPr>
        <w:br/>
      </w:r>
      <w:r>
        <w:rPr>
          <w:lang w:eastAsia="zh-CN"/>
        </w:rPr>
        <w:t>　　四是爱心</w:t>
      </w:r>
      <w:r>
        <w:rPr>
          <w:lang w:eastAsia="zh-CN"/>
        </w:rPr>
        <w:br/>
      </w:r>
      <w:r>
        <w:rPr>
          <w:lang w:eastAsia="zh-CN"/>
        </w:rPr>
        <w:t>　　同学们不仅要提高学习，同时还提高品德修养。尊敬老师，团结友爱，互助互爱，孝顺父母。</w:t>
      </w:r>
      <w:r>
        <w:rPr>
          <w:lang w:eastAsia="zh-CN"/>
        </w:rPr>
        <w:br/>
      </w:r>
      <w:r>
        <w:rPr>
          <w:lang w:eastAsia="zh-CN"/>
        </w:rPr>
        <w:t>　　五是用心</w:t>
      </w:r>
      <w:r>
        <w:rPr>
          <w:lang w:eastAsia="zh-CN"/>
        </w:rPr>
        <w:br/>
      </w:r>
      <w:r>
        <w:rPr>
          <w:lang w:eastAsia="zh-CN"/>
        </w:rPr>
        <w:t>　　读书需要用心，处处用心皆学问。只有用心做人、做学问，才能有所成。</w:t>
      </w:r>
      <w:r>
        <w:rPr>
          <w:lang w:eastAsia="zh-CN"/>
        </w:rPr>
        <w:br/>
      </w:r>
      <w:r>
        <w:rPr>
          <w:lang w:eastAsia="zh-CN"/>
        </w:rPr>
        <w:t>　　古人云：天行健，君子以自强不息，让我们在这新一轮朝阳升起的时刻，为了理想共同努力吧！谢谢！</w:t>
      </w:r>
      <w:r>
        <w:rPr>
          <w:lang w:eastAsia="zh-CN"/>
        </w:rPr>
        <w:br/>
      </w:r>
      <w:r>
        <w:rPr>
          <w:lang w:eastAsia="zh-CN"/>
        </w:rPr>
        <w:t xml:space="preserve">    2024春季开学典礼发言稿 篇9 </w:t>
      </w:r>
      <w:r>
        <w:rPr>
          <w:lang w:eastAsia="zh-CN"/>
        </w:rPr>
        <w:br/>
      </w:r>
      <w:r>
        <w:rPr>
          <w:lang w:eastAsia="zh-CN"/>
        </w:rPr>
        <w:t>　　老师们、同学们：</w:t>
      </w:r>
      <w:r>
        <w:rPr>
          <w:lang w:eastAsia="zh-CN"/>
        </w:rPr>
        <w:br/>
      </w:r>
      <w:r>
        <w:rPr>
          <w:lang w:eastAsia="zh-CN"/>
        </w:rPr>
        <w:t>　　大家好！</w:t>
      </w:r>
      <w:r>
        <w:rPr>
          <w:lang w:eastAsia="zh-CN"/>
        </w:rPr>
        <w:br/>
      </w:r>
      <w:r>
        <w:rPr>
          <w:lang w:eastAsia="zh-CN"/>
        </w:rPr>
        <w:t>　　新学期的开始，意味着新的希望、新的憧憬和新的征程</w:t>
      </w:r>
      <w:r>
        <w:rPr>
          <w:lang w:eastAsia="zh-CN"/>
        </w:rPr>
        <w:br/>
      </w:r>
      <w:r>
        <w:rPr>
          <w:lang w:eastAsia="zh-CN"/>
        </w:rPr>
        <w:t>　　开拓进取；立足于讲台，向课堂教学要效率，用和煦的师德春风去抚慰学生稚嫩的灵魂！我们愿倾我们所有，全力以赴。因为选择了这个职业，就注定我们的梦想荣誉都与你们连在了一起，你们是幸福的，我们才是快乐的；你们是进步的，我们才是欣慰的；你们是成功的，我们才是优秀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良好的开端是成功的一半。新的'学习征程的开始，希望同学们能拥有自己的理想和目标，就像一棵树，正是有了对阳光的渴望，它才可能直入云霄；就像一只鹰，正是有了对蓝天的向往，它才可能遨游天空</w:t>
      </w:r>
      <w:r>
        <w:rPr>
          <w:lang w:eastAsia="zh-CN"/>
        </w:rPr>
        <w:br/>
      </w:r>
      <w:r>
        <w:rPr>
          <w:lang w:eastAsia="zh-CN"/>
        </w:rPr>
        <w:t>　　同时还希望同学们更加勤奋和努力。不要学那只懒惰的兔子，终点还没到，就在大树底下“呼噜噜”地睡起了大觉。古人说得好，“只要功夫深，铁杵磨成针”、“一寸光阴一寸金”、“少壮不努力，老大徒伤悲”，这些耳熟能详的话语，可是古人用毕生的心血换来的真理，它无时无刻不在警醒着大家：勤奋和努力才是通向成功的捷径！</w:t>
      </w:r>
      <w:r>
        <w:rPr>
          <w:lang w:eastAsia="zh-CN"/>
        </w:rPr>
        <w:br/>
      </w:r>
      <w:r>
        <w:rPr>
          <w:lang w:eastAsia="zh-CN"/>
        </w:rPr>
        <w:t>　　同学们，新的学期在我们每个人的面前都摊开了一张新的白纸，那么我们将如何在这张白纸上画出人生的又一幅精彩的画卷呢?同学们，选择了勤奋，也就选择了希望与收获；那么就请用我们的勤奋和汗水，用我们的智慧和热情，抓住这宝贵的今天，师生团结一心，努力在今朝，去创造美好的明天吧让我们鼓起勇气，把握航向，扬起风帆，放飞希望，为了明天更优越，去努力奋斗吧！</w:t>
      </w:r>
      <w:r>
        <w:rPr>
          <w:lang w:eastAsia="zh-CN"/>
        </w:rPr>
        <w:br/>
      </w:r>
      <w:r>
        <w:rPr>
          <w:lang w:eastAsia="zh-CN"/>
        </w:rPr>
        <w:t>　　最后深深地祝福我们拂晓所有，万分辛苦，而又不辞劳苦的老师们和全体勤奋学习的孩子们，在新的学期里家庭幸福、工作顺利、学习进步，祝福我们的学校越办越红火，越办越辉煌！</w:t>
      </w:r>
      <w:r>
        <w:rPr>
          <w:lang w:eastAsia="zh-CN"/>
        </w:rPr>
        <w:br/>
      </w:r>
      <w:r>
        <w:rPr>
          <w:lang w:eastAsia="zh-CN"/>
        </w:rPr>
        <w:t xml:space="preserve">    2024春季开学典礼发言稿 篇10 </w:t>
      </w:r>
      <w:r>
        <w:rPr>
          <w:lang w:eastAsia="zh-CN"/>
        </w:rPr>
        <w:br/>
      </w:r>
      <w:r>
        <w:rPr>
          <w:lang w:eastAsia="zh-CN"/>
        </w:rPr>
        <w:t>　　各位老师、各位同学：</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岁月无痕，时光飞逝。不管你高兴不高兴，愿意不愿意，期盼不期盼，初三真真切切地向我们走来了。一年后，我们将迎接人生的第一次重大考验和选择，去完成我们人生的一次重要的历史使命――中考。初三的日子也许有千分忧愁、万丝苦闷，但是我相信，走过的都是风景，共享的都是美丽。</w:t>
      </w:r>
      <w:r>
        <w:rPr>
          <w:lang w:eastAsia="zh-CN"/>
        </w:rPr>
        <w:br/>
      </w:r>
      <w:r>
        <w:rPr>
          <w:lang w:eastAsia="zh-CN"/>
        </w:rPr>
        <w:t>　　初三是锤炼。初三是上天赠给我们的一块磨石，用来磨去我们的轻狂、躁动与恐慌，并在打磨的同时赋予我们新的内涵。也许初一初二时的我们免不了有一些浮躁和恐慌，但在初三，我们只能带着坚忍上进、谨慎内敛，选择奋斗。</w:t>
      </w:r>
      <w:r>
        <w:rPr>
          <w:lang w:eastAsia="zh-CN"/>
        </w:rPr>
        <w:br/>
      </w:r>
      <w:r>
        <w:rPr>
          <w:lang w:eastAsia="zh-CN"/>
        </w:rPr>
        <w:t>　　初三是珍惜。初中阶段虽然是人生中最辛苦的时期，人和人之间的友谊却是最真诚的。一个人的生活不可能定格在一个环境中、一群人中，寻梦的旅途总是充满了悲欢离合，你总会在一个特定的时间，向对你是非常重要的人挥起离别的手，然后背起自己的行囊，走向新的人群、新的环境。初三，我们会带着老师的鼓励、朋友的祝福，选择珍惜。</w:t>
      </w:r>
      <w:r>
        <w:rPr>
          <w:lang w:eastAsia="zh-CN"/>
        </w:rPr>
        <w:br/>
      </w:r>
      <w:r>
        <w:rPr>
          <w:lang w:eastAsia="zh-CN"/>
        </w:rPr>
        <w:t>　　初三是充实。初三，并不可怕，并不是人生最难过的坎。天道酬勤，辛苦的耕种总会有所收获。初三，也绝非容易，一寸光阴一寸金，寸金却难买寸光阴，切不可虚度。拥有初三，是一种财富。每个人的生存，总有自己感情的支撑点和奋斗前行的一个目标，只要坚定自己的信念，结果与过程一样美丽。初三，我们会带着坚定的目标，坚强的毅力，选择充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亲爱的同学们，我想大家和我一样，在心里向辛勤培育我们的老师们承诺：要对自己的学业负全部责任，少一点埋怨，多一些主动；少做一点无用功，多讲究学习的效能；少一点虚荣做作，多一些踏实努力；少一点三分种热度，多一些持久作战的精神；少一点保守与冷漠，多一些合作与帮助；少一点自卑与自满，多一点自尊与自重，人人追求每天进步一点点。</w:t>
      </w:r>
      <w:r>
        <w:rPr>
          <w:lang w:eastAsia="zh-CN"/>
        </w:rPr>
        <w:br/>
      </w:r>
      <w:r>
        <w:rPr>
          <w:lang w:eastAsia="zh-CN"/>
        </w:rPr>
        <w:t>　　嘹亮的号角已经吹响，冲刺的时刻已经到来，从现在起，我们就要以必胜的信念和旺盛的斗志投入到初三的学习中，去抒写每一位同学壮丽人生的新篇章。</w:t>
      </w:r>
      <w:r>
        <w:rPr>
          <w:lang w:eastAsia="zh-CN"/>
        </w:rPr>
        <w:br/>
      </w:r>
      <w:r>
        <w:rPr>
          <w:lang w:eastAsia="zh-CN"/>
        </w:rPr>
        <w:t>　　“能追无尽景，始是登高人”，同学们，在这新的学期中祝老师们工作顺利，祝同学们心想事成！</w:t>
      </w:r>
      <w:r>
        <w:rPr>
          <w:lang w:eastAsia="zh-CN"/>
        </w:rPr>
        <w:br/>
      </w:r>
      <w:r>
        <w:rPr>
          <w:lang w:eastAsia="zh-CN"/>
        </w:rPr>
        <w:t>　　谢谢大家！</w:t>
      </w:r>
      <w:r>
        <w:rPr>
          <w:lang w:eastAsia="zh-CN"/>
        </w:rPr>
        <w:br/>
      </w:r>
      <w:r>
        <w:rPr>
          <w:lang w:eastAsia="zh-CN"/>
        </w:rPr>
        <w:t xml:space="preserve">    2024春季开学典礼发言稿 篇11 </w:t>
      </w:r>
      <w:r>
        <w:rPr>
          <w:lang w:eastAsia="zh-CN"/>
        </w:rPr>
        <w:br/>
      </w:r>
      <w:r>
        <w:rPr>
          <w:lang w:eastAsia="zh-CN"/>
        </w:rPr>
        <w:t>　　尊敬的各位领导，亲爱的老师，同学们：</w:t>
      </w:r>
      <w:r>
        <w:rPr>
          <w:lang w:eastAsia="zh-CN"/>
        </w:rPr>
        <w:br/>
      </w:r>
      <w:r>
        <w:rPr>
          <w:lang w:eastAsia="zh-CN"/>
        </w:rPr>
        <w:t>　　大家好!</w:t>
      </w:r>
      <w:r>
        <w:rPr>
          <w:lang w:eastAsia="zh-CN"/>
        </w:rPr>
        <w:br/>
      </w:r>
      <w:r>
        <w:rPr>
          <w:lang w:eastAsia="zh-CN"/>
        </w:rPr>
        <w:t>　　在这金秋送爽，一片橙黄橘绿的迷人景色中，我们迎来了新的学年，也迎了新的老师和同学，欢迎你们加入三十九中，这个包容开放、治学严谨的温暖大家庭，同时也欢迎八、九年级的同学重返这熟悉美丽的校园继续学习。</w:t>
      </w:r>
      <w:r>
        <w:rPr>
          <w:lang w:eastAsia="zh-CN"/>
        </w:rPr>
        <w:br/>
      </w:r>
      <w:r>
        <w:rPr>
          <w:lang w:eastAsia="zh-CN"/>
        </w:rPr>
        <w:t>　　新学期开启了新的梦想与挑战。同学们，你们打算如何来迎接这一切呢?今天我想与大家谈谈“珍惜”这一话题，让你我共勉。</w:t>
      </w:r>
      <w:r>
        <w:rPr>
          <w:lang w:eastAsia="zh-CN"/>
        </w:rPr>
        <w:br/>
      </w:r>
      <w:r>
        <w:rPr>
          <w:lang w:eastAsia="zh-CN"/>
        </w:rPr>
        <w:t>　　一、请珍惜当下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青春是一场属于自己的旋律，无需惊天动地，只要毫无悔意，珍惜当下即可。做好每天的事情，而不要给自己太多懈怠、拖延的理由。“明日复明日，明日何其多，我生待明日，万事成蹉跎”。人生真的就是一场马拉松，每一个到达终点的人，都是从第一步开始、从每一步积累的。希望你们能珍惜当下、认真做好手头的每一件事情，并且，在自己的能力范围内尽量做到极致和卓越。养成这样的习惯，将会让你终身受益。</w:t>
      </w:r>
      <w:r>
        <w:rPr>
          <w:lang w:eastAsia="zh-CN"/>
        </w:rPr>
        <w:br/>
      </w:r>
      <w:r>
        <w:rPr>
          <w:lang w:eastAsia="zh-CN"/>
        </w:rPr>
        <w:t>　　二、请珍惜他人</w:t>
      </w:r>
      <w:r>
        <w:rPr>
          <w:lang w:eastAsia="zh-CN"/>
        </w:rPr>
        <w:br/>
      </w:r>
      <w:r>
        <w:rPr>
          <w:lang w:eastAsia="zh-CN"/>
        </w:rPr>
        <w:t>　　在大千世界里，在芸芸众生中，我们能在同一校园里学习、生活是一种缘分，因此，要学会珍惜彼此。珍惜师生情，认真听讲、努力学习，尊重老师的付出;珍惜同学情，与同学真诚相处，善待他人;珍惜校园整洁优美的环境，不乱扔杂物，随手捡起地上的纸花，用行动感恩物业师傅们的辛勤地付出;珍惜学校的静好有序，遵守学校的规章制度，做三十九中文明好少年。</w:t>
      </w:r>
      <w:r>
        <w:rPr>
          <w:lang w:eastAsia="zh-CN"/>
        </w:rPr>
        <w:br/>
      </w:r>
      <w:r>
        <w:rPr>
          <w:lang w:eastAsia="zh-CN"/>
        </w:rPr>
        <w:t>　　三、请珍惜我们这个伟大的时代</w:t>
      </w:r>
      <w:r>
        <w:rPr>
          <w:lang w:eastAsia="zh-CN"/>
        </w:rPr>
        <w:br/>
      </w:r>
      <w:r>
        <w:rPr>
          <w:lang w:eastAsia="zh-CN"/>
        </w:rPr>
        <w:t>　　还记得去年4月，有一张照片刷屏了，这张照片是：叙利亚驻联合国代表贾法里，眼睁睁地看着美国向叙利亚发射导弹进行空袭，却无能为力，只能坐在角落，低头沉默，当时很多人感叹真是“弱国无外交”。同学们，我们应该庆幸，庆幸生长在一个安全的国家，可以谈梦想，可以施展才华。庆幸赶上了改革开放这个伟大的时代，这个时代给予了我们每个人以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今年是新中国成立70周年华诞，70年里我国发生了翻天覆地的变化，从一个一穷二白的国家，发展成为世界第二大经济体，人民的生活水平极大提高，国际地位不断提升，离中华民族伟大复兴的目标越来越近。但是，任何一个美好的时代，都不是凭空而来的，它是万千建设者们，筚路蓝缕、艰苦奋斗创造出来的。我们一定要珍惜这个伟大的时代，而最好的珍惜，就是好好学习，将来有能力为国家的发展做出自己应有的贡献。</w:t>
      </w:r>
      <w:r>
        <w:rPr>
          <w:lang w:eastAsia="zh-CN"/>
        </w:rPr>
        <w:br/>
      </w:r>
      <w:r>
        <w:rPr>
          <w:lang w:eastAsia="zh-CN"/>
        </w:rPr>
        <w:t>　　新学期里，我们老师将继续秉承学校“每个孩子都优秀、每个学生都精彩”的育人理念，以敬业务实的工作精神开拓进取，立足讲台，继续深化教育教学改革，向课堂教学要效率、要质量。同时我们还会做你们的良师益友，做一名“手中有戒尺，眼中有光”的好老师。相信同学们都明白，真正负责任的好老师，都是宽严相济、奖惩分明的。所以，你们要懂得这种的爱，感恩这种的爱，相信最终你们也将会受益于这种爱。</w:t>
      </w:r>
      <w:r>
        <w:rPr>
          <w:lang w:eastAsia="zh-CN"/>
        </w:rPr>
        <w:br/>
      </w:r>
      <w:r>
        <w:rPr>
          <w:lang w:eastAsia="zh-CN"/>
        </w:rPr>
        <w:t xml:space="preserve">    2024春季开学典礼发言稿 篇12 </w:t>
      </w:r>
      <w:r>
        <w:rPr>
          <w:lang w:eastAsia="zh-CN"/>
        </w:rPr>
        <w:br/>
      </w:r>
      <w:r>
        <w:rPr>
          <w:lang w:eastAsia="zh-CN"/>
        </w:rPr>
        <w:t>　　尊敬的各位、各位老师，亲爱的同学们：</w:t>
      </w:r>
      <w:r>
        <w:rPr>
          <w:lang w:eastAsia="zh-CN"/>
        </w:rPr>
        <w:br/>
      </w:r>
      <w:r>
        <w:rPr>
          <w:lang w:eastAsia="zh-CN"/>
        </w:rPr>
        <w:t>　　大家好！</w:t>
      </w:r>
      <w:r>
        <w:rPr>
          <w:lang w:eastAsia="zh-CN"/>
        </w:rPr>
        <w:br/>
      </w:r>
      <w:r>
        <w:rPr>
          <w:lang w:eastAsia="zh-CN"/>
        </w:rPr>
        <w:t>　　很荣幸作为教师代表在开学典礼上发言。又是一年春草绿，在这乍暖还寒之际，带着希望和欣喜我们回到了亲爱的学校。新年新景新气象，我们也应当有新的，新的目标，新的作为。</w:t>
      </w:r>
      <w:r>
        <w:rPr>
          <w:lang w:eastAsia="zh-CN"/>
        </w:rPr>
        <w:br/>
      </w:r>
      <w:r>
        <w:rPr>
          <w:lang w:eastAsia="zh-CN"/>
        </w:rPr>
        <w:t>　　作为农小学的一员我们无尚的荣光。因为年轻辉煌的农小学洋溢着青春的活力，有着勤学、求实、创新的良好校风，我们每一个农小人都为此感到由衷的高兴和无比的自豪。</w:t>
      </w:r>
      <w:r>
        <w:rPr>
          <w:lang w:eastAsia="zh-CN"/>
        </w:rPr>
        <w:br/>
      </w:r>
      <w:r>
        <w:rPr>
          <w:lang w:eastAsia="zh-CN"/>
        </w:rPr>
        <w:t>　　老师们、同学们，过去的'一年，在学校、全校教师和同学们的共同努力下，农小取得了骄人的成绩，赢得了学生、家长和社会的广泛认可。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无论是老师还是学生，都认真贯彻落实学校的各项规章制度，养成良好的学习、工作和生活习惯，取人之长、补己之短，谦虚谨慎，踏实求学、严谨求教，团结一心，用汗水浇灌着希望，用拼搏打造着理想。同学们，时间匆匆，流年似水。农小学刻录下了你们成长的历程。欢笑与泪水，耕耘与收获，每一个日夜串连起来的足迹就是你们奋斗后留下的印记，也是你们成功的起点。你们学会了感谢，学会了珍惜。农小的老师们每时每刻都在用无私的`奉献，期待着你们的全面发展，包容着你们的无知与固执，更正着你们的缺点与错误，期待着你们的健康和成长。</w:t>
      </w:r>
      <w:r>
        <w:rPr>
          <w:lang w:eastAsia="zh-CN"/>
        </w:rPr>
        <w:br/>
      </w:r>
      <w:r>
        <w:rPr>
          <w:lang w:eastAsia="zh-CN"/>
        </w:rPr>
        <w:t>　　成绩只能代表过去，而未来还要靠我们奋斗拼搏。在新的学年里，我代表全体教师表示：一定不辜负学校的殷切希望，不辜负家长的高度信任，努力学习、开拓进取、积极实践、勤奋工作，向课堂要质量，向辅导要效益；关注每一个环节，关心每一个学生；团结协作、共同奋斗，在新的学年，新的起点，新的层次，以新的姿态，新的干劲，展示新的风采。</w:t>
      </w:r>
      <w:r>
        <w:rPr>
          <w:lang w:eastAsia="zh-CN"/>
        </w:rPr>
        <w:br/>
      </w:r>
      <w:r>
        <w:rPr>
          <w:lang w:eastAsia="zh-CN"/>
        </w:rPr>
        <w:t>　　我也真诚的希望全体同学，一定要树立远大的理想，学会做人、学会求知，学会生存、学会协作、学会健体、自尊自爱、自律自强，养成良好的学习习惯，良好的行为习惯，良好的生活习惯，努力走向成功、走向辉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大浪淘沙，方显真金本色；暴雨冲过，更见青松巍峨！经过工作磨砺的我们和经过学习磨练的你们，会更加成熟、稳重而自信。在新的一学年里，我们心中更是充满了期待：期待着下一个学期的累累硕果。最后，我祝全体教师在新的学年里工作顺利，身体安康，家庭幸福！祝同学们学习进步，全面发展，早日成才！祝我们的农小学更加兴旺发达，灿烂辉煌！谢谢大家!</w:t>
      </w:r>
      <w:r>
        <w:rPr>
          <w:lang w:eastAsia="zh-CN"/>
        </w:rPr>
        <w:br/>
      </w:r>
      <w:r>
        <w:rPr>
          <w:lang w:eastAsia="zh-CN"/>
        </w:rPr>
        <w:t xml:space="preserve">    2024春季开学典礼发言稿 篇13 </w:t>
      </w:r>
      <w:r>
        <w:rPr>
          <w:lang w:eastAsia="zh-CN"/>
        </w:rPr>
        <w:br/>
      </w:r>
      <w:r>
        <w:rPr>
          <w:lang w:eastAsia="zh-CN"/>
        </w:rPr>
        <w:t>　　尊敬的、老师，亲爱的同学们：</w:t>
      </w:r>
      <w:r>
        <w:rPr>
          <w:lang w:eastAsia="zh-CN"/>
        </w:rPr>
        <w:br/>
      </w:r>
      <w:r>
        <w:rPr>
          <w:lang w:eastAsia="zh-CN"/>
        </w:rPr>
        <w:t>　　大家上午好！</w:t>
      </w:r>
      <w:r>
        <w:rPr>
          <w:lang w:eastAsia="zh-CN"/>
        </w:rPr>
        <w:br/>
      </w:r>
      <w:r>
        <w:rPr>
          <w:lang w:eastAsia="zh-CN"/>
        </w:rPr>
        <w:t>　　很荣幸代表新进教师上台发言。我为能成为实验小学这个大家庭中的一员，感到高兴和自豪。</w:t>
      </w:r>
      <w:r>
        <w:rPr>
          <w:lang w:eastAsia="zh-CN"/>
        </w:rPr>
        <w:br/>
      </w:r>
      <w:r>
        <w:rPr>
          <w:lang w:eastAsia="zh-CN"/>
        </w:rPr>
        <w:t>　　很久以前曾经看到这样一句话：一瓶普通的矿泉水，在百货超市的货架上只卖2元，在游人如织的景点卖到10元，而在豪华的KTV里竟卖到了20元。这是为什么？平台不一样！</w:t>
      </w:r>
      <w:r>
        <w:rPr>
          <w:lang w:eastAsia="zh-CN"/>
        </w:rPr>
        <w:br/>
      </w:r>
      <w:r>
        <w:rPr>
          <w:lang w:eastAsia="zh-CN"/>
        </w:rPr>
        <w:t>　　我还读到这样一句话：在现实生活中，你和谁在一起很重要，甚至能改变你的成长轨迹，决定你的人生成败。和勤奋的人在一起，你不会懒惰；和积极的人在一起，你不会消沉；与智者同行，你会不同凡响；与高人为伍，你能登上巅峰！</w:t>
      </w:r>
      <w:r>
        <w:rPr>
          <w:lang w:eastAsia="zh-CN"/>
        </w:rPr>
        <w:br/>
      </w:r>
      <w:r>
        <w:rPr>
          <w:lang w:eastAsia="zh-CN"/>
        </w:rPr>
        <w:t>　　今天，我来到实验小学，看到气派雄伟的教学楼，看到板块鲜明的塑胶操场，看到充满人文气息的“校园十景”，更看到我身边一个个青春靓丽的'同事们，我深深地爱上了这里！我们一定以饱满的热情，全身心的投入到教学工作中去，我希望我们的到来能给学校带来更多的活力与生机。我们也渴盼通过老师们的言传身教，以深厚的涵养，丰富的学识，精湛的教艺，让我们迅速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位青年诗人说过：有时我们敢于面对强盗，却不敢面对一张白纸。是的，孩子，你们就是一张张白纸，我们一定以爱为笔，以智慧为墨，用我们的丹青妙手在白纸上描绘出最绚烂的图画。同学们，你们是幸福的，我们就是快乐的；你们是进步的，我们就是欣慰的；你们是成功的，我们才是优秀的。</w:t>
      </w:r>
      <w:r>
        <w:rPr>
          <w:lang w:eastAsia="zh-CN"/>
        </w:rPr>
        <w:br/>
      </w:r>
      <w:r>
        <w:rPr>
          <w:lang w:eastAsia="zh-CN"/>
        </w:rPr>
        <w:t>　　最后，衷心地祝愿老师们身体健康、工作顺利！祝愿同学们学业有成、鲲鹏展翅！祝愿我们的学校蒸蒸日上、前程似锦！</w:t>
      </w:r>
      <w:r>
        <w:rPr>
          <w:lang w:eastAsia="zh-CN"/>
        </w:rPr>
        <w:br/>
      </w:r>
      <w:r>
        <w:rPr>
          <w:lang w:eastAsia="zh-CN"/>
        </w:rPr>
        <w:t>　　谢谢大家！</w:t>
      </w:r>
      <w:r>
        <w:rPr>
          <w:lang w:eastAsia="zh-CN"/>
        </w:rPr>
        <w:br/>
      </w:r>
      <w:r>
        <w:rPr>
          <w:lang w:eastAsia="zh-CN"/>
        </w:rPr>
        <w:t xml:space="preserve">    2024春季开学典礼发言稿 篇14 </w:t>
      </w:r>
      <w:r>
        <w:rPr>
          <w:lang w:eastAsia="zh-CN"/>
        </w:rPr>
        <w:br/>
      </w:r>
      <w:r>
        <w:rPr>
          <w:lang w:eastAsia="zh-CN"/>
        </w:rPr>
        <w:t>　　尊敬的各位、老师，亲爱的同学们：</w:t>
      </w:r>
      <w:r>
        <w:rPr>
          <w:lang w:eastAsia="zh-CN"/>
        </w:rPr>
        <w:br/>
      </w:r>
      <w:r>
        <w:rPr>
          <w:lang w:eastAsia="zh-CN"/>
        </w:rPr>
        <w:t>　　大家上午好!</w:t>
      </w:r>
      <w:r>
        <w:rPr>
          <w:lang w:eastAsia="zh-CN"/>
        </w:rPr>
        <w:br/>
      </w:r>
      <w:r>
        <w:rPr>
          <w:lang w:eastAsia="zh-CN"/>
        </w:rPr>
        <w:t>　　又是一年春草绿，在这万物复苏、播种希望的季节里，在这寒意犹存，春天临近的日子里，很荣幸作为毕业班教师代表在这里发言，在此，我谨代表全体老师向同学们致以新春的问候与祝福：祝大家在新学期身体健康，学习进步!</w:t>
      </w:r>
      <w:r>
        <w:rPr>
          <w:lang w:eastAsia="zh-CN"/>
        </w:rPr>
        <w:br/>
      </w:r>
      <w:r>
        <w:rPr>
          <w:lang w:eastAsia="zh-CN"/>
        </w:rPr>
        <w:t>　　刚刚度过一个愉快的假期，我们又迎来了一个充满希望和挑战的新学期，我们师生心潮澎湃。我们霍邱中学以其严格规范的管理，健康向上的校园文明环境，高素质的教师队伍，稳步攀升的骄人成绩，赢得了学生、家长们的普遍认可和社会的广泛赞誉。在此，我祝愿并相信我们霍邱中学全体师生都能在新学期的工作与学习中绘下美丽的.蓝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新的一年开启新的希望，新的学期承载新的梦想。七八年级高一高二年级的同学们，新学期开始了，你们准备好了吗?你们是否还沉浸在无忧无虑、洒脱嬉闹的生活中呢?中学三年是短暂的，也是艰辛的，你们要分秒必争，一定要做到当天事情，当天完成，要尽快摸索到最适合自己的学习方法，以求得最高的学习效率。你们还要全面发展，努力做到：快乐学习，幸福成长。</w:t>
      </w:r>
      <w:r>
        <w:rPr>
          <w:lang w:eastAsia="zh-CN"/>
        </w:rPr>
        <w:br/>
      </w:r>
      <w:r>
        <w:rPr>
          <w:lang w:eastAsia="zh-CN"/>
        </w:rPr>
        <w:t>　　对于我们高三年级和九年级的学生来说更是最后的冲刺，高三的同学们，还有92天，你们将迎来使人生更加完美的高考!十二年寒窗苦读、十二年辛勤付出，检验成效的时刻即将来到!社会、学校、家长对你们寄以很高的期望，希望你们不负众望，从现在做起，争分夺秒，刻苦学习，勇于拼搏。九年级的同学们，还有99天你们将迎来人生中的第一次大考。尽管现在中考并不能决定命运，但成绩将为你们赢得荣誉、赢得机遇!九年辛劳，优异的成绩将是最好的犒劳!希望你们在这短暂的日子里查漏补缺、扎实学好各科知识，为下年升入高中打下坚实的基础、为实现“大学梦”及早努力!在此，我想和大家多说几句，以求共勉。</w:t>
      </w:r>
      <w:r>
        <w:rPr>
          <w:lang w:eastAsia="zh-CN"/>
        </w:rPr>
        <w:br/>
      </w:r>
      <w:r>
        <w:rPr>
          <w:lang w:eastAsia="zh-CN"/>
        </w:rPr>
        <w:t>　　首先，我们要做好知识准备。俗话说：“工欲善其事，必先利其器。”现在正是厉兵秣马之时，我们一定要调整好自己的状态，使自己紧跟老师的步伐，在大框架下制定自己的小计划，一点一滴地积累，一步一段地完成，保持和加强优势科，“修补”弱势科，全面提高。这样，我们的能力和成绩才会有质的飞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其次，我们要做好心理准备。认真对待每一次训练，把平时的训练当成高中考，高中考时才能像训练。注重过程，看淡结果，把每一次考试看作是一次查漏补缺的检测，一次思考的契机。弗兰克林说过：“有非常之胆识，始可做非常之事业”，我们要培养自信，战胜怯弱，在任何时候都持着“不抛弃，不放弃”的信念，就一定能在今年高中考中给自己的人生添上浓墨重彩的一笔。</w:t>
      </w:r>
      <w:r>
        <w:rPr>
          <w:lang w:eastAsia="zh-CN"/>
        </w:rPr>
        <w:br/>
      </w:r>
      <w:r>
        <w:rPr>
          <w:lang w:eastAsia="zh-CN"/>
        </w:rPr>
        <w:t>　　另外，我们还要做好身体准备。身体是学习的本钱，只有拥有健康的身体，才能学得轻松愉快。</w:t>
      </w:r>
      <w:r>
        <w:rPr>
          <w:lang w:eastAsia="zh-CN"/>
        </w:rPr>
        <w:br/>
      </w:r>
      <w:r>
        <w:rPr>
          <w:lang w:eastAsia="zh-CN"/>
        </w:rPr>
        <w:t>　　“人间春色本无价，笔底耕耘总有情。”孟子说：“愿得天下英才而教之。”作为霍中的老师，我们为有你们这样优秀的学生而自豪!在此，我代表霍邱中学毕业班全体教师作出如下承诺：</w:t>
      </w:r>
      <w:r>
        <w:rPr>
          <w:lang w:eastAsia="zh-CN"/>
        </w:rPr>
        <w:br/>
      </w:r>
      <w:r>
        <w:rPr>
          <w:lang w:eastAsia="zh-CN"/>
        </w:rPr>
        <w:t>　　第一，牢记师德规范，做学生敬佩的导师。育人必先正己。我们将严格遵守师德规范，大力弘扬“艰苦，敬业奉献，科研探索，勤奋进取，言行一致，团结拼搏”的霍中人文，甘为人梯，倾其所有，用博大的胸怀、无私的爱心平等地对待每一个学生，潜移默化地影响每一个学生</w:t>
      </w:r>
      <w:r>
        <w:rPr>
          <w:lang w:eastAsia="zh-CN"/>
        </w:rPr>
        <w:br/>
      </w:r>
      <w:r>
        <w:rPr>
          <w:lang w:eastAsia="zh-CN"/>
        </w:rPr>
        <w:t>　　第二，牢记教育使命，做学生敬佩的学习导师。教育关系到学生的未来、家庭的未来和国家的未来。我们一定本着“对学生负责”的原则，爱岗敬业，严谨治学，博学深思，锐意进取，立足于课堂，向每一节课要效率、要质量，虚心向同行和学生学习，及时听取学生意见和建议，不断改进自己的教学方法，努力掌握现代教育技术，积极探索教育教学规律，不断提高自己的业务水平和创新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亲爱的同学们!选择了纪律与约束，也就选择了理智与自由;选择了勤勉与奋斗，也就选择了希望与收获;选择了奔跑与飞翔，也就选择了成功与辉煌。亲爱的同学们，让我们鼓足风帆，从霍中这个风和日丽的港湾奋力远航;让我们携手并进，以信念为舵，以理想为帆，以汗水为桨，载着梦想之舟驶向成功的彼岸，为霍中的明天再添辉煌!谢谢大家!</w:t>
      </w:r>
      <w:r>
        <w:rPr>
          <w:lang w:eastAsia="zh-CN"/>
        </w:rPr>
        <w:br/>
      </w:r>
      <w:r>
        <w:rPr>
          <w:lang w:eastAsia="zh-CN"/>
        </w:rPr>
        <w:t xml:space="preserve">    2024春季开学典礼发言稿 篇15 </w:t>
      </w:r>
      <w:r>
        <w:rPr>
          <w:lang w:eastAsia="zh-CN"/>
        </w:rPr>
        <w:br/>
      </w:r>
      <w:r>
        <w:rPr>
          <w:lang w:eastAsia="zh-CN"/>
        </w:rPr>
        <w:t>　　亲爱的老师们、同学们：</w:t>
      </w:r>
      <w:r>
        <w:rPr>
          <w:lang w:eastAsia="zh-CN"/>
        </w:rPr>
        <w:br/>
      </w:r>
      <w:r>
        <w:rPr>
          <w:lang w:eastAsia="zh-CN"/>
        </w:rPr>
        <w:t>　　新学期好！今天，是开学的第一天，我们迎来了新的学期，美丽的校园因为你们的到来而更加充满生机。在此，我很荣幸地代表全校老师，欢迎一年级的新同学，加入到桐小这个温暖的大家庭，也欢迎其他同学们重返校园。</w:t>
      </w:r>
      <w:r>
        <w:rPr>
          <w:lang w:eastAsia="zh-CN"/>
        </w:rPr>
        <w:br/>
      </w:r>
      <w:r>
        <w:rPr>
          <w:lang w:eastAsia="zh-CN"/>
        </w:rPr>
        <w:t>　　新学期，对于同学们来说，就像是你们手中刚刚拿到的新书一样，散发着油墨的.清香，崭新崭新的。虽然，现在还不知道这本奇特的书里面，讲述什么神奇有趣的故事，但在那整洁的封面上，却已经写满了每位老师对你们的祝福。为了帮助你们读好这本神秘而又奇特的书，开学前，桐小每位老师都一直在做着的准备。就像以往一样，我们每位老师都怀着巨大的企盼，期待着你们健康地成长，希望你们长得更高、变得更懂事。</w:t>
      </w:r>
      <w:r>
        <w:rPr>
          <w:lang w:eastAsia="zh-CN"/>
        </w:rPr>
        <w:br/>
      </w:r>
      <w:r>
        <w:rPr>
          <w:lang w:eastAsia="zh-CN"/>
        </w:rPr>
        <w:t>　　每一个孩子，都有一个梦，梦里五彩斑斓，每种色彩在梦里盛开；每一个孩子，都有一个梦，梦里有宽阔的大海，每朵浪花都一样澎湃；每一个梦想都应该被期待，每一个梦想都应该被灌溉。作为教师，我们愿倾尽所有，全力以赴。让每一位学生都能展望自己的未来，同时，坚信只要勇于追求，付出努力，同样可以实现自己的梦想，创造最好的未来。这是你们的梦，同时也是桐小每位教师的梦。</w:t>
      </w:r>
      <w:r>
        <w:rPr>
          <w:lang w:eastAsia="zh-CN"/>
        </w:rPr>
        <w:br/>
      </w:r>
    </w:p>
    <w:p w:rsidR="001B1F19" w14:textId="27C3F48A">
      <w:pPr>
        <w:rPr>
          <w:rFonts w:hint="eastAsia"/>
          <w:lang w:eastAsia="zh-CN"/>
        </w:rPr>
      </w:pPr>
      <w:r>
        <w:rPr>
          <w:lang w:eastAsia="zh-CN"/>
        </w:rPr>
        <w:t>　　亲爱的同学们，在这样一个充满朝气的新学期里，希望你们与桐小共同成长进步，用自己的实际行动来证明：从现在开始，我们一定会做得更好！最后，祝愿大家在新的学期里有新的目标、新的发展、新的收获。祝所有老师，身体健康，工作顺利；祝所有同学学习进步，心想事成！谢谢！</w:t>
      </w:r>
      <w:r>
        <w:rPr>
          <w:lang w:eastAsia="zh-CN"/>
        </w:rPr>
        <w:br/>
      </w:r>
      <w:r>
        <w:rPr>
          <w:lang w:eastAsia="zh-CN"/>
        </w:rPr>
        <w:t xml:space="preserve">    2024春季开学典礼发言稿 篇16 </w:t>
      </w:r>
      <w:r>
        <w:rPr>
          <w:lang w:eastAsia="zh-CN"/>
        </w:rPr>
        <w:br/>
      </w:r>
      <w:r>
        <w:rPr>
          <w:lang w:eastAsia="zh-CN"/>
        </w:rPr>
        <w:t>　　尊敬的领导敬爱的老师亲爱的同学们：</w:t>
      </w:r>
      <w:r>
        <w:rPr>
          <w:lang w:eastAsia="zh-CN"/>
        </w:rPr>
        <w:br/>
      </w:r>
      <w:r>
        <w:rPr>
          <w:lang w:eastAsia="zh-CN"/>
        </w:rPr>
        <w:t>　　大家好！</w:t>
      </w:r>
      <w:r>
        <w:rPr>
          <w:lang w:eastAsia="zh-CN"/>
        </w:rPr>
        <w:br/>
      </w:r>
      <w:r>
        <w:rPr>
          <w:lang w:eastAsia="zh-CN"/>
        </w:rPr>
        <w:t>　　在此，我谨代表__初中的一线班主任欢迎初一新同学的加入，欢迎初二初三同学们重返校园，望望沉寂了一个长假的校园，想必这里又要重新充满你们的欢声笑语，不由得感受到了肩上沉沉的责任与使命。我从同学们朗朗的书声里闻到了校园里浓浓的书香味，从同学们的课堂纪律看到了你们越读越美，从操场上你们生龙活虎的身影里体会了你们成长的喜悦，所有这一切都传达着一个信息：__初中值得你选。作为一个普通的班主任从内心深处感觉到是学生引领我看到了一个不一样的世界，也启发我重新审视我的世界，今天我的发言不是励志演讲，我要说的就是我工作中的几点真实的体会。</w:t>
      </w:r>
      <w:r>
        <w:rPr>
          <w:lang w:eastAsia="zh-CN"/>
        </w:rPr>
        <w:br/>
      </w:r>
      <w:r>
        <w:rPr>
          <w:lang w:eastAsia="zh-CN"/>
        </w:rPr>
        <w:t>　　一、放下功利心行走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https://d.book118.com/166015130113010043</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6015130113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