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联谊会活动策划书集锦（24篇）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联谊会活动策划书集锦（精选24篇）</w:t>
      </w:r>
      <w:r>
        <w:rPr>
          <w:lang w:eastAsia="zh-CN"/>
        </w:rPr>
        <w:br/>
      </w:r>
      <w:r>
        <w:rPr>
          <w:lang w:eastAsia="zh-CN"/>
        </w:rPr>
        <w:t xml:space="preserve">    联谊会活动策划书集锦 篇1 </w:t>
      </w:r>
      <w:r>
        <w:rPr>
          <w:lang w:eastAsia="zh-CN"/>
        </w:rPr>
        <w:br/>
      </w:r>
      <w:r>
        <w:rPr>
          <w:lang w:eastAsia="zh-CN"/>
        </w:rPr>
        <w:t>　　一、活动主题：</w:t>
      </w:r>
      <w:r>
        <w:rPr>
          <w:lang w:eastAsia="zh-CN"/>
        </w:rPr>
        <w:br/>
      </w:r>
      <w:r>
        <w:rPr>
          <w:lang w:eastAsia="zh-CN"/>
        </w:rPr>
        <w:t>　　大学生科技协会会员联谊会</w:t>
      </w:r>
      <w:r>
        <w:rPr>
          <w:lang w:eastAsia="zh-CN"/>
        </w:rPr>
        <w:br/>
      </w:r>
      <w:r>
        <w:rPr>
          <w:lang w:eastAsia="zh-CN"/>
        </w:rPr>
        <w:t>　　二、活动背景：</w:t>
      </w:r>
      <w:r>
        <w:rPr>
          <w:lang w:eastAsia="zh-CN"/>
        </w:rPr>
        <w:br/>
      </w:r>
      <w:r>
        <w:rPr>
          <w:lang w:eastAsia="zh-CN"/>
        </w:rPr>
        <w:t>　　在平安夜、圣诞节、元旦节来临之际，特意举办此次交流大会，希望给大学生科技协会各个成员带来节日的欢乐与祝福。</w:t>
      </w:r>
      <w:r>
        <w:rPr>
          <w:lang w:eastAsia="zh-CN"/>
        </w:rPr>
        <w:br/>
      </w:r>
      <w:r>
        <w:rPr>
          <w:lang w:eastAsia="zh-CN"/>
        </w:rPr>
        <w:t>　　三、活动目的：</w:t>
      </w:r>
      <w:r>
        <w:rPr>
          <w:lang w:eastAsia="zh-CN"/>
        </w:rPr>
        <w:br/>
      </w:r>
      <w:r>
        <w:rPr>
          <w:lang w:eastAsia="zh-CN"/>
        </w:rPr>
        <w:t>　　大学生科技协会是我们的一个大家庭，让来自五湖四海的我们有了一个栖身之地。在佳节来临之际，协会各个成员欢聚一堂，能感受到家的温暖与和谐，能很好地促进协会里各个干部和干事的友好交流，增进大家的友谊，以便今后工作的开展。</w:t>
      </w:r>
      <w:r>
        <w:rPr>
          <w:lang w:eastAsia="zh-CN"/>
        </w:rPr>
        <w:br/>
      </w:r>
      <w:r>
        <w:rPr>
          <w:lang w:eastAsia="zh-CN"/>
        </w:rPr>
        <w:t>　　四、活动时间：</w:t>
      </w:r>
      <w:r>
        <w:rPr>
          <w:lang w:eastAsia="zh-CN"/>
        </w:rPr>
        <w:br/>
      </w:r>
      <w:r>
        <w:rPr>
          <w:lang w:eastAsia="zh-CN"/>
        </w:rPr>
        <w:t>　　20__年__月__日（星期天）19：00</w:t>
      </w:r>
      <w:r>
        <w:rPr>
          <w:lang w:eastAsia="zh-CN"/>
        </w:rPr>
        <w:br/>
      </w:r>
      <w:r>
        <w:rPr>
          <w:lang w:eastAsia="zh-CN"/>
        </w:rPr>
        <w:t>　　五、活动地点：</w:t>
      </w:r>
      <w:r>
        <w:rPr>
          <w:lang w:eastAsia="zh-CN"/>
        </w:rPr>
        <w:br/>
      </w:r>
      <w:r>
        <w:rPr>
          <w:lang w:eastAsia="zh-CN"/>
        </w:rPr>
        <w:t>　　一教（待定）</w:t>
      </w:r>
      <w:r>
        <w:rPr>
          <w:lang w:eastAsia="zh-CN"/>
        </w:rPr>
        <w:br/>
      </w:r>
      <w:r>
        <w:rPr>
          <w:lang w:eastAsia="zh-CN"/>
        </w:rPr>
        <w:t>　　六、活动对象：</w:t>
      </w:r>
      <w:r>
        <w:rPr>
          <w:lang w:eastAsia="zh-CN"/>
        </w:rPr>
        <w:br/>
      </w:r>
      <w:r>
        <w:rPr>
          <w:lang w:eastAsia="zh-CN"/>
        </w:rPr>
        <w:t>　　大学生科技协会全体成员（新老校）</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七、活动流程策划：</w:t>
      </w:r>
      <w:r>
        <w:rPr>
          <w:lang w:eastAsia="zh-CN"/>
        </w:rPr>
        <w:br/>
      </w:r>
      <w:r>
        <w:rPr>
          <w:lang w:eastAsia="zh-CN"/>
        </w:rPr>
        <w:t>　　（一）参加活动的人员到签到处签名，并就坐。每个人按照自己的座位号进行就坐。</w:t>
      </w:r>
      <w:r>
        <w:rPr>
          <w:lang w:eastAsia="zh-CN"/>
        </w:rPr>
        <w:br/>
      </w:r>
      <w:r>
        <w:rPr>
          <w:lang w:eastAsia="zh-CN"/>
        </w:rPr>
        <w:t>　　（二）主席讲话。</w:t>
      </w:r>
      <w:r>
        <w:rPr>
          <w:lang w:eastAsia="zh-CN"/>
        </w:rPr>
        <w:br/>
      </w:r>
      <w:r>
        <w:rPr>
          <w:lang w:eastAsia="zh-CN"/>
        </w:rPr>
        <w:t>　　（三）播放ppt，介绍科协最新的成果。</w:t>
      </w:r>
      <w:r>
        <w:rPr>
          <w:lang w:eastAsia="zh-CN"/>
        </w:rPr>
        <w:br/>
      </w:r>
      <w:r>
        <w:rPr>
          <w:lang w:eastAsia="zh-CN"/>
        </w:rPr>
        <w:t>　　（四）活动进行流程：</w:t>
      </w:r>
      <w:r>
        <w:rPr>
          <w:lang w:eastAsia="zh-CN"/>
        </w:rPr>
        <w:br/>
      </w:r>
      <w:r>
        <w:rPr>
          <w:lang w:eastAsia="zh-CN"/>
        </w:rPr>
        <w:t>　　1、活动进行第一项：</w:t>
      </w:r>
      <w:r>
        <w:rPr>
          <w:lang w:eastAsia="zh-CN"/>
        </w:rPr>
        <w:br/>
      </w:r>
      <w:r>
        <w:rPr>
          <w:lang w:eastAsia="zh-CN"/>
        </w:rPr>
        <w:t>　　你比我猜：此游戏分为两人一组，其中一人看到卡片上的词语后，只能用声音模仿来提示另一人。猜中的词语最少的一组接受惩罚。猜中的词语最多的一组接受奖励。由主持人讲解比赛规则，工作人员进行计时，参赛人员为团体参赛。</w:t>
      </w:r>
      <w:r>
        <w:rPr>
          <w:lang w:eastAsia="zh-CN"/>
        </w:rPr>
        <w:br/>
      </w:r>
      <w:r>
        <w:rPr>
          <w:lang w:eastAsia="zh-CN"/>
        </w:rPr>
        <w:t>　　2、活动进行第二项：</w:t>
      </w:r>
      <w:r>
        <w:rPr>
          <w:lang w:eastAsia="zh-CN"/>
        </w:rPr>
        <w:br/>
      </w:r>
      <w:r>
        <w:rPr>
          <w:lang w:eastAsia="zh-CN"/>
        </w:rPr>
        <w:t>　　老师团、协会各部门各分会进行才艺表演。现场决出最佳节目，进行奖励，并决出最抱歉节目，进行现场惩罚。</w:t>
      </w:r>
      <w:r>
        <w:rPr>
          <w:lang w:eastAsia="zh-CN"/>
        </w:rPr>
        <w:br/>
      </w:r>
      <w:r>
        <w:rPr>
          <w:lang w:eastAsia="zh-CN"/>
        </w:rPr>
        <w:t>　　3、活动进行第三项：</w:t>
      </w:r>
      <w:r>
        <w:rPr>
          <w:lang w:eastAsia="zh-CN"/>
        </w:rPr>
        <w:br/>
      </w:r>
      <w:r>
        <w:rPr>
          <w:lang w:eastAsia="zh-CN"/>
        </w:rPr>
        <w:t>　　判断真假：在五个杯子中分别倒入可乐和醋，由五个人喝下，并表演，让观众猜谁真正喝下的是醋。猜错者受惩罚。（此游戏进行三轮）</w:t>
      </w:r>
      <w:r>
        <w:rPr>
          <w:lang w:eastAsia="zh-CN"/>
        </w:rPr>
        <w:br/>
      </w:r>
      <w:r>
        <w:rPr>
          <w:lang w:eastAsia="zh-CN"/>
        </w:rPr>
        <w:t>　　4、活动进行第四项：</w:t>
      </w:r>
      <w:r>
        <w:rPr>
          <w:lang w:eastAsia="zh-CN"/>
        </w:rPr>
        <w:br/>
      </w:r>
      <w:r>
        <w:rPr>
          <w:lang w:eastAsia="zh-CN"/>
        </w:rPr>
        <w:t>　　猜数字：由一个人写下一个数字，规定一个范围，然后其他人轮流猜数字，范围将逐渐缩小，最后猜中数字者将接受惩罚。</w:t>
      </w:r>
      <w:r>
        <w:rPr>
          <w:lang w:eastAsia="zh-CN"/>
        </w:rPr>
        <w:br/>
      </w:r>
      <w:r>
        <w:rPr>
          <w:lang w:eastAsia="zh-CN"/>
        </w:rPr>
        <w:t>　　5、活动进行第五项：</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幸运抽奖：由老师分别抽出一等奖一名，二等奖二名，三等奖三名，发放今晚的红包10元、8元、5元。</w:t>
      </w:r>
      <w:r>
        <w:rPr>
          <w:lang w:eastAsia="zh-CN"/>
        </w:rPr>
        <w:br/>
      </w:r>
      <w:r>
        <w:rPr>
          <w:lang w:eastAsia="zh-CN"/>
        </w:rPr>
        <w:t>　　八、活动结束。</w:t>
      </w:r>
      <w:r>
        <w:rPr>
          <w:lang w:eastAsia="zh-CN"/>
        </w:rPr>
        <w:br/>
      </w:r>
      <w:r>
        <w:rPr>
          <w:lang w:eastAsia="zh-CN"/>
        </w:rPr>
        <w:t>　　（老师给予点评）</w:t>
      </w:r>
      <w:r>
        <w:rPr>
          <w:lang w:eastAsia="zh-CN"/>
        </w:rPr>
        <w:br/>
      </w:r>
      <w:r>
        <w:rPr>
          <w:lang w:eastAsia="zh-CN"/>
        </w:rPr>
        <w:t>　　九、活动前期安排：</w:t>
      </w:r>
      <w:r>
        <w:rPr>
          <w:lang w:eastAsia="zh-CN"/>
        </w:rPr>
        <w:br/>
      </w:r>
      <w:r>
        <w:rPr>
          <w:lang w:eastAsia="zh-CN"/>
        </w:rPr>
        <w:t>　　（一）准备签到本。</w:t>
      </w:r>
      <w:r>
        <w:rPr>
          <w:lang w:eastAsia="zh-CN"/>
        </w:rPr>
        <w:br/>
      </w:r>
      <w:r>
        <w:rPr>
          <w:lang w:eastAsia="zh-CN"/>
        </w:rPr>
        <w:t>　　（二）提前通知主席准备演讲。</w:t>
      </w:r>
      <w:r>
        <w:rPr>
          <w:lang w:eastAsia="zh-CN"/>
        </w:rPr>
        <w:br/>
      </w:r>
      <w:r>
        <w:rPr>
          <w:lang w:eastAsia="zh-CN"/>
        </w:rPr>
        <w:t>　　（三）提前制作ppt。</w:t>
      </w:r>
      <w:r>
        <w:rPr>
          <w:lang w:eastAsia="zh-CN"/>
        </w:rPr>
        <w:br/>
      </w:r>
      <w:r>
        <w:rPr>
          <w:lang w:eastAsia="zh-CN"/>
        </w:rPr>
        <w:t>　　（四）准备各个游戏环节所需的道具。</w:t>
      </w:r>
      <w:r>
        <w:rPr>
          <w:lang w:eastAsia="zh-CN"/>
        </w:rPr>
        <w:br/>
      </w:r>
      <w:r>
        <w:rPr>
          <w:lang w:eastAsia="zh-CN"/>
        </w:rPr>
        <w:t>　　（五）提前通知老师团队、各个部门及分会进行才艺比拼环节的准备。</w:t>
      </w:r>
      <w:r>
        <w:rPr>
          <w:lang w:eastAsia="zh-CN"/>
        </w:rPr>
        <w:br/>
      </w:r>
      <w:r>
        <w:rPr>
          <w:lang w:eastAsia="zh-CN"/>
        </w:rPr>
        <w:t>　　十、经费预算：</w:t>
      </w:r>
      <w:r>
        <w:rPr>
          <w:lang w:eastAsia="zh-CN"/>
        </w:rPr>
        <w:br/>
      </w:r>
      <w:r>
        <w:rPr>
          <w:lang w:eastAsia="zh-CN"/>
        </w:rPr>
        <w:t>　　苹果：35元_3=105元</w:t>
      </w:r>
      <w:r>
        <w:rPr>
          <w:lang w:eastAsia="zh-CN"/>
        </w:rPr>
        <w:br/>
      </w:r>
      <w:r>
        <w:rPr>
          <w:lang w:eastAsia="zh-CN"/>
        </w:rPr>
        <w:t>　　香蕉：2.5元_30=75元</w:t>
      </w:r>
      <w:r>
        <w:rPr>
          <w:lang w:eastAsia="zh-CN"/>
        </w:rPr>
        <w:br/>
      </w:r>
      <w:r>
        <w:rPr>
          <w:lang w:eastAsia="zh-CN"/>
        </w:rPr>
        <w:t>　　瓜子：11元_8=80元</w:t>
      </w:r>
      <w:r>
        <w:rPr>
          <w:lang w:eastAsia="zh-CN"/>
        </w:rPr>
        <w:br/>
      </w:r>
      <w:r>
        <w:rPr>
          <w:lang w:eastAsia="zh-CN"/>
        </w:rPr>
        <w:t>　　花生：10元_8=80元</w:t>
      </w:r>
      <w:r>
        <w:rPr>
          <w:lang w:eastAsia="zh-CN"/>
        </w:rPr>
        <w:br/>
      </w:r>
      <w:r>
        <w:rPr>
          <w:lang w:eastAsia="zh-CN"/>
        </w:rPr>
        <w:t>　　糖：20元_2+60元_1+10元_10=200元</w:t>
      </w:r>
      <w:r>
        <w:rPr>
          <w:lang w:eastAsia="zh-CN"/>
        </w:rPr>
        <w:br/>
      </w:r>
      <w:r>
        <w:rPr>
          <w:lang w:eastAsia="zh-CN"/>
        </w:rPr>
        <w:t>　　汽水：35元_2=70元</w:t>
      </w:r>
      <w:r>
        <w:rPr>
          <w:lang w:eastAsia="zh-CN"/>
        </w:rPr>
        <w:br/>
      </w:r>
      <w:r>
        <w:rPr>
          <w:lang w:eastAsia="zh-CN"/>
        </w:rPr>
        <w:t>　　话费补助：10元_25=250元</w:t>
      </w:r>
      <w:r>
        <w:rPr>
          <w:lang w:eastAsia="zh-CN"/>
        </w:rPr>
        <w:br/>
      </w:r>
      <w:r>
        <w:rPr>
          <w:lang w:eastAsia="zh-CN"/>
        </w:rPr>
        <w:t>　　其它包装盒红包：40元</w:t>
      </w:r>
      <w:r>
        <w:rPr>
          <w:lang w:eastAsia="zh-CN"/>
        </w:rPr>
        <w:br/>
      </w:r>
      <w:r>
        <w:rPr>
          <w:lang w:eastAsia="zh-CN"/>
        </w:rPr>
        <w:t>　　总计：900元。</w:t>
      </w:r>
      <w:r>
        <w:rPr>
          <w:lang w:eastAsia="zh-CN"/>
        </w:rPr>
        <w:br/>
      </w:r>
      <w:r>
        <w:rPr>
          <w:lang w:eastAsia="zh-CN"/>
        </w:rPr>
        <w:t xml:space="preserve">    联谊会活动策划书集锦 篇2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一、活动目的：</w:t>
      </w:r>
      <w:r>
        <w:rPr>
          <w:lang w:eastAsia="zh-CN"/>
        </w:rPr>
        <w:br/>
      </w:r>
      <w:r>
        <w:rPr>
          <w:lang w:eastAsia="zh-CN"/>
        </w:rPr>
        <w:t>　　进一步丰富广学生的校园生活，增进社团之间的感情，构筑和谐的校园生活，促进社团间的友好与团结。</w:t>
      </w:r>
      <w:r>
        <w:rPr>
          <w:lang w:eastAsia="zh-CN"/>
        </w:rPr>
        <w:br/>
      </w:r>
      <w:r>
        <w:rPr>
          <w:lang w:eastAsia="zh-CN"/>
        </w:rPr>
        <w:t>　　二、活动名称：</w:t>
      </w:r>
      <w:r>
        <w:rPr>
          <w:lang w:eastAsia="zh-CN"/>
        </w:rPr>
        <w:br/>
      </w:r>
      <w:r>
        <w:rPr>
          <w:lang w:eastAsia="zh-CN"/>
        </w:rPr>
        <w:t>　　社团一家亲</w:t>
      </w:r>
      <w:r>
        <w:rPr>
          <w:lang w:eastAsia="zh-CN"/>
        </w:rPr>
        <w:br/>
      </w:r>
      <w:r>
        <w:rPr>
          <w:lang w:eastAsia="zh-CN"/>
        </w:rPr>
        <w:t>　　三、活动主题：</w:t>
      </w:r>
      <w:r>
        <w:rPr>
          <w:lang w:eastAsia="zh-CN"/>
        </w:rPr>
        <w:br/>
      </w:r>
      <w:r>
        <w:rPr>
          <w:lang w:eastAsia="zh-CN"/>
        </w:rPr>
        <w:t>　　社团一家亲，家心连心</w:t>
      </w:r>
      <w:r>
        <w:rPr>
          <w:lang w:eastAsia="zh-CN"/>
        </w:rPr>
        <w:br/>
      </w:r>
      <w:r>
        <w:rPr>
          <w:lang w:eastAsia="zh-CN"/>
        </w:rPr>
        <w:t>　　四、活动地点：</w:t>
      </w:r>
      <w:r>
        <w:rPr>
          <w:lang w:eastAsia="zh-CN"/>
        </w:rPr>
        <w:br/>
      </w:r>
      <w:r>
        <w:rPr>
          <w:lang w:eastAsia="zh-CN"/>
        </w:rPr>
        <w:t>　　北院综合楼304</w:t>
      </w:r>
      <w:r>
        <w:rPr>
          <w:lang w:eastAsia="zh-CN"/>
        </w:rPr>
        <w:br/>
      </w:r>
      <w:r>
        <w:rPr>
          <w:lang w:eastAsia="zh-CN"/>
        </w:rPr>
        <w:t>　　五、活动时间：</w:t>
      </w:r>
      <w:r>
        <w:rPr>
          <w:lang w:eastAsia="zh-CN"/>
        </w:rPr>
        <w:br/>
      </w:r>
      <w:r>
        <w:rPr>
          <w:lang w:eastAsia="zh-CN"/>
        </w:rPr>
        <w:t>　　11月20号下午5：00整</w:t>
      </w:r>
      <w:r>
        <w:rPr>
          <w:lang w:eastAsia="zh-CN"/>
        </w:rPr>
        <w:br/>
      </w:r>
      <w:r>
        <w:rPr>
          <w:lang w:eastAsia="zh-CN"/>
        </w:rPr>
        <w:t>　　六、活动内容：</w:t>
      </w:r>
      <w:r>
        <w:rPr>
          <w:lang w:eastAsia="zh-CN"/>
        </w:rPr>
        <w:br/>
      </w:r>
      <w:r>
        <w:rPr>
          <w:lang w:eastAsia="zh-CN"/>
        </w:rPr>
        <w:t>　　主持人致开幕词，活动开始。</w:t>
      </w:r>
      <w:r>
        <w:rPr>
          <w:lang w:eastAsia="zh-CN"/>
        </w:rPr>
        <w:br/>
      </w:r>
      <w:r>
        <w:rPr>
          <w:lang w:eastAsia="zh-CN"/>
        </w:rPr>
        <w:t>　　1、击鼓传花</w:t>
      </w:r>
      <w:r>
        <w:rPr>
          <w:lang w:eastAsia="zh-CN"/>
        </w:rPr>
        <w:br/>
      </w:r>
      <w:r>
        <w:rPr>
          <w:lang w:eastAsia="zh-CN"/>
        </w:rPr>
        <w:t>　　道具：小木棒，手绢</w:t>
      </w:r>
      <w:r>
        <w:rPr>
          <w:lang w:eastAsia="zh-CN"/>
        </w:rPr>
        <w:br/>
      </w:r>
      <w:r>
        <w:rPr>
          <w:lang w:eastAsia="zh-CN"/>
        </w:rPr>
        <w:t>　　主持人拿一个木棒，背向家敲桌子。当主持人开始敲的时候就开始传，由第一个传向另一个，必须将所传物品放在另一个人手里，否则算输。当主持人停止敲桌子的时候，所传物品在谁的手里谁就要表演一个节目。</w:t>
      </w:r>
      <w:r>
        <w:rPr>
          <w:lang w:eastAsia="zh-CN"/>
        </w:rPr>
        <w:br/>
      </w:r>
      <w:r>
        <w:rPr>
          <w:lang w:eastAsia="zh-CN"/>
        </w:rPr>
        <w:t>　　2、心心相印，我来比你来猜</w:t>
      </w:r>
      <w:r>
        <w:rPr>
          <w:lang w:eastAsia="zh-CN"/>
        </w:rPr>
        <w:br/>
      </w:r>
      <w:r>
        <w:rPr>
          <w:lang w:eastAsia="zh-CN"/>
        </w:rPr>
        <w:t>　　道具：纸和笔、准备一些能够用手语表达的成语</w:t>
      </w:r>
      <w:r>
        <w:rPr>
          <w:lang w:eastAsia="zh-CN"/>
        </w:rPr>
        <w:br/>
      </w:r>
      <w:r>
        <w:rPr>
          <w:lang w:eastAsia="zh-CN"/>
        </w:rPr>
        <w:t>　　人数：两人一组，可多组参加</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游戏规则：游戏开始表演的一组两人先要面对面（一人为表演动策划，一人为猜测者），然后由主持人会把要表演的成语或词语写在一张纸上，让表演动作者做给猜测者看，当表演者表演完，猜测者能猜出表演者所做动作的成语或词语时，就算过关。（注意：动作者可以用语言来解释，但不能说出动作中的字）（左右为难、无孔不入、金鸡立、狗急跳墙、东张西望、无中生有、眉开眼笑、胸有成竹、鸡飞蛋打、低声下气）。需要裁判数名，现场自愿报名。</w:t>
      </w:r>
      <w:r>
        <w:rPr>
          <w:lang w:eastAsia="zh-CN"/>
        </w:rPr>
        <w:br/>
      </w:r>
      <w:r>
        <w:rPr>
          <w:lang w:eastAsia="zh-CN"/>
        </w:rPr>
        <w:t>　　3、歌曲接龙</w:t>
      </w:r>
      <w:r>
        <w:rPr>
          <w:lang w:eastAsia="zh-CN"/>
        </w:rPr>
        <w:br/>
      </w:r>
      <w:r>
        <w:rPr>
          <w:lang w:eastAsia="zh-CN"/>
        </w:rPr>
        <w:t>　　人数：喜欢唱歌的同学，然后同学编号。</w:t>
      </w:r>
      <w:r>
        <w:rPr>
          <w:lang w:eastAsia="zh-CN"/>
        </w:rPr>
        <w:br/>
      </w:r>
      <w:r>
        <w:rPr>
          <w:lang w:eastAsia="zh-CN"/>
        </w:rPr>
        <w:t>　　游戏规则：一号先起头唱一段或者一句歌，2号就必须在30秒之内接上1号同学所唱的歌的.最后一个字（2号同学唱的歌必须有1号同学歌词的最后一个字，依次往后。如果在规定的时间内没接上，就要表演一个小节目（学小猫，小狗叫，或做10个俯卧撑等等）</w:t>
      </w:r>
      <w:r>
        <w:rPr>
          <w:lang w:eastAsia="zh-CN"/>
        </w:rPr>
        <w:br/>
      </w:r>
      <w:r>
        <w:rPr>
          <w:lang w:eastAsia="zh-CN"/>
        </w:rPr>
        <w:t>　　活动准备：必须用品帖饼干数斤</w:t>
      </w:r>
      <w:r>
        <w:rPr>
          <w:lang w:eastAsia="zh-CN"/>
        </w:rPr>
        <w:br/>
      </w:r>
      <w:r>
        <w:rPr>
          <w:lang w:eastAsia="zh-CN"/>
        </w:rPr>
        <w:t>　　1、主持人解说词（主持人自行准备）</w:t>
      </w:r>
      <w:r>
        <w:rPr>
          <w:lang w:eastAsia="zh-CN"/>
        </w:rPr>
        <w:br/>
      </w:r>
      <w:r>
        <w:rPr>
          <w:lang w:eastAsia="zh-CN"/>
        </w:rPr>
        <w:t>　　2、道具</w:t>
      </w:r>
      <w:r>
        <w:rPr>
          <w:lang w:eastAsia="zh-CN"/>
        </w:rPr>
        <w:br/>
      </w:r>
      <w:r>
        <w:rPr>
          <w:lang w:eastAsia="zh-CN"/>
        </w:rPr>
        <w:t>　　七、活动安排：</w:t>
      </w:r>
      <w:r>
        <w:rPr>
          <w:lang w:eastAsia="zh-CN"/>
        </w:rPr>
        <w:br/>
      </w:r>
      <w:r>
        <w:rPr>
          <w:lang w:eastAsia="zh-CN"/>
        </w:rPr>
        <w:t>　　活动负责人：王</w:t>
      </w:r>
      <w:r>
        <w:rPr>
          <w:lang w:eastAsia="zh-CN"/>
        </w:rPr>
        <w:br/>
      </w:r>
      <w:r>
        <w:rPr>
          <w:lang w:eastAsia="zh-CN"/>
        </w:rPr>
        <w:t>　　活动策划人：郑</w:t>
      </w:r>
      <w:r>
        <w:rPr>
          <w:lang w:eastAsia="zh-CN"/>
        </w:rPr>
        <w:br/>
      </w:r>
      <w:r>
        <w:rPr>
          <w:lang w:eastAsia="zh-CN"/>
        </w:rPr>
        <w:t>　　活动宣传人：宣传部全体成员</w:t>
      </w:r>
      <w:r>
        <w:rPr>
          <w:lang w:eastAsia="zh-CN"/>
        </w:rPr>
        <w:br/>
      </w:r>
      <w:r>
        <w:rPr>
          <w:lang w:eastAsia="zh-CN"/>
        </w:rPr>
        <w:t>　　活动经费负责人：周</w:t>
      </w:r>
      <w:r>
        <w:rPr>
          <w:lang w:eastAsia="zh-CN"/>
        </w:rPr>
        <w:br/>
      </w:r>
      <w:r>
        <w:rPr>
          <w:lang w:eastAsia="zh-CN"/>
        </w:rPr>
        <w:t>　　后勤负责人：组织部成员</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八、活动经费预算：</w:t>
      </w:r>
      <w:r>
        <w:rPr>
          <w:lang w:eastAsia="zh-CN"/>
        </w:rPr>
        <w:br/>
      </w:r>
      <w:r>
        <w:rPr>
          <w:lang w:eastAsia="zh-CN"/>
        </w:rPr>
        <w:t>　　糖：54</w:t>
      </w:r>
      <w:r>
        <w:rPr>
          <w:lang w:eastAsia="zh-CN"/>
        </w:rPr>
        <w:br/>
      </w:r>
      <w:r>
        <w:rPr>
          <w:lang w:eastAsia="zh-CN"/>
        </w:rPr>
        <w:t>　　瓜子：44</w:t>
      </w:r>
      <w:r>
        <w:rPr>
          <w:lang w:eastAsia="zh-CN"/>
        </w:rPr>
        <w:br/>
      </w:r>
      <w:r>
        <w:rPr>
          <w:lang w:eastAsia="zh-CN"/>
        </w:rPr>
        <w:t>　　合计：98</w:t>
      </w:r>
      <w:r>
        <w:rPr>
          <w:lang w:eastAsia="zh-CN"/>
        </w:rPr>
        <w:br/>
      </w:r>
      <w:r>
        <w:rPr>
          <w:lang w:eastAsia="zh-CN"/>
        </w:rPr>
        <w:t xml:space="preserve">    联谊会活动策划书集锦 篇3 </w:t>
      </w:r>
      <w:r>
        <w:rPr>
          <w:lang w:eastAsia="zh-CN"/>
        </w:rPr>
        <w:br/>
      </w:r>
      <w:r>
        <w:rPr>
          <w:lang w:eastAsia="zh-CN"/>
        </w:rPr>
        <w:t>　　一、活动前言：</w:t>
      </w:r>
      <w:r>
        <w:rPr>
          <w:lang w:eastAsia="zh-CN"/>
        </w:rPr>
        <w:br/>
      </w:r>
      <w:r>
        <w:rPr>
          <w:lang w:eastAsia="zh-CN"/>
        </w:rPr>
        <w:t>　　大学，是各种文化交融之地;圣诞节，是西方文化的代表。西方文化已渐渐被我们接受、吸收、融合入我们中国文化之中。那就让我们顺应时代潮流，在圣诞之际来体验西方文化，放松心情，也能够展现我们社团的优秀风采，活跃校园气氛 。</w:t>
      </w:r>
      <w:r>
        <w:rPr>
          <w:lang w:eastAsia="zh-CN"/>
        </w:rPr>
        <w:br/>
      </w:r>
      <w:r>
        <w:rPr>
          <w:lang w:eastAsia="zh-CN"/>
        </w:rPr>
        <w:t>　　二、活动主题：快乐圣诞 携手共进 放飞梦想</w:t>
      </w:r>
      <w:r>
        <w:rPr>
          <w:lang w:eastAsia="zh-CN"/>
        </w:rPr>
        <w:br/>
      </w:r>
      <w:r>
        <w:rPr>
          <w:lang w:eastAsia="zh-CN"/>
        </w:rPr>
        <w:t>　　三、活动时间： 12月24日 18:00</w:t>
      </w:r>
      <w:r>
        <w:rPr>
          <w:lang w:eastAsia="zh-CN"/>
        </w:rPr>
        <w:br/>
      </w:r>
      <w:r>
        <w:rPr>
          <w:lang w:eastAsia="zh-CN"/>
        </w:rPr>
        <w:t>　　四、活动地点：待定</w:t>
      </w:r>
      <w:r>
        <w:rPr>
          <w:lang w:eastAsia="zh-CN"/>
        </w:rPr>
        <w:br/>
      </w:r>
      <w:r>
        <w:rPr>
          <w:lang w:eastAsia="zh-CN"/>
        </w:rPr>
        <w:t>　　五、活动对象：全体家教服务社成员及旅游协会</w:t>
      </w:r>
      <w:r>
        <w:rPr>
          <w:lang w:eastAsia="zh-CN"/>
        </w:rPr>
        <w:br/>
      </w:r>
      <w:r>
        <w:rPr>
          <w:lang w:eastAsia="zh-CN"/>
        </w:rPr>
        <w:t>　　六、活动前期准备：分别由两个协会各排练出六或七个节目(包括两协会共同合作的节目)，由于晚会中节目和礼仪这两大部分是重中之重，所以，我们将分为两组人员主要围绕这两部分进行。分别设立了礼仪组和节目工作组。</w:t>
      </w:r>
      <w:r>
        <w:rPr>
          <w:lang w:eastAsia="zh-CN"/>
        </w:rPr>
        <w:br/>
      </w:r>
      <w:r>
        <w:rPr>
          <w:lang w:eastAsia="zh-CN"/>
        </w:rPr>
        <w:t>　　礼仪组：总负责人 李丹(旅游协会) 、</w:t>
      </w:r>
      <w:r>
        <w:rPr>
          <w:lang w:eastAsia="zh-CN"/>
        </w:rPr>
        <w:br/>
      </w:r>
      <w:r>
        <w:rPr>
          <w:lang w:eastAsia="zh-CN"/>
        </w:rPr>
        <w:t>　　具体工作安排：</w:t>
      </w:r>
      <w:r>
        <w:rPr>
          <w:lang w:eastAsia="zh-CN"/>
        </w:rPr>
        <w:br/>
      </w:r>
      <w:r>
        <w:rPr>
          <w:lang w:eastAsia="zh-CN"/>
        </w:rPr>
        <w:t>　　1、主持人的报名征集、培训及选拔工作。大学生圣诞节晚会社团联谊活动策划书大学生圣诞节晚会社团联谊活动策划书。</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2、礼仪工作人员的征集、培训及晚会会场人员的工作</w:t>
      </w:r>
      <w:r>
        <w:rPr>
          <w:lang w:eastAsia="zh-CN"/>
        </w:rPr>
        <w:br/>
      </w:r>
      <w:r>
        <w:rPr>
          <w:lang w:eastAsia="zh-CN"/>
        </w:rPr>
        <w:t>　　安排情况。</w:t>
      </w:r>
      <w:r>
        <w:rPr>
          <w:lang w:eastAsia="zh-CN"/>
        </w:rPr>
        <w:br/>
      </w:r>
      <w:r>
        <w:rPr>
          <w:lang w:eastAsia="zh-CN"/>
        </w:rPr>
        <w:t>　　节目组：总负责人 陈园敏(家教服务社) 联系电话：</w:t>
      </w:r>
      <w:r>
        <w:rPr>
          <w:lang w:eastAsia="zh-CN"/>
        </w:rPr>
        <w:br/>
      </w:r>
      <w:r>
        <w:rPr>
          <w:lang w:eastAsia="zh-CN"/>
        </w:rPr>
        <w:t>　　具体工作安排：合肥旅行社</w:t>
      </w:r>
      <w:r>
        <w:rPr>
          <w:lang w:eastAsia="zh-CN"/>
        </w:rPr>
        <w:br/>
      </w:r>
      <w:r>
        <w:rPr>
          <w:lang w:eastAsia="zh-CN"/>
        </w:rPr>
        <w:t>　　1、节目的征集</w:t>
      </w:r>
      <w:r>
        <w:rPr>
          <w:lang w:eastAsia="zh-CN"/>
        </w:rPr>
        <w:br/>
      </w:r>
      <w:r>
        <w:rPr>
          <w:lang w:eastAsia="zh-CN"/>
        </w:rPr>
        <w:t>　　2、节目的选拔</w:t>
      </w:r>
      <w:r>
        <w:rPr>
          <w:lang w:eastAsia="zh-CN"/>
        </w:rPr>
        <w:br/>
      </w:r>
      <w:r>
        <w:rPr>
          <w:lang w:eastAsia="zh-CN"/>
        </w:rPr>
        <w:t>　　3、对各节目进行排演和指导，提高节目质量</w:t>
      </w:r>
      <w:r>
        <w:rPr>
          <w:lang w:eastAsia="zh-CN"/>
        </w:rPr>
        <w:br/>
      </w:r>
      <w:r>
        <w:rPr>
          <w:lang w:eastAsia="zh-CN"/>
        </w:rPr>
        <w:t>　　4、各节目背景音乐资料的收集</w:t>
      </w:r>
      <w:r>
        <w:rPr>
          <w:lang w:eastAsia="zh-CN"/>
        </w:rPr>
        <w:br/>
      </w:r>
      <w:r>
        <w:rPr>
          <w:lang w:eastAsia="zh-CN"/>
        </w:rPr>
        <w:t>　　七、活动的内容：</w:t>
      </w:r>
      <w:r>
        <w:rPr>
          <w:lang w:eastAsia="zh-CN"/>
        </w:rPr>
        <w:br/>
      </w:r>
      <w:r>
        <w:rPr>
          <w:lang w:eastAsia="zh-CN"/>
        </w:rPr>
        <w:t>　　前期宣传：</w:t>
      </w:r>
      <w:r>
        <w:rPr>
          <w:lang w:eastAsia="zh-CN"/>
        </w:rPr>
        <w:br/>
      </w:r>
      <w:r>
        <w:rPr>
          <w:lang w:eastAsia="zh-CN"/>
        </w:rPr>
        <w:t>　　1、由家教服务社策划部在第一食堂门口贴出晚会具体时间地点宣传海报，旅游协会宣传部在七栋教学楼贴出晚会通知。</w:t>
      </w:r>
      <w:r>
        <w:rPr>
          <w:lang w:eastAsia="zh-CN"/>
        </w:rPr>
        <w:br/>
      </w:r>
      <w:r>
        <w:rPr>
          <w:lang w:eastAsia="zh-CN"/>
        </w:rPr>
        <w:t>　　2、两协会分别对各自协会以短信的形式通知到位。</w:t>
      </w:r>
      <w:r>
        <w:rPr>
          <w:lang w:eastAsia="zh-CN"/>
        </w:rPr>
        <w:br/>
      </w:r>
      <w:r>
        <w:rPr>
          <w:lang w:eastAsia="zh-CN"/>
        </w:rPr>
        <w:t>　　3、以邀请函的形式通知到参加晚会的其他协会的会长及嘉宾。</w:t>
      </w:r>
      <w:r>
        <w:rPr>
          <w:lang w:eastAsia="zh-CN"/>
        </w:rPr>
        <w:br/>
      </w:r>
      <w:r>
        <w:rPr>
          <w:lang w:eastAsia="zh-CN"/>
        </w:rPr>
        <w:t>　　会场布置：由家教服务社文体部(为主)及旅游协会理事部负责教室装扮。</w:t>
      </w:r>
      <w:r>
        <w:rPr>
          <w:lang w:eastAsia="zh-CN"/>
        </w:rPr>
        <w:br/>
      </w:r>
      <w:r>
        <w:rPr>
          <w:lang w:eastAsia="zh-CN"/>
        </w:rPr>
        <w:t>　　晚会现场工作安排：</w:t>
      </w:r>
      <w:r>
        <w:rPr>
          <w:lang w:eastAsia="zh-CN"/>
        </w:rPr>
        <w:br/>
      </w:r>
      <w:r>
        <w:rPr>
          <w:lang w:eastAsia="zh-CN"/>
        </w:rPr>
        <w:t>　　1、当日下午由家教服务社文体部与旅游协会理事部组织人员进行会场布置，茶点摆放。</w:t>
      </w:r>
      <w:r>
        <w:rPr>
          <w:lang w:eastAsia="zh-CN"/>
        </w:rPr>
        <w:br/>
      </w:r>
      <w:r>
        <w:rPr>
          <w:lang w:eastAsia="zh-CN"/>
        </w:rPr>
        <w:t>　　2、晚会开始之前对会场的各项音响、话筒、灯光等设备进行检 查。</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3、晚会前半小时安排两名迎宾人员在会场门口进行接宾欢迎各位的到来，并安排好各部门的人员按制定座位入席。</w:t>
      </w:r>
      <w:r>
        <w:rPr>
          <w:lang w:eastAsia="zh-CN"/>
        </w:rPr>
        <w:br/>
      </w:r>
      <w:r>
        <w:rPr>
          <w:lang w:eastAsia="zh-CN"/>
        </w:rPr>
        <w:t>　　4、四名主持人入场做好试音、主持等准备。</w:t>
      </w:r>
      <w:r>
        <w:rPr>
          <w:lang w:eastAsia="zh-CN"/>
        </w:rPr>
        <w:br/>
      </w:r>
      <w:r>
        <w:rPr>
          <w:lang w:eastAsia="zh-CN"/>
        </w:rPr>
        <w:t>　　5、晚会前5分钟音乐(《 Merry Christmas》)播放开场活跃会场气氛，而后由主持人上台进行开幕介绍本次活动的主办方，活动的主题，活动的目的，邀请的出席人物，介绍活动的赞助方。致欢迎词，宣布晚会的'正式开始。</w:t>
      </w:r>
      <w:r>
        <w:rPr>
          <w:lang w:eastAsia="zh-CN"/>
        </w:rPr>
        <w:br/>
      </w:r>
      <w:r>
        <w:rPr>
          <w:lang w:eastAsia="zh-CN"/>
        </w:rPr>
        <w:t>　　6、家教服务社文体部负责节目表演过程的后台节目衔接。</w:t>
      </w:r>
      <w:r>
        <w:rPr>
          <w:lang w:eastAsia="zh-CN"/>
        </w:rPr>
        <w:br/>
      </w:r>
      <w:r>
        <w:rPr>
          <w:lang w:eastAsia="zh-CN"/>
        </w:rPr>
        <w:t>　　7、活动开始后，由主持人按彩排次序依次请出两协会各部门的演出。</w:t>
      </w:r>
      <w:r>
        <w:rPr>
          <w:lang w:eastAsia="zh-CN"/>
        </w:rPr>
        <w:br/>
      </w:r>
      <w:r>
        <w:rPr>
          <w:lang w:eastAsia="zh-CN"/>
        </w:rPr>
        <w:t>　　8、晚会期间由旅游协会组织部安排人员维持会场秩序。</w:t>
      </w:r>
      <w:r>
        <w:rPr>
          <w:lang w:eastAsia="zh-CN"/>
        </w:rPr>
        <w:br/>
      </w:r>
      <w:r>
        <w:rPr>
          <w:lang w:eastAsia="zh-CN"/>
        </w:rPr>
        <w:t>　　9、晚会结束时由主持人对晚会进行致辞。</w:t>
      </w:r>
      <w:r>
        <w:rPr>
          <w:lang w:eastAsia="zh-CN"/>
        </w:rPr>
        <w:br/>
      </w:r>
      <w:r>
        <w:rPr>
          <w:lang w:eastAsia="zh-CN"/>
        </w:rPr>
        <w:t>　　10、晚会后期进行游戏活动奖品的派发和合影。</w:t>
      </w:r>
      <w:r>
        <w:rPr>
          <w:lang w:eastAsia="zh-CN"/>
        </w:rPr>
        <w:br/>
      </w:r>
      <w:r>
        <w:rPr>
          <w:lang w:eastAsia="zh-CN"/>
        </w:rPr>
        <w:t>　　八、人员安排：</w:t>
      </w:r>
      <w:r>
        <w:rPr>
          <w:lang w:eastAsia="zh-CN"/>
        </w:rPr>
        <w:br/>
      </w:r>
      <w:r>
        <w:rPr>
          <w:lang w:eastAsia="zh-CN"/>
        </w:rPr>
        <w:t>　　家教服务社文体部及旅游协会理事部：晚会会场的布置，晚会结束后会场的打扫工作</w:t>
      </w:r>
      <w:r>
        <w:rPr>
          <w:lang w:eastAsia="zh-CN"/>
        </w:rPr>
        <w:br/>
      </w:r>
      <w:r>
        <w:rPr>
          <w:lang w:eastAsia="zh-CN"/>
        </w:rPr>
        <w:t>　　旅游协会宣传部：</w:t>
      </w:r>
      <w:r>
        <w:rPr>
          <w:lang w:eastAsia="zh-CN"/>
        </w:rPr>
        <w:br/>
      </w:r>
      <w:r>
        <w:rPr>
          <w:lang w:eastAsia="zh-CN"/>
        </w:rPr>
        <w:t>　　1、负责音响、话筒等设备的租借及调音等安排</w:t>
      </w:r>
      <w:r>
        <w:rPr>
          <w:lang w:eastAsia="zh-CN"/>
        </w:rPr>
        <w:br/>
      </w:r>
      <w:r>
        <w:rPr>
          <w:lang w:eastAsia="zh-CN"/>
        </w:rPr>
        <w:t>　　2、背景音乐资料的拷贝</w:t>
      </w:r>
      <w:r>
        <w:rPr>
          <w:lang w:eastAsia="zh-CN"/>
        </w:rPr>
        <w:br/>
      </w:r>
      <w:r>
        <w:rPr>
          <w:lang w:eastAsia="zh-CN"/>
        </w:rPr>
        <w:t>　　家教服务社办公室及旅游协会组织部：负责采购工作</w:t>
      </w:r>
      <w:r>
        <w:rPr>
          <w:lang w:eastAsia="zh-CN"/>
        </w:rPr>
        <w:br/>
      </w:r>
      <w:r>
        <w:rPr>
          <w:lang w:eastAsia="zh-CN"/>
        </w:rPr>
        <w:t>　　宣传部：</w:t>
      </w:r>
      <w:r>
        <w:rPr>
          <w:lang w:eastAsia="zh-CN"/>
        </w:rPr>
        <w:br/>
      </w:r>
      <w:r>
        <w:rPr>
          <w:lang w:eastAsia="zh-CN"/>
        </w:rPr>
        <w:t>　　1、负责书写海报</w:t>
      </w:r>
      <w:r>
        <w:rPr>
          <w:lang w:eastAsia="zh-CN"/>
        </w:rPr>
        <w:br/>
      </w:r>
      <w:r>
        <w:rPr>
          <w:lang w:eastAsia="zh-CN"/>
        </w:rPr>
        <w:t>　　2、现场的拍照工作</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社办公室及旅游协会策划部：1、会后新闻稿件总结工作</w:t>
      </w:r>
      <w:r>
        <w:rPr>
          <w:lang w:eastAsia="zh-CN"/>
        </w:rPr>
        <w:br/>
      </w:r>
      <w:r>
        <w:rPr>
          <w:lang w:eastAsia="zh-CN"/>
        </w:rPr>
        <w:t>　　社网络部及旅游协会宣传部：1、负责网络宣传</w:t>
      </w:r>
      <w:r>
        <w:rPr>
          <w:lang w:eastAsia="zh-CN"/>
        </w:rPr>
        <w:br/>
      </w:r>
      <w:r>
        <w:rPr>
          <w:lang w:eastAsia="zh-CN"/>
        </w:rPr>
        <w:t>　　家教服务社联络部：负责其他各协会的晚会信息通知及邀请函的派送 工作</w:t>
      </w:r>
      <w:r>
        <w:rPr>
          <w:lang w:eastAsia="zh-CN"/>
        </w:rPr>
        <w:br/>
      </w:r>
      <w:r>
        <w:rPr>
          <w:lang w:eastAsia="zh-CN"/>
        </w:rPr>
        <w:t>　　家教服务社纪检部及旅游协会组织部：各出一名负责现场维持秩序</w:t>
      </w:r>
      <w:r>
        <w:rPr>
          <w:lang w:eastAsia="zh-CN"/>
        </w:rPr>
        <w:br/>
      </w:r>
      <w:r>
        <w:rPr>
          <w:lang w:eastAsia="zh-CN"/>
        </w:rPr>
        <w:t>　　家教服务社纪检部及旅游协会秘书部：各签到自己社团人员</w:t>
      </w:r>
      <w:r>
        <w:rPr>
          <w:lang w:eastAsia="zh-CN"/>
        </w:rPr>
        <w:br/>
      </w:r>
      <w:r>
        <w:rPr>
          <w:lang w:eastAsia="zh-CN"/>
        </w:rPr>
        <w:t>　　家教服务社策划部：嘉宾牌的制作</w:t>
      </w:r>
      <w:r>
        <w:rPr>
          <w:lang w:eastAsia="zh-CN"/>
        </w:rPr>
        <w:br/>
      </w:r>
      <w:r>
        <w:rPr>
          <w:lang w:eastAsia="zh-CN"/>
        </w:rPr>
        <w:t>　　九、物品采购</w:t>
      </w:r>
      <w:r>
        <w:rPr>
          <w:lang w:eastAsia="zh-CN"/>
        </w:rPr>
        <w:br/>
      </w:r>
      <w:r>
        <w:rPr>
          <w:lang w:eastAsia="zh-CN"/>
        </w:rPr>
        <w:t>　　1、小刀、1卷胶带、1瓶胶水、 1卷双面胶 10元</w:t>
      </w:r>
      <w:r>
        <w:rPr>
          <w:lang w:eastAsia="zh-CN"/>
        </w:rPr>
        <w:br/>
      </w:r>
      <w:r>
        <w:rPr>
          <w:lang w:eastAsia="zh-CN"/>
        </w:rPr>
        <w:t>　　2、气球、 彩纸、彩 带 20元</w:t>
      </w:r>
      <w:r>
        <w:rPr>
          <w:lang w:eastAsia="zh-CN"/>
        </w:rPr>
        <w:br/>
      </w:r>
      <w:r>
        <w:rPr>
          <w:lang w:eastAsia="zh-CN"/>
        </w:rPr>
        <w:t>　　3、塑料水杯两袋、饮用水1桶 20元</w:t>
      </w:r>
      <w:r>
        <w:rPr>
          <w:lang w:eastAsia="zh-CN"/>
        </w:rPr>
        <w:br/>
      </w:r>
      <w:r>
        <w:rPr>
          <w:lang w:eastAsia="zh-CN"/>
        </w:rPr>
        <w:t>　　4、食品 100元</w:t>
      </w:r>
      <w:r>
        <w:rPr>
          <w:lang w:eastAsia="zh-CN"/>
        </w:rPr>
        <w:br/>
      </w:r>
      <w:r>
        <w:rPr>
          <w:lang w:eastAsia="zh-CN"/>
        </w:rPr>
        <w:t>　　5、活动用品：音响一对(租)、话筒4个(租)、 120元</w:t>
      </w:r>
      <w:r>
        <w:rPr>
          <w:lang w:eastAsia="zh-CN"/>
        </w:rPr>
        <w:br/>
      </w:r>
      <w:r>
        <w:rPr>
          <w:lang w:eastAsia="zh-CN"/>
        </w:rPr>
        <w:t>　　6、活动用品：相机2台(租借) 50元</w:t>
      </w:r>
      <w:r>
        <w:rPr>
          <w:lang w:eastAsia="zh-CN"/>
        </w:rPr>
        <w:br/>
      </w:r>
      <w:r>
        <w:rPr>
          <w:lang w:eastAsia="zh-CN"/>
        </w:rPr>
        <w:t>　　7、活动奖品 60元</w:t>
      </w:r>
      <w:r>
        <w:rPr>
          <w:lang w:eastAsia="zh-CN"/>
        </w:rPr>
        <w:br/>
      </w:r>
      <w:r>
        <w:rPr>
          <w:lang w:eastAsia="zh-CN"/>
        </w:rPr>
        <w:t>　　费用：380元</w:t>
      </w:r>
      <w:r>
        <w:rPr>
          <w:lang w:eastAsia="zh-CN"/>
        </w:rPr>
        <w:br/>
      </w:r>
      <w:r>
        <w:rPr>
          <w:lang w:eastAsia="zh-CN"/>
        </w:rPr>
        <w:t xml:space="preserve">    联谊会活动策划书集锦 篇4 </w:t>
      </w:r>
      <w:r>
        <w:rPr>
          <w:lang w:eastAsia="zh-CN"/>
        </w:rPr>
        <w:br/>
      </w:r>
      <w:r>
        <w:rPr>
          <w:lang w:eastAsia="zh-CN"/>
        </w:rPr>
        <w:t>　　一.活动背景</w:t>
      </w:r>
      <w:r>
        <w:rPr>
          <w:lang w:eastAsia="zh-CN"/>
        </w:rPr>
        <w:br/>
      </w:r>
      <w:r>
        <w:rPr>
          <w:lang w:eastAsia="zh-CN"/>
        </w:rPr>
        <w:t>　　为了进一步加深学校各部门之间的了解，增进成员之间的友谊，促进工作更好发展，培养干事的组织与交流能力，并为以后的高效开展打好基础，本部门决定组织一次部门联谊活动。</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二.活动主题</w:t>
      </w:r>
      <w:r>
        <w:rPr>
          <w:lang w:eastAsia="zh-CN"/>
        </w:rPr>
        <w:br/>
      </w:r>
      <w:r>
        <w:rPr>
          <w:lang w:eastAsia="zh-CN"/>
        </w:rPr>
        <w:t>　　丰富成员的课余生活，为大家提供一个自我展示的平台；</w:t>
      </w:r>
      <w:r>
        <w:rPr>
          <w:lang w:eastAsia="zh-CN"/>
        </w:rPr>
        <w:br/>
      </w:r>
      <w:r>
        <w:rPr>
          <w:lang w:eastAsia="zh-CN"/>
        </w:rPr>
        <w:t>　　增强成员内部的整体凝聚力与锻炼组织和交际能力。</w:t>
      </w:r>
      <w:r>
        <w:rPr>
          <w:lang w:eastAsia="zh-CN"/>
        </w:rPr>
        <w:br/>
      </w:r>
      <w:r>
        <w:rPr>
          <w:lang w:eastAsia="zh-CN"/>
        </w:rPr>
        <w:t>　　三.活动对象</w:t>
      </w:r>
      <w:r>
        <w:rPr>
          <w:lang w:eastAsia="zh-CN"/>
        </w:rPr>
        <w:br/>
      </w:r>
      <w:r>
        <w:rPr>
          <w:lang w:eastAsia="zh-CN"/>
        </w:rPr>
        <w:t>　　四.活动时间</w:t>
      </w:r>
      <w:r>
        <w:rPr>
          <w:lang w:eastAsia="zh-CN"/>
        </w:rPr>
        <w:br/>
      </w:r>
      <w:r>
        <w:rPr>
          <w:lang w:eastAsia="zh-CN"/>
        </w:rPr>
        <w:t>　　20__年1月5日早上7点到晚上9点</w:t>
      </w:r>
      <w:r>
        <w:rPr>
          <w:lang w:eastAsia="zh-CN"/>
        </w:rPr>
        <w:br/>
      </w:r>
      <w:r>
        <w:rPr>
          <w:lang w:eastAsia="zh-CN"/>
        </w:rPr>
        <w:t>　　五.活动地点</w:t>
      </w:r>
      <w:r>
        <w:rPr>
          <w:lang w:eastAsia="zh-CN"/>
        </w:rPr>
        <w:br/>
      </w:r>
      <w:r>
        <w:rPr>
          <w:lang w:eastAsia="zh-CN"/>
        </w:rPr>
        <w:t>　　六.活动流程</w:t>
      </w:r>
      <w:r>
        <w:rPr>
          <w:lang w:eastAsia="zh-CN"/>
        </w:rPr>
        <w:br/>
      </w:r>
      <w:r>
        <w:rPr>
          <w:lang w:eastAsia="zh-CN"/>
        </w:rPr>
        <w:t>　　（一）前期准备：</w:t>
      </w:r>
      <w:r>
        <w:rPr>
          <w:lang w:eastAsia="zh-CN"/>
        </w:rPr>
        <w:br/>
      </w:r>
      <w:r>
        <w:rPr>
          <w:lang w:eastAsia="zh-CN"/>
        </w:rPr>
        <w:t>　　1、邀请人员</w:t>
      </w:r>
      <w:r>
        <w:rPr>
          <w:lang w:eastAsia="zh-CN"/>
        </w:rPr>
        <w:br/>
      </w:r>
      <w:r>
        <w:rPr>
          <w:lang w:eastAsia="zh-CN"/>
        </w:rPr>
        <w:t>　　2、主持人安排</w:t>
      </w:r>
      <w:r>
        <w:rPr>
          <w:lang w:eastAsia="zh-CN"/>
        </w:rPr>
        <w:br/>
      </w:r>
      <w:r>
        <w:rPr>
          <w:lang w:eastAsia="zh-CN"/>
        </w:rPr>
        <w:t>　　3、活动流程前期准备</w:t>
      </w:r>
      <w:r>
        <w:rPr>
          <w:lang w:eastAsia="zh-CN"/>
        </w:rPr>
        <w:br/>
      </w:r>
      <w:r>
        <w:rPr>
          <w:lang w:eastAsia="zh-CN"/>
        </w:rPr>
        <w:t>　　（1）联系好各部门，包括设备申请和物质准备。</w:t>
      </w:r>
      <w:r>
        <w:rPr>
          <w:lang w:eastAsia="zh-CN"/>
        </w:rPr>
        <w:br/>
      </w:r>
      <w:r>
        <w:rPr>
          <w:lang w:eastAsia="zh-CN"/>
        </w:rPr>
        <w:t>　　（2）与各部门沟通，分配好活动工作。</w:t>
      </w:r>
      <w:r>
        <w:rPr>
          <w:lang w:eastAsia="zh-CN"/>
        </w:rPr>
        <w:br/>
      </w:r>
      <w:r>
        <w:rPr>
          <w:lang w:eastAsia="zh-CN"/>
        </w:rPr>
        <w:t>　　4、座位安排围成一个圈，各部门成员之间互相穿插坐。</w:t>
      </w:r>
      <w:r>
        <w:rPr>
          <w:lang w:eastAsia="zh-CN"/>
        </w:rPr>
        <w:br/>
      </w:r>
      <w:r>
        <w:rPr>
          <w:lang w:eastAsia="zh-CN"/>
        </w:rPr>
        <w:t>　　(二)后期准备</w:t>
      </w:r>
      <w:r>
        <w:rPr>
          <w:lang w:eastAsia="zh-CN"/>
        </w:rPr>
        <w:br/>
      </w:r>
      <w:r>
        <w:rPr>
          <w:lang w:eastAsia="zh-CN"/>
        </w:rPr>
        <w:t>　　1、活动前准备18：30-19：00时生活部全体成员去足球场规划和布置现场试音，检查设备。</w:t>
      </w:r>
      <w:r>
        <w:rPr>
          <w:lang w:eastAsia="zh-CN"/>
        </w:rPr>
        <w:br/>
      </w:r>
      <w:r>
        <w:rPr>
          <w:lang w:eastAsia="zh-CN"/>
        </w:rPr>
        <w:t>　　2、活动开展</w:t>
      </w:r>
      <w:r>
        <w:rPr>
          <w:lang w:eastAsia="zh-CN"/>
        </w:rPr>
        <w:br/>
      </w:r>
      <w:r>
        <w:rPr>
          <w:lang w:eastAsia="zh-CN"/>
        </w:rPr>
        <w:t>　　1)生活部新干事派发零食，饮料，胶杯和抽式纸巾等。</w:t>
      </w:r>
      <w:r>
        <w:rPr>
          <w:lang w:eastAsia="zh-CN"/>
        </w:rPr>
        <w:br/>
      </w:r>
      <w:r>
        <w:rPr>
          <w:lang w:eastAsia="zh-CN"/>
        </w:rPr>
        <w:t>　　2)主持人介绍各部门14届成员。</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3)主持人邀请15届新成员原位站起，作自我介绍。（部门+名字+想要说的话）</w:t>
      </w:r>
      <w:r>
        <w:rPr>
          <w:lang w:eastAsia="zh-CN"/>
        </w:rPr>
        <w:br/>
      </w:r>
      <w:r>
        <w:rPr>
          <w:lang w:eastAsia="zh-CN"/>
        </w:rPr>
        <w:t>　　4)主持人组织开始游戏</w:t>
      </w:r>
      <w:r>
        <w:rPr>
          <w:lang w:eastAsia="zh-CN"/>
        </w:rPr>
        <w:br/>
      </w:r>
      <w:r>
        <w:rPr>
          <w:lang w:eastAsia="zh-CN"/>
        </w:rPr>
        <w:t>　　游戏一：撕名牌</w:t>
      </w:r>
      <w:r>
        <w:rPr>
          <w:lang w:eastAsia="zh-CN"/>
        </w:rPr>
        <w:br/>
      </w:r>
      <w:r>
        <w:rPr>
          <w:lang w:eastAsia="zh-CN"/>
        </w:rPr>
        <w:t>　　（工作人员进行人员分配，参赛者不知道自己队友是谁）游戏开始前给每个人背上都贴上名牌，名牌上带有颜色，组员的名牌内互相贴有队友的名牌，但因为参赛者本身不知道自己自己队友是谁，所以要经过从场地中找寻线索，或找寻哪个人不是自己的队友（工作人员设计线索，如红色名牌的队友不是白色名牌）。同时名牌中的名字分两种颜色字写的7嫌疑最大的2人，并作最后的陈述和辩解，再次投票后，杀掉票数最多的那个人。被杀者如是真正的凶手，不可再讲话，退出本轮游戏。被杀者如不是杀手，可以发表遗言及指认新的怀疑对象。在聆听了遗言后，新的夜晚来到了。又是凶手出来杀人，然后警察确认身份，然后又都在新一天醒来，又有一人被杀。继续讨论和杀掉新的被怀疑对象。如此往复，凶手杀掉全部的警察或良民即可获胜</w:t>
      </w:r>
      <w:r>
        <w:rPr>
          <w:lang w:eastAsia="zh-CN"/>
        </w:rPr>
        <w:br/>
      </w:r>
      <w:r>
        <w:rPr>
          <w:lang w:eastAsia="zh-CN"/>
        </w:rPr>
        <w:t>　　游戏二：一块五毛</w:t>
      </w:r>
      <w:r>
        <w:rPr>
          <w:lang w:eastAsia="zh-CN"/>
        </w:rPr>
        <w:br/>
      </w:r>
      <w:r>
        <w:rPr>
          <w:lang w:eastAsia="zh-CN"/>
        </w:rPr>
        <w:t>　　男生为五毛，女生为一块，主持人说出需要的钱数，然后男女生凑齐主持人需要的'钱数，凑齐为赢，凑不齐为输。5）游戏惩罚：</w:t>
      </w:r>
      <w:r>
        <w:rPr>
          <w:lang w:eastAsia="zh-CN"/>
        </w:rPr>
        <w:br/>
      </w:r>
      <w:r>
        <w:rPr>
          <w:lang w:eastAsia="zh-CN"/>
        </w:rPr>
        <w:t>　　（1）请输的人去其他聚会人群那捣乱，如：大喊“劳资是来砸场子的，不服来战”或者气势汹汹地横穿其他聚会人群，又或者大声说：“我最帅，我最，我就是你们这帮兔崽子的老大”</w:t>
      </w:r>
      <w:r>
        <w:rPr>
          <w:lang w:eastAsia="zh-CN"/>
        </w:rPr>
        <w:br/>
      </w:r>
      <w:r>
        <w:rPr>
          <w:lang w:eastAsia="zh-CN"/>
        </w:rPr>
        <w:t>　　（2）请输的人抱起主持人，手要环在主持人的腰际，持续5秒</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（3）输的人被自己部门的所有人围着举起向天空抛3下</w:t>
      </w:r>
      <w:r>
        <w:rPr>
          <w:lang w:eastAsia="zh-CN"/>
        </w:rPr>
        <w:br/>
      </w:r>
      <w:r>
        <w:rPr>
          <w:lang w:eastAsia="zh-CN"/>
        </w:rPr>
        <w:t>　　Ps：以上为个人惩罚</w:t>
      </w:r>
      <w:r>
        <w:rPr>
          <w:lang w:eastAsia="zh-CN"/>
        </w:rPr>
        <w:br/>
      </w:r>
      <w:r>
        <w:rPr>
          <w:lang w:eastAsia="zh-CN"/>
        </w:rPr>
        <w:t>　　（4）男生学古代女子翘起兰花指拉客（拉客对象是别的部门的男生），女生学男子做伸直手臂勾食指调戏他人8的动作（对别的部门的男生）。</w:t>
      </w:r>
      <w:r>
        <w:rPr>
          <w:lang w:eastAsia="zh-CN"/>
        </w:rPr>
        <w:br/>
      </w:r>
      <w:r>
        <w:rPr>
          <w:lang w:eastAsia="zh-CN"/>
        </w:rPr>
        <w:t>　　（5）背对着背，手挽着手，围成一圈，蹲下站起来，集体做6个</w:t>
      </w:r>
      <w:r>
        <w:rPr>
          <w:lang w:eastAsia="zh-CN"/>
        </w:rPr>
        <w:br/>
      </w:r>
      <w:r>
        <w:rPr>
          <w:lang w:eastAsia="zh-CN"/>
        </w:rPr>
        <w:t>　　（6）集体大喊2声：“千万不要觉得你的部长很美很帅，那是因为你没有见过我的部长！”</w:t>
      </w:r>
      <w:r>
        <w:rPr>
          <w:lang w:eastAsia="zh-CN"/>
        </w:rPr>
        <w:br/>
      </w:r>
      <w:r>
        <w:rPr>
          <w:lang w:eastAsia="zh-CN"/>
        </w:rPr>
        <w:t>　　（7）所有成员去任意一个在足球场上聚会的人群那里砸场子，气势汹汹的阁下狠话。</w:t>
      </w:r>
      <w:r>
        <w:rPr>
          <w:lang w:eastAsia="zh-CN"/>
        </w:rPr>
        <w:br/>
      </w:r>
      <w:r>
        <w:rPr>
          <w:lang w:eastAsia="zh-CN"/>
        </w:rPr>
        <w:t>　　Ps：以上为团队惩罚6）各部门成员合照留念。7）主持人组织活动结束和组织全员会场清洁。</w:t>
      </w:r>
      <w:r>
        <w:rPr>
          <w:lang w:eastAsia="zh-CN"/>
        </w:rPr>
        <w:br/>
      </w:r>
      <w:r>
        <w:rPr>
          <w:lang w:eastAsia="zh-CN"/>
        </w:rPr>
        <w:t>　　七、注意事项</w:t>
      </w:r>
      <w:r>
        <w:rPr>
          <w:lang w:eastAsia="zh-CN"/>
        </w:rPr>
        <w:br/>
      </w:r>
      <w:r>
        <w:rPr>
          <w:lang w:eastAsia="zh-CN"/>
        </w:rPr>
        <w:t>　　1.全体成员在游戏时注意安全，如有身体不适者可以提前退出游戏。</w:t>
      </w:r>
      <w:r>
        <w:rPr>
          <w:lang w:eastAsia="zh-CN"/>
        </w:rPr>
        <w:br/>
      </w:r>
      <w:r>
        <w:rPr>
          <w:lang w:eastAsia="zh-CN"/>
        </w:rPr>
        <w:t>　　2.请全体成员来到前多穿几件衣服，注意保暖。3.活动中突然下雨请到操场观众席就坐。</w:t>
      </w:r>
      <w:r>
        <w:rPr>
          <w:lang w:eastAsia="zh-CN"/>
        </w:rPr>
        <w:br/>
      </w:r>
      <w:r>
        <w:rPr>
          <w:lang w:eastAsia="zh-CN"/>
        </w:rPr>
        <w:t>　　八、经费预算</w:t>
      </w:r>
      <w:r>
        <w:rPr>
          <w:lang w:eastAsia="zh-CN"/>
        </w:rPr>
        <w:br/>
      </w:r>
      <w:r>
        <w:rPr>
          <w:lang w:eastAsia="zh-CN"/>
        </w:rPr>
        <w:t>　　九、预备方案</w:t>
      </w:r>
      <w:r>
        <w:rPr>
          <w:lang w:eastAsia="zh-CN"/>
        </w:rPr>
        <w:br/>
      </w:r>
      <w:r>
        <w:rPr>
          <w:lang w:eastAsia="zh-CN"/>
        </w:rPr>
        <w:t>　　1.如当天遇到天气原因不方便在操场联谊，请全体成员到教学楼举行联谊活动。</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2.如因名牌数量不够，可把人员分开两大组，分别玩一个游戏，保证每个成员玩的舒心。</w:t>
      </w:r>
      <w:r>
        <w:rPr>
          <w:lang w:eastAsia="zh-CN"/>
        </w:rPr>
        <w:br/>
      </w:r>
      <w:r>
        <w:rPr>
          <w:lang w:eastAsia="zh-CN"/>
        </w:rPr>
        <w:t xml:space="preserve">    联谊会活动策划书集锦 篇5 </w:t>
      </w:r>
      <w:r>
        <w:rPr>
          <w:lang w:eastAsia="zh-CN"/>
        </w:rPr>
        <w:br/>
      </w:r>
      <w:r>
        <w:rPr>
          <w:lang w:eastAsia="zh-CN"/>
        </w:rPr>
        <w:t>　　一、活动背景和意义</w:t>
      </w:r>
      <w:r>
        <w:rPr>
          <w:lang w:eastAsia="zh-CN"/>
        </w:rPr>
        <w:br/>
      </w:r>
      <w:r>
        <w:rPr>
          <w:lang w:eastAsia="zh-CN"/>
        </w:rPr>
        <w:t>　　背景: 近年来，贵州的经济社会发展取得了很大的进步。_年国发2号文件及其相关配套制度更是给予贵州极大的政策支持，贵州的发展有望在未来几年中更上一个台阶。但从横向来看，与我国其他省份相比，贵州仍然处于比较落后的地方。贵州的发展，一是需要党和政府科学正确的决策和领导，二是需要有一批热爱贵州的人才的努力和奉献。正是在这一点上，贵州高度重视“人才兴黔”战略，不遗余力地引进人才。今年3月，在贵阳隆重举行了首届中国贵州人才博览会，吸引了近万优秀人才到贵州立功创业。贵州的发展需要省外优秀人才的积极加入，更需要本土高层次人才的热情参与。</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秋，几个贵州籍研究生相聚北京邮电大学宏福校区，有共识地发出了“我们是贵州研究生，我们是有志新青年”的口号。经过大家一年多的精心组织和筹备，_年3月，一个凝聚京城主要高等院校贵州籍优秀研究生的组织----贵州研究生联谊会（GZPA）诞生了。贵州研究生联谊会成立以来，坚持以“团结和服务在京贵州籍优秀研究生”为宗旨，以“团结谋共识，合力求发展”为思路，以“成就自我、感恩家乡”为目标，策划和组织了多次研究生交流活动，得到了广泛的好评。联谊会正着力将自身打造成三个平台：优秀学生、企业和政府之间的交流平台；在京贵州研究生情感归宿、学业交流、信息分享的发展平台；贵州建设队伍的人力资源整合平台。</w:t>
      </w:r>
      <w:r>
        <w:rPr>
          <w:lang w:eastAsia="zh-CN"/>
        </w:rPr>
        <w:br/>
      </w:r>
      <w:r>
        <w:rPr>
          <w:lang w:eastAsia="zh-CN"/>
        </w:rPr>
        <w:t>　　意义：_年的夏天，我们又迎来高校学子的毕业季。贵州研究生联谊会理事会认为，我们很有必要在这么一个特殊的时间开展贵州研究生联谊会毕业欢庆活动，以庆祝在京贵州研究生顺利毕业，这是很有意义的。首先，举办欢庆活动，是为了表达对即将毕业的在京贵州学子的恭喜和祝福之情，恭喜他们顺利完成学业并获得毕业，祝福他们在未来的事业中大鹏展翅事业有成。其次，举办欢庆活动，可以凝聚乡情，增进在京贵州学子之间的感情交流和相互交往，使大家能够在学业和事业中找到忠实的伙伴；再次，举办欢庆活动，可以在活动中分享毕业学子求职、继续攻读博士学位等方面的心路历程和经验，推动在京贵州学子的发展和全面进步；最后，举办欢庆活动，还可以为在京贵州学子与贵州籍贯优秀企业、商务人士、政府工作人员搭建一个深入接触和交流的平台，为企业开辟一条新的招贤渠道！</w:t>
      </w:r>
      <w:r>
        <w:rPr>
          <w:lang w:eastAsia="zh-CN"/>
        </w:rPr>
        <w:br/>
      </w:r>
      <w:r>
        <w:rPr>
          <w:lang w:eastAsia="zh-CN"/>
        </w:rPr>
        <w:t>　　二、活动主题及名称</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活动主题：“缘聚京城·翅展贵州”。北京是我们相聚的城市，来到北京之前，我们大部分并不认识，是缘分，让我们在北京这座古老而又现代的都市中相识。我们在北京相遇、相识、相知，我们中的大部分也将要回到美丽的家乡多彩贵州，投身于贵州的现代化建设。不管我们身在何处，我们都将为贵州的发展贡献自己的一份力量。如同雄鹰，我们终将在贵州的山水之间自由的展翅翱翔。</w:t>
      </w:r>
      <w:r>
        <w:rPr>
          <w:lang w:eastAsia="zh-CN"/>
        </w:rPr>
        <w:br/>
      </w:r>
      <w:r>
        <w:rPr>
          <w:lang w:eastAsia="zh-CN"/>
        </w:rPr>
        <w:t>　　活动名称：贵州研究生联谊会毕业欢庆活动</w:t>
      </w:r>
      <w:r>
        <w:rPr>
          <w:lang w:eastAsia="zh-CN"/>
        </w:rPr>
        <w:br/>
      </w:r>
      <w:r>
        <w:rPr>
          <w:lang w:eastAsia="zh-CN"/>
        </w:rPr>
        <w:t>　　三、活动时间、地点和形式</w:t>
      </w:r>
      <w:r>
        <w:rPr>
          <w:lang w:eastAsia="zh-CN"/>
        </w:rPr>
        <w:br/>
      </w:r>
      <w:r>
        <w:rPr>
          <w:lang w:eastAsia="zh-CN"/>
        </w:rPr>
        <w:t>　　活动时间：_年6月21日（视情况可提前）</w:t>
      </w:r>
      <w:r>
        <w:rPr>
          <w:lang w:eastAsia="zh-CN"/>
        </w:rPr>
        <w:br/>
      </w:r>
      <w:r>
        <w:rPr>
          <w:lang w:eastAsia="zh-CN"/>
        </w:rPr>
        <w:t>　　活动地点：视情况而定</w:t>
      </w:r>
      <w:r>
        <w:rPr>
          <w:lang w:eastAsia="zh-CN"/>
        </w:rPr>
        <w:br/>
      </w:r>
      <w:r>
        <w:rPr>
          <w:lang w:eastAsia="zh-CN"/>
        </w:rPr>
        <w:t>　　活动形式：经验分享、文艺晚会、晚宴等</w:t>
      </w:r>
      <w:r>
        <w:rPr>
          <w:lang w:eastAsia="zh-CN"/>
        </w:rPr>
        <w:br/>
      </w:r>
      <w:r>
        <w:rPr>
          <w:lang w:eastAsia="zh-CN"/>
        </w:rPr>
        <w:t>　　四、活动参与对象</w:t>
      </w:r>
      <w:r>
        <w:rPr>
          <w:lang w:eastAsia="zh-CN"/>
        </w:rPr>
        <w:br/>
      </w:r>
      <w:r>
        <w:rPr>
          <w:lang w:eastAsia="zh-CN"/>
        </w:rPr>
        <w:t>　　北京、天津各高校贵州籍研究生</w:t>
      </w:r>
      <w:r>
        <w:rPr>
          <w:lang w:eastAsia="zh-CN"/>
        </w:rPr>
        <w:br/>
      </w:r>
      <w:r>
        <w:rPr>
          <w:lang w:eastAsia="zh-CN"/>
        </w:rPr>
        <w:t>　　北京、天津各高校贵州籍本科应届毕业生</w:t>
      </w:r>
      <w:r>
        <w:rPr>
          <w:lang w:eastAsia="zh-CN"/>
        </w:rPr>
        <w:br/>
      </w:r>
      <w:r>
        <w:rPr>
          <w:lang w:eastAsia="zh-CN"/>
        </w:rPr>
        <w:t>　　在京工作的贵州杰出人士</w:t>
      </w:r>
      <w:r>
        <w:rPr>
          <w:lang w:eastAsia="zh-CN"/>
        </w:rPr>
        <w:br/>
      </w:r>
      <w:r>
        <w:rPr>
          <w:lang w:eastAsia="zh-CN"/>
        </w:rPr>
        <w:t>　　预计总人数：300人</w:t>
      </w:r>
      <w:r>
        <w:rPr>
          <w:lang w:eastAsia="zh-CN"/>
        </w:rPr>
        <w:br/>
      </w:r>
      <w:r>
        <w:rPr>
          <w:lang w:eastAsia="zh-CN"/>
        </w:rPr>
        <w:t>　　五、组织机构</w:t>
      </w:r>
      <w:r>
        <w:rPr>
          <w:lang w:eastAsia="zh-CN"/>
        </w:rPr>
        <w:br/>
      </w:r>
      <w:r>
        <w:rPr>
          <w:lang w:eastAsia="zh-CN"/>
        </w:rPr>
        <w:t>　　主办单位：贵州研究生联谊会</w:t>
      </w:r>
      <w:r>
        <w:rPr>
          <w:lang w:eastAsia="zh-CN"/>
        </w:rPr>
        <w:br/>
      </w:r>
      <w:r>
        <w:rPr>
          <w:lang w:eastAsia="zh-CN"/>
        </w:rPr>
        <w:t>　　冠名单位：对本次活动给予最强有力的单位</w:t>
      </w:r>
      <w:r>
        <w:rPr>
          <w:lang w:eastAsia="zh-CN"/>
        </w:rPr>
        <w:br/>
      </w:r>
      <w:r>
        <w:rPr>
          <w:lang w:eastAsia="zh-CN"/>
        </w:rPr>
        <w:t>　　赞助单位：为本次活动进行赞助的单位和个人</w:t>
      </w:r>
      <w:r>
        <w:rPr>
          <w:lang w:eastAsia="zh-CN"/>
        </w:rPr>
        <w:br/>
      </w:r>
      <w:r>
        <w:rPr>
          <w:lang w:eastAsia="zh-CN"/>
        </w:rPr>
        <w:t>　　支持单位：为本次活动开展提供帮助的单位和个人</w:t>
      </w:r>
      <w:r>
        <w:rPr>
          <w:lang w:eastAsia="zh-CN"/>
        </w:rPr>
        <w:br/>
      </w:r>
      <w:r>
        <w:rPr>
          <w:lang w:eastAsia="zh-CN"/>
        </w:rPr>
        <w:t>　　六、拟邀请嘉宾</w:t>
      </w:r>
      <w:r>
        <w:rPr>
          <w:lang w:eastAsia="zh-CN"/>
        </w:rPr>
        <w:br/>
      </w:r>
      <w:r>
        <w:rPr>
          <w:lang w:eastAsia="zh-CN"/>
        </w:rPr>
        <w:t>　　贵州政府和企业驻京机构领导</w:t>
      </w:r>
      <w:r>
        <w:rPr>
          <w:lang w:eastAsia="zh-CN"/>
        </w:rPr>
        <w:br/>
      </w:r>
      <w:r>
        <w:rPr>
          <w:lang w:eastAsia="zh-CN"/>
        </w:rPr>
        <w:t>　　北京贵州商会领导</w:t>
      </w:r>
      <w:r>
        <w:rPr>
          <w:lang w:eastAsia="zh-CN"/>
        </w:rPr>
        <w:br/>
      </w:r>
      <w:r>
        <w:rPr>
          <w:lang w:eastAsia="zh-CN"/>
        </w:rPr>
        <w:t>　　贵州籍优秀企业家</w:t>
      </w:r>
      <w:r>
        <w:rPr>
          <w:lang w:eastAsia="zh-CN"/>
        </w:rPr>
        <w:br/>
      </w:r>
      <w:r>
        <w:rPr>
          <w:lang w:eastAsia="zh-CN"/>
        </w:rPr>
        <w:t>　　北京各高校贵州籍教师</w:t>
      </w:r>
      <w:r>
        <w:rPr>
          <w:lang w:eastAsia="zh-CN"/>
        </w:rPr>
        <w:br/>
      </w:r>
      <w:r>
        <w:rPr>
          <w:lang w:eastAsia="zh-CN"/>
        </w:rPr>
        <w:t>　　关心和支持贵州学子发展的高校领导及教师</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关心和支持贵州研究生发展的重要人士</w:t>
      </w:r>
      <w:r>
        <w:rPr>
          <w:lang w:eastAsia="zh-CN"/>
        </w:rPr>
        <w:br/>
      </w:r>
      <w:r>
        <w:rPr>
          <w:lang w:eastAsia="zh-CN"/>
        </w:rPr>
        <w:t>　　兄弟省份研究生联谊会负责人</w:t>
      </w:r>
      <w:r>
        <w:rPr>
          <w:lang w:eastAsia="zh-CN"/>
        </w:rPr>
        <w:br/>
      </w:r>
      <w:r>
        <w:rPr>
          <w:lang w:eastAsia="zh-CN"/>
        </w:rPr>
        <w:t>　　七、活动筹备</w:t>
      </w:r>
      <w:r>
        <w:rPr>
          <w:lang w:eastAsia="zh-CN"/>
        </w:rPr>
        <w:br/>
      </w:r>
      <w:r>
        <w:rPr>
          <w:lang w:eastAsia="zh-CN"/>
        </w:rPr>
        <w:t>　　组委会构成：组委会成员由贵州研究生联谊会现有组织团队成员及联谊会活跃分子组成，组委会分为以下几个小组：领导组、策划宣传组、组织协调组、外联组、文艺组六个小组。</w:t>
      </w:r>
      <w:r>
        <w:rPr>
          <w:lang w:eastAsia="zh-CN"/>
        </w:rPr>
        <w:br/>
      </w:r>
      <w:r>
        <w:rPr>
          <w:lang w:eastAsia="zh-CN"/>
        </w:rPr>
        <w:t>　　八、活动方案</w:t>
      </w:r>
      <w:r>
        <w:rPr>
          <w:lang w:eastAsia="zh-CN"/>
        </w:rPr>
        <w:br/>
      </w:r>
      <w:r>
        <w:rPr>
          <w:lang w:eastAsia="zh-CN"/>
        </w:rPr>
        <w:t>　　系列活动1：欢乐分享</w:t>
      </w:r>
      <w:r>
        <w:rPr>
          <w:lang w:eastAsia="zh-CN"/>
        </w:rPr>
        <w:br/>
      </w:r>
      <w:r>
        <w:rPr>
          <w:lang w:eastAsia="zh-CN"/>
        </w:rPr>
        <w:t>　　主题：独乐乐不如众乐乐</w:t>
      </w:r>
      <w:r>
        <w:rPr>
          <w:lang w:eastAsia="zh-CN"/>
        </w:rPr>
        <w:br/>
      </w:r>
      <w:r>
        <w:rPr>
          <w:lang w:eastAsia="zh-CN"/>
        </w:rPr>
        <w:t>　　内容：贵州研究生联谊会一直致力于促进成员在学术、求职等方面的信息和经验的共享。欢乐分享活动，我们拟分为三大板块，学术版块、职场板块和人生版本。</w:t>
      </w:r>
      <w:r>
        <w:rPr>
          <w:lang w:eastAsia="zh-CN"/>
        </w:rPr>
        <w:br/>
      </w:r>
      <w:r>
        <w:rPr>
          <w:lang w:eastAsia="zh-CN"/>
        </w:rPr>
        <w:t>　　学术版块：我们将邀请在京贵州籍教师、在读贵州籍博士以及刚被录取为博士的贵州籍硕士研究生给大家带来有关博士升学、深造的经历和感受。</w:t>
      </w:r>
      <w:r>
        <w:rPr>
          <w:lang w:eastAsia="zh-CN"/>
        </w:rPr>
        <w:br/>
      </w:r>
      <w:r>
        <w:rPr>
          <w:lang w:eastAsia="zh-CN"/>
        </w:rPr>
        <w:t>　　职场版块：我们将进一步细化出政府、银行、保险、国企、私企等主题，邀请已经就业的贵州籍硕士研究生或在该领域表现杰出的贵州籍乡友和大家一起分享他们求职、工作的经历和感受，同时为企业与求职者搭建一个桥梁。</w:t>
      </w:r>
      <w:r>
        <w:rPr>
          <w:lang w:eastAsia="zh-CN"/>
        </w:rPr>
        <w:br/>
      </w:r>
      <w:r>
        <w:rPr>
          <w:lang w:eastAsia="zh-CN"/>
        </w:rPr>
        <w:t>　　人生板块：三人行，必有我师。做事重要，做人更重要。我们将邀请在京的贵州籍人士或在贵州工作过的知名人士讲述他们的人生故事，分享他们的世界观、人生观和价值观。</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预计每位演讲嘉宾的活动时间在十五分钟之内，包括十分钟的演讲时间和五分钟的互动时间。视情况可对具体的时间做一些调整。</w:t>
      </w:r>
      <w:r>
        <w:rPr>
          <w:lang w:eastAsia="zh-CN"/>
        </w:rPr>
        <w:br/>
      </w:r>
      <w:r>
        <w:rPr>
          <w:lang w:eastAsia="zh-CN"/>
        </w:rPr>
        <w:t>　　系列活动2：欢乐晚会</w:t>
      </w:r>
      <w:r>
        <w:rPr>
          <w:lang w:eastAsia="zh-CN"/>
        </w:rPr>
        <w:br/>
      </w:r>
      <w:r>
        <w:rPr>
          <w:lang w:eastAsia="zh-CN"/>
        </w:rPr>
        <w:t>　　主题：缘聚京城 ·情系黔乡</w:t>
      </w:r>
      <w:r>
        <w:rPr>
          <w:lang w:eastAsia="zh-CN"/>
        </w:rPr>
        <w:br/>
      </w:r>
      <w:r>
        <w:rPr>
          <w:lang w:eastAsia="zh-CN"/>
        </w:rPr>
        <w:t>　　内容：欢乐晚会将以文艺晚会的形式表现在京贵州学子从相遇到相知、从陌生到熟悉、从缘聚北京到魂归故里的情感历程，体现贵州学子追求进步、积极进取的精神状态，表达在京贵州学子提升自我、回报社会的热忱之心。晚会将分为四个板块，即缘之聚、黔之韵、梦之蓝、致青春。</w:t>
      </w:r>
      <w:r>
        <w:rPr>
          <w:lang w:eastAsia="zh-CN"/>
        </w:rPr>
        <w:br/>
      </w:r>
      <w:r>
        <w:rPr>
          <w:lang w:eastAsia="zh-CN"/>
        </w:rPr>
        <w:t>　　缘之聚板块：缘于对提升自己学术层次的追求，我们相聚北京。我们原本互不相识，如今成为知心好友；我们原本单骑行天下，如今组建起交流的大平台；我们原本只是学生间的联系，如今得到各方支持。这，就是缘分。这一板块，我们将着重体现贵州研究生在北京的相遇相知之情，介绍联谊会的创建过程及其在凝聚在京各高校贵州籍研究生方面的功用。</w:t>
      </w:r>
      <w:r>
        <w:rPr>
          <w:lang w:eastAsia="zh-CN"/>
        </w:rPr>
        <w:br/>
      </w:r>
      <w:r>
        <w:rPr>
          <w:lang w:eastAsia="zh-CN"/>
        </w:rPr>
        <w:t>　　黔之韵板块：我们生在在云贵高原，生在在美丽贵州山水之间。贵州有悠久的历史文化，丰富的'民族风情，优美的自然景观，生于斯长于斯本也是我们最感到幸福的一件事。求学在外，思乡渐浓。这一板块，我们将以视频、歌曲、语言类节目展示贵州的历史文化、民族风情，共颂贵州之美，凝聚同乡之谊。</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梦之蓝板块：每一个人都有一个属于自己的梦想，我们是追梦人，我们是梦想的实现者。这梦，既包括努力提升自我，追求上进的梦，也包括团结合作，共创辉煌的梦；既包括个人发展的梦，也包括家乡发展国家发展的梦。这一板块，我们共话我们的梦想，共铸梦想的蓝天，体现贵州学子意气风发的精神面貌。</w:t>
      </w:r>
      <w:r>
        <w:rPr>
          <w:lang w:eastAsia="zh-CN"/>
        </w:rPr>
        <w:br/>
      </w:r>
      <w:r>
        <w:rPr>
          <w:lang w:eastAsia="zh-CN"/>
        </w:rPr>
        <w:t>　　致青春板块：青春是一种生活的态度。拥有青春的心态，每一个人都将保持青春不老。这一板块，我们将展现作为一个主要阶段的大学毕业时光。回忆过去，展望未来。我们祝愿在京贵州籍学子在新的人生征途上展翅高飞，希冀群策群力，共同为贵州的发展添砖加瓦。</w:t>
      </w:r>
      <w:r>
        <w:rPr>
          <w:lang w:eastAsia="zh-CN"/>
        </w:rPr>
        <w:br/>
      </w:r>
      <w:r>
        <w:rPr>
          <w:lang w:eastAsia="zh-CN"/>
        </w:rPr>
        <w:t>　　系列活动3：欢乐晚宴</w:t>
      </w:r>
      <w:r>
        <w:rPr>
          <w:lang w:eastAsia="zh-CN"/>
        </w:rPr>
        <w:br/>
      </w:r>
      <w:r>
        <w:rPr>
          <w:lang w:eastAsia="zh-CN"/>
        </w:rPr>
        <w:t>　　主题：为梦想，干杯！</w:t>
      </w:r>
      <w:r>
        <w:rPr>
          <w:lang w:eastAsia="zh-CN"/>
        </w:rPr>
        <w:br/>
      </w:r>
      <w:r>
        <w:rPr>
          <w:lang w:eastAsia="zh-CN"/>
        </w:rPr>
        <w:t>　　内容：举办晚宴，使参与者能够进一步发现和自己志趣相投的人，促进参与者之间的进一步沟通和交流。并使这种活动成为凝聚同乡之谊，实现共同发展的重要平台。使贵州研究生联谊会成为被各界广泛认可且有助于学生、政府和企业之间加强联系的重要平台。</w:t>
      </w:r>
      <w:r>
        <w:rPr>
          <w:lang w:eastAsia="zh-CN"/>
        </w:rPr>
        <w:br/>
      </w:r>
      <w:r>
        <w:rPr>
          <w:lang w:eastAsia="zh-CN"/>
        </w:rPr>
        <w:t>　　九、经费及预算</w:t>
      </w:r>
      <w:r>
        <w:rPr>
          <w:lang w:eastAsia="zh-CN"/>
        </w:rPr>
        <w:br/>
      </w:r>
      <w:r>
        <w:rPr>
          <w:lang w:eastAsia="zh-CN"/>
        </w:rPr>
        <w:t>　　经费来源：</w:t>
      </w:r>
      <w:r>
        <w:rPr>
          <w:lang w:eastAsia="zh-CN"/>
        </w:rPr>
        <w:br/>
      </w:r>
      <w:r>
        <w:rPr>
          <w:lang w:eastAsia="zh-CN"/>
        </w:rPr>
        <w:t>　　争取政府和企业及个人赞助。</w:t>
      </w:r>
      <w:r>
        <w:rPr>
          <w:lang w:eastAsia="zh-CN"/>
        </w:rPr>
        <w:br/>
      </w:r>
      <w:r>
        <w:rPr>
          <w:lang w:eastAsia="zh-CN"/>
        </w:rPr>
        <w:t>　　经费使用：</w:t>
      </w:r>
      <w:r>
        <w:rPr>
          <w:lang w:eastAsia="zh-CN"/>
        </w:rPr>
        <w:br/>
      </w:r>
      <w:r>
        <w:rPr>
          <w:lang w:eastAsia="zh-CN"/>
        </w:rPr>
        <w:t>　　遵循节俭第一原则，不铺张浪费。</w:t>
      </w:r>
      <w:r>
        <w:rPr>
          <w:lang w:eastAsia="zh-CN"/>
        </w:rPr>
        <w:br/>
      </w:r>
      <w:r>
        <w:rPr>
          <w:lang w:eastAsia="zh-CN"/>
        </w:rPr>
        <w:t>　　经费开支的详细情况及时公开。</w:t>
      </w:r>
      <w:r>
        <w:rPr>
          <w:lang w:eastAsia="zh-CN"/>
        </w:rPr>
        <w:br/>
      </w:r>
      <w:r>
        <w:rPr>
          <w:lang w:eastAsia="zh-CN"/>
        </w:rPr>
        <w:t>　　预算总计：23000元</w:t>
      </w:r>
      <w:r>
        <w:rPr>
          <w:lang w:eastAsia="zh-CN"/>
        </w:rPr>
        <w:br/>
      </w:r>
      <w:r>
        <w:rPr>
          <w:lang w:eastAsia="zh-CN"/>
        </w:rPr>
        <w:t>　　十、媒体支持</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与省内省外多家媒体进行联系，力争多家媒体对此次活动进行报道。</w:t>
      </w:r>
      <w:r>
        <w:rPr>
          <w:lang w:eastAsia="zh-CN"/>
        </w:rPr>
        <w:br/>
      </w:r>
      <w:r>
        <w:rPr>
          <w:lang w:eastAsia="zh-CN"/>
        </w:rPr>
        <w:t>　　通过联谊会的公共平台对活动的相关内容进行展示和宣传。</w:t>
      </w:r>
      <w:r>
        <w:rPr>
          <w:lang w:eastAsia="zh-CN"/>
        </w:rPr>
        <w:br/>
      </w:r>
      <w:r>
        <w:rPr>
          <w:lang w:eastAsia="zh-CN"/>
        </w:rPr>
        <w:t>　　十一、赞助规则</w:t>
      </w:r>
      <w:r>
        <w:rPr>
          <w:lang w:eastAsia="zh-CN"/>
        </w:rPr>
        <w:br/>
      </w:r>
      <w:r>
        <w:rPr>
          <w:lang w:eastAsia="zh-CN"/>
        </w:rPr>
        <w:t>　　冠名单位：对于赞助贵州研究生联谊会毕业欢庆活动金额超过3000且最高的单位，将作为活动的冠名单位，在活动现场及其后的宣传中都将放在首要位置进行介绍，并在现场的相关物品上印制单位名称或LOGO。</w:t>
      </w:r>
      <w:r>
        <w:rPr>
          <w:lang w:eastAsia="zh-CN"/>
        </w:rPr>
        <w:br/>
      </w:r>
      <w:r>
        <w:rPr>
          <w:lang w:eastAsia="zh-CN"/>
        </w:rPr>
        <w:t>　　赞助单位和个人：凡对贵州研究生联谊会毕业欢庆活动赞助金额超过1000的单位和个人将作为赞助单位和个人在活动现场及其后的宣传中进行介绍。（具体的赞助规则可以进一步商议）</w:t>
      </w:r>
      <w:r>
        <w:rPr>
          <w:lang w:eastAsia="zh-CN"/>
        </w:rPr>
        <w:br/>
      </w:r>
      <w:r>
        <w:rPr>
          <w:lang w:eastAsia="zh-CN"/>
        </w:rPr>
        <w:t xml:space="preserve">    联谊会活动策划书集锦 篇6 </w:t>
      </w:r>
      <w:r>
        <w:rPr>
          <w:lang w:eastAsia="zh-CN"/>
        </w:rPr>
        <w:br/>
      </w:r>
      <w:r>
        <w:rPr>
          <w:lang w:eastAsia="zh-CN"/>
        </w:rPr>
        <w:t>　　活动目的：</w:t>
      </w:r>
      <w:r>
        <w:rPr>
          <w:lang w:eastAsia="zh-CN"/>
        </w:rPr>
        <w:br/>
      </w:r>
      <w:r>
        <w:rPr>
          <w:lang w:eastAsia="zh-CN"/>
        </w:rPr>
        <w:t>　　通过举办联谊舞会，使大一新生有更广阔的交流空间，丰富同学们的校园生活，使同学们在活动互相了解，互相认识，同时，也为学生会今后工作的执行奠定基础。</w:t>
      </w:r>
      <w:r>
        <w:rPr>
          <w:lang w:eastAsia="zh-CN"/>
        </w:rPr>
        <w:br/>
      </w:r>
      <w:r>
        <w:rPr>
          <w:lang w:eastAsia="zh-CN"/>
        </w:rPr>
        <w:t>　　活动名称：</w:t>
      </w:r>
      <w:r>
        <w:rPr>
          <w:lang w:eastAsia="zh-CN"/>
        </w:rPr>
        <w:br/>
      </w:r>
      <w:r>
        <w:rPr>
          <w:lang w:eastAsia="zh-CN"/>
        </w:rPr>
        <w:t>　　大一新生联谊舞会</w:t>
      </w:r>
      <w:r>
        <w:rPr>
          <w:lang w:eastAsia="zh-CN"/>
        </w:rPr>
        <w:br/>
      </w:r>
      <w:r>
        <w:rPr>
          <w:lang w:eastAsia="zh-CN"/>
        </w:rPr>
        <w:t>　　活动主题：</w:t>
      </w:r>
      <w:r>
        <w:rPr>
          <w:lang w:eastAsia="zh-CN"/>
        </w:rPr>
        <w:br/>
      </w:r>
      <w:r>
        <w:rPr>
          <w:lang w:eastAsia="zh-CN"/>
        </w:rPr>
        <w:t>　　联谊舞会</w:t>
      </w:r>
      <w:r>
        <w:rPr>
          <w:lang w:eastAsia="zh-CN"/>
        </w:rPr>
        <w:br/>
      </w:r>
      <w:r>
        <w:rPr>
          <w:lang w:eastAsia="zh-CN"/>
        </w:rPr>
        <w:t>　　活动时间：</w:t>
      </w:r>
      <w:r>
        <w:rPr>
          <w:lang w:eastAsia="zh-CN"/>
        </w:rPr>
        <w:br/>
      </w:r>
      <w:r>
        <w:rPr>
          <w:lang w:eastAsia="zh-CN"/>
        </w:rPr>
        <w:t>　　__年10月中旬</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活动地点：</w:t>
      </w:r>
      <w:r>
        <w:rPr>
          <w:lang w:eastAsia="zh-CN"/>
        </w:rPr>
        <w:br/>
      </w:r>
      <w:r>
        <w:rPr>
          <w:lang w:eastAsia="zh-CN"/>
        </w:rPr>
        <w:t>　　大学生活动中心</w:t>
      </w:r>
      <w:r>
        <w:rPr>
          <w:lang w:eastAsia="zh-CN"/>
        </w:rPr>
        <w:br/>
      </w:r>
      <w:r>
        <w:rPr>
          <w:lang w:eastAsia="zh-CN"/>
        </w:rPr>
        <w:t>　　主办单位：</w:t>
      </w:r>
      <w:r>
        <w:rPr>
          <w:lang w:eastAsia="zh-CN"/>
        </w:rPr>
        <w:br/>
      </w:r>
      <w:r>
        <w:rPr>
          <w:lang w:eastAsia="zh-CN"/>
        </w:rPr>
        <w:t>　　学生联合会组织部宣传部。</w:t>
      </w:r>
      <w:r>
        <w:rPr>
          <w:lang w:eastAsia="zh-CN"/>
        </w:rPr>
        <w:br/>
      </w:r>
      <w:r>
        <w:rPr>
          <w:lang w:eastAsia="zh-CN"/>
        </w:rPr>
        <w:t>　　一、活动目的：通过举办联谊舞会促进同学彼此了解。</w:t>
      </w:r>
      <w:r>
        <w:rPr>
          <w:lang w:eastAsia="zh-CN"/>
        </w:rPr>
        <w:br/>
      </w:r>
      <w:r>
        <w:rPr>
          <w:lang w:eastAsia="zh-CN"/>
        </w:rPr>
        <w:t>　　二、活动时间：_年10月中旬</w:t>
      </w:r>
      <w:r>
        <w:rPr>
          <w:lang w:eastAsia="zh-CN"/>
        </w:rPr>
        <w:br/>
      </w:r>
      <w:r>
        <w:rPr>
          <w:lang w:eastAsia="zh-CN"/>
        </w:rPr>
        <w:t>　　三、活动场所：大学生活动中心</w:t>
      </w:r>
      <w:r>
        <w:rPr>
          <w:lang w:eastAsia="zh-CN"/>
        </w:rPr>
        <w:br/>
      </w:r>
      <w:r>
        <w:rPr>
          <w:lang w:eastAsia="zh-CN"/>
        </w:rPr>
        <w:t>　　四、活动对象：学生联合会成员及全体大一新生</w:t>
      </w:r>
      <w:r>
        <w:rPr>
          <w:lang w:eastAsia="zh-CN"/>
        </w:rPr>
        <w:br/>
      </w:r>
      <w:r>
        <w:rPr>
          <w:lang w:eastAsia="zh-CN"/>
        </w:rPr>
        <w:t>　　五、前期安排</w:t>
      </w:r>
      <w:r>
        <w:rPr>
          <w:lang w:eastAsia="zh-CN"/>
        </w:rPr>
        <w:br/>
      </w:r>
      <w:r>
        <w:rPr>
          <w:lang w:eastAsia="zh-CN"/>
        </w:rPr>
        <w:t>　　由组织部组织学生会相关负责人准备舞会发言，邀请特别嘉宾，协调活动时间事宜。</w:t>
      </w:r>
      <w:r>
        <w:rPr>
          <w:lang w:eastAsia="zh-CN"/>
        </w:rPr>
        <w:br/>
      </w:r>
      <w:r>
        <w:rPr>
          <w:lang w:eastAsia="zh-CN"/>
        </w:rPr>
        <w:t>　　由宣传部进行前期宣传，并负责相关物品准备。</w:t>
      </w:r>
      <w:r>
        <w:rPr>
          <w:lang w:eastAsia="zh-CN"/>
        </w:rPr>
        <w:br/>
      </w:r>
      <w:r>
        <w:rPr>
          <w:lang w:eastAsia="zh-CN"/>
        </w:rPr>
        <w:t>　　1.海报</w:t>
      </w:r>
      <w:r>
        <w:rPr>
          <w:lang w:eastAsia="zh-CN"/>
        </w:rPr>
        <w:br/>
      </w:r>
      <w:r>
        <w:rPr>
          <w:lang w:eastAsia="zh-CN"/>
        </w:rPr>
        <w:t>　　要求(1)数量2张</w:t>
      </w:r>
      <w:r>
        <w:rPr>
          <w:lang w:eastAsia="zh-CN"/>
        </w:rPr>
        <w:br/>
      </w:r>
      <w:r>
        <w:rPr>
          <w:lang w:eastAsia="zh-CN"/>
        </w:rPr>
        <w:t>　　(2)内容宣传这次的宗旨、时间、地点。</w:t>
      </w:r>
      <w:r>
        <w:rPr>
          <w:lang w:eastAsia="zh-CN"/>
        </w:rPr>
        <w:br/>
      </w:r>
      <w:r>
        <w:rPr>
          <w:lang w:eastAsia="zh-CN"/>
        </w:rPr>
        <w:t>　　(3)大小:</w:t>
      </w:r>
      <w:r>
        <w:rPr>
          <w:lang w:eastAsia="zh-CN"/>
        </w:rPr>
        <w:br/>
      </w:r>
      <w:r>
        <w:rPr>
          <w:lang w:eastAsia="zh-CN"/>
        </w:rPr>
        <w:t>　　张贴时间:_年10月10日~12日</w:t>
      </w:r>
      <w:r>
        <w:rPr>
          <w:lang w:eastAsia="zh-CN"/>
        </w:rPr>
        <w:br/>
      </w:r>
      <w:r>
        <w:rPr>
          <w:lang w:eastAsia="zh-CN"/>
        </w:rPr>
        <w:t>　　地点:南北区各一张</w:t>
      </w:r>
      <w:r>
        <w:rPr>
          <w:lang w:eastAsia="zh-CN"/>
        </w:rPr>
        <w:br/>
      </w:r>
      <w:r>
        <w:rPr>
          <w:lang w:eastAsia="zh-CN"/>
        </w:rPr>
        <w:t>　　2.横幅</w:t>
      </w:r>
      <w:r>
        <w:rPr>
          <w:lang w:eastAsia="zh-CN"/>
        </w:rPr>
        <w:br/>
      </w:r>
      <w:r>
        <w:rPr>
          <w:lang w:eastAsia="zh-CN"/>
        </w:rPr>
        <w:t>　　要求:(1)数量一条</w:t>
      </w:r>
      <w:r>
        <w:rPr>
          <w:lang w:eastAsia="zh-CN"/>
        </w:rPr>
        <w:br/>
      </w:r>
      <w:r>
        <w:rPr>
          <w:lang w:eastAsia="zh-CN"/>
        </w:rPr>
        <w:t>　　(2)内容：大一新生联谊舞会</w:t>
      </w:r>
      <w:r>
        <w:rPr>
          <w:lang w:eastAsia="zh-CN"/>
        </w:rPr>
        <w:br/>
      </w:r>
      <w:r>
        <w:rPr>
          <w:lang w:eastAsia="zh-CN"/>
        </w:rPr>
        <w:t>　　(3)时间:活动前</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(4)地点学生活动中心前</w:t>
      </w:r>
      <w:r>
        <w:rPr>
          <w:lang w:eastAsia="zh-CN"/>
        </w:rPr>
        <w:br/>
      </w:r>
      <w:r>
        <w:rPr>
          <w:lang w:eastAsia="zh-CN"/>
        </w:rPr>
        <w:t>　　要求:</w:t>
      </w:r>
      <w:r>
        <w:rPr>
          <w:lang w:eastAsia="zh-CN"/>
        </w:rPr>
        <w:br/>
      </w:r>
      <w:r>
        <w:rPr>
          <w:lang w:eastAsia="zh-CN"/>
        </w:rPr>
        <w:t>　　3.物品的准备</w:t>
      </w:r>
      <w:r>
        <w:rPr>
          <w:lang w:eastAsia="zh-CN"/>
        </w:rPr>
        <w:br/>
      </w:r>
      <w:r>
        <w:rPr>
          <w:lang w:eastAsia="zh-CN"/>
        </w:rPr>
        <w:t>　　气球</w:t>
      </w:r>
      <w:r>
        <w:rPr>
          <w:lang w:eastAsia="zh-CN"/>
        </w:rPr>
        <w:br/>
      </w:r>
      <w:r>
        <w:rPr>
          <w:lang w:eastAsia="zh-CN"/>
        </w:rPr>
        <w:t>　　彩带</w:t>
      </w:r>
      <w:r>
        <w:rPr>
          <w:lang w:eastAsia="zh-CN"/>
        </w:rPr>
        <w:br/>
      </w:r>
      <w:r>
        <w:rPr>
          <w:lang w:eastAsia="zh-CN"/>
        </w:rPr>
        <w:t>　　矿泉水</w:t>
      </w:r>
      <w:r>
        <w:rPr>
          <w:lang w:eastAsia="zh-CN"/>
        </w:rPr>
        <w:br/>
      </w:r>
      <w:r>
        <w:rPr>
          <w:lang w:eastAsia="zh-CN"/>
        </w:rPr>
        <w:t>　　4.场地的布置</w:t>
      </w:r>
      <w:r>
        <w:rPr>
          <w:lang w:eastAsia="zh-CN"/>
        </w:rPr>
        <w:br/>
      </w:r>
      <w:r>
        <w:rPr>
          <w:lang w:eastAsia="zh-CN"/>
        </w:rPr>
        <w:t>　　(1).力求展现活动主题，营造活动气氛</w:t>
      </w:r>
      <w:r>
        <w:rPr>
          <w:lang w:eastAsia="zh-CN"/>
        </w:rPr>
        <w:br/>
      </w:r>
      <w:r>
        <w:rPr>
          <w:lang w:eastAsia="zh-CN"/>
        </w:rPr>
        <w:t>　　(2).区域划分</w:t>
      </w:r>
      <w:r>
        <w:rPr>
          <w:lang w:eastAsia="zh-CN"/>
        </w:rPr>
        <w:br/>
      </w:r>
      <w:r>
        <w:rPr>
          <w:lang w:eastAsia="zh-CN"/>
        </w:rPr>
        <w:t>　　六、活动内容：</w:t>
      </w:r>
      <w:r>
        <w:rPr>
          <w:lang w:eastAsia="zh-CN"/>
        </w:rPr>
        <w:br/>
      </w:r>
      <w:r>
        <w:rPr>
          <w:lang w:eastAsia="zh-CN"/>
        </w:rPr>
        <w:t>　　1.由主持人宣布“联谊晚会”开始，之后介绍本次联谊的宗旨、目的和特邀嘉宾。</w:t>
      </w:r>
      <w:r>
        <w:rPr>
          <w:lang w:eastAsia="zh-CN"/>
        </w:rPr>
        <w:br/>
      </w:r>
      <w:r>
        <w:rPr>
          <w:lang w:eastAsia="zh-CN"/>
        </w:rPr>
        <w:t>　　2.由特邀嘉宾做本次活动的开幕讲话。</w:t>
      </w:r>
      <w:r>
        <w:rPr>
          <w:lang w:eastAsia="zh-CN"/>
        </w:rPr>
        <w:br/>
      </w:r>
      <w:r>
        <w:rPr>
          <w:lang w:eastAsia="zh-CN"/>
        </w:rPr>
        <w:t>　　3.由各学生会主要负责人介绍江淮学院相关情况、学生会的作用性质、各自部门的作用等等。</w:t>
      </w:r>
      <w:r>
        <w:rPr>
          <w:lang w:eastAsia="zh-CN"/>
        </w:rPr>
        <w:br/>
      </w:r>
      <w:r>
        <w:rPr>
          <w:lang w:eastAsia="zh-CN"/>
        </w:rPr>
        <w:t>　　4.活动开始，组织相关活动。</w:t>
      </w:r>
      <w:r>
        <w:rPr>
          <w:lang w:eastAsia="zh-CN"/>
        </w:rPr>
        <w:br/>
      </w:r>
      <w:r>
        <w:rPr>
          <w:lang w:eastAsia="zh-CN"/>
        </w:rPr>
        <w:t>　　5.主持人宣布活动结束。</w:t>
      </w:r>
      <w:r>
        <w:rPr>
          <w:lang w:eastAsia="zh-CN"/>
        </w:rPr>
        <w:br/>
      </w:r>
      <w:r>
        <w:rPr>
          <w:lang w:eastAsia="zh-CN"/>
        </w:rPr>
        <w:t>　　相关人员安排</w:t>
      </w:r>
      <w:r>
        <w:rPr>
          <w:lang w:eastAsia="zh-CN"/>
        </w:rPr>
        <w:br/>
      </w:r>
      <w:r>
        <w:rPr>
          <w:lang w:eastAsia="zh-CN"/>
        </w:rPr>
        <w:t>　　组织部:</w:t>
      </w:r>
      <w:r>
        <w:rPr>
          <w:lang w:eastAsia="zh-CN"/>
        </w:rPr>
        <w:br/>
      </w:r>
      <w:r>
        <w:rPr>
          <w:lang w:eastAsia="zh-CN"/>
        </w:rPr>
        <w:t>　　(1)负责会场布置;</w:t>
      </w:r>
      <w:r>
        <w:rPr>
          <w:lang w:eastAsia="zh-CN"/>
        </w:rPr>
        <w:br/>
      </w:r>
      <w:r>
        <w:rPr>
          <w:lang w:eastAsia="zh-CN"/>
        </w:rPr>
        <w:t>　　(2)后勤卫生;</w:t>
      </w:r>
      <w:r>
        <w:rPr>
          <w:lang w:eastAsia="zh-CN"/>
        </w:rPr>
        <w:br/>
      </w:r>
      <w:r>
        <w:rPr>
          <w:lang w:eastAsia="zh-CN"/>
        </w:rPr>
        <w:t>　　(3)考勤;</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宣传部:</w:t>
      </w:r>
      <w:r>
        <w:rPr>
          <w:lang w:eastAsia="zh-CN"/>
        </w:rPr>
        <w:br/>
      </w:r>
      <w:r>
        <w:rPr>
          <w:lang w:eastAsia="zh-CN"/>
        </w:rPr>
        <w:t>　　(1)负责前期、后期的活动宣传;</w:t>
      </w:r>
      <w:r>
        <w:rPr>
          <w:lang w:eastAsia="zh-CN"/>
        </w:rPr>
        <w:br/>
      </w:r>
      <w:r>
        <w:rPr>
          <w:lang w:eastAsia="zh-CN"/>
        </w:rPr>
        <w:t>　　(2)后勤卫生;</w:t>
      </w:r>
      <w:r>
        <w:rPr>
          <w:lang w:eastAsia="zh-CN"/>
        </w:rPr>
        <w:br/>
      </w:r>
      <w:r>
        <w:rPr>
          <w:lang w:eastAsia="zh-CN"/>
        </w:rPr>
        <w:t>　　(3)照相;</w:t>
      </w:r>
      <w:r>
        <w:rPr>
          <w:lang w:eastAsia="zh-CN"/>
        </w:rPr>
        <w:br/>
      </w:r>
      <w:r>
        <w:rPr>
          <w:lang w:eastAsia="zh-CN"/>
        </w:rPr>
        <w:t>　　七、经费预算：</w:t>
      </w:r>
      <w:r>
        <w:rPr>
          <w:lang w:eastAsia="zh-CN"/>
        </w:rPr>
        <w:br/>
      </w:r>
      <w:r>
        <w:rPr>
          <w:lang w:eastAsia="zh-CN"/>
        </w:rPr>
        <w:t xml:space="preserve">    联谊会活动策划书集锦 篇7 </w:t>
      </w:r>
      <w:r>
        <w:rPr>
          <w:lang w:eastAsia="zh-CN"/>
        </w:rPr>
        <w:br/>
      </w:r>
      <w:r>
        <w:rPr>
          <w:lang w:eastAsia="zh-CN"/>
        </w:rPr>
        <w:t>　　一、活动概况：</w:t>
      </w:r>
      <w:r>
        <w:rPr>
          <w:lang w:eastAsia="zh-CN"/>
        </w:rPr>
        <w:br/>
      </w:r>
      <w:r>
        <w:rPr>
          <w:lang w:eastAsia="zh-CN"/>
        </w:rPr>
        <w:t>　　1、活动主题：“共迎新会员携手你我他”</w:t>
      </w:r>
      <w:r>
        <w:rPr>
          <w:lang w:eastAsia="zh-CN"/>
        </w:rPr>
        <w:br/>
      </w:r>
      <w:r>
        <w:rPr>
          <w:lang w:eastAsia="zh-CN"/>
        </w:rPr>
        <w:t>　　2、活动时间：11月2号19:00</w:t>
      </w:r>
      <w:r>
        <w:rPr>
          <w:lang w:eastAsia="zh-CN"/>
        </w:rPr>
        <w:br/>
      </w:r>
      <w:r>
        <w:rPr>
          <w:lang w:eastAsia="zh-CN"/>
        </w:rPr>
        <w:t>　　3、活动地点：东区演播厅</w:t>
      </w:r>
      <w:r>
        <w:rPr>
          <w:lang w:eastAsia="zh-CN"/>
        </w:rPr>
        <w:br/>
      </w:r>
      <w:r>
        <w:rPr>
          <w:lang w:eastAsia="zh-CN"/>
        </w:rPr>
        <w:t>　　主办单位：绿色环保协会</w:t>
      </w:r>
      <w:r>
        <w:rPr>
          <w:lang w:eastAsia="zh-CN"/>
        </w:rPr>
        <w:br/>
      </w:r>
      <w:r>
        <w:rPr>
          <w:lang w:eastAsia="zh-CN"/>
        </w:rPr>
        <w:t>　　4、绿茵读书会</w:t>
      </w:r>
      <w:r>
        <w:rPr>
          <w:lang w:eastAsia="zh-CN"/>
        </w:rPr>
        <w:br/>
      </w:r>
      <w:r>
        <w:rPr>
          <w:lang w:eastAsia="zh-CN"/>
        </w:rPr>
        <w:t>　　承办单位：绿色环保协会</w:t>
      </w:r>
      <w:r>
        <w:rPr>
          <w:lang w:eastAsia="zh-CN"/>
        </w:rPr>
        <w:br/>
      </w:r>
      <w:r>
        <w:rPr>
          <w:lang w:eastAsia="zh-CN"/>
        </w:rPr>
        <w:t>　　绿茵读书会</w:t>
      </w:r>
      <w:r>
        <w:rPr>
          <w:lang w:eastAsia="zh-CN"/>
        </w:rPr>
        <w:br/>
      </w:r>
      <w:r>
        <w:rPr>
          <w:lang w:eastAsia="zh-CN"/>
        </w:rPr>
        <w:t>　　二、活动背景：“又是一阵秋风送爽时，又是一轮花好月圆时”。九月，我们亲眼见证了全国第七届农运会成功举办；十月，我们又亲眼目睹了南阳师院全校社团招新的精彩，为了欢迎__届的新成员的加入以及响应“社团一家亲”的口号，向大家展现出一个南阳师范学院的全新的'社团风采，绿色环保协会</w:t>
      </w:r>
      <w:r>
        <w:rPr>
          <w:lang w:eastAsia="zh-CN"/>
        </w:rPr>
        <w:br/>
      </w:r>
      <w:r>
        <w:rPr>
          <w:lang w:eastAsia="zh-CN"/>
        </w:rPr>
        <w:t>　　携手绿茵读书会于11月2号特举办“迎新晚会暨四社联谊会”。</w:t>
      </w:r>
      <w:r>
        <w:rPr>
          <w:lang w:eastAsia="zh-CN"/>
        </w:rPr>
        <w:br/>
      </w:r>
      <w:r>
        <w:rPr>
          <w:lang w:eastAsia="zh-CN"/>
        </w:rPr>
        <w:t>　　三、活动内容：</w:t>
      </w:r>
      <w:r>
        <w:rPr>
          <w:lang w:eastAsia="zh-CN"/>
        </w:rPr>
        <w:br/>
      </w:r>
      <w:r>
        <w:rPr>
          <w:lang w:eastAsia="zh-CN"/>
        </w:rPr>
        <w:t>　　1、活动前期策划准备10月21-10月27号</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a、每个协会收集节目并进行初次选拔。</w:t>
      </w:r>
      <w:r>
        <w:rPr>
          <w:lang w:eastAsia="zh-CN"/>
        </w:rPr>
        <w:br/>
      </w:r>
      <w:r>
        <w:rPr>
          <w:lang w:eastAsia="zh-CN"/>
        </w:rPr>
        <w:t>　　b、由绿茵读书会申请活动场地。</w:t>
      </w:r>
      <w:r>
        <w:rPr>
          <w:lang w:eastAsia="zh-CN"/>
        </w:rPr>
        <w:br/>
      </w:r>
      <w:r>
        <w:rPr>
          <w:lang w:eastAsia="zh-CN"/>
        </w:rPr>
        <w:t>　　c、由专业人士及会长确定最后节目。</w:t>
      </w:r>
      <w:r>
        <w:rPr>
          <w:lang w:eastAsia="zh-CN"/>
        </w:rPr>
        <w:br/>
      </w:r>
      <w:r>
        <w:rPr>
          <w:lang w:eastAsia="zh-CN"/>
        </w:rPr>
        <w:t>　　d、制作展板宣传。</w:t>
      </w:r>
      <w:r>
        <w:rPr>
          <w:lang w:eastAsia="zh-CN"/>
        </w:rPr>
        <w:br/>
      </w:r>
      <w:r>
        <w:rPr>
          <w:lang w:eastAsia="zh-CN"/>
        </w:rPr>
        <w:t>　　2、活动流程：</w:t>
      </w:r>
      <w:r>
        <w:rPr>
          <w:lang w:eastAsia="zh-CN"/>
        </w:rPr>
        <w:br/>
      </w:r>
      <w:r>
        <w:rPr>
          <w:lang w:eastAsia="zh-CN"/>
        </w:rPr>
        <w:t>　　a、晚会嘉宾入座。</w:t>
      </w:r>
      <w:r>
        <w:rPr>
          <w:lang w:eastAsia="zh-CN"/>
        </w:rPr>
        <w:br/>
      </w:r>
      <w:r>
        <w:rPr>
          <w:lang w:eastAsia="zh-CN"/>
        </w:rPr>
        <w:t>　　b、歌舞开场。</w:t>
      </w:r>
      <w:r>
        <w:rPr>
          <w:lang w:eastAsia="zh-CN"/>
        </w:rPr>
        <w:br/>
      </w:r>
      <w:r>
        <w:rPr>
          <w:lang w:eastAsia="zh-CN"/>
        </w:rPr>
        <w:t>　　c、主持人开场邀请领导讲话并宣布晚会开始。</w:t>
      </w:r>
      <w:r>
        <w:rPr>
          <w:lang w:eastAsia="zh-CN"/>
        </w:rPr>
        <w:br/>
      </w:r>
      <w:r>
        <w:rPr>
          <w:lang w:eastAsia="zh-CN"/>
        </w:rPr>
        <w:t>　　d、节目依次上场，中间穿插互动游戏和奖品。</w:t>
      </w:r>
      <w:r>
        <w:rPr>
          <w:lang w:eastAsia="zh-CN"/>
        </w:rPr>
        <w:br/>
      </w:r>
      <w:r>
        <w:rPr>
          <w:lang w:eastAsia="zh-CN"/>
        </w:rPr>
        <w:t>　　e、闭幕节目上场。</w:t>
      </w:r>
      <w:r>
        <w:rPr>
          <w:lang w:eastAsia="zh-CN"/>
        </w:rPr>
        <w:br/>
      </w:r>
      <w:r>
        <w:rPr>
          <w:lang w:eastAsia="zh-CN"/>
        </w:rPr>
        <w:t>　　3、活动形式：舞蹈，小品、相声、歌曲、乐器弹奏、武术表演等，中间穿插互动游戏。</w:t>
      </w:r>
      <w:r>
        <w:rPr>
          <w:lang w:eastAsia="zh-CN"/>
        </w:rPr>
        <w:br/>
      </w:r>
      <w:r>
        <w:rPr>
          <w:lang w:eastAsia="zh-CN"/>
        </w:rPr>
        <w:t>　　四、活动人员安排：</w:t>
      </w:r>
      <w:r>
        <w:rPr>
          <w:lang w:eastAsia="zh-CN"/>
        </w:rPr>
        <w:br/>
      </w:r>
      <w:r>
        <w:rPr>
          <w:lang w:eastAsia="zh-CN"/>
        </w:rPr>
        <w:t>　　1、宣传部：对活动进行前期的宣传，使更多人知道本次晚会并按时参加。</w:t>
      </w:r>
      <w:r>
        <w:rPr>
          <w:lang w:eastAsia="zh-CN"/>
        </w:rPr>
        <w:br/>
      </w:r>
      <w:r>
        <w:rPr>
          <w:lang w:eastAsia="zh-CN"/>
        </w:rPr>
        <w:t>　　2、财务部：物品购置</w:t>
      </w:r>
      <w:r>
        <w:rPr>
          <w:lang w:eastAsia="zh-CN"/>
        </w:rPr>
        <w:br/>
      </w:r>
      <w:r>
        <w:rPr>
          <w:lang w:eastAsia="zh-CN"/>
        </w:rPr>
        <w:t>　　a、活动会场的气球、彩带等装饰品。</w:t>
      </w:r>
      <w:r>
        <w:rPr>
          <w:lang w:eastAsia="zh-CN"/>
        </w:rPr>
        <w:br/>
      </w:r>
      <w:r>
        <w:rPr>
          <w:lang w:eastAsia="zh-CN"/>
        </w:rPr>
        <w:t>　　b、晚会所需的瓜子糖果等。</w:t>
      </w:r>
      <w:r>
        <w:rPr>
          <w:lang w:eastAsia="zh-CN"/>
        </w:rPr>
        <w:br/>
      </w:r>
      <w:r>
        <w:rPr>
          <w:lang w:eastAsia="zh-CN"/>
        </w:rPr>
        <w:t>　　c、晚会所需文印材料的打印。</w:t>
      </w:r>
      <w:r>
        <w:rPr>
          <w:lang w:eastAsia="zh-CN"/>
        </w:rPr>
        <w:br/>
      </w:r>
      <w:r>
        <w:rPr>
          <w:lang w:eastAsia="zh-CN"/>
        </w:rPr>
        <w:t>　　3、文艺部：</w:t>
      </w:r>
      <w:r>
        <w:rPr>
          <w:lang w:eastAsia="zh-CN"/>
        </w:rPr>
        <w:br/>
      </w:r>
      <w:r>
        <w:rPr>
          <w:lang w:eastAsia="zh-CN"/>
        </w:rPr>
        <w:t>　　a、装饰晚会现场。</w:t>
      </w:r>
      <w:r>
        <w:rPr>
          <w:lang w:eastAsia="zh-CN"/>
        </w:rPr>
        <w:br/>
      </w:r>
      <w:r>
        <w:rPr>
          <w:lang w:eastAsia="zh-CN"/>
        </w:rPr>
        <w:t>　　b、节目的幕后工作，确保节目顺利进行。</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4、组织部：</w:t>
      </w:r>
      <w:r>
        <w:rPr>
          <w:lang w:eastAsia="zh-CN"/>
        </w:rPr>
        <w:br/>
      </w:r>
      <w:r>
        <w:rPr>
          <w:lang w:eastAsia="zh-CN"/>
        </w:rPr>
        <w:t>　　a、负责活动场地申请以及活动设备保障。</w:t>
      </w:r>
      <w:r>
        <w:rPr>
          <w:lang w:eastAsia="zh-CN"/>
        </w:rPr>
        <w:br/>
      </w:r>
      <w:r>
        <w:rPr>
          <w:lang w:eastAsia="zh-CN"/>
        </w:rPr>
        <w:t>　　b、活动座位安排及活动期间会场秩序的维护。</w:t>
      </w:r>
      <w:r>
        <w:rPr>
          <w:lang w:eastAsia="zh-CN"/>
        </w:rPr>
        <w:br/>
      </w:r>
      <w:r>
        <w:rPr>
          <w:lang w:eastAsia="zh-CN"/>
        </w:rPr>
        <w:t>　　5、通讯部：负责活动期间摄影以及些活动的通讯稿，并且发送电子稿给社团联合会。</w:t>
      </w:r>
      <w:r>
        <w:rPr>
          <w:lang w:eastAsia="zh-CN"/>
        </w:rPr>
        <w:br/>
      </w:r>
      <w:r>
        <w:rPr>
          <w:lang w:eastAsia="zh-CN"/>
        </w:rPr>
        <w:t>　　6、外联部：负责舞台道具的安排。</w:t>
      </w:r>
      <w:r>
        <w:rPr>
          <w:lang w:eastAsia="zh-CN"/>
        </w:rPr>
        <w:br/>
      </w:r>
      <w:r>
        <w:rPr>
          <w:lang w:eastAsia="zh-CN"/>
        </w:rPr>
        <w:t>　　7、其余部门:作为活动的机动部门，随时准备。</w:t>
      </w:r>
      <w:r>
        <w:rPr>
          <w:lang w:eastAsia="zh-CN"/>
        </w:rPr>
        <w:br/>
      </w:r>
      <w:r>
        <w:rPr>
          <w:lang w:eastAsia="zh-CN"/>
        </w:rPr>
        <w:t>　　五、财务预算：</w:t>
      </w:r>
      <w:r>
        <w:rPr>
          <w:lang w:eastAsia="zh-CN"/>
        </w:rPr>
        <w:br/>
      </w:r>
      <w:r>
        <w:rPr>
          <w:lang w:eastAsia="zh-CN"/>
        </w:rPr>
        <w:t>　　1、水果：</w:t>
      </w:r>
      <w:r>
        <w:rPr>
          <w:lang w:eastAsia="zh-CN"/>
        </w:rPr>
        <w:br/>
      </w:r>
      <w:r>
        <w:rPr>
          <w:lang w:eastAsia="zh-CN"/>
        </w:rPr>
        <w:t>　　2、糖果：</w:t>
      </w:r>
      <w:r>
        <w:rPr>
          <w:lang w:eastAsia="zh-CN"/>
        </w:rPr>
        <w:br/>
      </w:r>
      <w:r>
        <w:rPr>
          <w:lang w:eastAsia="zh-CN"/>
        </w:rPr>
        <w:t>　　3、果子：</w:t>
      </w:r>
      <w:r>
        <w:rPr>
          <w:lang w:eastAsia="zh-CN"/>
        </w:rPr>
        <w:br/>
      </w:r>
      <w:r>
        <w:rPr>
          <w:lang w:eastAsia="zh-CN"/>
        </w:rPr>
        <w:t>　　4、气球彩带：</w:t>
      </w:r>
      <w:r>
        <w:rPr>
          <w:lang w:eastAsia="zh-CN"/>
        </w:rPr>
        <w:br/>
      </w:r>
      <w:r>
        <w:rPr>
          <w:lang w:eastAsia="zh-CN"/>
        </w:rPr>
        <w:t>　　5、矿泉水：</w:t>
      </w:r>
      <w:r>
        <w:rPr>
          <w:lang w:eastAsia="zh-CN"/>
        </w:rPr>
        <w:br/>
      </w:r>
      <w:r>
        <w:rPr>
          <w:lang w:eastAsia="zh-CN"/>
        </w:rPr>
        <w:t>　　六、活动意义：通过此次晚会，加强各个协会新会员之间的交流，与此同时，展示协会的特色，树立协会品牌，以及推广协会的理念，以扩大协会影响，更重要的一方面就是给我们新会员一个展示自我的舞台，张扬自己的个性，表现出当代大学生该有的青春激昂，积极向上，让会员们在浓厚的文化氛围中成长，为校园增添一抹绿色。</w:t>
      </w:r>
      <w:r>
        <w:rPr>
          <w:lang w:eastAsia="zh-CN"/>
        </w:rPr>
        <w:br/>
      </w:r>
      <w:r>
        <w:rPr>
          <w:lang w:eastAsia="zh-CN"/>
        </w:rPr>
        <w:t>　　七、会后工作：</w:t>
      </w:r>
      <w:r>
        <w:rPr>
          <w:lang w:eastAsia="zh-CN"/>
        </w:rPr>
        <w:br/>
      </w:r>
      <w:r>
        <w:rPr>
          <w:lang w:eastAsia="zh-CN"/>
        </w:rPr>
        <w:t>　　1、回收晚会装饰品，并交文艺部妥善保管。</w:t>
      </w:r>
      <w:r>
        <w:rPr>
          <w:lang w:eastAsia="zh-CN"/>
        </w:rPr>
        <w:br/>
      </w:r>
      <w:r>
        <w:rPr>
          <w:lang w:eastAsia="zh-CN"/>
        </w:rPr>
        <w:t>　　2、协会会委留下整理晚会现场，清理卫生。</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3、会长及会委开会，总结晚会经验教训。</w:t>
      </w:r>
      <w:r>
        <w:rPr>
          <w:lang w:eastAsia="zh-CN"/>
        </w:rPr>
        <w:br/>
      </w:r>
      <w:r>
        <w:rPr>
          <w:lang w:eastAsia="zh-CN"/>
        </w:rPr>
        <w:t>　　4、策划部、网络部、及通讯部分别做好会后相关工作</w:t>
      </w:r>
      <w:r>
        <w:rPr>
          <w:lang w:eastAsia="zh-CN"/>
        </w:rPr>
        <w:br/>
      </w:r>
      <w:r>
        <w:rPr>
          <w:lang w:eastAsia="zh-CN"/>
        </w:rPr>
        <w:t>　　大学生绿色环保协会</w:t>
      </w:r>
      <w:r>
        <w:rPr>
          <w:lang w:eastAsia="zh-CN"/>
        </w:rPr>
        <w:br/>
      </w:r>
      <w:r>
        <w:rPr>
          <w:lang w:eastAsia="zh-CN"/>
        </w:rPr>
        <w:t>　　大学生绿茵读书会</w:t>
      </w:r>
      <w:r>
        <w:rPr>
          <w:lang w:eastAsia="zh-CN"/>
        </w:rPr>
        <w:br/>
      </w:r>
      <w:r>
        <w:rPr>
          <w:lang w:eastAsia="zh-CN"/>
        </w:rPr>
        <w:t>　　6.25</w:t>
      </w:r>
      <w:r>
        <w:rPr>
          <w:lang w:eastAsia="zh-CN"/>
        </w:rPr>
        <w:br/>
      </w:r>
      <w:r>
        <w:rPr>
          <w:lang w:eastAsia="zh-CN"/>
        </w:rPr>
        <w:t xml:space="preserve">    联谊会活动策划书集锦 篇8 </w:t>
      </w:r>
      <w:r>
        <w:rPr>
          <w:lang w:eastAsia="zh-CN"/>
        </w:rPr>
        <w:br/>
      </w:r>
      <w:r>
        <w:rPr>
          <w:lang w:eastAsia="zh-CN"/>
        </w:rPr>
        <w:t>　　一、活动主题：友情的呼唤，沟通的开始。</w:t>
      </w:r>
      <w:r>
        <w:rPr>
          <w:lang w:eastAsia="zh-CN"/>
        </w:rPr>
        <w:br/>
      </w:r>
      <w:r>
        <w:rPr>
          <w:lang w:eastAsia="zh-CN"/>
        </w:rPr>
        <w:t>　　二、活动意义：为两协会成员搭建一个相互认识、相互交流、相互学习的平台，使两个协会在今后有更多、更广泛的合作机会。</w:t>
      </w:r>
      <w:r>
        <w:rPr>
          <w:lang w:eastAsia="zh-CN"/>
        </w:rPr>
        <w:br/>
      </w:r>
      <w:r>
        <w:rPr>
          <w:lang w:eastAsia="zh-CN"/>
        </w:rPr>
        <w:t>　　三、联谊对象：武术协会</w:t>
      </w:r>
      <w:r>
        <w:rPr>
          <w:lang w:eastAsia="zh-CN"/>
        </w:rPr>
        <w:br/>
      </w:r>
      <w:r>
        <w:rPr>
          <w:lang w:eastAsia="zh-CN"/>
        </w:rPr>
        <w:t>　　四、活动时间：__年11月26日（星期日）早上7：00—11：30</w:t>
      </w:r>
      <w:r>
        <w:rPr>
          <w:lang w:eastAsia="zh-CN"/>
        </w:rPr>
        <w:br/>
      </w:r>
      <w:r>
        <w:rPr>
          <w:lang w:eastAsia="zh-CN"/>
        </w:rPr>
        <w:t>　　五、活动地点：淡浮院</w:t>
      </w:r>
      <w:r>
        <w:rPr>
          <w:lang w:eastAsia="zh-CN"/>
        </w:rPr>
        <w:br/>
      </w:r>
      <w:r>
        <w:rPr>
          <w:lang w:eastAsia="zh-CN"/>
        </w:rPr>
        <w:t>　　六、活动流程：</w:t>
      </w:r>
      <w:r>
        <w:rPr>
          <w:lang w:eastAsia="zh-CN"/>
        </w:rPr>
        <w:br/>
      </w:r>
      <w:r>
        <w:rPr>
          <w:lang w:eastAsia="zh-CN"/>
        </w:rPr>
        <w:t>　　7：00—7：15两协会成员在东区校门口集合，准备出发。</w:t>
      </w:r>
      <w:r>
        <w:rPr>
          <w:lang w:eastAsia="zh-CN"/>
        </w:rPr>
        <w:br/>
      </w:r>
      <w:r>
        <w:rPr>
          <w:lang w:eastAsia="zh-CN"/>
        </w:rPr>
        <w:t>　　8：00到达目的地——淡浮院</w:t>
      </w:r>
      <w:r>
        <w:rPr>
          <w:lang w:eastAsia="zh-CN"/>
        </w:rPr>
        <w:br/>
      </w:r>
      <w:r>
        <w:rPr>
          <w:lang w:eastAsia="zh-CN"/>
        </w:rPr>
        <w:t>　　8：00—8：30进入淡浮院，在交太殿前面的草坪上坐下。</w:t>
      </w:r>
      <w:r>
        <w:rPr>
          <w:lang w:eastAsia="zh-CN"/>
        </w:rPr>
        <w:br/>
      </w:r>
      <w:r>
        <w:rPr>
          <w:lang w:eastAsia="zh-CN"/>
        </w:rPr>
        <w:t>　　8：30—10：15</w:t>
      </w:r>
      <w:r>
        <w:rPr>
          <w:lang w:eastAsia="zh-CN"/>
        </w:rPr>
        <w:br/>
      </w:r>
      <w:r>
        <w:rPr>
          <w:lang w:eastAsia="zh-CN"/>
        </w:rPr>
        <w:t>　　1）、两个协会的负责人或代表发言。</w:t>
      </w:r>
      <w:r>
        <w:rPr>
          <w:lang w:eastAsia="zh-CN"/>
        </w:rPr>
        <w:br/>
      </w:r>
      <w:r>
        <w:rPr>
          <w:lang w:eastAsia="zh-CN"/>
        </w:rPr>
        <w:t>　　2）、自由交流15分钟</w:t>
      </w:r>
      <w:r>
        <w:rPr>
          <w:lang w:eastAsia="zh-CN"/>
        </w:rPr>
        <w:br/>
      </w:r>
      <w:r>
        <w:rPr>
          <w:lang w:eastAsia="zh-CN"/>
        </w:rPr>
        <w:t>　　3）、集体游戏：</w:t>
      </w:r>
      <w:r>
        <w:rPr>
          <w:lang w:eastAsia="zh-CN"/>
        </w:rPr>
        <w:br/>
      </w:r>
      <w:r>
        <w:rPr>
          <w:lang w:eastAsia="zh-CN"/>
        </w:rPr>
        <w:t>　　游戏名称：</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规则：所以人手拉手围成一个圆圈，并慢跑中，圆中间站主持人，听主持说数字，说到什么数字就得有几个人围在一起。比如，主持人喊到数字5，我们就得有5个人手拉手围在一起，没有达到5个人的那个组就为输，罚（待定），罚完继续游戏~~~~~~</w:t>
      </w:r>
      <w:r>
        <w:rPr>
          <w:lang w:eastAsia="zh-CN"/>
        </w:rPr>
        <w:br/>
      </w:r>
      <w:r>
        <w:rPr>
          <w:lang w:eastAsia="zh-CN"/>
        </w:rPr>
        <w:t>　　游戏名称：创意人追人</w:t>
      </w:r>
      <w:r>
        <w:rPr>
          <w:lang w:eastAsia="zh-CN"/>
        </w:rPr>
        <w:br/>
      </w:r>
      <w:r>
        <w:rPr>
          <w:lang w:eastAsia="zh-CN"/>
        </w:rPr>
        <w:t>　　规则：先拉手围成一个大圆圈，站定，顺时针1—2报数，数到2的同学站到数1同学的身后，然后两个协会各派出一个代表，分为a和b（要求是同性），站到圈内，猜拳决定谁追谁（输者追），跑的范围可以是圈内也可以是圈外不超一米的距离。被追的人可以该变自己被追的命运，在跑的过程当中，你跑到周围中其中一组队员的前面或后面并触及其中一个队员的身体（任何一个部位都行）这组队员的后面或前面的那位同学即变成被追的同学，如此类推。但如果你在跑的过程当中就被他追到了，那你和原来那个追你同学的身份就换了过来~~。看示意：a追b，b就跑到一组（c和d）碰到c，d立刻就跑，别给a追到。另外一种情况是：a追b，b给a追到了，b立刻反过来追……依次类推。</w:t>
      </w:r>
      <w:r>
        <w:rPr>
          <w:lang w:eastAsia="zh-CN"/>
        </w:rPr>
        <w:br/>
      </w:r>
      <w:r>
        <w:rPr>
          <w:lang w:eastAsia="zh-CN"/>
        </w:rPr>
        <w:t>　　4）、武术协会武术表演</w:t>
      </w:r>
      <w:r>
        <w:rPr>
          <w:lang w:eastAsia="zh-CN"/>
        </w:rPr>
        <w:br/>
      </w:r>
      <w:r>
        <w:rPr>
          <w:lang w:eastAsia="zh-CN"/>
        </w:rPr>
        <w:t>　　5）、秘书协会舞蹈表演者：</w:t>
      </w:r>
      <w:r>
        <w:rPr>
          <w:lang w:eastAsia="zh-CN"/>
        </w:rPr>
        <w:br/>
      </w:r>
      <w:r>
        <w:rPr>
          <w:lang w:eastAsia="zh-CN"/>
        </w:rPr>
        <w:t>　　6）、分组游戏</w:t>
      </w:r>
      <w:r>
        <w:rPr>
          <w:lang w:eastAsia="zh-CN"/>
        </w:rPr>
        <w:br/>
      </w:r>
      <w:r>
        <w:rPr>
          <w:lang w:eastAsia="zh-CN"/>
        </w:rPr>
        <w:t>　　武术协会和秘书协会的.成员分别分为六组，然后两协会合并为六组，每个合并组都必须是由两个协会的成员组成的。</w:t>
      </w:r>
      <w:r>
        <w:rPr>
          <w:lang w:eastAsia="zh-CN"/>
        </w:rPr>
        <w:br/>
      </w:r>
      <w:r>
        <w:rPr>
          <w:lang w:eastAsia="zh-CN"/>
        </w:rPr>
        <w:t>　　游戏名称：两人三足</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规则：每组排成两列，两个并列的组员把邻近的脚绑住，主持人喊开始的时候就开始往终点线走（六组同时走），然后回来，解下绳子，让下一对组员绑好，继续走，直到整组成员走完，看哪一组的成员最先走完。每组的人数应该相等，若有多出的人员，可邀请其当裁判。</w:t>
      </w:r>
      <w:r>
        <w:rPr>
          <w:lang w:eastAsia="zh-CN"/>
        </w:rPr>
        <w:br/>
      </w:r>
      <w:r>
        <w:rPr>
          <w:lang w:eastAsia="zh-CN"/>
        </w:rPr>
        <w:t>　　游戏名称：踩报纸</w:t>
      </w:r>
      <w:r>
        <w:rPr>
          <w:lang w:eastAsia="zh-CN"/>
        </w:rPr>
        <w:br/>
      </w:r>
      <w:r>
        <w:rPr>
          <w:lang w:eastAsia="zh-CN"/>
        </w:rPr>
        <w:t>　　规则：每组一张大小等同的报纸，派六个人上场，六个人都把一只脚放在报纸上，另一只脚放在报纸外，当主持人喊开始的时候，所有参赛者在报纸外面的那只脚都要离地，并维持一定的时间，最先有组员报纸外的脚碰地的，就被淘汰，并一直缩小报纸的面积，直到剩下最后的一组为胜利组。</w:t>
      </w:r>
      <w:r>
        <w:rPr>
          <w:lang w:eastAsia="zh-CN"/>
        </w:rPr>
        <w:br/>
      </w:r>
      <w:r>
        <w:rPr>
          <w:lang w:eastAsia="zh-CN"/>
        </w:rPr>
        <w:t>　　7）、集体活动</w:t>
      </w:r>
      <w:r>
        <w:rPr>
          <w:lang w:eastAsia="zh-CN"/>
        </w:rPr>
        <w:br/>
      </w:r>
      <w:r>
        <w:rPr>
          <w:lang w:eastAsia="zh-CN"/>
        </w:rPr>
        <w:t>　　活动项目：踢毽子，打排球</w:t>
      </w:r>
      <w:r>
        <w:rPr>
          <w:lang w:eastAsia="zh-CN"/>
        </w:rPr>
        <w:br/>
      </w:r>
      <w:r>
        <w:rPr>
          <w:lang w:eastAsia="zh-CN"/>
        </w:rPr>
        <w:t>　　10：15—11：30游淡浮院</w:t>
      </w:r>
      <w:r>
        <w:rPr>
          <w:lang w:eastAsia="zh-CN"/>
        </w:rPr>
        <w:br/>
      </w:r>
      <w:r>
        <w:rPr>
          <w:lang w:eastAsia="zh-CN"/>
        </w:rPr>
        <w:t>　　11：30返校</w:t>
      </w:r>
      <w:r>
        <w:rPr>
          <w:lang w:eastAsia="zh-CN"/>
        </w:rPr>
        <w:br/>
      </w:r>
      <w:r>
        <w:rPr>
          <w:lang w:eastAsia="zh-CN"/>
        </w:rPr>
        <w:t>　　七、前期准备</w:t>
      </w:r>
      <w:r>
        <w:rPr>
          <w:lang w:eastAsia="zh-CN"/>
        </w:rPr>
        <w:br/>
      </w:r>
      <w:r>
        <w:rPr>
          <w:lang w:eastAsia="zh-CN"/>
        </w:rPr>
        <w:t>　　（1）主持人：武术协会—（133）</w:t>
      </w:r>
      <w:r>
        <w:rPr>
          <w:lang w:eastAsia="zh-CN"/>
        </w:rPr>
        <w:br/>
      </w:r>
      <w:r>
        <w:rPr>
          <w:lang w:eastAsia="zh-CN"/>
        </w:rPr>
        <w:t>　　秘书协会—（133）</w:t>
      </w:r>
      <w:r>
        <w:rPr>
          <w:lang w:eastAsia="zh-CN"/>
        </w:rPr>
        <w:br/>
      </w:r>
      <w:r>
        <w:rPr>
          <w:lang w:eastAsia="zh-CN"/>
        </w:rPr>
        <w:t>　　（2）车辆的准备：武术协会</w:t>
      </w:r>
      <w:r>
        <w:rPr>
          <w:lang w:eastAsia="zh-CN"/>
        </w:rPr>
        <w:br/>
      </w:r>
      <w:r>
        <w:rPr>
          <w:lang w:eastAsia="zh-CN"/>
        </w:rPr>
        <w:t>　　（3）食物的购买：</w:t>
      </w:r>
      <w:r>
        <w:rPr>
          <w:lang w:eastAsia="zh-CN"/>
        </w:rPr>
        <w:br/>
      </w:r>
      <w:r>
        <w:rPr>
          <w:lang w:eastAsia="zh-CN"/>
        </w:rPr>
        <w:t>　　（4）相机的准备：</w:t>
      </w:r>
      <w:r>
        <w:rPr>
          <w:lang w:eastAsia="zh-CN"/>
        </w:rPr>
        <w:br/>
      </w:r>
      <w:r>
        <w:rPr>
          <w:lang w:eastAsia="zh-CN"/>
        </w:rPr>
        <w:t xml:space="preserve">    联谊会活动策划书集锦 篇9 </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一、活动目的：</w:t>
      </w:r>
      <w:r>
        <w:rPr>
          <w:lang w:eastAsia="zh-CN"/>
        </w:rPr>
        <w:br/>
      </w:r>
      <w:r>
        <w:rPr>
          <w:lang w:eastAsia="zh-CN"/>
        </w:rPr>
        <w:t>　　通过举办联谊舞会促进同学彼此了解。</w:t>
      </w:r>
      <w:r>
        <w:rPr>
          <w:lang w:eastAsia="zh-CN"/>
        </w:rPr>
        <w:br/>
      </w:r>
      <w:r>
        <w:rPr>
          <w:lang w:eastAsia="zh-CN"/>
        </w:rPr>
        <w:t>　　二、活动时间：</w:t>
      </w:r>
      <w:r>
        <w:rPr>
          <w:lang w:eastAsia="zh-CN"/>
        </w:rPr>
        <w:br/>
      </w:r>
      <w:r>
        <w:rPr>
          <w:lang w:eastAsia="zh-CN"/>
        </w:rPr>
        <w:t>　　_年10月中旬</w:t>
      </w:r>
      <w:r>
        <w:rPr>
          <w:lang w:eastAsia="zh-CN"/>
        </w:rPr>
        <w:br/>
      </w:r>
      <w:r>
        <w:rPr>
          <w:lang w:eastAsia="zh-CN"/>
        </w:rPr>
        <w:t>　　三、活动场所：</w:t>
      </w:r>
      <w:r>
        <w:rPr>
          <w:lang w:eastAsia="zh-CN"/>
        </w:rPr>
        <w:br/>
      </w:r>
      <w:r>
        <w:rPr>
          <w:lang w:eastAsia="zh-CN"/>
        </w:rPr>
        <w:t>　　大学生活动中心</w:t>
      </w:r>
      <w:r>
        <w:rPr>
          <w:lang w:eastAsia="zh-CN"/>
        </w:rPr>
        <w:br/>
      </w:r>
      <w:r>
        <w:rPr>
          <w:lang w:eastAsia="zh-CN"/>
        </w:rPr>
        <w:t>　　四、活动对象：</w:t>
      </w:r>
      <w:r>
        <w:rPr>
          <w:lang w:eastAsia="zh-CN"/>
        </w:rPr>
        <w:br/>
      </w:r>
      <w:r>
        <w:rPr>
          <w:lang w:eastAsia="zh-CN"/>
        </w:rPr>
        <w:t>　　学生联合会成员及全体大一新生</w:t>
      </w:r>
      <w:r>
        <w:rPr>
          <w:lang w:eastAsia="zh-CN"/>
        </w:rPr>
        <w:br/>
      </w:r>
      <w:r>
        <w:rPr>
          <w:lang w:eastAsia="zh-CN"/>
        </w:rPr>
        <w:t>　　五、前期安排</w:t>
      </w:r>
      <w:r>
        <w:rPr>
          <w:lang w:eastAsia="zh-CN"/>
        </w:rPr>
        <w:br/>
      </w:r>
      <w:r>
        <w:rPr>
          <w:lang w:eastAsia="zh-CN"/>
        </w:rPr>
        <w:t>　　由组织部组织学生会相关负责人准备舞会发言，邀请特别嘉宾，协调活动时间事宜。</w:t>
      </w:r>
      <w:r>
        <w:rPr>
          <w:lang w:eastAsia="zh-CN"/>
        </w:rPr>
        <w:br/>
      </w:r>
      <w:r>
        <w:rPr>
          <w:lang w:eastAsia="zh-CN"/>
        </w:rPr>
        <w:t>　　由宣传部进行前期宣传，并负责相关物品准备。</w:t>
      </w:r>
      <w:r>
        <w:rPr>
          <w:lang w:eastAsia="zh-CN"/>
        </w:rPr>
        <w:br/>
      </w:r>
      <w:r>
        <w:rPr>
          <w:lang w:eastAsia="zh-CN"/>
        </w:rPr>
        <w:t>　　1. 海报</w:t>
      </w:r>
      <w:r>
        <w:rPr>
          <w:lang w:eastAsia="zh-CN"/>
        </w:rPr>
        <w:br/>
      </w:r>
      <w:r>
        <w:rPr>
          <w:lang w:eastAsia="zh-CN"/>
        </w:rPr>
        <w:t>　　要求(1)数量2张</w:t>
      </w:r>
      <w:r>
        <w:rPr>
          <w:lang w:eastAsia="zh-CN"/>
        </w:rPr>
        <w:br/>
      </w:r>
      <w:r>
        <w:rPr>
          <w:lang w:eastAsia="zh-CN"/>
        </w:rPr>
        <w:t>　　(2)内容宣传这次的宗旨、时间、地点。</w:t>
      </w:r>
      <w:r>
        <w:rPr>
          <w:lang w:eastAsia="zh-CN"/>
        </w:rPr>
        <w:br/>
      </w:r>
      <w:r>
        <w:rPr>
          <w:lang w:eastAsia="zh-CN"/>
        </w:rPr>
        <w:t>　　(3)大小:</w:t>
      </w:r>
      <w:r>
        <w:rPr>
          <w:lang w:eastAsia="zh-CN"/>
        </w:rPr>
        <w:br/>
      </w:r>
      <w:r>
        <w:rPr>
          <w:lang w:eastAsia="zh-CN"/>
        </w:rPr>
        <w:t>　　张贴时间:_年10月10日~12日</w:t>
      </w:r>
      <w:r>
        <w:rPr>
          <w:lang w:eastAsia="zh-CN"/>
        </w:rPr>
        <w:br/>
      </w:r>
      <w:r>
        <w:rPr>
          <w:lang w:eastAsia="zh-CN"/>
        </w:rPr>
        <w:t>　　地点:南北区各一张</w:t>
      </w:r>
      <w:r>
        <w:rPr>
          <w:lang w:eastAsia="zh-CN"/>
        </w:rPr>
        <w:br/>
      </w:r>
      <w:r>
        <w:rPr>
          <w:lang w:eastAsia="zh-CN"/>
        </w:rPr>
        <w:t>　　2. 横幅</w:t>
      </w:r>
      <w:r>
        <w:rPr>
          <w:lang w:eastAsia="zh-CN"/>
        </w:rPr>
        <w:br/>
      </w:r>
      <w:r>
        <w:rPr>
          <w:lang w:eastAsia="zh-CN"/>
        </w:rPr>
        <w:t>　　要求:</w:t>
      </w:r>
      <w:r>
        <w:rPr>
          <w:lang w:eastAsia="zh-CN"/>
        </w:rPr>
        <w:br/>
      </w:r>
      <w:r>
        <w:rPr>
          <w:lang w:eastAsia="zh-CN"/>
        </w:rPr>
        <w:t>　　(1)数量一条</w:t>
      </w:r>
      <w:r>
        <w:rPr>
          <w:lang w:eastAsia="zh-CN"/>
        </w:rPr>
        <w:br/>
      </w:r>
      <w:r>
        <w:rPr>
          <w:lang w:eastAsia="zh-CN"/>
        </w:rPr>
        <w:t>　　(2)内容：大一新生联谊舞会</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(3)时间:活动前</w:t>
      </w:r>
      <w:r>
        <w:rPr>
          <w:lang w:eastAsia="zh-CN"/>
        </w:rPr>
        <w:br/>
      </w:r>
      <w:r>
        <w:rPr>
          <w:lang w:eastAsia="zh-CN"/>
        </w:rPr>
        <w:t>　　(4)地点学生活动中心前</w:t>
      </w:r>
      <w:r>
        <w:rPr>
          <w:lang w:eastAsia="zh-CN"/>
        </w:rPr>
        <w:br/>
      </w:r>
      <w:r>
        <w:rPr>
          <w:lang w:eastAsia="zh-CN"/>
        </w:rPr>
        <w:t>　　要求:</w:t>
      </w:r>
      <w:r>
        <w:rPr>
          <w:lang w:eastAsia="zh-CN"/>
        </w:rPr>
        <w:br/>
      </w:r>
      <w:r>
        <w:rPr>
          <w:lang w:eastAsia="zh-CN"/>
        </w:rPr>
        <w:t>　　3. 物品的准备</w:t>
      </w:r>
      <w:r>
        <w:rPr>
          <w:lang w:eastAsia="zh-CN"/>
        </w:rPr>
        <w:br/>
      </w:r>
      <w:r>
        <w:rPr>
          <w:lang w:eastAsia="zh-CN"/>
        </w:rPr>
        <w:t>　　气球</w:t>
      </w:r>
      <w:r>
        <w:rPr>
          <w:lang w:eastAsia="zh-CN"/>
        </w:rPr>
        <w:br/>
      </w:r>
      <w:r>
        <w:rPr>
          <w:lang w:eastAsia="zh-CN"/>
        </w:rPr>
        <w:t>　　彩带</w:t>
      </w:r>
      <w:r>
        <w:rPr>
          <w:lang w:eastAsia="zh-CN"/>
        </w:rPr>
        <w:br/>
      </w:r>
      <w:r>
        <w:rPr>
          <w:lang w:eastAsia="zh-CN"/>
        </w:rPr>
        <w:t>　　矿泉水</w:t>
      </w:r>
      <w:r>
        <w:rPr>
          <w:lang w:eastAsia="zh-CN"/>
        </w:rPr>
        <w:br/>
      </w:r>
      <w:r>
        <w:rPr>
          <w:lang w:eastAsia="zh-CN"/>
        </w:rPr>
        <w:t>　　4. 场地的布置</w:t>
      </w:r>
      <w:r>
        <w:rPr>
          <w:lang w:eastAsia="zh-CN"/>
        </w:rPr>
        <w:br/>
      </w:r>
      <w:r>
        <w:rPr>
          <w:lang w:eastAsia="zh-CN"/>
        </w:rPr>
        <w:t>　　(1). 力求展现活动主题,营造活动气氛</w:t>
      </w:r>
      <w:r>
        <w:rPr>
          <w:lang w:eastAsia="zh-CN"/>
        </w:rPr>
        <w:br/>
      </w:r>
      <w:r>
        <w:rPr>
          <w:lang w:eastAsia="zh-CN"/>
        </w:rPr>
        <w:t>　　(2). 区域划分</w:t>
      </w:r>
      <w:r>
        <w:rPr>
          <w:lang w:eastAsia="zh-CN"/>
        </w:rPr>
        <w:br/>
      </w:r>
      <w:r>
        <w:rPr>
          <w:lang w:eastAsia="zh-CN"/>
        </w:rPr>
        <w:t>　　六、活动内容：</w:t>
      </w:r>
      <w:r>
        <w:rPr>
          <w:lang w:eastAsia="zh-CN"/>
        </w:rPr>
        <w:br/>
      </w:r>
      <w:r>
        <w:rPr>
          <w:lang w:eastAsia="zh-CN"/>
        </w:rPr>
        <w:t>　　1.由主持人宣布“联谊晚会”开始，之后介绍本次联谊的宗旨、目的和特邀嘉宾。</w:t>
      </w:r>
      <w:r>
        <w:rPr>
          <w:lang w:eastAsia="zh-CN"/>
        </w:rPr>
        <w:br/>
      </w:r>
      <w:r>
        <w:rPr>
          <w:lang w:eastAsia="zh-CN"/>
        </w:rPr>
        <w:t>　　2.由特邀嘉宾做本次活动的开幕讲话。</w:t>
      </w:r>
      <w:r>
        <w:rPr>
          <w:lang w:eastAsia="zh-CN"/>
        </w:rPr>
        <w:br/>
      </w:r>
      <w:r>
        <w:rPr>
          <w:lang w:eastAsia="zh-CN"/>
        </w:rPr>
        <w:t>　　3.由各学生会主要负责人介绍江淮学院相关情况、学生会的作用性质、各自部门的作用等等。</w:t>
      </w:r>
      <w:r>
        <w:rPr>
          <w:lang w:eastAsia="zh-CN"/>
        </w:rPr>
        <w:br/>
      </w:r>
      <w:r>
        <w:rPr>
          <w:lang w:eastAsia="zh-CN"/>
        </w:rPr>
        <w:t>　　4.活动开始，组织相关活动。</w:t>
      </w:r>
      <w:r>
        <w:rPr>
          <w:lang w:eastAsia="zh-CN"/>
        </w:rPr>
        <w:br/>
      </w:r>
      <w:r>
        <w:rPr>
          <w:lang w:eastAsia="zh-CN"/>
        </w:rPr>
        <w:t>　　5.主持人宣布活动结束。</w:t>
      </w:r>
      <w:r>
        <w:rPr>
          <w:lang w:eastAsia="zh-CN"/>
        </w:rPr>
        <w:br/>
      </w:r>
      <w:r>
        <w:rPr>
          <w:lang w:eastAsia="zh-CN"/>
        </w:rPr>
        <w:t>　　相关人员安排</w:t>
      </w:r>
      <w:r>
        <w:rPr>
          <w:lang w:eastAsia="zh-CN"/>
        </w:rPr>
        <w:br/>
      </w:r>
      <w:r>
        <w:rPr>
          <w:lang w:eastAsia="zh-CN"/>
        </w:rPr>
        <w:t>　　组织部:</w:t>
      </w:r>
      <w:r>
        <w:rPr>
          <w:lang w:eastAsia="zh-CN"/>
        </w:rPr>
        <w:br/>
      </w:r>
      <w:r>
        <w:rPr>
          <w:lang w:eastAsia="zh-CN"/>
        </w:rPr>
        <w:t>　　(1)负责会场布置;</w:t>
      </w:r>
      <w:r>
        <w:rPr>
          <w:lang w:eastAsia="zh-CN"/>
        </w:rPr>
        <w:br/>
      </w:r>
      <w:r>
        <w:rPr>
          <w:lang w:eastAsia="zh-CN"/>
        </w:rPr>
        <w:t>　　(2)后勤卫生;</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(3)考勤;</w:t>
      </w:r>
      <w:r>
        <w:rPr>
          <w:lang w:eastAsia="zh-CN"/>
        </w:rPr>
        <w:br/>
      </w:r>
      <w:r>
        <w:rPr>
          <w:lang w:eastAsia="zh-CN"/>
        </w:rPr>
        <w:t>　　宣传部:</w:t>
      </w:r>
      <w:r>
        <w:rPr>
          <w:lang w:eastAsia="zh-CN"/>
        </w:rPr>
        <w:br/>
      </w:r>
      <w:r>
        <w:rPr>
          <w:lang w:eastAsia="zh-CN"/>
        </w:rPr>
        <w:t>　　(1)负责前期、后期的活动宣传;</w:t>
      </w:r>
      <w:r>
        <w:rPr>
          <w:lang w:eastAsia="zh-CN"/>
        </w:rPr>
        <w:br/>
      </w:r>
      <w:r>
        <w:rPr>
          <w:lang w:eastAsia="zh-CN"/>
        </w:rPr>
        <w:t>　　(2)后勤卫生;</w:t>
      </w:r>
      <w:r>
        <w:rPr>
          <w:lang w:eastAsia="zh-CN"/>
        </w:rPr>
        <w:br/>
      </w:r>
      <w:r>
        <w:rPr>
          <w:lang w:eastAsia="zh-CN"/>
        </w:rPr>
        <w:t>　　(3)照相;</w:t>
      </w:r>
      <w:r>
        <w:rPr>
          <w:lang w:eastAsia="zh-CN"/>
        </w:rPr>
        <w:br/>
      </w:r>
      <w:r>
        <w:rPr>
          <w:lang w:eastAsia="zh-CN"/>
        </w:rPr>
        <w:t xml:space="preserve">    联谊会活动策划书集锦 篇10 </w:t>
      </w:r>
      <w:r>
        <w:rPr>
          <w:lang w:eastAsia="zh-CN"/>
        </w:rPr>
        <w:br/>
      </w:r>
      <w:r>
        <w:rPr>
          <w:lang w:eastAsia="zh-CN"/>
        </w:rPr>
        <w:t>　　一、活动目的：增进同学之间的了解，让每一位同学都融入咱们实验班的温暖大家庭中!</w:t>
      </w:r>
      <w:r>
        <w:rPr>
          <w:lang w:eastAsia="zh-CN"/>
        </w:rPr>
        <w:br/>
      </w:r>
      <w:r>
        <w:rPr>
          <w:lang w:eastAsia="zh-CN"/>
        </w:rPr>
        <w:t>　　二、活动时间、地点：20__年__月__日(星期六)晚7点于(待定)</w:t>
      </w:r>
      <w:r>
        <w:rPr>
          <w:lang w:eastAsia="zh-CN"/>
        </w:rPr>
        <w:br/>
      </w:r>
      <w:r>
        <w:rPr>
          <w:lang w:eastAsia="zh-CN"/>
        </w:rPr>
        <w:t>　　三、活动对象：20__级__班全体成员。参与人数100人左右</w:t>
      </w:r>
      <w:r>
        <w:rPr>
          <w:lang w:eastAsia="zh-CN"/>
        </w:rPr>
        <w:br/>
      </w:r>
      <w:r>
        <w:rPr>
          <w:lang w:eastAsia="zh-CN"/>
        </w:rPr>
        <w:t>　　四、活动准备:</w:t>
      </w:r>
      <w:r>
        <w:rPr>
          <w:lang w:eastAsia="zh-CN"/>
        </w:rPr>
        <w:br/>
      </w:r>
      <w:r>
        <w:rPr>
          <w:lang w:eastAsia="zh-CN"/>
        </w:rPr>
        <w:t>　　1、通知各个寝室准备节目及统计寝室合作情况,周四下午统计节目数量,具体节目及其参与人员.</w:t>
      </w:r>
      <w:r>
        <w:rPr>
          <w:lang w:eastAsia="zh-CN"/>
        </w:rPr>
        <w:br/>
      </w:r>
      <w:r>
        <w:rPr>
          <w:lang w:eastAsia="zh-CN"/>
        </w:rPr>
        <w:t>　　2、准备互动游戏所需道具及奖品.</w:t>
      </w:r>
      <w:r>
        <w:rPr>
          <w:lang w:eastAsia="zh-CN"/>
        </w:rPr>
        <w:br/>
      </w:r>
      <w:r>
        <w:rPr>
          <w:lang w:eastAsia="zh-CN"/>
        </w:rPr>
        <w:t>　　3、确定主持人2名,摄影师2名,音效师1名,及现场协助人员2名.具体人员周四确定.</w:t>
      </w:r>
      <w:r>
        <w:rPr>
          <w:lang w:eastAsia="zh-CN"/>
        </w:rPr>
        <w:br/>
      </w:r>
      <w:r>
        <w:rPr>
          <w:lang w:eastAsia="zh-CN"/>
        </w:rPr>
        <w:t>　　4、场地准备(主要为借教室，周六前确定)。</w:t>
      </w:r>
      <w:r>
        <w:rPr>
          <w:lang w:eastAsia="zh-CN"/>
        </w:rPr>
        <w:br/>
      </w:r>
      <w:r>
        <w:rPr>
          <w:lang w:eastAsia="zh-CN"/>
        </w:rPr>
        <w:t>　　五、活动流程</w:t>
      </w:r>
      <w:r>
        <w:rPr>
          <w:lang w:eastAsia="zh-CN"/>
        </w:rPr>
        <w:br/>
      </w:r>
      <w:r>
        <w:rPr>
          <w:lang w:eastAsia="zh-CN"/>
        </w:rPr>
        <w:t>　　1、主持人宣布活动开始，介绍活动内容，活跃气氛。每个寝室坐一起。</w:t>
      </w:r>
      <w:r>
        <w:rPr>
          <w:lang w:eastAsia="zh-CN"/>
        </w:rPr>
        <w:br/>
      </w:r>
      <w:r>
        <w:rPr>
          <w:lang w:eastAsia="zh-CN"/>
        </w:rPr>
        <w:t>　　2、环节一：明星秀</w:t>
      </w:r>
      <w:r>
        <w:rPr>
          <w:lang w:eastAsia="zh-CN"/>
        </w:rPr>
        <w:br/>
      </w:r>
      <w:r>
        <w:rPr>
          <w:lang w:eastAsia="zh-CN"/>
        </w:rPr>
        <w:t>　　个人才艺展示(若报名人数较少，则和第二环节合并)</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3、主持人做衔接，串联前后节目(即承前启后)</w:t>
      </w:r>
      <w:r>
        <w:rPr>
          <w:lang w:eastAsia="zh-CN"/>
        </w:rPr>
        <w:br/>
      </w:r>
      <w:r>
        <w:rPr>
          <w:lang w:eastAsia="zh-CN"/>
        </w:rPr>
        <w:t>　　4、环节二：家庭表演</w:t>
      </w:r>
      <w:r>
        <w:rPr>
          <w:lang w:eastAsia="zh-CN"/>
        </w:rPr>
        <w:br/>
      </w:r>
      <w:r>
        <w:rPr>
          <w:lang w:eastAsia="zh-CN"/>
        </w:rPr>
        <w:t>　　寝室节目表演(活动重要环节)周四根据节目数量和内容确定表演次序及中间的串台词和小游戏。</w:t>
      </w:r>
      <w:r>
        <w:rPr>
          <w:lang w:eastAsia="zh-CN"/>
        </w:rPr>
        <w:br/>
      </w:r>
      <w:r>
        <w:rPr>
          <w:lang w:eastAsia="zh-CN"/>
        </w:rPr>
        <w:t>　　5、环节三：狂欢进行曲</w:t>
      </w:r>
      <w:r>
        <w:rPr>
          <w:lang w:eastAsia="zh-CN"/>
        </w:rPr>
        <w:br/>
      </w:r>
      <w:r>
        <w:rPr>
          <w:lang w:eastAsia="zh-CN"/>
        </w:rPr>
        <w:t>　　趣味小游戏：</w:t>
      </w:r>
      <w:r>
        <w:rPr>
          <w:lang w:eastAsia="zh-CN"/>
        </w:rPr>
        <w:br/>
      </w:r>
      <w:r>
        <w:rPr>
          <w:lang w:eastAsia="zh-CN"/>
        </w:rPr>
        <w:t>　　㈠、换名字</w:t>
      </w:r>
      <w:r>
        <w:rPr>
          <w:lang w:eastAsia="zh-CN"/>
        </w:rPr>
        <w:br/>
      </w:r>
      <w:r>
        <w:rPr>
          <w:lang w:eastAsia="zh-CN"/>
        </w:rPr>
        <w:t>　　准备：①一个男生寝室和一个女生寝室，即4男4女，共8人为一组。②把每个寝室的寝室号写在同等大小的一张小纸条上并折起，男女生寝室号纸条分别放在两个小纸盒里。③由老师或特定的同学从两个纸箱中分别抽出一张纸条，抽到的两个寝室一组，共抽3组，游戏为3轮。</w:t>
      </w:r>
      <w:r>
        <w:rPr>
          <w:lang w:eastAsia="zh-CN"/>
        </w:rPr>
        <w:br/>
      </w:r>
      <w:r>
        <w:rPr>
          <w:lang w:eastAsia="zh-CN"/>
        </w:rPr>
        <w:t>　　规则：①每组的8名同学站在讲台上分别自我介绍，然后男女随机交叉面向大家站成横排。②此时你右边同学的名字就变成了你的名字，最左边同学的名字就变成最右边同学的名字。8个同学最好提问一遍，可以不按站的左右顺序提问。</w:t>
      </w:r>
      <w:r>
        <w:rPr>
          <w:lang w:eastAsia="zh-CN"/>
        </w:rPr>
        <w:br/>
      </w:r>
      <w:r>
        <w:rPr>
          <w:lang w:eastAsia="zh-CN"/>
        </w:rPr>
        <w:t>　　如：主持人问A同学‘你是光棍吗’则应由A同学右侧的B同学回答，答案自定。若A或B出错或反映过慢，则要表演个节目(如唱歌，讲笑话等)或罚喝2杯水(暂定纸杯，罚的杯数可当场征求同学们的意见)</w:t>
      </w:r>
      <w:r>
        <w:rPr>
          <w:lang w:eastAsia="zh-CN"/>
        </w:rPr>
        <w:br/>
      </w:r>
      <w:r>
        <w:rPr>
          <w:lang w:eastAsia="zh-CN"/>
        </w:rPr>
        <w:t>　　㈡、真心话大冒险</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准备：根据到场情况，以寝室为单位分组。暂定3个寝室12人一组，未能组成一组的同学可加入任意一组。每组男女生都要有。每组可座成2排或3排。</w:t>
      </w:r>
      <w:r>
        <w:rPr>
          <w:lang w:eastAsia="zh-CN"/>
        </w:rPr>
        <w:br/>
      </w:r>
      <w:r>
        <w:rPr>
          <w:lang w:eastAsia="zh-CN"/>
        </w:rPr>
        <w:t>　　规则：①由前到后一个接个提问，最后一位同学问第一位同学，问题自定。②提问中若其他同学一致或多数认为某同学的回答不真实，则可以决定实行惩罚，惩罚办法可自行决定但要有一定限度。提供惩罚办法：在自己能力范围内为组员做一件事或实现小组的一个愿望。</w:t>
      </w:r>
      <w:r>
        <w:rPr>
          <w:lang w:eastAsia="zh-CN"/>
        </w:rPr>
        <w:br/>
      </w:r>
      <w:r>
        <w:rPr>
          <w:lang w:eastAsia="zh-CN"/>
        </w:rPr>
        <w:t>　　6串联环节：心有灵犀</w:t>
      </w:r>
      <w:r>
        <w:rPr>
          <w:lang w:eastAsia="zh-CN"/>
        </w:rPr>
        <w:br/>
      </w:r>
      <w:r>
        <w:rPr>
          <w:lang w:eastAsia="zh-CN"/>
        </w:rPr>
        <w:t>　　每个女生在对着的男生手掌里写一个字，让男生猜然后从左到右男生分别说出自己认为的字。答对有奖品(奖品待定)，答错要记住8位女生的名字后才能下台。</w:t>
      </w:r>
      <w:r>
        <w:rPr>
          <w:lang w:eastAsia="zh-CN"/>
        </w:rPr>
        <w:br/>
      </w:r>
      <w:r>
        <w:rPr>
          <w:lang w:eastAsia="zh-CN"/>
        </w:rPr>
        <w:t>　　细节：主持人在活动开始的时候可设下悬念：让你终生难忘的最美好的礼物将在两个趣味游戏结束后送出，特别是对于男生。 ①在分别装有男女生寝室号的两个纸盒中各抽2张纸条(参加过“换名字”游戏的寝室不再参加)②8名男生先背对着大家横着站成一排，每位女生对着一位男生也站成一排。③由主持人按由左到右的顺序把写有一个字的纸条发给台上的8位女同学，女生看完收起纸条后，男生转向大家，然后让女同学用手指在对着的男同学的手掌上写下这个字，注意不能让台上的男同学看到纸条上的字，否则即为犯规并实施惩罚。④男同学猜字，并按顺序说出答案。</w:t>
      </w:r>
      <w:r>
        <w:rPr>
          <w:lang w:eastAsia="zh-CN"/>
        </w:rPr>
        <w:br/>
      </w:r>
      <w:r>
        <w:rPr>
          <w:lang w:eastAsia="zh-CN"/>
        </w:rPr>
        <w:t>　　预定效果：8名男同学的回答组成一句话：暂时保密。</w:t>
      </w:r>
      <w:r>
        <w:rPr>
          <w:lang w:eastAsia="zh-CN"/>
        </w:rPr>
        <w:br/>
      </w:r>
      <w:r>
        <w:rPr>
          <w:lang w:eastAsia="zh-CN"/>
        </w:rPr>
        <w:t>　　7、共唱“相亲相爱一家人”，然后主持人宣布活动结束。</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班级联谊会活动策划书2</w:t>
      </w:r>
      <w:r>
        <w:rPr>
          <w:lang w:eastAsia="zh-CN"/>
        </w:rPr>
        <w:br/>
      </w:r>
      <w:r>
        <w:rPr>
          <w:lang w:eastAsia="zh-CN"/>
        </w:rPr>
        <w:t>　　活动目的：通过举办联谊舞会，使大一新生有更广阔的交流空间，丰富同学们的校园生活，使同学们在活动互相了解，互相认识，同时，也为学生会今后工作的执行奠定基础。</w:t>
      </w:r>
      <w:r>
        <w:rPr>
          <w:lang w:eastAsia="zh-CN"/>
        </w:rPr>
        <w:br/>
      </w:r>
      <w:r>
        <w:rPr>
          <w:lang w:eastAsia="zh-CN"/>
        </w:rPr>
        <w:t>　　活动名称：大一新生联谊舞会</w:t>
      </w:r>
      <w:r>
        <w:rPr>
          <w:lang w:eastAsia="zh-CN"/>
        </w:rPr>
        <w:br/>
      </w:r>
      <w:r>
        <w:rPr>
          <w:lang w:eastAsia="zh-CN"/>
        </w:rPr>
        <w:t>　　活动主题：联谊舞会</w:t>
      </w:r>
      <w:r>
        <w:rPr>
          <w:lang w:eastAsia="zh-CN"/>
        </w:rPr>
        <w:br/>
      </w:r>
      <w:r>
        <w:rPr>
          <w:lang w:eastAsia="zh-CN"/>
        </w:rPr>
        <w:t>　　活动时间：_年10月中旬</w:t>
      </w:r>
      <w:r>
        <w:rPr>
          <w:lang w:eastAsia="zh-CN"/>
        </w:rPr>
        <w:br/>
      </w:r>
      <w:r>
        <w:rPr>
          <w:lang w:eastAsia="zh-CN"/>
        </w:rPr>
        <w:t>　　活动地点：大学生活动中心</w:t>
      </w:r>
      <w:r>
        <w:rPr>
          <w:lang w:eastAsia="zh-CN"/>
        </w:rPr>
        <w:br/>
      </w:r>
      <w:r>
        <w:rPr>
          <w:lang w:eastAsia="zh-CN"/>
        </w:rPr>
        <w:t>　　主办单位：学生联合会组织部 宣传部。</w:t>
      </w:r>
      <w:r>
        <w:rPr>
          <w:lang w:eastAsia="zh-CN"/>
        </w:rPr>
        <w:br/>
      </w:r>
      <w:r>
        <w:rPr>
          <w:lang w:eastAsia="zh-CN"/>
        </w:rPr>
        <w:t>　　一、活动目的：通过举办联谊舞会促进同学彼此了解。</w:t>
      </w:r>
      <w:r>
        <w:rPr>
          <w:lang w:eastAsia="zh-CN"/>
        </w:rPr>
        <w:br/>
      </w:r>
      <w:r>
        <w:rPr>
          <w:lang w:eastAsia="zh-CN"/>
        </w:rPr>
        <w:t>　　二、活动时间：_年10月中旬</w:t>
      </w:r>
      <w:r>
        <w:rPr>
          <w:lang w:eastAsia="zh-CN"/>
        </w:rPr>
        <w:br/>
      </w:r>
      <w:r>
        <w:rPr>
          <w:lang w:eastAsia="zh-CN"/>
        </w:rPr>
        <w:t>　　三、活动场所：大学生活动中心</w:t>
      </w:r>
      <w:r>
        <w:rPr>
          <w:lang w:eastAsia="zh-CN"/>
        </w:rPr>
        <w:br/>
      </w:r>
      <w:r>
        <w:rPr>
          <w:lang w:eastAsia="zh-CN"/>
        </w:rPr>
        <w:t>　　四、活动对象：学生联合会成员及全体大一新生</w:t>
      </w:r>
      <w:r>
        <w:rPr>
          <w:lang w:eastAsia="zh-CN"/>
        </w:rPr>
        <w:br/>
      </w:r>
      <w:r>
        <w:rPr>
          <w:lang w:eastAsia="zh-CN"/>
        </w:rPr>
        <w:t>　　五、前期安排</w:t>
      </w:r>
      <w:r>
        <w:rPr>
          <w:lang w:eastAsia="zh-CN"/>
        </w:rPr>
        <w:br/>
      </w:r>
      <w:r>
        <w:rPr>
          <w:lang w:eastAsia="zh-CN"/>
        </w:rPr>
        <w:t>　　由组织部组织学生会相关负责人准备舞会发言，邀请特别嘉宾，协调活动时间事宜。</w:t>
      </w:r>
      <w:r>
        <w:rPr>
          <w:lang w:eastAsia="zh-CN"/>
        </w:rPr>
        <w:br/>
      </w:r>
      <w:r>
        <w:rPr>
          <w:lang w:eastAsia="zh-CN"/>
        </w:rPr>
        <w:t>　　由宣传部进行前期宣传，并负责相关物品准备。</w:t>
      </w:r>
      <w:r>
        <w:rPr>
          <w:lang w:eastAsia="zh-CN"/>
        </w:rPr>
        <w:br/>
      </w:r>
      <w:r>
        <w:rPr>
          <w:lang w:eastAsia="zh-CN"/>
        </w:rPr>
        <w:t>　　1. 海报</w:t>
      </w:r>
      <w:r>
        <w:rPr>
          <w:lang w:eastAsia="zh-CN"/>
        </w:rPr>
        <w:br/>
      </w:r>
      <w:r>
        <w:rPr>
          <w:lang w:eastAsia="zh-CN"/>
        </w:rPr>
        <w:t>　　要求(1)数量2张</w:t>
      </w:r>
      <w:r>
        <w:rPr>
          <w:lang w:eastAsia="zh-CN"/>
        </w:rPr>
        <w:br/>
      </w:r>
      <w:r>
        <w:rPr>
          <w:lang w:eastAsia="zh-CN"/>
        </w:rPr>
        <w:t>　　(2)内容宣传这次的宗旨、时间、地点。</w:t>
      </w:r>
      <w:r>
        <w:rPr>
          <w:lang w:eastAsia="zh-CN"/>
        </w:rPr>
        <w:br/>
      </w:r>
      <w:r>
        <w:rPr>
          <w:lang w:eastAsia="zh-CN"/>
        </w:rPr>
        <w:t>　　(3)大小:</w:t>
      </w:r>
      <w:r>
        <w:rPr>
          <w:lang w:eastAsia="zh-CN"/>
        </w:rPr>
        <w:br/>
      </w:r>
      <w:r>
        <w:rPr>
          <w:lang w:eastAsia="zh-CN"/>
        </w:rPr>
        <w:t>　　张贴时间:_年10月10日~12日</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地点:南北区各一张</w:t>
      </w:r>
      <w:r>
        <w:rPr>
          <w:lang w:eastAsia="zh-CN"/>
        </w:rPr>
        <w:br/>
      </w:r>
      <w:r>
        <w:rPr>
          <w:lang w:eastAsia="zh-CN"/>
        </w:rPr>
        <w:t>　　2. 横幅</w:t>
      </w:r>
      <w:r>
        <w:rPr>
          <w:lang w:eastAsia="zh-CN"/>
        </w:rPr>
        <w:br/>
      </w:r>
      <w:r>
        <w:rPr>
          <w:lang w:eastAsia="zh-CN"/>
        </w:rPr>
        <w:t>　　要求:(1)数量一条</w:t>
      </w:r>
      <w:r>
        <w:rPr>
          <w:lang w:eastAsia="zh-CN"/>
        </w:rPr>
        <w:br/>
      </w:r>
      <w:r>
        <w:rPr>
          <w:lang w:eastAsia="zh-CN"/>
        </w:rPr>
        <w:t>　　(2)内容：大一新生联谊舞会</w:t>
      </w:r>
      <w:r>
        <w:rPr>
          <w:lang w:eastAsia="zh-CN"/>
        </w:rPr>
        <w:br/>
      </w:r>
      <w:r>
        <w:rPr>
          <w:lang w:eastAsia="zh-CN"/>
        </w:rPr>
        <w:t>　　(3)时间:活动前</w:t>
      </w:r>
      <w:r>
        <w:rPr>
          <w:lang w:eastAsia="zh-CN"/>
        </w:rPr>
        <w:br/>
      </w:r>
      <w:r>
        <w:rPr>
          <w:lang w:eastAsia="zh-CN"/>
        </w:rPr>
        <w:t>　　(4)地点学生活动中心前</w:t>
      </w:r>
      <w:r>
        <w:rPr>
          <w:lang w:eastAsia="zh-CN"/>
        </w:rPr>
        <w:br/>
      </w:r>
      <w:r>
        <w:rPr>
          <w:lang w:eastAsia="zh-CN"/>
        </w:rPr>
        <w:t>　　要求:</w:t>
      </w:r>
      <w:r>
        <w:rPr>
          <w:lang w:eastAsia="zh-CN"/>
        </w:rPr>
        <w:br/>
      </w:r>
      <w:r>
        <w:rPr>
          <w:lang w:eastAsia="zh-CN"/>
        </w:rPr>
        <w:t>　　3. 物品的准备</w:t>
      </w:r>
      <w:r>
        <w:rPr>
          <w:lang w:eastAsia="zh-CN"/>
        </w:rPr>
        <w:br/>
      </w:r>
      <w:r>
        <w:rPr>
          <w:lang w:eastAsia="zh-CN"/>
        </w:rPr>
        <w:t>　　气球</w:t>
      </w:r>
      <w:r>
        <w:rPr>
          <w:lang w:eastAsia="zh-CN"/>
        </w:rPr>
        <w:br/>
      </w:r>
      <w:r>
        <w:rPr>
          <w:lang w:eastAsia="zh-CN"/>
        </w:rPr>
        <w:t>　　彩带</w:t>
      </w:r>
      <w:r>
        <w:rPr>
          <w:lang w:eastAsia="zh-CN"/>
        </w:rPr>
        <w:br/>
      </w:r>
      <w:r>
        <w:rPr>
          <w:lang w:eastAsia="zh-CN"/>
        </w:rPr>
        <w:t>　　矿泉水</w:t>
      </w:r>
      <w:r>
        <w:rPr>
          <w:lang w:eastAsia="zh-CN"/>
        </w:rPr>
        <w:br/>
      </w:r>
      <w:r>
        <w:rPr>
          <w:lang w:eastAsia="zh-CN"/>
        </w:rPr>
        <w:t>　　4. 场地的布置</w:t>
      </w:r>
      <w:r>
        <w:rPr>
          <w:lang w:eastAsia="zh-CN"/>
        </w:rPr>
        <w:br/>
      </w:r>
      <w:r>
        <w:rPr>
          <w:lang w:eastAsia="zh-CN"/>
        </w:rPr>
        <w:t>　　(1). 力求展现活动主题,营造活动气氛</w:t>
      </w:r>
      <w:r>
        <w:rPr>
          <w:lang w:eastAsia="zh-CN"/>
        </w:rPr>
        <w:br/>
      </w:r>
      <w:r>
        <w:rPr>
          <w:lang w:eastAsia="zh-CN"/>
        </w:rPr>
        <w:t>　　(2). 区域划分</w:t>
      </w:r>
      <w:r>
        <w:rPr>
          <w:lang w:eastAsia="zh-CN"/>
        </w:rPr>
        <w:br/>
      </w:r>
      <w:r>
        <w:rPr>
          <w:lang w:eastAsia="zh-CN"/>
        </w:rPr>
        <w:t>　　六、活动内容：</w:t>
      </w:r>
      <w:r>
        <w:rPr>
          <w:lang w:eastAsia="zh-CN"/>
        </w:rPr>
        <w:br/>
      </w:r>
      <w:r>
        <w:rPr>
          <w:lang w:eastAsia="zh-CN"/>
        </w:rPr>
        <w:t>　　1.由主持人宣布“联谊晚会”开始，之后介绍本次联谊的宗旨、目的和特邀嘉宾。</w:t>
      </w:r>
      <w:r>
        <w:rPr>
          <w:lang w:eastAsia="zh-CN"/>
        </w:rPr>
        <w:br/>
      </w:r>
      <w:r>
        <w:rPr>
          <w:lang w:eastAsia="zh-CN"/>
        </w:rPr>
        <w:t>　　2.由特邀嘉宾做本次活动的开幕讲话。</w:t>
      </w:r>
      <w:r>
        <w:rPr>
          <w:lang w:eastAsia="zh-CN"/>
        </w:rPr>
        <w:br/>
      </w:r>
      <w:r>
        <w:rPr>
          <w:lang w:eastAsia="zh-CN"/>
        </w:rPr>
        <w:t>　　3.由各学生会主要负责人介绍江淮学院相关情况、学生会的作用性质、各自部门的作用等等。</w:t>
      </w:r>
      <w:r>
        <w:rPr>
          <w:lang w:eastAsia="zh-CN"/>
        </w:rPr>
        <w:br/>
      </w:r>
      <w:r>
        <w:rPr>
          <w:lang w:eastAsia="zh-CN"/>
        </w:rPr>
        <w:t>　　4.活动开始，组织相关活动。</w:t>
      </w:r>
      <w:r>
        <w:rPr>
          <w:lang w:eastAsia="zh-CN"/>
        </w:rPr>
        <w:br/>
      </w:r>
      <w:r>
        <w:rPr>
          <w:lang w:eastAsia="zh-CN"/>
        </w:rPr>
        <w:t>　　5.主持人宣布活动结束。</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相关人员安排</w:t>
      </w:r>
      <w:r>
        <w:rPr>
          <w:lang w:eastAsia="zh-CN"/>
        </w:rPr>
        <w:br/>
      </w:r>
      <w:r>
        <w:rPr>
          <w:lang w:eastAsia="zh-CN"/>
        </w:rPr>
        <w:t>　　组织部:</w:t>
      </w:r>
      <w:r>
        <w:rPr>
          <w:lang w:eastAsia="zh-CN"/>
        </w:rPr>
        <w:br/>
      </w:r>
      <w:r>
        <w:rPr>
          <w:lang w:eastAsia="zh-CN"/>
        </w:rPr>
        <w:t>　　(1)负责会场布置;</w:t>
      </w:r>
      <w:r>
        <w:rPr>
          <w:lang w:eastAsia="zh-CN"/>
        </w:rPr>
        <w:br/>
      </w:r>
      <w:r>
        <w:rPr>
          <w:lang w:eastAsia="zh-CN"/>
        </w:rPr>
        <w:t>　　(2)后勤卫生;</w:t>
      </w:r>
      <w:r>
        <w:rPr>
          <w:lang w:eastAsia="zh-CN"/>
        </w:rPr>
        <w:br/>
      </w:r>
      <w:r>
        <w:rPr>
          <w:lang w:eastAsia="zh-CN"/>
        </w:rPr>
        <w:t>　　(3)考勤;</w:t>
      </w:r>
      <w:r>
        <w:rPr>
          <w:lang w:eastAsia="zh-CN"/>
        </w:rPr>
        <w:br/>
      </w:r>
      <w:r>
        <w:rPr>
          <w:lang w:eastAsia="zh-CN"/>
        </w:rPr>
        <w:t>　　宣传部:</w:t>
      </w:r>
      <w:r>
        <w:rPr>
          <w:lang w:eastAsia="zh-CN"/>
        </w:rPr>
        <w:br/>
      </w:r>
      <w:r>
        <w:rPr>
          <w:lang w:eastAsia="zh-CN"/>
        </w:rPr>
        <w:t>　　(1)负责前期、后期的活动宣传;</w:t>
      </w:r>
      <w:r>
        <w:rPr>
          <w:lang w:eastAsia="zh-CN"/>
        </w:rPr>
        <w:br/>
      </w:r>
      <w:r>
        <w:rPr>
          <w:lang w:eastAsia="zh-CN"/>
        </w:rPr>
        <w:t>　　(2)后勤卫生;</w:t>
      </w:r>
      <w:r>
        <w:rPr>
          <w:lang w:eastAsia="zh-CN"/>
        </w:rPr>
        <w:br/>
      </w:r>
      <w:r>
        <w:rPr>
          <w:lang w:eastAsia="zh-CN"/>
        </w:rPr>
        <w:t>　　(3)照相;</w:t>
      </w:r>
      <w:r>
        <w:rPr>
          <w:lang w:eastAsia="zh-CN"/>
        </w:rPr>
        <w:br/>
      </w:r>
      <w:r>
        <w:rPr>
          <w:lang w:eastAsia="zh-CN"/>
        </w:rPr>
        <w:t xml:space="preserve">    联谊会活动策划书集锦 篇11 </w:t>
      </w:r>
      <w:r>
        <w:rPr>
          <w:lang w:eastAsia="zh-CN"/>
        </w:rPr>
        <w:br/>
      </w:r>
      <w:r>
        <w:rPr>
          <w:lang w:eastAsia="zh-CN"/>
        </w:rPr>
        <w:t>　　主办：务川大学生联谊会</w:t>
      </w:r>
      <w:r>
        <w:rPr>
          <w:lang w:eastAsia="zh-CN"/>
        </w:rPr>
        <w:br/>
      </w:r>
      <w:r>
        <w:rPr>
          <w:lang w:eastAsia="zh-CN"/>
        </w:rPr>
        <w:t>　　承办：待定</w:t>
      </w:r>
      <w:r>
        <w:rPr>
          <w:lang w:eastAsia="zh-CN"/>
        </w:rPr>
        <w:br/>
      </w:r>
      <w:r>
        <w:rPr>
          <w:lang w:eastAsia="zh-CN"/>
        </w:rPr>
        <w:t>　　（一）、活动背景：</w:t>
      </w:r>
      <w:r>
        <w:rPr>
          <w:lang w:eastAsia="zh-CN"/>
        </w:rPr>
        <w:br/>
      </w:r>
      <w:r>
        <w:rPr>
          <w:lang w:eastAsia="zh-CN"/>
        </w:rPr>
        <w:t>　　尊老爱幼一直是中华民族的传统美德，作为新时代的大学生我们更应该担起我们的社会责任，尽己所能，为社会献出自己的一份力量。我务川大学生联谊会始终本着"关注家乡发展、感恩家乡，服务家乡"的宗旨，以家乡利益为出发点，积极策划并参与服务家乡的各项活动。今年春节我务川大学生联谊会本着"用心传递·让爱永恒"的主旨，怀揣着对家乡老人的敬爱与关心走进务川县敬老院，在给老人们带去春节祝福与问候的同时，也带去了务川县新一代年轻人的青春与活力。</w:t>
      </w:r>
      <w:r>
        <w:rPr>
          <w:lang w:eastAsia="zh-CN"/>
        </w:rPr>
        <w:br/>
      </w:r>
      <w:r>
        <w:rPr>
          <w:lang w:eastAsia="zh-CN"/>
        </w:rPr>
        <w:t>　　（二）、活动主题：用心传递·让爱永恒</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（三）、活动目的及意义：</w:t>
      </w:r>
      <w:r>
        <w:rPr>
          <w:lang w:eastAsia="zh-CN"/>
        </w:rPr>
        <w:br/>
      </w:r>
      <w:r>
        <w:rPr>
          <w:lang w:eastAsia="zh-CN"/>
        </w:rPr>
        <w:t>　　（1）为生活在敬老院的老人们带去心灵上的`慰藉，让他们感受到青少年的朝气和社会的温暖。</w:t>
      </w:r>
      <w:r>
        <w:rPr>
          <w:lang w:eastAsia="zh-CN"/>
        </w:rPr>
        <w:br/>
      </w:r>
      <w:r>
        <w:rPr>
          <w:lang w:eastAsia="zh-CN"/>
        </w:rPr>
        <w:t>　　（2）为敬老院的老人带去春节问候，增加敬老院的节日氛围，与老人们共享新春的愉悦。</w:t>
      </w:r>
      <w:r>
        <w:rPr>
          <w:lang w:eastAsia="zh-CN"/>
        </w:rPr>
        <w:br/>
      </w:r>
      <w:r>
        <w:rPr>
          <w:lang w:eastAsia="zh-CN"/>
        </w:rPr>
        <w:t>　　（3）向老人们讲解相关医疗保健知识，使老人们更加深刻的了解到自己身体上遇见的一些问题及解决办法。</w:t>
      </w:r>
      <w:r>
        <w:rPr>
          <w:lang w:eastAsia="zh-CN"/>
        </w:rPr>
        <w:br/>
      </w:r>
      <w:r>
        <w:rPr>
          <w:lang w:eastAsia="zh-CN"/>
        </w:rPr>
        <w:t>　　（4）为家乡的社会事业奉献我们的一份力量，在活动的过程中使更多的人了解本联谊会、加入本联谊会，共同为家乡的社会事业服务。</w:t>
      </w:r>
      <w:r>
        <w:rPr>
          <w:lang w:eastAsia="zh-CN"/>
        </w:rPr>
        <w:br/>
      </w:r>
      <w:r>
        <w:rPr>
          <w:lang w:eastAsia="zh-CN"/>
        </w:rPr>
        <w:t>　　（四）、活动时间：20__年月日</w:t>
      </w:r>
      <w:r>
        <w:rPr>
          <w:lang w:eastAsia="zh-CN"/>
        </w:rPr>
        <w:br/>
      </w:r>
      <w:r>
        <w:rPr>
          <w:lang w:eastAsia="zh-CN"/>
        </w:rPr>
        <w:t>　　（五）、活动地点：贵州省务川县柏村镇敬老院</w:t>
      </w:r>
      <w:r>
        <w:rPr>
          <w:lang w:eastAsia="zh-CN"/>
        </w:rPr>
        <w:br/>
      </w:r>
      <w:r>
        <w:rPr>
          <w:lang w:eastAsia="zh-CN"/>
        </w:rPr>
        <w:t>　　（六）、前期准备：</w:t>
      </w:r>
      <w:r>
        <w:rPr>
          <w:lang w:eastAsia="zh-CN"/>
        </w:rPr>
        <w:br/>
      </w:r>
      <w:r>
        <w:rPr>
          <w:lang w:eastAsia="zh-CN"/>
        </w:rPr>
        <w:t>　　（1）、提前联系敬老院，取得对方的信任与支持，并且实施考察调研，为活动的开展提供必要信息。</w:t>
      </w:r>
      <w:r>
        <w:rPr>
          <w:lang w:eastAsia="zh-CN"/>
        </w:rPr>
        <w:br/>
      </w:r>
      <w:r>
        <w:rPr>
          <w:lang w:eastAsia="zh-CN"/>
        </w:rPr>
        <w:t>　　（2）、召开会议，把参加本次活动的人员分为几组，明确各部门具体工作内容，并指定各组负责人。</w:t>
      </w:r>
      <w:r>
        <w:rPr>
          <w:lang w:eastAsia="zh-CN"/>
        </w:rPr>
        <w:br/>
      </w:r>
      <w:r>
        <w:rPr>
          <w:lang w:eastAsia="zh-CN"/>
        </w:rPr>
        <w:t>　　（3）、根据分组，设定活动大致时间和活动流程。准备相关娱乐节目，如：歌舞表演、诗歌朗诵等。</w:t>
      </w:r>
      <w:r>
        <w:rPr>
          <w:lang w:eastAsia="zh-CN"/>
        </w:rPr>
        <w:br/>
      </w:r>
      <w:r>
        <w:rPr>
          <w:lang w:eastAsia="zh-CN"/>
        </w:rPr>
        <w:t>　　（4）、采用拉赞助或者协会志愿募捐的方式筹集资金，为敬老院老人准备新春礼物。</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（5）、采取贴海报、QQ群等方式，增加活动宣传，加大协会的影响力。</w:t>
      </w:r>
      <w:r>
        <w:rPr>
          <w:lang w:eastAsia="zh-CN"/>
        </w:rPr>
        <w:br/>
      </w:r>
      <w:r>
        <w:rPr>
          <w:lang w:eastAsia="zh-CN"/>
        </w:rPr>
        <w:t>　　（七）、活动流程：</w:t>
      </w:r>
      <w:r>
        <w:rPr>
          <w:lang w:eastAsia="zh-CN"/>
        </w:rPr>
        <w:br/>
      </w:r>
      <w:r>
        <w:rPr>
          <w:lang w:eastAsia="zh-CN"/>
        </w:rPr>
        <w:t>　　（1）、采购组提前采购好进敬老院给老人们带去的新春礼物。</w:t>
      </w:r>
      <w:r>
        <w:rPr>
          <w:lang w:eastAsia="zh-CN"/>
        </w:rPr>
        <w:br/>
      </w:r>
      <w:r>
        <w:rPr>
          <w:lang w:eastAsia="zh-CN"/>
        </w:rPr>
        <w:t>　　（2）、中午十一点四十在务川县客车站门口集合，交代相关事宜，一点到达敬老院。</w:t>
      </w:r>
      <w:r>
        <w:rPr>
          <w:lang w:eastAsia="zh-CN"/>
        </w:rPr>
        <w:br/>
      </w:r>
      <w:r>
        <w:rPr>
          <w:lang w:eastAsia="zh-CN"/>
        </w:rPr>
        <w:t>　　（3）、依据自愿原则，可自愿给老人带去礼物，但需要到带队人处登记。</w:t>
      </w:r>
      <w:r>
        <w:rPr>
          <w:lang w:eastAsia="zh-CN"/>
        </w:rPr>
        <w:br/>
      </w:r>
      <w:r>
        <w:rPr>
          <w:lang w:eastAsia="zh-CN"/>
        </w:rPr>
        <w:t>　　（4）、大家有序的到达敬老院，保持积极、安静的作风。</w:t>
      </w:r>
      <w:r>
        <w:rPr>
          <w:lang w:eastAsia="zh-CN"/>
        </w:rPr>
        <w:br/>
      </w:r>
      <w:r>
        <w:rPr>
          <w:lang w:eastAsia="zh-CN"/>
        </w:rPr>
        <w:t>　　（5）、与敬老院当班工作人员取得联系，并说明来意及活动流程大致安排。</w:t>
      </w:r>
      <w:r>
        <w:rPr>
          <w:lang w:eastAsia="zh-CN"/>
        </w:rPr>
        <w:br/>
      </w:r>
      <w:r>
        <w:rPr>
          <w:lang w:eastAsia="zh-CN"/>
        </w:rPr>
        <w:t>　　（6）、到达敬老院后向老人们问好，并送上礼物。然后帮老人们打扫屋子。（预计两点半左右完成）</w:t>
      </w:r>
      <w:r>
        <w:rPr>
          <w:lang w:eastAsia="zh-CN"/>
        </w:rPr>
        <w:br/>
      </w:r>
      <w:r>
        <w:rPr>
          <w:lang w:eastAsia="zh-CN"/>
        </w:rPr>
        <w:t>　　（7）、陪老人们聊天，向老人们讲解常用的医疗保健常识。为老人们表演节目，关心并记下老人们在生活中遇见的问题。（预计四点半完成）</w:t>
      </w:r>
      <w:r>
        <w:rPr>
          <w:lang w:eastAsia="zh-CN"/>
        </w:rPr>
        <w:br/>
      </w:r>
      <w:r>
        <w:rPr>
          <w:lang w:eastAsia="zh-CN"/>
        </w:rPr>
        <w:t>　　（8）、与老人们合影。</w:t>
      </w:r>
      <w:r>
        <w:rPr>
          <w:lang w:eastAsia="zh-CN"/>
        </w:rPr>
        <w:br/>
      </w:r>
      <w:r>
        <w:rPr>
          <w:lang w:eastAsia="zh-CN"/>
        </w:rPr>
        <w:t>　　（八）、后续工作：</w:t>
      </w:r>
      <w:r>
        <w:rPr>
          <w:lang w:eastAsia="zh-CN"/>
        </w:rPr>
        <w:br/>
      </w:r>
      <w:r>
        <w:rPr>
          <w:lang w:eastAsia="zh-CN"/>
        </w:rPr>
        <w:t>　　（1）、志愿者点名，清理人数。</w:t>
      </w:r>
      <w:r>
        <w:rPr>
          <w:lang w:eastAsia="zh-CN"/>
        </w:rPr>
        <w:br/>
      </w:r>
      <w:r>
        <w:rPr>
          <w:lang w:eastAsia="zh-CN"/>
        </w:rPr>
        <w:t>　　（2）、感谢敬老院工作人员，清扫活动场地。</w:t>
      </w:r>
      <w:r>
        <w:rPr>
          <w:lang w:eastAsia="zh-CN"/>
        </w:rPr>
        <w:br/>
      </w:r>
      <w:r>
        <w:rPr>
          <w:lang w:eastAsia="zh-CN"/>
        </w:rPr>
        <w:t>　　（3）、就在敬老院老人们所反映的相关问题进行汇总，具体分配人员撰写汇总资料及建议，与联合会负责人商议，把问题汇总及解决建议上报到相关部门。</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（九）、注意事项：</w:t>
      </w:r>
      <w:r>
        <w:rPr>
          <w:lang w:eastAsia="zh-CN"/>
        </w:rPr>
        <w:br/>
      </w:r>
      <w:r>
        <w:rPr>
          <w:lang w:eastAsia="zh-CN"/>
        </w:rPr>
        <w:t>　　（1）、进入敬老院要主动与老人打招呼，微笑与老人交流。在交流的过程中，遇见听力不好或反映迟缓的老人要有耐心，要注意老人的脸部表情。</w:t>
      </w:r>
      <w:r>
        <w:rPr>
          <w:lang w:eastAsia="zh-CN"/>
        </w:rPr>
        <w:br/>
      </w:r>
      <w:r>
        <w:rPr>
          <w:lang w:eastAsia="zh-CN"/>
        </w:rPr>
        <w:t>　　（2）、要保持安静，不能打笑嬉戏。</w:t>
      </w:r>
      <w:r>
        <w:rPr>
          <w:lang w:eastAsia="zh-CN"/>
        </w:rPr>
        <w:br/>
      </w:r>
      <w:r>
        <w:rPr>
          <w:lang w:eastAsia="zh-CN"/>
        </w:rPr>
        <w:t>　　（3）、打扫完卫生后要物归原处，不能改变物品原来的格局。</w:t>
      </w:r>
      <w:r>
        <w:rPr>
          <w:lang w:eastAsia="zh-CN"/>
        </w:rPr>
        <w:br/>
      </w:r>
      <w:r>
        <w:rPr>
          <w:lang w:eastAsia="zh-CN"/>
        </w:rPr>
        <w:t>　　（4）、说话时要注意语气、语速，在搀扶老人上下楼梯时要注意地面滑、老人腿脚不灵活等问题。</w:t>
      </w:r>
      <w:r>
        <w:rPr>
          <w:lang w:eastAsia="zh-CN"/>
        </w:rPr>
        <w:br/>
      </w:r>
      <w:r>
        <w:rPr>
          <w:lang w:eastAsia="zh-CN"/>
        </w:rPr>
        <w:t>　　（十）、所需物品及经费预算：</w:t>
      </w:r>
      <w:r>
        <w:rPr>
          <w:lang w:eastAsia="zh-CN"/>
        </w:rPr>
        <w:br/>
      </w:r>
      <w:r>
        <w:rPr>
          <w:lang w:eastAsia="zh-CN"/>
        </w:rPr>
        <w:t>　　参加活动的志愿者和工作人员每人AA费用103元（其中3元为购买保险的费用）用于加油和就餐，志愿者AA费这部分的钱剩余的作为下次活动的费用</w:t>
      </w:r>
      <w:r>
        <w:rPr>
          <w:lang w:eastAsia="zh-CN"/>
        </w:rPr>
        <w:br/>
      </w:r>
      <w:r>
        <w:rPr>
          <w:lang w:eastAsia="zh-CN"/>
        </w:rPr>
        <w:t>　　苹果：两箱。50元/箱。</w:t>
      </w:r>
      <w:r>
        <w:rPr>
          <w:lang w:eastAsia="zh-CN"/>
        </w:rPr>
        <w:br/>
      </w:r>
      <w:r>
        <w:rPr>
          <w:lang w:eastAsia="zh-CN"/>
        </w:rPr>
        <w:t>　　橘子：20斤。1.5元/斤。</w:t>
      </w:r>
      <w:r>
        <w:rPr>
          <w:lang w:eastAsia="zh-CN"/>
        </w:rPr>
        <w:br/>
      </w:r>
      <w:r>
        <w:rPr>
          <w:lang w:eastAsia="zh-CN"/>
        </w:rPr>
        <w:t>　　共计：130元。</w:t>
      </w:r>
      <w:r>
        <w:rPr>
          <w:lang w:eastAsia="zh-CN"/>
        </w:rPr>
        <w:br/>
      </w:r>
      <w:r>
        <w:rPr>
          <w:lang w:eastAsia="zh-CN"/>
        </w:rPr>
        <w:t>　　（十一）、策划人：徐波</w:t>
      </w:r>
      <w:r>
        <w:rPr>
          <w:lang w:eastAsia="zh-CN"/>
        </w:rPr>
        <w:br/>
      </w:r>
      <w:r>
        <w:rPr>
          <w:lang w:eastAsia="zh-CN"/>
        </w:rPr>
        <w:t>　　（十二）、负责人：徐波</w:t>
      </w:r>
      <w:r>
        <w:rPr>
          <w:lang w:eastAsia="zh-CN"/>
        </w:rPr>
        <w:br/>
      </w:r>
      <w:r>
        <w:rPr>
          <w:lang w:eastAsia="zh-CN"/>
        </w:rPr>
        <w:t>　　组长：徐波</w:t>
      </w:r>
      <w:r>
        <w:rPr>
          <w:lang w:eastAsia="zh-CN"/>
        </w:rPr>
        <w:br/>
      </w:r>
      <w:r>
        <w:rPr>
          <w:lang w:eastAsia="zh-CN"/>
        </w:rPr>
        <w:t>　　副组长：</w:t>
      </w:r>
      <w:r>
        <w:rPr>
          <w:lang w:eastAsia="zh-CN"/>
        </w:rPr>
        <w:br/>
      </w:r>
      <w:r>
        <w:rPr>
          <w:lang w:eastAsia="zh-CN"/>
        </w:rPr>
        <w:t>　　（十三）、活动招募：活动需要摄影师、摄像师，记录活动影像，期待各位的加入。</w:t>
      </w:r>
      <w:r>
        <w:rPr>
          <w:lang w:eastAsia="zh-CN"/>
        </w:rPr>
        <w:br/>
      </w:r>
      <w:r>
        <w:rPr>
          <w:lang w:eastAsia="zh-CN"/>
        </w:rPr>
        <w:t>　　活动需要志愿者，尽我所能，人人公益</w:t>
      </w:r>
      <w:r>
        <w:rPr>
          <w:lang w:eastAsia="zh-CN"/>
        </w:rPr>
        <w:br/>
      </w:r>
    </w:p>
    <w:p w:rsidR="001B1F19" w14:textId="27C3F48A">
      <w:pPr>
        <w:rPr>
          <w:lang w:eastAsia="zh-CN"/>
        </w:rPr>
      </w:pPr>
      <w:r>
        <w:rPr>
          <w:lang w:eastAsia="zh-CN"/>
        </w:rPr>
        <w:t>　　（十四）、报名方式：</w:t>
      </w:r>
      <w:r>
        <w:rPr>
          <w:lang w:eastAsia="zh-CN"/>
        </w:rPr>
        <w:br/>
      </w:r>
      <w:r>
        <w:rPr>
          <w:lang w:eastAsia="zh-CN"/>
        </w:rPr>
        <w:t>　　1、直接与负责人联系：</w:t>
      </w:r>
      <w:r>
        <w:rPr>
          <w:lang w:eastAsia="zh-CN"/>
        </w:rPr>
        <w:br/>
      </w:r>
      <w:r>
        <w:rPr>
          <w:lang w:eastAsia="zh-CN"/>
        </w:rPr>
        <w:t>　　徐波1878529</w:t>
      </w:r>
      <w:r>
        <w:rPr>
          <w:lang w:eastAsia="zh-CN"/>
        </w:rPr>
        <w:br/>
      </w:r>
      <w:r>
        <w:rPr>
          <w:lang w:eastAsia="zh-CN"/>
        </w:rPr>
        <w:t>　　参加活动的人员，需要购买活动2天的意外险，如已购买的请忽略。</w:t>
      </w:r>
      <w:r>
        <w:rPr>
          <w:lang w:eastAsia="zh-CN"/>
        </w:rPr>
        <w:br/>
      </w:r>
      <w:r>
        <w:rPr>
          <w:lang w:eastAsia="zh-CN"/>
        </w:rPr>
        <w:t>　　2、天意外险的链接可参考：略</w:t>
      </w:r>
      <w:r>
        <w:rPr>
          <w:lang w:eastAsia="zh-CN"/>
        </w:rPr>
        <w:br/>
      </w:r>
      <w:r>
        <w:rPr>
          <w:lang w:eastAsia="zh-CN"/>
        </w:rPr>
        <w:t>　　若不会网购，需要代购意外保险的活动人员，请在12月4日23点之前，将姓名、性别、身份证号码及联系电话，发到徐波的手机或QQ号。</w:t>
      </w:r>
      <w:r>
        <w:rPr>
          <w:lang w:eastAsia="zh-CN"/>
        </w:rPr>
        <w:br/>
      </w:r>
      <w:r>
        <w:rPr>
          <w:lang w:eastAsia="zh-CN"/>
        </w:rPr>
        <w:t>　　活动注意事项：</w:t>
      </w:r>
      <w:r>
        <w:rPr>
          <w:lang w:eastAsia="zh-CN"/>
        </w:rPr>
        <w:br/>
      </w:r>
      <w:r>
        <w:rPr>
          <w:lang w:eastAsia="zh-CN"/>
        </w:rPr>
        <w:t>　　1、统一团队形象，穿着冬季队服。没有队服的伙伴，与印晓琼联系，活动当天领取夏季队服。（待定）</w:t>
      </w:r>
      <w:r>
        <w:rPr>
          <w:lang w:eastAsia="zh-CN"/>
        </w:rPr>
        <w:br/>
      </w:r>
      <w:r>
        <w:rPr>
          <w:lang w:eastAsia="zh-CN"/>
        </w:rPr>
        <w:t>　　2、新伙伴也可以参加活动，但是要先了解务川大学生联谊会章程（审核定稿）</w:t>
      </w:r>
      <w:r>
        <w:rPr>
          <w:lang w:eastAsia="zh-CN"/>
        </w:rPr>
        <w:br/>
      </w:r>
      <w:r>
        <w:rPr>
          <w:lang w:eastAsia="zh-CN"/>
        </w:rPr>
        <w:t>　　3、尤其是必须打开《务川大学生联谊会活动风险承担与权利放弃的协议》</w:t>
      </w:r>
      <w:r>
        <w:rPr>
          <w:lang w:eastAsia="zh-CN"/>
        </w:rPr>
        <w:br/>
      </w:r>
      <w:r>
        <w:rPr>
          <w:lang w:eastAsia="zh-CN"/>
        </w:rPr>
        <w:t>　　接受认可，签署免责协议，购买意外保险，才能参加活动。</w:t>
      </w:r>
      <w:r>
        <w:rPr>
          <w:lang w:eastAsia="zh-CN"/>
        </w:rPr>
        <w:br/>
      </w:r>
      <w:r>
        <w:rPr>
          <w:lang w:eastAsia="zh-CN"/>
        </w:rPr>
        <w:t>　　4、AA出行，风险自负。请务必遵守《务川大学生联谊会----爱心活动自律条例（试行）》</w:t>
      </w:r>
      <w:r>
        <w:rPr>
          <w:lang w:eastAsia="zh-CN"/>
        </w:rPr>
        <w:br/>
      </w:r>
      <w:r>
        <w:rPr>
          <w:lang w:eastAsia="zh-CN"/>
        </w:rPr>
        <w:t>　　5、请大家准时集合，迟到不等，敬请理解。</w:t>
      </w:r>
      <w:r>
        <w:rPr>
          <w:lang w:eastAsia="zh-CN"/>
        </w:rPr>
        <w:br/>
      </w:r>
      <w:r>
        <w:rPr>
          <w:lang w:eastAsia="zh-CN"/>
        </w:rPr>
        <w:t>　　6、活动人员请确认个人身体健康状况正常，请自行酌情携带随身所需物品。</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https://d.book118.com/166050240133010101</w:t>
        </w:r>
      </w:hyperlink>
    </w:p>
    <w:p w:rsidR="001B1F19">
      <w:pPr>
        <w:rPr>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6050240133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