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2024春节促销策划（17篇）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2024春节促销策划（通用17篇）</w:t>
      </w:r>
      <w:r>
        <w:rPr>
          <w:lang w:eastAsia="zh-CN"/>
        </w:rPr>
        <w:br/>
      </w:r>
      <w:r>
        <w:rPr>
          <w:lang w:eastAsia="zh-CN"/>
        </w:rPr>
        <w:t xml:space="preserve">    2024春节促销策划 篇1 </w:t>
      </w:r>
      <w:r>
        <w:rPr>
          <w:lang w:eastAsia="zh-CN"/>
        </w:rPr>
        <w:br/>
      </w:r>
      <w:r>
        <w:rPr>
          <w:lang w:eastAsia="zh-CN"/>
        </w:rPr>
        <w:t>　　一.活动时间：</w:t>
      </w:r>
      <w:r>
        <w:rPr>
          <w:lang w:eastAsia="zh-CN"/>
        </w:rPr>
        <w:br/>
      </w:r>
      <w:r>
        <w:rPr>
          <w:lang w:eastAsia="zh-CN"/>
        </w:rPr>
        <w:t>　　20__年春节前夕</w:t>
      </w:r>
      <w:r>
        <w:rPr>
          <w:lang w:eastAsia="zh-CN"/>
        </w:rPr>
        <w:br/>
      </w:r>
      <w:r>
        <w:rPr>
          <w:lang w:eastAsia="zh-CN"/>
        </w:rPr>
        <w:t>　　二.活动地点：</w:t>
      </w:r>
      <w:r>
        <w:rPr>
          <w:lang w:eastAsia="zh-CN"/>
        </w:rPr>
        <w:br/>
      </w:r>
      <w:r>
        <w:rPr>
          <w:lang w:eastAsia="zh-CN"/>
        </w:rPr>
        <w:t>　　_珠宝全国各地专店/柜</w:t>
      </w:r>
      <w:r>
        <w:rPr>
          <w:lang w:eastAsia="zh-CN"/>
        </w:rPr>
        <w:br/>
      </w:r>
      <w:r>
        <w:rPr>
          <w:lang w:eastAsia="zh-CN"/>
        </w:rPr>
        <w:t>　　三.活动主题</w:t>
      </w:r>
      <w:r>
        <w:rPr>
          <w:lang w:eastAsia="zh-CN"/>
        </w:rPr>
        <w:br/>
      </w:r>
      <w:r>
        <w:rPr>
          <w:lang w:eastAsia="zh-CN"/>
        </w:rPr>
        <w:t>　　“大声说SORRY”美丽心灵假面秀</w:t>
      </w:r>
      <w:r>
        <w:rPr>
          <w:lang w:eastAsia="zh-CN"/>
        </w:rPr>
        <w:br/>
      </w:r>
      <w:r>
        <w:rPr>
          <w:lang w:eastAsia="zh-CN"/>
        </w:rPr>
        <w:t>　　四.活动背景</w:t>
      </w:r>
      <w:r>
        <w:rPr>
          <w:lang w:eastAsia="zh-CN"/>
        </w:rPr>
        <w:br/>
      </w:r>
      <w:r>
        <w:rPr>
          <w:lang w:eastAsia="zh-CN"/>
        </w:rPr>
        <w:t>　　夫妻和情侣间的隔阂来自于猜疑和不能坦诚相见，加上中国人在情感表达上的含蓄，导致了更多的猜疑和隔阂，我们的“善美”和“信守”两款系列钻饰的诉求都在情感上，我们要从情感上消除这种猜疑和隔阂，达到“善美”和“信守”的目的，同时为了更好的提供给人们一个消除这种猜疑和隔阂的机会，我们策划了这次“大声说SORYY”美丽心灵假面秀，使人们勇敢地对自己的爱人说出“SORRY”来，同时又通过假面不暴露隐私，从而使夫妻或情侣之间隔阂全消和坦诚相待，突出“善美”和“信守”的情感诉求。</w:t>
      </w:r>
      <w:r>
        <w:rPr>
          <w:lang w:eastAsia="zh-CN"/>
        </w:rPr>
        <w:br/>
      </w:r>
      <w:r>
        <w:rPr>
          <w:lang w:eastAsia="zh-CN"/>
        </w:rPr>
        <w:t>　　五.活动内容: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1.造势宣传：</w:t>
      </w:r>
      <w:r>
        <w:rPr>
          <w:lang w:eastAsia="zh-CN"/>
        </w:rPr>
        <w:br/>
      </w:r>
      <w:r>
        <w:rPr>
          <w:lang w:eastAsia="zh-CN"/>
        </w:rPr>
        <w:t>　　(1)1月2日在当地发行量的日报或晚报刊登活动宣传广告，扩大活动的覆盖面和影响力，主题是《“大声说SORRY”美丽心灵假面秀等你来》，12月24日—30日接受活动报名，参赛者必须到_专柜现场报名(无论是否购买都可报名)，参与活动者登记报名后领取假面和参赛号码(一对夫妻或情侣一个号码);</w:t>
      </w:r>
      <w:r>
        <w:rPr>
          <w:lang w:eastAsia="zh-CN"/>
        </w:rPr>
        <w:br/>
      </w:r>
      <w:r>
        <w:rPr>
          <w:lang w:eastAsia="zh-CN"/>
        </w:rPr>
        <w:t>　　(2)在电视台做活动宣传广告，还可在黄金时间以字幕的形式在电视台上做活动意义、参与细则、各地专店/柜地址及电 话的详细广告。</w:t>
      </w:r>
      <w:r>
        <w:rPr>
          <w:lang w:eastAsia="zh-CN"/>
        </w:rPr>
        <w:br/>
      </w:r>
      <w:r>
        <w:rPr>
          <w:lang w:eastAsia="zh-CN"/>
        </w:rPr>
        <w:t>　　2.活动程序：</w:t>
      </w:r>
      <w:r>
        <w:rPr>
          <w:lang w:eastAsia="zh-CN"/>
        </w:rPr>
        <w:br/>
      </w:r>
      <w:r>
        <w:rPr>
          <w:lang w:eastAsia="zh-CN"/>
        </w:rPr>
        <w:t>　　(1)上午9：00-9：30现场珠宝模特秀，模特佩带首饰为“信守”、“善美”系列钻饰;</w:t>
      </w:r>
      <w:r>
        <w:rPr>
          <w:lang w:eastAsia="zh-CN"/>
        </w:rPr>
        <w:br/>
      </w:r>
      <w:r>
        <w:rPr>
          <w:lang w:eastAsia="zh-CN"/>
        </w:rPr>
        <w:t>　　(2)上午9：30-9：50请当地歌手现场演绎《信仰》(张信哲原唱)、《想你的365天》(李玟原唱)的歌曲等等;</w:t>
      </w:r>
      <w:r>
        <w:rPr>
          <w:lang w:eastAsia="zh-CN"/>
        </w:rPr>
        <w:br/>
      </w:r>
      <w:r>
        <w:rPr>
          <w:lang w:eastAsia="zh-CN"/>
        </w:rPr>
        <w:t>　　(3)9：30-9：55向观众散发选票(一半是选票，一半是_珠宝的宣传页);</w:t>
      </w:r>
      <w:r>
        <w:rPr>
          <w:lang w:eastAsia="zh-CN"/>
        </w:rPr>
        <w:br/>
      </w:r>
      <w:r>
        <w:rPr>
          <w:lang w:eastAsia="zh-CN"/>
        </w:rPr>
        <w:t>　　从9：55开始1号参赛者戴假面上台，主持人即兴采访(问题如：参赛者年龄?当前是什么关系?结婚、谈恋爱几年了?家庭情况如何?等等);</w:t>
      </w:r>
      <w:r>
        <w:rPr>
          <w:lang w:eastAsia="zh-CN"/>
        </w:rPr>
        <w:br/>
      </w:r>
      <w:r>
        <w:rPr>
          <w:lang w:eastAsia="zh-CN"/>
        </w:rPr>
        <w:t>　　(4)1号参赛者戴假面相互对双方说“最SORRY的一句话(或一件事)”，主持人主要在此过程中起引导作用;</w:t>
      </w:r>
      <w:r>
        <w:rPr>
          <w:lang w:eastAsia="zh-CN"/>
        </w:rPr>
        <w:br/>
      </w:r>
      <w:r>
        <w:rPr>
          <w:lang w:eastAsia="zh-CN"/>
        </w:rPr>
        <w:t>　　(5)接着2号、3号……参赛者类似1号参赛者进行现场秀;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(6)11：30-11：50现场秀结束，收取观众选票(只收选票的那部分，_宣传的部分不回收)及在公证员的监督下统计选票，同时艺人演唱《爱就一个字》(张信哲原唱)(也可现场播放录音带);</w:t>
      </w:r>
      <w:r>
        <w:rPr>
          <w:lang w:eastAsia="zh-CN"/>
        </w:rPr>
        <w:br/>
      </w:r>
      <w:r>
        <w:rPr>
          <w:lang w:eastAsia="zh-CN"/>
        </w:rPr>
        <w:t>　　(7)11：50主持人公布获奖者，奖项设置如下：</w:t>
      </w:r>
      <w:r>
        <w:rPr>
          <w:lang w:eastAsia="zh-CN"/>
        </w:rPr>
        <w:br/>
      </w:r>
      <w:r>
        <w:rPr>
          <w:lang w:eastAsia="zh-CN"/>
        </w:rPr>
        <w:t>　　最深情情侣奖：1名奖信守系列首饰一套及圣诞礼物一份;</w:t>
      </w:r>
      <w:r>
        <w:rPr>
          <w:lang w:eastAsia="zh-CN"/>
        </w:rPr>
        <w:br/>
      </w:r>
      <w:r>
        <w:rPr>
          <w:lang w:eastAsia="zh-CN"/>
        </w:rPr>
        <w:t>　　(8)以《明天更美好》或《同一首歌》谢幕。</w:t>
      </w:r>
      <w:r>
        <w:rPr>
          <w:lang w:eastAsia="zh-CN"/>
        </w:rPr>
        <w:br/>
      </w:r>
      <w:r>
        <w:rPr>
          <w:lang w:eastAsia="zh-CN"/>
        </w:rPr>
        <w:t>　　六.活动经费预算</w:t>
      </w:r>
      <w:r>
        <w:rPr>
          <w:lang w:eastAsia="zh-CN"/>
        </w:rPr>
        <w:br/>
      </w:r>
      <w:r>
        <w:rPr>
          <w:lang w:eastAsia="zh-CN"/>
        </w:rPr>
        <w:t>　　1.珠宝模特秀：300元_5=1500元;</w:t>
      </w:r>
      <w:r>
        <w:rPr>
          <w:lang w:eastAsia="zh-CN"/>
        </w:rPr>
        <w:br/>
      </w:r>
      <w:r>
        <w:rPr>
          <w:lang w:eastAsia="zh-CN"/>
        </w:rPr>
        <w:t>　　2.艺人现场演唱费：6000元;</w:t>
      </w:r>
      <w:r>
        <w:rPr>
          <w:lang w:eastAsia="zh-CN"/>
        </w:rPr>
        <w:br/>
      </w:r>
      <w:r>
        <w:rPr>
          <w:lang w:eastAsia="zh-CN"/>
        </w:rPr>
        <w:t>　　3.奖品(信守系列钻饰)费用：4000元左右;</w:t>
      </w:r>
      <w:r>
        <w:rPr>
          <w:lang w:eastAsia="zh-CN"/>
        </w:rPr>
        <w:br/>
      </w:r>
      <w:r>
        <w:rPr>
          <w:lang w:eastAsia="zh-CN"/>
        </w:rPr>
        <w:t>　　4._展架：65元_2=160元，条幅：150元，假面：10元_20=200元;</w:t>
      </w:r>
      <w:r>
        <w:rPr>
          <w:lang w:eastAsia="zh-CN"/>
        </w:rPr>
        <w:br/>
      </w:r>
      <w:r>
        <w:rPr>
          <w:lang w:eastAsia="zh-CN"/>
        </w:rPr>
        <w:t>　　5.场地布置费：1000元左右;</w:t>
      </w:r>
      <w:r>
        <w:rPr>
          <w:lang w:eastAsia="zh-CN"/>
        </w:rPr>
        <w:br/>
      </w:r>
      <w:r>
        <w:rPr>
          <w:lang w:eastAsia="zh-CN"/>
        </w:rPr>
        <w:t>　　6.选票：0.5元_500份=250元;</w:t>
      </w:r>
      <w:r>
        <w:rPr>
          <w:lang w:eastAsia="zh-CN"/>
        </w:rPr>
        <w:br/>
      </w:r>
      <w:r>
        <w:rPr>
          <w:lang w:eastAsia="zh-CN"/>
        </w:rPr>
        <w:t>　　7.媒体宣传费：5000元左右;</w:t>
      </w:r>
      <w:r>
        <w:rPr>
          <w:lang w:eastAsia="zh-CN"/>
        </w:rPr>
        <w:br/>
      </w:r>
      <w:r>
        <w:rPr>
          <w:lang w:eastAsia="zh-CN"/>
        </w:rPr>
        <w:t>　　8.总计：18260元。</w:t>
      </w:r>
      <w:r>
        <w:rPr>
          <w:lang w:eastAsia="zh-CN"/>
        </w:rPr>
        <w:br/>
      </w:r>
      <w:r>
        <w:rPr>
          <w:lang w:eastAsia="zh-CN"/>
        </w:rPr>
        <w:t>　　另：</w:t>
      </w:r>
      <w:r>
        <w:rPr>
          <w:lang w:eastAsia="zh-CN"/>
        </w:rPr>
        <w:br/>
      </w:r>
      <w:r>
        <w:rPr>
          <w:lang w:eastAsia="zh-CN"/>
        </w:rPr>
        <w:t>　　活动控制与推广问题说明：</w:t>
      </w:r>
      <w:r>
        <w:rPr>
          <w:lang w:eastAsia="zh-CN"/>
        </w:rPr>
        <w:br/>
      </w:r>
      <w:r>
        <w:rPr>
          <w:lang w:eastAsia="zh-CN"/>
        </w:rPr>
        <w:t>　　1.参与本次活动加盟伙伴选择好方案后不得在活动过程中随意更改活动细则，如需更改须和_珠宝推广总部联系，取得总部认同后方可更改;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2.网络推广：联合当地网站做活动宣传广告、活动新闻报道等宣传活动，以新闻事件的形式做好“造势”宣传;</w:t>
      </w:r>
      <w:r>
        <w:rPr>
          <w:lang w:eastAsia="zh-CN"/>
        </w:rPr>
        <w:br/>
      </w:r>
      <w:r>
        <w:rPr>
          <w:lang w:eastAsia="zh-CN"/>
        </w:rPr>
        <w:t>　　3.注意与当地报纸媒体记者联系，注意做好活动报道工作，以达到长期宣传品牌和长期促进销售的目的;</w:t>
      </w:r>
      <w:r>
        <w:rPr>
          <w:lang w:eastAsia="zh-CN"/>
        </w:rPr>
        <w:br/>
      </w:r>
      <w:r>
        <w:rPr>
          <w:lang w:eastAsia="zh-CN"/>
        </w:rPr>
        <w:t>　　4.在活动中做好顾客咨询及到达人数、活动参加人数、购买人数、销售额等做好详细记录;</w:t>
      </w:r>
      <w:r>
        <w:rPr>
          <w:lang w:eastAsia="zh-CN"/>
        </w:rPr>
        <w:br/>
      </w:r>
      <w:r>
        <w:rPr>
          <w:lang w:eastAsia="zh-CN"/>
        </w:rPr>
        <w:t>　　5.活动后期做好活动将以上数据及媒体投放频次、顾客反馈意见等收集至_珠宝推广总部品牌规划部做好活动评估、总结，以便提供更好的营销服务给加盟商。</w:t>
      </w:r>
      <w:r>
        <w:rPr>
          <w:lang w:eastAsia="zh-CN"/>
        </w:rPr>
        <w:br/>
      </w:r>
      <w:r>
        <w:rPr>
          <w:lang w:eastAsia="zh-CN"/>
        </w:rPr>
        <w:t>　　6.印制50元或100元的现金优惠券，同时在后期通过与其他强势非珠宝类品牌经销商、酒楼、歌厅等合作，顾客在以上店面消费时即可赠送我们的现金券，以多方扩大顾客源。</w:t>
      </w:r>
      <w:r>
        <w:rPr>
          <w:lang w:eastAsia="zh-CN"/>
        </w:rPr>
        <w:br/>
      </w:r>
      <w:r>
        <w:rPr>
          <w:lang w:eastAsia="zh-CN"/>
        </w:rPr>
        <w:t xml:space="preserve">    2024春节促销策划 篇2 </w:t>
      </w:r>
      <w:r>
        <w:rPr>
          <w:lang w:eastAsia="zh-CN"/>
        </w:rPr>
        <w:br/>
      </w:r>
      <w:r>
        <w:rPr>
          <w:lang w:eastAsia="zh-CN"/>
        </w:rPr>
        <w:t>　　活动主题：“缤纷时代，彩虹关怀。”</w:t>
      </w:r>
      <w:r>
        <w:rPr>
          <w:lang w:eastAsia="zh-CN"/>
        </w:rPr>
        <w:br/>
      </w:r>
      <w:r>
        <w:rPr>
          <w:lang w:eastAsia="zh-CN"/>
        </w:rPr>
        <w:t>　　活动1：(全场商品3折起)</w:t>
      </w:r>
      <w:r>
        <w:rPr>
          <w:lang w:eastAsia="zh-CN"/>
        </w:rPr>
        <w:br/>
      </w:r>
      <w:r>
        <w:rPr>
          <w:lang w:eastAsia="zh-CN"/>
        </w:rPr>
        <w:t>　　部分商品限量特卖活动期间，全场商品3——8折销售(六楼百元街全场8折)，对于部分不能进行折扣销售的品牌，也可以自活动之日起每天推出两款应季商品特价销售，每天限量销售3——5件(原则上按成本价销售)。</w:t>
      </w:r>
      <w:r>
        <w:rPr>
          <w:lang w:eastAsia="zh-CN"/>
        </w:rPr>
        <w:br/>
      </w:r>
      <w:r>
        <w:rPr>
          <w:lang w:eastAsia="zh-CN"/>
        </w:rPr>
        <w:t>　　注：</w:t>
      </w:r>
      <w:r>
        <w:rPr>
          <w:lang w:eastAsia="zh-CN"/>
        </w:rPr>
        <w:br/>
      </w:r>
      <w:r>
        <w:rPr>
          <w:lang w:eastAsia="zh-CN"/>
        </w:rPr>
        <w:t>　　1、活动期间商品折扣部分全部由厂家或供应商自行承担;</w:t>
      </w:r>
      <w:r>
        <w:rPr>
          <w:lang w:eastAsia="zh-CN"/>
        </w:rPr>
        <w:br/>
      </w:r>
      <w:r>
        <w:rPr>
          <w:lang w:eastAsia="zh-CN"/>
        </w:rPr>
        <w:t>　　2、厂家或供应商要根据实际情况自行确定，但严禁调高售价后再打折;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3、业务招商主管和客务员要对“调高售价再打折”情况进行严格监督，一经发现虚假打折情况公司将按相关规定严肃处理;</w:t>
      </w:r>
      <w:r>
        <w:rPr>
          <w:lang w:eastAsia="zh-CN"/>
        </w:rPr>
        <w:br/>
      </w:r>
      <w:r>
        <w:rPr>
          <w:lang w:eastAsia="zh-CN"/>
        </w:rPr>
        <w:t>　　4、限量销售商品由业务招商部给出专用编码，商场只扣缴2%的广告费，其余费用不再扣缴;</w:t>
      </w:r>
      <w:r>
        <w:rPr>
          <w:lang w:eastAsia="zh-CN"/>
        </w:rPr>
        <w:br/>
      </w:r>
      <w:r>
        <w:rPr>
          <w:lang w:eastAsia="zh-CN"/>
        </w:rPr>
        <w:t>　　5、活动期间，财务将对限量销售商品进行单独结算;</w:t>
      </w:r>
      <w:r>
        <w:rPr>
          <w:lang w:eastAsia="zh-CN"/>
        </w:rPr>
        <w:br/>
      </w:r>
      <w:r>
        <w:rPr>
          <w:lang w:eastAsia="zh-CN"/>
        </w:rPr>
        <w:t>　　6、足金、铂金、名表、部分化妆品不参加本活动。</w:t>
      </w:r>
      <w:r>
        <w:rPr>
          <w:lang w:eastAsia="zh-CN"/>
        </w:rPr>
        <w:br/>
      </w:r>
      <w:r>
        <w:rPr>
          <w:lang w:eastAsia="zh-CN"/>
        </w:rPr>
        <w:t>　　活动2：(购物送券超值实惠)</w:t>
      </w:r>
      <w:r>
        <w:rPr>
          <w:lang w:eastAsia="zh-CN"/>
        </w:rPr>
        <w:br/>
      </w:r>
      <w:r>
        <w:rPr>
          <w:lang w:eastAsia="zh-CN"/>
        </w:rPr>
        <w:t>　　活动期间，凡当日在1——5楼累计购物满300元(现金部分)送60元礼品券(B券)，满600元(现金部分)送120元礼品券(B券)，以次类推，多购多得(以300元为整数单位，零头不计);</w:t>
      </w:r>
      <w:r>
        <w:rPr>
          <w:lang w:eastAsia="zh-CN"/>
        </w:rPr>
        <w:br/>
      </w:r>
      <w:r>
        <w:rPr>
          <w:lang w:eastAsia="zh-CN"/>
        </w:rPr>
        <w:t>　　活动期间，在1——5楼累计购物满500元(现金部分)(活动期间消费金额均可参加累计)，再送50元全场十足抵用券(A券)，满1000元送100元全场十足抵用券(A券)，以此类推，多购多得(以300元为整数单位，零头不计)。</w:t>
      </w:r>
      <w:r>
        <w:rPr>
          <w:lang w:eastAsia="zh-CN"/>
        </w:rPr>
        <w:br/>
      </w:r>
      <w:r>
        <w:rPr>
          <w:lang w:eastAsia="zh-CN"/>
        </w:rPr>
        <w:t>　　注：</w:t>
      </w:r>
      <w:r>
        <w:rPr>
          <w:lang w:eastAsia="zh-CN"/>
        </w:rPr>
        <w:br/>
      </w:r>
      <w:r>
        <w:rPr>
          <w:lang w:eastAsia="zh-CN"/>
        </w:rPr>
        <w:t>　　1、活动期间所送礼品券(B券)由商场和接受方各承担50%;</w:t>
      </w:r>
      <w:r>
        <w:rPr>
          <w:lang w:eastAsia="zh-CN"/>
        </w:rPr>
        <w:br/>
      </w:r>
      <w:r>
        <w:rPr>
          <w:lang w:eastAsia="zh-CN"/>
        </w:rPr>
        <w:t>　　2、足金、铂金、名表、部分化妆品、裘皮及特卖商品不参加满500送50十足抵用券(A券)活动;</w:t>
      </w:r>
      <w:r>
        <w:rPr>
          <w:lang w:eastAsia="zh-CN"/>
        </w:rPr>
        <w:br/>
      </w:r>
      <w:r>
        <w:rPr>
          <w:lang w:eastAsia="zh-CN"/>
        </w:rPr>
        <w:t>　　3、活动期间所送赠券(A券)全部由商场承担(限参加活动1的厂家或供应商);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4、在活动期间即不打折销售又不进行商品限量特价销售的厂家或供应商，将按销售额与商场各自承担满500送50赠券(A券)的50%(特种商品：足金、铂金、名表、部分化妆品除外);</w:t>
      </w:r>
      <w:r>
        <w:rPr>
          <w:lang w:eastAsia="zh-CN"/>
        </w:rPr>
        <w:br/>
      </w:r>
      <w:r>
        <w:rPr>
          <w:lang w:eastAsia="zh-CN"/>
        </w:rPr>
        <w:t>　　5、赠券(A券)、礼品券(B券)领取地点：6楼促销服务台;</w:t>
      </w:r>
      <w:r>
        <w:rPr>
          <w:lang w:eastAsia="zh-CN"/>
        </w:rPr>
        <w:br/>
      </w:r>
      <w:r>
        <w:rPr>
          <w:lang w:eastAsia="zh-CN"/>
        </w:rPr>
        <w:t>　　6、赠券(A券)、礼品券(B券)领取时间：当日营业时间;</w:t>
      </w:r>
      <w:r>
        <w:rPr>
          <w:lang w:eastAsia="zh-CN"/>
        </w:rPr>
        <w:br/>
      </w:r>
      <w:r>
        <w:rPr>
          <w:lang w:eastAsia="zh-CN"/>
        </w:rPr>
        <w:t>　　7、促销服务台在发放赠券(A券)后，在收银机制小票第一联(白色)上加盖“已领赠券”章，并收回收银机制小票第二联(粉色);发放礼品券(B券)后，在收银机制小票第一联(白色)上加盖“已领礼品券”章，并收回购物小票顾客留存联;</w:t>
      </w:r>
      <w:r>
        <w:rPr>
          <w:lang w:eastAsia="zh-CN"/>
        </w:rPr>
        <w:br/>
      </w:r>
      <w:r>
        <w:rPr>
          <w:lang w:eastAsia="zh-CN"/>
        </w:rPr>
        <w:t>　　8、各岗位工作人员应提醒顾客先以完整购物凭证参加抽奖活动，再参加赠送活动;</w:t>
      </w:r>
      <w:r>
        <w:rPr>
          <w:lang w:eastAsia="zh-CN"/>
        </w:rPr>
        <w:br/>
      </w:r>
      <w:r>
        <w:rPr>
          <w:lang w:eastAsia="zh-CN"/>
        </w:rPr>
        <w:t>　　9、不接受礼品券(B券)的品牌商务必在本档活动开始前3天提出书面申请，经业务总监、营销总监分别审批后，在财务备档，并现场明示后方可有效。</w:t>
      </w:r>
      <w:r>
        <w:rPr>
          <w:lang w:eastAsia="zh-CN"/>
        </w:rPr>
        <w:br/>
      </w:r>
      <w:r>
        <w:rPr>
          <w:lang w:eastAsia="zh-CN"/>
        </w:rPr>
        <w:t>　　活动3：</w:t>
      </w:r>
      <w:r>
        <w:rPr>
          <w:lang w:eastAsia="zh-CN"/>
        </w:rPr>
        <w:br/>
      </w:r>
      <w:r>
        <w:rPr>
          <w:lang w:eastAsia="zh-CN"/>
        </w:rPr>
        <w:t>　　吉祥年欢喜月幸运日在活动期间，在4号门附近设3个抽奖箱(暗箱)，内放如下所需乒乓球，球上做好标记。凡在我商场1——5楼当日累计购物满300元(现金部分)均可参加抽奖活动。</w:t>
      </w:r>
      <w:r>
        <w:rPr>
          <w:lang w:eastAsia="zh-CN"/>
        </w:rPr>
        <w:br/>
      </w:r>
      <w:r>
        <w:rPr>
          <w:lang w:eastAsia="zh-CN"/>
        </w:rPr>
        <w:t>　　抽奖规则：</w:t>
      </w:r>
      <w:r>
        <w:rPr>
          <w:lang w:eastAsia="zh-CN"/>
        </w:rPr>
        <w:br/>
      </w:r>
      <w:r>
        <w:rPr>
          <w:lang w:eastAsia="zh-CN"/>
        </w:rPr>
        <w:t>　　1、凡获取摸奖资格的顾客按年、月、日顺序进行摸奖活动;</w:t>
      </w:r>
      <w:r>
        <w:rPr>
          <w:lang w:eastAsia="zh-CN"/>
        </w:rPr>
        <w:br/>
      </w:r>
      <w:r>
        <w:rPr>
          <w:lang w:eastAsia="zh-CN"/>
        </w:rPr>
        <w:t>　　2、摸中“吉祥年”乒乓球者方可继续摸取“欢喜月”乒乓球，摸中“欢喜月”乒乓球者方可继续摸取“幸运日”乒乓球;</w:t>
      </w:r>
      <w:r>
        <w:rPr>
          <w:lang w:eastAsia="zh-CN"/>
        </w:rPr>
        <w:br/>
      </w:r>
      <w:r>
        <w:rPr>
          <w:lang w:eastAsia="zh-CN"/>
        </w:rPr>
        <w:t>　　3、单张机制小票累计满300元限摸一次，超出300元部分不在重复累计。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奖项设置：</w:t>
      </w:r>
      <w:r>
        <w:rPr>
          <w:lang w:eastAsia="zh-CN"/>
        </w:rPr>
        <w:br/>
      </w:r>
      <w:r>
        <w:rPr>
          <w:lang w:eastAsia="zh-CN"/>
        </w:rPr>
        <w:t>　　1、摸出“20__年”字样乒乓球者或“20__年”字样乒乓球者者，可获得VIP银卡一张及十足抵用券(A券)20元;</w:t>
      </w:r>
      <w:r>
        <w:rPr>
          <w:lang w:eastAsia="zh-CN"/>
        </w:rPr>
        <w:br/>
      </w:r>
      <w:r>
        <w:rPr>
          <w:lang w:eastAsia="zh-CN"/>
        </w:rPr>
        <w:t>　　2、摸出“12月”字样乒乓球者或“1月”字样乒乓球者，可获得VIP金卡一张及十足抵用券(A券)600元;</w:t>
      </w:r>
      <w:r>
        <w:rPr>
          <w:lang w:eastAsia="zh-CN"/>
        </w:rPr>
        <w:br/>
      </w:r>
      <w:r>
        <w:rPr>
          <w:lang w:eastAsia="zh-CN"/>
        </w:rPr>
        <w:t>　　3、摸出购物当天日期者(如在27日购物，摸中有“27日”字样乒乓球者)，可获得VIP金卡一张及十足抵用券(A券)3000元;</w:t>
      </w:r>
      <w:r>
        <w:rPr>
          <w:lang w:eastAsia="zh-CN"/>
        </w:rPr>
        <w:br/>
      </w:r>
      <w:r>
        <w:rPr>
          <w:lang w:eastAsia="zh-CN"/>
        </w:rPr>
        <w:t>　　抽奖事项：</w:t>
      </w:r>
      <w:r>
        <w:rPr>
          <w:lang w:eastAsia="zh-CN"/>
        </w:rPr>
        <w:br/>
      </w:r>
      <w:r>
        <w:rPr>
          <w:lang w:eastAsia="zh-CN"/>
        </w:rPr>
        <w:t>　　1、顾客需持当日完整购物凭证(收银机制小票和购物小票顾客留存联)参加本活动</w:t>
      </w:r>
      <w:r>
        <w:rPr>
          <w:lang w:eastAsia="zh-CN"/>
        </w:rPr>
        <w:br/>
      </w:r>
      <w:r>
        <w:rPr>
          <w:lang w:eastAsia="zh-CN"/>
        </w:rPr>
        <w:t>　　2、顾客抽完奖后，工作人员需在收银机制小票和购物小票顾客留存联上分别加盖“已抽奖”章，抽中奖项者按奖项级别分别加盖“吉祥年”、“欢喜月”、“幸运日”章;</w:t>
      </w:r>
      <w:r>
        <w:rPr>
          <w:lang w:eastAsia="zh-CN"/>
        </w:rPr>
        <w:br/>
      </w:r>
      <w:r>
        <w:rPr>
          <w:lang w:eastAsia="zh-CN"/>
        </w:rPr>
        <w:t>　　3、促销服务台在发放完奖后，收回收银机制小票第一联(白色联)并做好登记;</w:t>
      </w:r>
      <w:r>
        <w:rPr>
          <w:lang w:eastAsia="zh-CN"/>
        </w:rPr>
        <w:br/>
      </w:r>
      <w:r>
        <w:rPr>
          <w:lang w:eastAsia="zh-CN"/>
        </w:rPr>
        <w:t>　　4、抽奖地点：4号门(肯德基侧);</w:t>
      </w:r>
      <w:r>
        <w:rPr>
          <w:lang w:eastAsia="zh-CN"/>
        </w:rPr>
        <w:br/>
      </w:r>
      <w:r>
        <w:rPr>
          <w:lang w:eastAsia="zh-CN"/>
        </w:rPr>
        <w:t>　　5、抽奖时间：当日营业时间;</w:t>
      </w:r>
      <w:r>
        <w:rPr>
          <w:lang w:eastAsia="zh-CN"/>
        </w:rPr>
        <w:br/>
      </w:r>
      <w:r>
        <w:rPr>
          <w:lang w:eastAsia="zh-CN"/>
        </w:rPr>
        <w:t>　　6、领奖地点：6楼促销服务台;</w:t>
      </w:r>
      <w:r>
        <w:rPr>
          <w:lang w:eastAsia="zh-CN"/>
        </w:rPr>
        <w:br/>
      </w:r>
      <w:r>
        <w:rPr>
          <w:lang w:eastAsia="zh-CN"/>
        </w:rPr>
        <w:t>　　7、领奖时间：当日营业时间。</w:t>
      </w:r>
      <w:r>
        <w:rPr>
          <w:lang w:eastAsia="zh-CN"/>
        </w:rPr>
        <w:br/>
      </w:r>
      <w:r>
        <w:rPr>
          <w:lang w:eastAsia="zh-CN"/>
        </w:rPr>
        <w:t>　　活动4：(六楼百元街酬宾送礼)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活动期间，在六楼百元街同一柜组累计购物满500元(现金部分)(20__年12月21日—20__年1月7日之间消费部分都可重复累计)的顾客，可到该消费柜组领取价值50元礼品一份;12月29日、30日、31日期间，每天前30名光临六楼百元街的顾客将免费获赠精美礼品一份;1月1日、2日、3日每天9：30——10：30，六楼百元街头饰区全部6折。</w:t>
      </w:r>
      <w:r>
        <w:rPr>
          <w:lang w:eastAsia="zh-CN"/>
        </w:rPr>
        <w:br/>
      </w:r>
      <w:r>
        <w:rPr>
          <w:lang w:eastAsia="zh-CN"/>
        </w:rPr>
        <w:t>　　注：</w:t>
      </w:r>
      <w:r>
        <w:rPr>
          <w:lang w:eastAsia="zh-CN"/>
        </w:rPr>
        <w:br/>
      </w:r>
      <w:r>
        <w:rPr>
          <w:lang w:eastAsia="zh-CN"/>
        </w:rPr>
        <w:t>　　1、顾客凭购物小票顾客留存联进行消费金额的累计;</w:t>
      </w:r>
      <w:r>
        <w:rPr>
          <w:lang w:eastAsia="zh-CN"/>
        </w:rPr>
        <w:br/>
      </w:r>
      <w:r>
        <w:rPr>
          <w:lang w:eastAsia="zh-CN"/>
        </w:rPr>
        <w:t>　　2、免费礼品发放处：6楼扶梯口。</w:t>
      </w:r>
      <w:r>
        <w:rPr>
          <w:lang w:eastAsia="zh-CN"/>
        </w:rPr>
        <w:br/>
      </w:r>
      <w:r>
        <w:rPr>
          <w:lang w:eastAsia="zh-CN"/>
        </w:rPr>
        <w:t>　　顾客参与流程：</w:t>
      </w:r>
      <w:r>
        <w:rPr>
          <w:lang w:eastAsia="zh-CN"/>
        </w:rPr>
        <w:br/>
      </w:r>
      <w:r>
        <w:rPr>
          <w:lang w:eastAsia="zh-CN"/>
        </w:rPr>
        <w:t>　　消费金额超过300元的顾客，凭完整购物凭证(收银机制小票和购物小票顾客留存联)到商场4号门参加“吉祥年欢喜月幸运日”抽奖活动，到6楼促销服务台按消费金额(现金部分)领取相应赠券(A券)、礼品券(B券)。</w:t>
      </w:r>
      <w:r>
        <w:rPr>
          <w:lang w:eastAsia="zh-CN"/>
        </w:rPr>
        <w:br/>
      </w:r>
      <w:r>
        <w:rPr>
          <w:lang w:eastAsia="zh-CN"/>
        </w:rPr>
        <w:t>　　特别提示：</w:t>
      </w:r>
      <w:r>
        <w:rPr>
          <w:lang w:eastAsia="zh-CN"/>
        </w:rPr>
        <w:br/>
      </w:r>
      <w:r>
        <w:rPr>
          <w:lang w:eastAsia="zh-CN"/>
        </w:rPr>
        <w:t>　　1、本档活动期间，各收银台需要打印两联收银机制小票;</w:t>
      </w:r>
      <w:r>
        <w:rPr>
          <w:lang w:eastAsia="zh-CN"/>
        </w:rPr>
        <w:br/>
      </w:r>
      <w:r>
        <w:rPr>
          <w:lang w:eastAsia="zh-CN"/>
        </w:rPr>
        <w:t>　　2、活动期间，VIP卡折扣功能暂停，但积分累计功能正常使用;</w:t>
      </w:r>
      <w:r>
        <w:rPr>
          <w:lang w:eastAsia="zh-CN"/>
        </w:rPr>
        <w:br/>
      </w:r>
      <w:r>
        <w:rPr>
          <w:lang w:eastAsia="zh-CN"/>
        </w:rPr>
        <w:t>　　3、其它活动实施要求及各部门工作要求安排请参照以前同类活动通知。</w:t>
      </w:r>
      <w:r>
        <w:rPr>
          <w:lang w:eastAsia="zh-CN"/>
        </w:rPr>
        <w:br/>
      </w:r>
      <w:r>
        <w:rPr>
          <w:lang w:eastAsia="zh-CN"/>
        </w:rPr>
        <w:t xml:space="preserve">    2024春节促销策划 篇3 </w:t>
      </w:r>
      <w:r>
        <w:rPr>
          <w:lang w:eastAsia="zh-CN"/>
        </w:rPr>
        <w:br/>
      </w:r>
      <w:r>
        <w:rPr>
          <w:lang w:eastAsia="zh-CN"/>
        </w:rPr>
        <w:t>　　一、活动主题：佳美精品年货节</w:t>
      </w:r>
      <w:r>
        <w:rPr>
          <w:lang w:eastAsia="zh-CN"/>
        </w:rPr>
        <w:br/>
      </w:r>
      <w:r>
        <w:rPr>
          <w:lang w:eastAsia="zh-CN"/>
        </w:rPr>
        <w:t>　　二、活动时间：__年2月10日(农历十二月二十三)------3月5(正月16)</w:t>
      </w:r>
      <w:r>
        <w:rPr>
          <w:lang w:eastAsia="zh-CN"/>
        </w:rPr>
        <w:br/>
      </w:r>
      <w:r>
        <w:rPr>
          <w:lang w:eastAsia="zh-CN"/>
        </w:rPr>
        <w:t>　　三、整体活动广告语--------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欢乐佳美中国年购物惊喜不间断</w:t>
      </w:r>
      <w:r>
        <w:rPr>
          <w:lang w:eastAsia="zh-CN"/>
        </w:rPr>
        <w:br/>
      </w:r>
      <w:r>
        <w:rPr>
          <w:lang w:eastAsia="zh-CN"/>
        </w:rPr>
        <w:t>　　说明：可用作公交车前后的宣传、一店前厅入口、一店店内气氛、各店对联等</w:t>
      </w:r>
      <w:r>
        <w:rPr>
          <w:lang w:eastAsia="zh-CN"/>
        </w:rPr>
        <w:br/>
      </w:r>
      <w:r>
        <w:rPr>
          <w:lang w:eastAsia="zh-CN"/>
        </w:rPr>
        <w:t>　　四、活动内容</w:t>
      </w:r>
      <w:r>
        <w:rPr>
          <w:lang w:eastAsia="zh-CN"/>
        </w:rPr>
        <w:br/>
      </w:r>
      <w:r>
        <w:rPr>
          <w:lang w:eastAsia="zh-CN"/>
        </w:rPr>
        <w:t>　　(一)新春到，“福”送到!活动时间：2月10日开始</w:t>
      </w:r>
      <w:r>
        <w:rPr>
          <w:lang w:eastAsia="zh-CN"/>
        </w:rPr>
        <w:br/>
      </w:r>
      <w:r>
        <w:rPr>
          <w:lang w:eastAsia="zh-CN"/>
        </w:rPr>
        <w:t>　　购物送福送到家，福运连连，惊喜不断!</w:t>
      </w:r>
      <w:r>
        <w:rPr>
          <w:lang w:eastAsia="zh-CN"/>
        </w:rPr>
        <w:br/>
      </w:r>
      <w:r>
        <w:rPr>
          <w:lang w:eastAsia="zh-CN"/>
        </w:rPr>
        <w:t>　　凡在佳美各店购物满50元者，送价值5元的金字“福”联一个(共20__个送完为止)</w:t>
      </w:r>
      <w:r>
        <w:rPr>
          <w:lang w:eastAsia="zh-CN"/>
        </w:rPr>
        <w:br/>
      </w:r>
      <w:r>
        <w:rPr>
          <w:lang w:eastAsia="zh-CN"/>
        </w:rPr>
        <w:t>　　(二)新年送“鲤”年年有“鱼”活动时间：2月7日------2月17</w:t>
      </w:r>
      <w:r>
        <w:rPr>
          <w:lang w:eastAsia="zh-CN"/>
        </w:rPr>
        <w:br/>
      </w:r>
      <w:r>
        <w:rPr>
          <w:lang w:eastAsia="zh-CN"/>
        </w:rPr>
        <w:t>　　新年送吉祥，新年有“礼”年年有“鱼”,风调雨顺，天降鲤鱼，购物满200元送一条!</w:t>
      </w:r>
      <w:r>
        <w:rPr>
          <w:lang w:eastAsia="zh-CN"/>
        </w:rPr>
        <w:br/>
      </w:r>
      <w:r>
        <w:rPr>
          <w:lang w:eastAsia="zh-CN"/>
        </w:rPr>
        <w:t>　　(三)特别企划情人节专版活动时间：2月7日------14日</w:t>
      </w:r>
      <w:r>
        <w:rPr>
          <w:lang w:eastAsia="zh-CN"/>
        </w:rPr>
        <w:br/>
      </w:r>
      <w:r>
        <w:rPr>
          <w:lang w:eastAsia="zh-CN"/>
        </w:rPr>
        <w:t>　　我亲爱的情人节，特供商品乐开怀，玫瑰、鲜花、巧克力一个也不能少!</w:t>
      </w:r>
      <w:r>
        <w:rPr>
          <w:lang w:eastAsia="zh-CN"/>
        </w:rPr>
        <w:br/>
      </w:r>
      <w:r>
        <w:rPr>
          <w:lang w:eastAsia="zh-CN"/>
        </w:rPr>
        <w:t>　　买情人节特供商品满38元送情装玫瑰一支</w:t>
      </w:r>
      <w:r>
        <w:rPr>
          <w:lang w:eastAsia="zh-CN"/>
        </w:rPr>
        <w:br/>
      </w:r>
      <w:r>
        <w:rPr>
          <w:lang w:eastAsia="zh-CN"/>
        </w:rPr>
        <w:t>　　凡购物满60元者免费包装情人节礼物</w:t>
      </w:r>
      <w:r>
        <w:rPr>
          <w:lang w:eastAsia="zh-CN"/>
        </w:rPr>
        <w:br/>
      </w:r>
      <w:r>
        <w:rPr>
          <w:lang w:eastAsia="zh-CN"/>
        </w:rPr>
        <w:t>　　服装区购物满300元送价值38元的巧克力一盒+玫瑰花一支</w:t>
      </w:r>
      <w:r>
        <w:rPr>
          <w:lang w:eastAsia="zh-CN"/>
        </w:rPr>
        <w:br/>
      </w:r>
      <w:r>
        <w:rPr>
          <w:lang w:eastAsia="zh-CN"/>
        </w:rPr>
        <w:t>　　(三)新年“福”运一把抓，抓到什么送什么</w:t>
      </w:r>
      <w:r>
        <w:rPr>
          <w:lang w:eastAsia="zh-CN"/>
        </w:rPr>
        <w:br/>
      </w:r>
      <w:r>
        <w:rPr>
          <w:lang w:eastAsia="zh-CN"/>
        </w:rPr>
        <w:t>　　活动时间：2月18日------2月27日(初一至初十)</w:t>
      </w:r>
      <w:r>
        <w:rPr>
          <w:lang w:eastAsia="zh-CN"/>
        </w:rPr>
        <w:br/>
      </w:r>
      <w:r>
        <w:rPr>
          <w:lang w:eastAsia="zh-CN"/>
        </w:rPr>
        <w:t>　　新年到福运到，佳美让您购物乐陶陶，购物满额抓，福运带回家，购物满100元抓一把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说明：这其实是一个抽奖活动，与以往不同的是在奖品的设置上可以多样化，可以设一个大奖造出轰动效果，也可以不设大奖，把礼品直接写在奖券上，抓到什么送什么，如果采用后者方案，可以把企划部以前所剩的奖品以及以前业务争取的赠品统计一下，按数量分写在奖券上抓到什么送什么，如果礼品不足可以买一些小的中国结或小吊坠补充，虽然这些东西很小很便宜但因为是在过节期间，人们往往更加在意的是“福”运一把抓活动喜气洋洋的参与过程。</w:t>
      </w:r>
      <w:r>
        <w:rPr>
          <w:lang w:eastAsia="zh-CN"/>
        </w:rPr>
        <w:br/>
      </w:r>
      <w:r>
        <w:rPr>
          <w:lang w:eastAsia="zh-CN"/>
        </w:rPr>
        <w:t>　　注：可设一二三四五等奖及参与奖。一等奖：1000元礼券2名(1名)二等奖：500元礼券5名(2名)三等奖：100元礼券(3名)四等奖：50元礼券20名(10名)五等奖：20元礼券50名(30名)</w:t>
      </w:r>
      <w:r>
        <w:rPr>
          <w:lang w:eastAsia="zh-CN"/>
        </w:rPr>
        <w:br/>
      </w:r>
      <w:r>
        <w:rPr>
          <w:lang w:eastAsia="zh-CN"/>
        </w:rPr>
        <w:t>　　(四)团购价低更有礼，财运吉祥送到家!</w:t>
      </w:r>
      <w:r>
        <w:rPr>
          <w:lang w:eastAsia="zh-CN"/>
        </w:rPr>
        <w:br/>
      </w:r>
      <w:r>
        <w:rPr>
          <w:lang w:eastAsia="zh-CN"/>
        </w:rPr>
        <w:t>　　活动时间：2月7日------2月27日(初十)</w:t>
      </w:r>
      <w:r>
        <w:rPr>
          <w:lang w:eastAsia="zh-CN"/>
        </w:rPr>
        <w:br/>
      </w:r>
      <w:r>
        <w:rPr>
          <w:lang w:eastAsia="zh-CN"/>
        </w:rPr>
        <w:t>　　团购满3000元送价值99元的酒</w:t>
      </w:r>
      <w:r>
        <w:rPr>
          <w:lang w:eastAsia="zh-CN"/>
        </w:rPr>
        <w:br/>
      </w:r>
      <w:r>
        <w:rPr>
          <w:lang w:eastAsia="zh-CN"/>
        </w:rPr>
        <w:t>　　团购满5000元送价值150元的酒</w:t>
      </w:r>
      <w:r>
        <w:rPr>
          <w:lang w:eastAsia="zh-CN"/>
        </w:rPr>
        <w:br/>
      </w:r>
      <w:r>
        <w:rPr>
          <w:lang w:eastAsia="zh-CN"/>
        </w:rPr>
        <w:t>　　团购满10000元送价值280元的礼盒</w:t>
      </w:r>
      <w:r>
        <w:rPr>
          <w:lang w:eastAsia="zh-CN"/>
        </w:rPr>
        <w:br/>
      </w:r>
      <w:r>
        <w:rPr>
          <w:lang w:eastAsia="zh-CN"/>
        </w:rPr>
        <w:t xml:space="preserve">    2024春节促销策划 篇4 </w:t>
      </w:r>
      <w:r>
        <w:rPr>
          <w:lang w:eastAsia="zh-CN"/>
        </w:rPr>
        <w:br/>
      </w:r>
      <w:r>
        <w:rPr>
          <w:lang w:eastAsia="zh-CN"/>
        </w:rPr>
        <w:t>　　一、推广主题:年夜饭推广宣传</w:t>
      </w:r>
      <w:r>
        <w:rPr>
          <w:lang w:eastAsia="zh-CN"/>
        </w:rPr>
        <w:br/>
      </w:r>
      <w:r>
        <w:rPr>
          <w:lang w:eastAsia="zh-CN"/>
        </w:rPr>
        <w:t>　　二、推广日期:11月1日-除夕夜</w:t>
      </w:r>
      <w:r>
        <w:rPr>
          <w:lang w:eastAsia="zh-CN"/>
        </w:rPr>
        <w:br/>
      </w:r>
      <w:r>
        <w:rPr>
          <w:lang w:eastAsia="zh-CN"/>
        </w:rPr>
        <w:t>　　三、推广内容:</w:t>
      </w:r>
      <w:r>
        <w:rPr>
          <w:lang w:eastAsia="zh-CN"/>
        </w:rPr>
        <w:br/>
      </w:r>
      <w:r>
        <w:rPr>
          <w:lang w:eastAsia="zh-CN"/>
        </w:rPr>
        <w:t>　　合家欢乐宴2588元/10人桌</w:t>
      </w:r>
      <w:r>
        <w:rPr>
          <w:lang w:eastAsia="zh-CN"/>
        </w:rPr>
        <w:br/>
      </w:r>
      <w:r>
        <w:rPr>
          <w:lang w:eastAsia="zh-CN"/>
        </w:rPr>
        <w:t>　　幸福团圆宴2888元/10人桌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四季平安宴3588元/14人桌</w:t>
      </w:r>
      <w:r>
        <w:rPr>
          <w:lang w:eastAsia="zh-CN"/>
        </w:rPr>
        <w:br/>
      </w:r>
      <w:r>
        <w:rPr>
          <w:lang w:eastAsia="zh-CN"/>
        </w:rPr>
        <w:t>　　年年有余宴3888元/16人桌</w:t>
      </w:r>
      <w:r>
        <w:rPr>
          <w:lang w:eastAsia="zh-CN"/>
        </w:rPr>
        <w:br/>
      </w:r>
      <w:r>
        <w:rPr>
          <w:lang w:eastAsia="zh-CN"/>
        </w:rPr>
        <w:t>　　新春大吉宴5000元/18人桌</w:t>
      </w:r>
      <w:r>
        <w:rPr>
          <w:lang w:eastAsia="zh-CN"/>
        </w:rPr>
        <w:br/>
      </w:r>
      <w:r>
        <w:rPr>
          <w:lang w:eastAsia="zh-CN"/>
        </w:rPr>
        <w:t>　　财源广进宴10000元/24人桌</w:t>
      </w:r>
      <w:r>
        <w:rPr>
          <w:lang w:eastAsia="zh-CN"/>
        </w:rPr>
        <w:br/>
      </w:r>
      <w:r>
        <w:rPr>
          <w:lang w:eastAsia="zh-CN"/>
        </w:rPr>
        <w:t>　　优惠项目:</w:t>
      </w:r>
      <w:r>
        <w:rPr>
          <w:lang w:eastAsia="zh-CN"/>
        </w:rPr>
        <w:br/>
      </w:r>
      <w:r>
        <w:rPr>
          <w:lang w:eastAsia="zh-CN"/>
        </w:rPr>
        <w:t>　　A、每桌赠送店酒1瓶、啤酒4瓶、饮料2瓶(饮料为:大可乐1瓶、大雪碧1瓶、橙汁1瓶三选二)。</w:t>
      </w:r>
      <w:r>
        <w:rPr>
          <w:lang w:eastAsia="zh-CN"/>
        </w:rPr>
        <w:br/>
      </w:r>
      <w:r>
        <w:rPr>
          <w:lang w:eastAsia="zh-CN"/>
        </w:rPr>
        <w:t>　　B、2588元/桌以上餐标每桌赠送“年年有鱼”年糕鱼1盒、糖果及干果拼盘1份。</w:t>
      </w:r>
      <w:r>
        <w:rPr>
          <w:lang w:eastAsia="zh-CN"/>
        </w:rPr>
        <w:br/>
      </w:r>
      <w:r>
        <w:rPr>
          <w:lang w:eastAsia="zh-CN"/>
        </w:rPr>
        <w:t>　　四、宣传方式:</w:t>
      </w:r>
      <w:r>
        <w:rPr>
          <w:lang w:eastAsia="zh-CN"/>
        </w:rPr>
        <w:br/>
      </w:r>
      <w:r>
        <w:rPr>
          <w:lang w:eastAsia="zh-CN"/>
        </w:rPr>
        <w:t>　　1、宣传单张:20__张</w:t>
      </w:r>
      <w:r>
        <w:rPr>
          <w:lang w:eastAsia="zh-CN"/>
        </w:rPr>
        <w:br/>
      </w:r>
      <w:r>
        <w:rPr>
          <w:lang w:eastAsia="zh-CN"/>
        </w:rPr>
        <w:t>　　规格:14.8cm某某21cm</w:t>
      </w:r>
      <w:r>
        <w:rPr>
          <w:lang w:eastAsia="zh-CN"/>
        </w:rPr>
        <w:br/>
      </w:r>
      <w:r>
        <w:rPr>
          <w:lang w:eastAsia="zh-CN"/>
        </w:rPr>
        <w:t>　　材料:200克铜版纸，单面印刷</w:t>
      </w:r>
      <w:r>
        <w:rPr>
          <w:lang w:eastAsia="zh-CN"/>
        </w:rPr>
        <w:br/>
      </w:r>
      <w:r>
        <w:rPr>
          <w:lang w:eastAsia="zh-CN"/>
        </w:rPr>
        <w:t>　　价格:0.13元/张</w:t>
      </w:r>
      <w:r>
        <w:rPr>
          <w:lang w:eastAsia="zh-CN"/>
        </w:rPr>
        <w:br/>
      </w:r>
      <w:r>
        <w:rPr>
          <w:lang w:eastAsia="zh-CN"/>
        </w:rPr>
        <w:t>　　合计:0.13某某20__=260元</w:t>
      </w:r>
      <w:r>
        <w:rPr>
          <w:lang w:eastAsia="zh-CN"/>
        </w:rPr>
        <w:br/>
      </w:r>
      <w:r>
        <w:rPr>
          <w:lang w:eastAsia="zh-CN"/>
        </w:rPr>
        <w:t>　　2、夹报派发:1400张</w:t>
      </w:r>
      <w:r>
        <w:rPr>
          <w:lang w:eastAsia="zh-CN"/>
        </w:rPr>
        <w:br/>
      </w:r>
      <w:r>
        <w:rPr>
          <w:lang w:eastAsia="zh-CN"/>
        </w:rPr>
        <w:t>　　价格:0.08元/张</w:t>
      </w:r>
      <w:r>
        <w:rPr>
          <w:lang w:eastAsia="zh-CN"/>
        </w:rPr>
        <w:br/>
      </w:r>
      <w:r>
        <w:rPr>
          <w:lang w:eastAsia="zh-CN"/>
        </w:rPr>
        <w:t>　　合计:0.08某某1400=112元</w:t>
      </w:r>
      <w:r>
        <w:rPr>
          <w:lang w:eastAsia="zh-CN"/>
        </w:rPr>
        <w:br/>
      </w:r>
      <w:r>
        <w:rPr>
          <w:lang w:eastAsia="zh-CN"/>
        </w:rPr>
        <w:t>　　3、易拉宝:3个</w:t>
      </w:r>
      <w:r>
        <w:rPr>
          <w:lang w:eastAsia="zh-CN"/>
        </w:rPr>
        <w:br/>
      </w:r>
      <w:r>
        <w:rPr>
          <w:lang w:eastAsia="zh-CN"/>
        </w:rPr>
        <w:t>　　规格:80cm某某200cm</w:t>
      </w:r>
      <w:r>
        <w:rPr>
          <w:lang w:eastAsia="zh-CN"/>
        </w:rPr>
        <w:br/>
      </w:r>
      <w:r>
        <w:rPr>
          <w:lang w:eastAsia="zh-CN"/>
        </w:rPr>
        <w:t>　　材料:相纸，过亚膜</w:t>
      </w:r>
      <w:r>
        <w:rPr>
          <w:lang w:eastAsia="zh-CN"/>
        </w:rPr>
        <w:br/>
      </w:r>
      <w:r>
        <w:rPr>
          <w:lang w:eastAsia="zh-CN"/>
        </w:rPr>
        <w:t>　　价格:40元/幅(不要架子)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合计:40某某3=120元</w:t>
      </w:r>
      <w:r>
        <w:rPr>
          <w:lang w:eastAsia="zh-CN"/>
        </w:rPr>
        <w:br/>
      </w:r>
      <w:r>
        <w:rPr>
          <w:lang w:eastAsia="zh-CN"/>
        </w:rPr>
        <w:t>　　摆放:六楼西餐厅门口、七楼中餐厅接待处、商场电梯口</w:t>
      </w:r>
      <w:r>
        <w:rPr>
          <w:lang w:eastAsia="zh-CN"/>
        </w:rPr>
        <w:br/>
      </w:r>
      <w:r>
        <w:rPr>
          <w:lang w:eastAsia="zh-CN"/>
        </w:rPr>
        <w:t>　　4、电梯内海报:2幅</w:t>
      </w:r>
      <w:r>
        <w:rPr>
          <w:lang w:eastAsia="zh-CN"/>
        </w:rPr>
        <w:br/>
      </w:r>
      <w:r>
        <w:rPr>
          <w:lang w:eastAsia="zh-CN"/>
        </w:rPr>
        <w:t>　　规格:45cm某某120cm</w:t>
      </w:r>
      <w:r>
        <w:rPr>
          <w:lang w:eastAsia="zh-CN"/>
        </w:rPr>
        <w:br/>
      </w:r>
      <w:r>
        <w:rPr>
          <w:lang w:eastAsia="zh-CN"/>
        </w:rPr>
        <w:t>　　材料:写真喷绘+KT板</w:t>
      </w:r>
      <w:r>
        <w:rPr>
          <w:lang w:eastAsia="zh-CN"/>
        </w:rPr>
        <w:br/>
      </w:r>
      <w:r>
        <w:rPr>
          <w:lang w:eastAsia="zh-CN"/>
        </w:rPr>
        <w:t>　　价格:30元/幅</w:t>
      </w:r>
      <w:r>
        <w:rPr>
          <w:lang w:eastAsia="zh-CN"/>
        </w:rPr>
        <w:br/>
      </w:r>
      <w:r>
        <w:rPr>
          <w:lang w:eastAsia="zh-CN"/>
        </w:rPr>
        <w:t>　　合计:</w:t>
      </w:r>
      <w:r>
        <w:rPr>
          <w:lang w:eastAsia="zh-CN"/>
        </w:rPr>
        <w:br/>
      </w:r>
      <w:r>
        <w:rPr>
          <w:lang w:eastAsia="zh-CN"/>
        </w:rPr>
        <w:t>　　摆放:观光电梯内</w:t>
      </w:r>
      <w:r>
        <w:rPr>
          <w:lang w:eastAsia="zh-CN"/>
        </w:rPr>
        <w:br/>
      </w:r>
      <w:r>
        <w:rPr>
          <w:lang w:eastAsia="zh-CN"/>
        </w:rPr>
        <w:t>　　5、电子屏广告:</w:t>
      </w:r>
      <w:r>
        <w:rPr>
          <w:lang w:eastAsia="zh-CN"/>
        </w:rPr>
        <w:br/>
      </w:r>
      <w:r>
        <w:rPr>
          <w:lang w:eastAsia="zh-CN"/>
        </w:rPr>
        <w:t>　　规格:53cm某某93cm</w:t>
      </w:r>
      <w:r>
        <w:rPr>
          <w:lang w:eastAsia="zh-CN"/>
        </w:rPr>
        <w:br/>
      </w:r>
      <w:r>
        <w:rPr>
          <w:lang w:eastAsia="zh-CN"/>
        </w:rPr>
        <w:t>　　摆放:酒店大堂</w:t>
      </w:r>
      <w:r>
        <w:rPr>
          <w:lang w:eastAsia="zh-CN"/>
        </w:rPr>
        <w:br/>
      </w:r>
      <w:r>
        <w:rPr>
          <w:lang w:eastAsia="zh-CN"/>
        </w:rPr>
        <w:t>　　6、从信息平台发送短信给客户</w:t>
      </w:r>
      <w:r>
        <w:rPr>
          <w:lang w:eastAsia="zh-CN"/>
        </w:rPr>
        <w:br/>
      </w:r>
      <w:r>
        <w:rPr>
          <w:lang w:eastAsia="zh-CN"/>
        </w:rPr>
        <w:t>　　内容:20某某年夜饭火热预订中!兰溪今朝酒店特精心推出六款供你选择，另有礼品赠送，美味佳肴、贴心服务、给你及家人“五享受”。</w:t>
      </w:r>
      <w:r>
        <w:rPr>
          <w:lang w:eastAsia="zh-CN"/>
        </w:rPr>
        <w:br/>
      </w:r>
      <w:r>
        <w:rPr>
          <w:lang w:eastAsia="zh-CN"/>
        </w:rPr>
        <w:t>　　以上合计总价为:552元</w:t>
      </w:r>
      <w:r>
        <w:rPr>
          <w:lang w:eastAsia="zh-CN"/>
        </w:rPr>
        <w:br/>
      </w:r>
      <w:r>
        <w:rPr>
          <w:lang w:eastAsia="zh-CN"/>
        </w:rPr>
        <w:t>　　五、以上广告宣传部分需采购部再次询价确定后，由企划部发给供应商制作。</w:t>
      </w:r>
      <w:r>
        <w:rPr>
          <w:lang w:eastAsia="zh-CN"/>
        </w:rPr>
        <w:br/>
      </w:r>
      <w:r>
        <w:rPr>
          <w:lang w:eastAsia="zh-CN"/>
        </w:rPr>
        <w:t xml:space="preserve">    2024春节促销策划 篇5 </w:t>
      </w:r>
      <w:r>
        <w:rPr>
          <w:lang w:eastAsia="zh-CN"/>
        </w:rPr>
        <w:br/>
      </w:r>
      <w:r>
        <w:rPr>
          <w:lang w:eastAsia="zh-CN"/>
        </w:rPr>
        <w:t>　　最绅士促销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在春节促销活动中，西门子算得上十分绅士，并没有搞什么打折之类的价格促销活动，而是制作了精美的礼包，外观采用中国式样的包装，把中国新年的气氛做足：大红炮竹、拨浪鼓、福字以及春联等贺春礼物充满了节日气氛，既有西方的理性，又有东方的热情，可谓别致。</w:t>
      </w:r>
      <w:r>
        <w:rPr>
          <w:lang w:eastAsia="zh-CN"/>
        </w:rPr>
        <w:br/>
      </w:r>
      <w:r>
        <w:rPr>
          <w:lang w:eastAsia="zh-CN"/>
        </w:rPr>
        <w:t>　　最吊胃口促销</w:t>
      </w:r>
      <w:r>
        <w:rPr>
          <w:lang w:eastAsia="zh-CN"/>
        </w:rPr>
        <w:br/>
      </w:r>
      <w:r>
        <w:rPr>
          <w:lang w:eastAsia="zh-CN"/>
        </w:rPr>
        <w:t>　　乍一看，让人吓一跳：万和首推一元利消毒柜。细一看，才知道，其促销的内容是：万和消毒柜纯利润只有一元钱。春节前后，万和将其消毒柜价格普遍下降10%，其中80上透窗型由328元降为188元，46干燥型由748元降到588元，最大降幅近40%。既吊胃口，又让人心跳。</w:t>
      </w:r>
      <w:r>
        <w:rPr>
          <w:lang w:eastAsia="zh-CN"/>
        </w:rPr>
        <w:br/>
      </w:r>
      <w:r>
        <w:rPr>
          <w:lang w:eastAsia="zh-CN"/>
        </w:rPr>
        <w:t>　　最热情促销</w:t>
      </w:r>
      <w:r>
        <w:rPr>
          <w:lang w:eastAsia="zh-CN"/>
        </w:rPr>
        <w:br/>
      </w:r>
      <w:r>
        <w:rPr>
          <w:lang w:eastAsia="zh-CN"/>
        </w:rPr>
        <w:t>　　春节促销活动最活跃的莫过于小家电了。记者在家电卖场看到，健康水家电品牌司迈特提出了让消费者心动的口号送就送大礼，推出了春节送礼经典组合：购买立式司迈特沸水机和可利饮净水器，赠送价值298元的普尔龙头;购立式耐得饮水机和可利饮净水器，赠送价值298元的微型洗衣机和价值198元的浴霸;除特价机外，其他机型几乎都有礼送。美的小家电也当仁不让，提出买美的，送美的，买美的微波炉送美的电饭煲或电磁炉，并强调赠品决不送杂牌。就小家电的实力而言，其促销不可不谓热情。</w:t>
      </w:r>
      <w:r>
        <w:rPr>
          <w:lang w:eastAsia="zh-CN"/>
        </w:rPr>
        <w:br/>
      </w:r>
      <w:r>
        <w:rPr>
          <w:lang w:eastAsia="zh-CN"/>
        </w:rPr>
        <w:t>　　最雅致促销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彩电、音影家电是春节的宠儿，在家里看看电视、唱唱卡拉OK，是不少市民欢度春节的方式。不少彩电、音影家电品牌抓住机会，推出别出心裁的促销活动，丰富市民的文化生活。音响品牌CAV丽声</w:t>
      </w:r>
      <w:r>
        <w:rPr>
          <w:lang w:eastAsia="zh-CN"/>
        </w:rPr>
        <w:br/>
      </w:r>
      <w:r>
        <w:rPr>
          <w:lang w:eastAsia="zh-CN"/>
        </w:rPr>
        <w:t>　　音响在春节前后给市民送上文化套餐：购买CAVMD套型系列、A8系列或F1&amp;11套型系列等热销品类都将获得高级音响线、CD大片、高级话筒等。创维将6款高清彩电优惠600元，并送安装费，同时，还对国安网络的用户送价值800元的机顶盒;如果不是国安网络则送DVD一台;如果不要DVD则送电视机架。三星彩电也有相应的活动，买等离子、液晶、背投送DVD，丰富市民的文化生活，不可谓不雅致。</w:t>
      </w:r>
      <w:r>
        <w:rPr>
          <w:lang w:eastAsia="zh-CN"/>
        </w:rPr>
        <w:br/>
      </w:r>
      <w:r>
        <w:rPr>
          <w:lang w:eastAsia="zh-CN"/>
        </w:rPr>
        <w:t xml:space="preserve">    2024春节促销策划 篇6 </w:t>
      </w:r>
      <w:r>
        <w:rPr>
          <w:lang w:eastAsia="zh-CN"/>
        </w:rPr>
        <w:br/>
      </w:r>
      <w:r>
        <w:rPr>
          <w:lang w:eastAsia="zh-CN"/>
        </w:rPr>
        <w:t>　　促销背景：</w:t>
      </w:r>
      <w:r>
        <w:rPr>
          <w:lang w:eastAsia="zh-CN"/>
        </w:rPr>
        <w:br/>
      </w:r>
      <w:r>
        <w:rPr>
          <w:lang w:eastAsia="zh-CN"/>
        </w:rPr>
        <w:t>　　1. 全情市场状况：婚纱摄影作为结婚的时尚方式被越来越多的妙龄青年及其父母们的认可，由于工作等其它原因，大多数情侣选择在春节黄金周期间的结婚。根据调查显示九江目前市场上共有大小影楼25家，其中中小型影楼占据比率最大。但是，大型婚纱摄影公司攻占九江市场的有3家。这些影楼市场规模庞大，而且知名度较高，人气极旺。</w:t>
      </w:r>
      <w:r>
        <w:rPr>
          <w:lang w:eastAsia="zh-CN"/>
        </w:rPr>
        <w:br/>
      </w:r>
      <w:r>
        <w:rPr>
          <w:lang w:eastAsia="zh-CN"/>
        </w:rPr>
        <w:t>　　2. 竞争分析：主要来自于大规模影楼以及附近的同等影楼的宣传强度，而且本公司致命度及形象还未完全树立。</w:t>
      </w:r>
      <w:r>
        <w:rPr>
          <w:lang w:eastAsia="zh-CN"/>
        </w:rPr>
        <w:br/>
      </w:r>
      <w:r>
        <w:rPr>
          <w:lang w:eastAsia="zh-CN"/>
        </w:rPr>
        <w:t>　　3. 消费者分析：春节前后的新婚夫妻以及希望留念补照的中老年夫妻。这些人收入稳定，有着很好的文化素质，多数都已占有一席之地。</w:t>
      </w:r>
      <w:r>
        <w:rPr>
          <w:lang w:eastAsia="zh-CN"/>
        </w:rPr>
        <w:br/>
      </w:r>
      <w:r>
        <w:rPr>
          <w:lang w:eastAsia="zh-CN"/>
        </w:rPr>
        <w:t>　　swot分析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 优势分析：</w:t>
      </w:r>
      <w:r>
        <w:rPr>
          <w:lang w:eastAsia="zh-CN"/>
        </w:rPr>
        <w:br/>
      </w:r>
      <w:r>
        <w:rPr>
          <w:lang w:eastAsia="zh-CN"/>
        </w:rPr>
        <w:t>　　1. 巴黎春天在九江市及周边地区有一定的知名度及美誉度。</w:t>
      </w:r>
      <w:r>
        <w:rPr>
          <w:lang w:eastAsia="zh-CN"/>
        </w:rPr>
        <w:br/>
      </w:r>
      <w:r>
        <w:rPr>
          <w:lang w:eastAsia="zh-CN"/>
        </w:rPr>
        <w:t>　　2. 五月推出的特别活动婚纱摄影、情侣套餐、全家福、个人写真等优惠活动。</w:t>
      </w:r>
      <w:r>
        <w:rPr>
          <w:lang w:eastAsia="zh-CN"/>
        </w:rPr>
        <w:br/>
      </w:r>
      <w:r>
        <w:rPr>
          <w:lang w:eastAsia="zh-CN"/>
        </w:rPr>
        <w:t>　　3. 价格在同类产品中，产品价格较低，而且质量和服务都是较好的。</w:t>
      </w:r>
      <w:r>
        <w:rPr>
          <w:lang w:eastAsia="zh-CN"/>
        </w:rPr>
        <w:br/>
      </w:r>
      <w:r>
        <w:rPr>
          <w:lang w:eastAsia="zh-CN"/>
        </w:rPr>
        <w:t>　　4. 各大摄影楼公司推出过较多促销优惠活动，但是并没有本公司的活动具有针对性、密集性，而且活动的优惠服务的面也扩大。</w:t>
      </w:r>
      <w:r>
        <w:rPr>
          <w:lang w:eastAsia="zh-CN"/>
        </w:rPr>
        <w:br/>
      </w:r>
      <w:r>
        <w:rPr>
          <w:lang w:eastAsia="zh-CN"/>
        </w:rPr>
        <w:t>　　☆ 劣势分析：</w:t>
      </w:r>
      <w:r>
        <w:rPr>
          <w:lang w:eastAsia="zh-CN"/>
        </w:rPr>
        <w:br/>
      </w:r>
      <w:r>
        <w:rPr>
          <w:lang w:eastAsia="zh-CN"/>
        </w:rPr>
        <w:t>　　1. 同档次的产品竞争比较激烈，(如蒙娜丽纱、丽人行)</w:t>
      </w:r>
      <w:r>
        <w:rPr>
          <w:lang w:eastAsia="zh-CN"/>
        </w:rPr>
        <w:br/>
      </w:r>
      <w:r>
        <w:rPr>
          <w:lang w:eastAsia="zh-CN"/>
        </w:rPr>
        <w:t>　　2. 消费者对新活动了解不多，很难深入人心。</w:t>
      </w:r>
      <w:r>
        <w:rPr>
          <w:lang w:eastAsia="zh-CN"/>
        </w:rPr>
        <w:br/>
      </w:r>
      <w:r>
        <w:rPr>
          <w:lang w:eastAsia="zh-CN"/>
        </w:rPr>
        <w:t>　　3. 人们对新的活动存在偏见(有些人总是不太喜欢尝试新的事物，对新事物有所偏见)，同时也害怕上当受骗。</w:t>
      </w:r>
      <w:r>
        <w:rPr>
          <w:lang w:eastAsia="zh-CN"/>
        </w:rPr>
        <w:br/>
      </w:r>
      <w:r>
        <w:rPr>
          <w:lang w:eastAsia="zh-CN"/>
        </w:rPr>
        <w:t xml:space="preserve">    2024春节促销策划 篇7 </w:t>
      </w:r>
      <w:r>
        <w:rPr>
          <w:lang w:eastAsia="zh-CN"/>
        </w:rPr>
        <w:br/>
      </w:r>
      <w:r>
        <w:rPr>
          <w:lang w:eastAsia="zh-CN"/>
        </w:rPr>
        <w:t>　　主题：福多春意浓</w:t>
      </w:r>
      <w:r>
        <w:rPr>
          <w:lang w:eastAsia="zh-CN"/>
        </w:rPr>
        <w:br/>
      </w:r>
      <w:r>
        <w:rPr>
          <w:lang w:eastAsia="zh-CN"/>
        </w:rPr>
        <w:t>　　1、特价团购商品dm</w:t>
      </w:r>
      <w:r>
        <w:rPr>
          <w:lang w:eastAsia="zh-CN"/>
        </w:rPr>
        <w:br/>
      </w:r>
      <w:r>
        <w:rPr>
          <w:lang w:eastAsia="zh-CN"/>
        </w:rPr>
        <w:t>　　a、规格：小8k，4p，共计80个商品;食品：40个 百货：30个 生鲜：10个</w:t>
      </w:r>
      <w:r>
        <w:rPr>
          <w:lang w:eastAsia="zh-CN"/>
        </w:rPr>
        <w:br/>
      </w:r>
      <w:r>
        <w:rPr>
          <w:lang w:eastAsia="zh-CN"/>
        </w:rPr>
        <w:t>　　b、要求所有团购版商品价格平均下降幅度在25%;</w:t>
      </w:r>
      <w:r>
        <w:rPr>
          <w:lang w:eastAsia="zh-CN"/>
        </w:rPr>
        <w:br/>
      </w:r>
      <w:r>
        <w:rPr>
          <w:lang w:eastAsia="zh-CN"/>
        </w:rPr>
        <w:t>　　c、商品选择要求历年春节团购需求量大的单品或品类。</w:t>
      </w:r>
      <w:r>
        <w:rPr>
          <w:lang w:eastAsia="zh-CN"/>
        </w:rPr>
        <w:br/>
      </w:r>
      <w:r>
        <w:rPr>
          <w:lang w:eastAsia="zh-CN"/>
        </w:rPr>
        <w:t>　　2、享受团购价前提：一次性团购满500元，即可以dm团购专版上的特价购买;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3、辅助装饰：制作团购商品标识插卡，醒目标识，提示购买</w:t>
      </w:r>
      <w:r>
        <w:rPr>
          <w:lang w:eastAsia="zh-CN"/>
        </w:rPr>
        <w:br/>
      </w:r>
      <w:r>
        <w:rPr>
          <w:lang w:eastAsia="zh-CN"/>
        </w:rPr>
        <w:t>　　4、操作细则：对所有团购商品不进行调价，在团购发生时，请门店团购人员按dm价格手工调价;</w:t>
      </w:r>
      <w:r>
        <w:rPr>
          <w:lang w:eastAsia="zh-CN"/>
        </w:rPr>
        <w:br/>
      </w:r>
      <w:r>
        <w:rPr>
          <w:lang w:eastAsia="zh-CN"/>
        </w:rPr>
        <w:t>　　5、市外门店活动：一次性购买商品满500元，可获赠15年会员卡一张，单笔销售限送1张;</w:t>
      </w:r>
      <w:r>
        <w:rPr>
          <w:lang w:eastAsia="zh-CN"/>
        </w:rPr>
        <w:br/>
      </w:r>
      <w:r>
        <w:rPr>
          <w:lang w:eastAsia="zh-CN"/>
        </w:rPr>
        <w:t>　　6、要求参与团购版商品的供应商提供大批量购买的赠送措施，整合供应商活动，体现团购专版的特惠性质。</w:t>
      </w:r>
      <w:r>
        <w:rPr>
          <w:lang w:eastAsia="zh-CN"/>
        </w:rPr>
        <w:br/>
      </w:r>
      <w:r>
        <w:rPr>
          <w:lang w:eastAsia="zh-CN"/>
        </w:rPr>
        <w:t>　　主题：新春 __抢购第一站</w:t>
      </w:r>
      <w:r>
        <w:rPr>
          <w:lang w:eastAsia="zh-CN"/>
        </w:rPr>
        <w:br/>
      </w:r>
      <w:r>
        <w:rPr>
          <w:lang w:eastAsia="zh-CN"/>
        </w:rPr>
        <w:t>　　时间：__.__—__.__(__.__年初一，2.14情人节)</w:t>
      </w:r>
      <w:r>
        <w:rPr>
          <w:lang w:eastAsia="zh-CN"/>
        </w:rPr>
        <w:br/>
      </w:r>
      <w:r>
        <w:rPr>
          <w:lang w:eastAsia="zh-CN"/>
        </w:rPr>
        <w:t>　　共计__天 由于春节的特殊性，零售活动的策划侧重于通过dm商品的组合推荐，形象生动具体的诉求商品销售点，通过提醒顾客的购买需要、诱发购买欲望等多个手段的结合拉动销售。</w:t>
      </w:r>
      <w:r>
        <w:rPr>
          <w:lang w:eastAsia="zh-CN"/>
        </w:rPr>
        <w:br/>
      </w:r>
      <w:r>
        <w:rPr>
          <w:lang w:eastAsia="zh-CN"/>
        </w:rPr>
        <w:t>　　适当配合刺激性的活动，结合卖场宣传、装饰等途径，渲染年末浓重的购物氛围。同时综合考虑节后效应以及情人节活动的配合，达到档期活动策划的完整性和全面性。</w:t>
      </w:r>
      <w:r>
        <w:rPr>
          <w:lang w:eastAsia="zh-CN"/>
        </w:rPr>
        <w:br/>
      </w:r>
      <w:r>
        <w:rPr>
          <w:lang w:eastAsia="zh-CN"/>
        </w:rPr>
        <w:t>　　1、 商品组合以及dm要求</w:t>
      </w:r>
      <w:r>
        <w:rPr>
          <w:lang w:eastAsia="zh-CN"/>
        </w:rPr>
        <w:br/>
      </w:r>
      <w:r>
        <w:rPr>
          <w:lang w:eastAsia="zh-CN"/>
        </w:rPr>
        <w:t>　　a、 dm规格：小8k，20个p，400余件商品</w:t>
      </w:r>
      <w:r>
        <w:rPr>
          <w:lang w:eastAsia="zh-CN"/>
        </w:rPr>
        <w:br/>
      </w:r>
      <w:r>
        <w:rPr>
          <w:lang w:eastAsia="zh-CN"/>
        </w:rPr>
        <w:t>　　b、礼品主题：祝福心意表一表 主要商品为滋补品(含南北货)、礼品酒类、玩具、家居用品套件、小电器……</w:t>
      </w:r>
      <w:r>
        <w:rPr>
          <w:lang w:eastAsia="zh-CN"/>
        </w:rPr>
        <w:br/>
      </w:r>
      <w:r>
        <w:rPr>
          <w:lang w:eastAsia="zh-CN"/>
        </w:rPr>
        <w:t>　　此部分商品要求供应商促销活动的支持</w:t>
      </w:r>
      <w:r>
        <w:rPr>
          <w:lang w:eastAsia="zh-CN"/>
        </w:rPr>
        <w:br/>
      </w:r>
      <w:r>
        <w:rPr>
          <w:lang w:eastAsia="zh-CN"/>
        </w:rPr>
        <w:t>　　c、食品主题：佳肴美食齐送到 以年货为主打，综合各类礼品、干货、休闲食品、粮油面制品、饮料、酒品、休闲食品、糖果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d、百货：开门迎新 床上用品、服装、服饰配件、家用杂件……</w:t>
      </w:r>
      <w:r>
        <w:rPr>
          <w:lang w:eastAsia="zh-CN"/>
        </w:rPr>
        <w:br/>
      </w:r>
      <w:r>
        <w:rPr>
          <w:lang w:eastAsia="zh-CN"/>
        </w:rPr>
        <w:t>　　e、生鲜：鲜美啧啧过大年 调味品、生鲜中的日配、冷盘、熟食、蔬菜……</w:t>
      </w:r>
      <w:r>
        <w:rPr>
          <w:lang w:eastAsia="zh-CN"/>
        </w:rPr>
        <w:br/>
      </w:r>
      <w:r>
        <w:rPr>
          <w:lang w:eastAsia="zh-CN"/>
        </w:rPr>
        <w:t>　　f、分类版面主题：这个冬天不太冷</w:t>
      </w:r>
      <w:r>
        <w:rPr>
          <w:lang w:eastAsia="zh-CN"/>
        </w:rPr>
        <w:br/>
      </w:r>
      <w:r>
        <w:rPr>
          <w:lang w:eastAsia="zh-CN"/>
        </w:rPr>
        <w:t>　　i、红系列：本命年红色衣裤，春节特色的装饰品，主要是一些春联、对联、“福”字、红包等;</w:t>
      </w:r>
      <w:r>
        <w:rPr>
          <w:lang w:eastAsia="zh-CN"/>
        </w:rPr>
        <w:br/>
      </w:r>
      <w:r>
        <w:rPr>
          <w:lang w:eastAsia="zh-CN"/>
        </w:rPr>
        <w:t>　　ii、火系列：火锅，火锅料，调味料</w:t>
      </w:r>
      <w:r>
        <w:rPr>
          <w:lang w:eastAsia="zh-CN"/>
        </w:rPr>
        <w:br/>
      </w:r>
      <w:r>
        <w:rPr>
          <w:lang w:eastAsia="zh-CN"/>
        </w:rPr>
        <w:t>　　iii、暖系列：床上用品，内衣，取暖类电器</w:t>
      </w:r>
      <w:r>
        <w:rPr>
          <w:lang w:eastAsia="zh-CN"/>
        </w:rPr>
        <w:br/>
      </w:r>
      <w:r>
        <w:rPr>
          <w:lang w:eastAsia="zh-CN"/>
        </w:rPr>
        <w:t>　　g、情人节主题：简单爱 情人节推荐商品，考虑到这部分商品可能与春节推荐商品重复，建议dm排版上，可以在相关商品在可以作为情人节特色的商品上，标注特殊记号，代表情人节推荐商品，以做提示作用;</w:t>
      </w:r>
      <w:r>
        <w:rPr>
          <w:lang w:eastAsia="zh-CN"/>
        </w:rPr>
        <w:br/>
      </w:r>
      <w:r>
        <w:rPr>
          <w:lang w:eastAsia="zh-CN"/>
        </w:rPr>
        <w:t>　　h、长假消耗补给，__为您考虑——民生用品大集合 此活动主要希望推动节后的民生用品销售，刺激人们长假后的新一轮购买需要，可以通过将可推荐商品进行简单的文字组合的方式，提醒购买，以温馨提示的方法推动需求和购买，同时也加强卖场“为你所想”的亲民形象。</w:t>
      </w:r>
      <w:r>
        <w:rPr>
          <w:lang w:eastAsia="zh-CN"/>
        </w:rPr>
        <w:br/>
      </w:r>
      <w:r>
        <w:rPr>
          <w:lang w:eastAsia="zh-CN"/>
        </w:rPr>
        <w:t>　　2、一元风暴</w:t>
      </w:r>
      <w:r>
        <w:rPr>
          <w:lang w:eastAsia="zh-CN"/>
        </w:rPr>
        <w:t xml:space="preserve"> 快速抢购</w:t>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事实证明，价格竞争尽管是最低层次的竞争，确实打击和弱化其他超市最行之有效的手段，也是提高市场份额最直接，最有力的竞争手段，在春节这个特殊的节日，人们对各方面商品的需求都达到了一个鼎盛的时期，因此设计活动以买大赠小(买礼品类商品送调味品)为主要手段，刺激消费。</w:t>
      </w:r>
      <w:r>
        <w:rPr>
          <w:lang w:eastAsia="zh-CN"/>
        </w:rPr>
        <w:br/>
      </w:r>
      <w:r>
        <w:rPr>
          <w:lang w:eastAsia="zh-CN"/>
        </w:rPr>
        <w:t>　　时间上的考虑主要是由于，在年夜前后是卖场相对非常繁忙的时间，也是希望通过此活动能在时间上分流客源，达到销售平衡，并有效避免销售的流失。</w:t>
      </w:r>
      <w:r>
        <w:rPr>
          <w:lang w:eastAsia="zh-CN"/>
        </w:rPr>
        <w:br/>
      </w:r>
      <w:r>
        <w:rPr>
          <w:lang w:eastAsia="zh-CN"/>
        </w:rPr>
        <w:t>　　此活动需商管部支持20万元左右的供应商扣点，作为活动费用。</w:t>
      </w:r>
      <w:r>
        <w:rPr>
          <w:lang w:eastAsia="zh-CN"/>
        </w:rPr>
        <w:br/>
      </w:r>
      <w:r>
        <w:rPr>
          <w:lang w:eastAsia="zh-CN"/>
        </w:rPr>
        <w:t>　　a、时间：__.__-__.__</w:t>
      </w:r>
      <w:r>
        <w:rPr>
          <w:lang w:eastAsia="zh-CN"/>
        </w:rPr>
        <w:br/>
      </w:r>
      <w:r>
        <w:rPr>
          <w:lang w:eastAsia="zh-CN"/>
        </w:rPr>
        <w:t>　　b、活动内容：在本超市购买保健品、酒品类礼盒类商品满100元，即可参加“一元风暴 快速抢购”活动; 凭当日满足参与条件的单张购物小票到门店“特卖场”以一元价格自由选购以下任意一种商品：1瓶酱油、1袋味精、2瓶香醋、4袋盐、2听可口可乐;</w:t>
      </w:r>
      <w:r>
        <w:rPr>
          <w:lang w:eastAsia="zh-CN"/>
        </w:rPr>
        <w:br/>
      </w:r>
      <w:r>
        <w:rPr>
          <w:lang w:eastAsia="zh-CN"/>
        </w:rPr>
        <w:t>　　c、操作细则：</w:t>
      </w:r>
      <w:r>
        <w:rPr>
          <w:lang w:eastAsia="zh-CN"/>
        </w:rPr>
        <w:br/>
      </w:r>
      <w:r>
        <w:rPr>
          <w:lang w:eastAsia="zh-CN"/>
        </w:rPr>
        <w:t>　　i、有场地条件的门店单独开辟特卖场，面积比较小的门店在总台赠送，但都统一要求门店在活动开始前特卖场所在位置的醒目标识，并做好活动内容宣传;</w:t>
      </w:r>
      <w:r>
        <w:rPr>
          <w:lang w:eastAsia="zh-CN"/>
        </w:rPr>
        <w:br/>
      </w:r>
      <w:r>
        <w:rPr>
          <w:lang w:eastAsia="zh-CN"/>
        </w:rPr>
        <w:t>　　ii、赠品事先要货，并打包，以免活动开始造成混乱;</w:t>
      </w:r>
      <w:r>
        <w:rPr>
          <w:lang w:eastAsia="zh-CN"/>
        </w:rPr>
        <w:br/>
      </w:r>
      <w:r>
        <w:rPr>
          <w:lang w:eastAsia="zh-CN"/>
        </w:rPr>
        <w:t>　　iii、请顾客依次排队购买特卖场商品，每张购物小票限购其中任意3种商品;</w:t>
      </w:r>
      <w:r>
        <w:rPr>
          <w:lang w:eastAsia="zh-CN"/>
        </w:rPr>
        <w:br/>
      </w:r>
      <w:r>
        <w:rPr>
          <w:lang w:eastAsia="zh-CN"/>
        </w:rPr>
        <w:t>　　iv、所有参与活动的购物小票应为当日单张购物小票，隔日无效，小票不可累加;</w:t>
      </w:r>
      <w:r>
        <w:rPr>
          <w:lang w:eastAsia="zh-CN"/>
        </w:rPr>
        <w:br/>
      </w:r>
      <w:r>
        <w:rPr>
          <w:lang w:eastAsia="zh-CN"/>
        </w:rPr>
        <w:t>　　v、若购“特卖场”商品后退超市所购商品，需凭购物小票办理退货手续，并将“特卖场”商品一同退货;</w:t>
      </w:r>
      <w:r>
        <w:rPr>
          <w:lang w:eastAsia="zh-CN"/>
        </w:rPr>
        <w:br/>
      </w:r>
      <w:r>
        <w:rPr>
          <w:lang w:eastAsia="zh-CN"/>
        </w:rPr>
        <w:t>　　vi、所有赠送要求剪小票操作，并做好每日台帐;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vii、本活动解释权归本超市所有。</w:t>
      </w:r>
      <w:r>
        <w:rPr>
          <w:lang w:eastAsia="zh-CN"/>
        </w:rPr>
        <w:br/>
      </w:r>
      <w:r>
        <w:rPr>
          <w:lang w:eastAsia="zh-CN"/>
        </w:rPr>
        <w:t>　　d、宣传文案：一元钱能买什么?一瓶酱油?一袋味精或是四袋盐?能!只要您来__超市购物，这样的梦想也能变成现实! __月__日起，如果您在__超市购买保健品、酒品礼盒类商品达一定数额，您就可以花一元钱，捧回一瓶酱油或一袋味精或其它指定的商品，这样的优惠看得见，这样的真情感受到。</w:t>
      </w:r>
      <w:r>
        <w:rPr>
          <w:lang w:eastAsia="zh-CN"/>
        </w:rPr>
        <w:br/>
      </w:r>
      <w:r>
        <w:rPr>
          <w:lang w:eastAsia="zh-CN"/>
        </w:rPr>
        <w:t>　　一元风暴快速抢购，心动吗?那就快快行动!</w:t>
      </w:r>
      <w:r>
        <w:rPr>
          <w:lang w:eastAsia="zh-CN"/>
        </w:rPr>
        <w:br/>
      </w:r>
      <w:r>
        <w:rPr>
          <w:lang w:eastAsia="zh-CN"/>
        </w:rPr>
        <w:t>　　3、 装饰</w:t>
      </w:r>
      <w:r>
        <w:rPr>
          <w:lang w:eastAsia="zh-CN"/>
        </w:rPr>
        <w:br/>
      </w:r>
      <w:r>
        <w:rPr>
          <w:lang w:eastAsia="zh-CN"/>
        </w:rPr>
        <w:t>　　a、卖场入口处采用大如意结装饰，部分旗舰店利用氦气球加大气氛渲染效果;</w:t>
      </w:r>
      <w:r>
        <w:rPr>
          <w:lang w:eastAsia="zh-CN"/>
        </w:rPr>
        <w:br/>
      </w:r>
      <w:r>
        <w:rPr>
          <w:lang w:eastAsia="zh-CN"/>
        </w:rPr>
        <w:t>　　b、收银台采用大红绸和福字装饰;</w:t>
      </w:r>
      <w:r>
        <w:rPr>
          <w:lang w:eastAsia="zh-CN"/>
        </w:rPr>
        <w:br/>
      </w:r>
      <w:r>
        <w:rPr>
          <w:lang w:eastAsia="zh-CN"/>
        </w:rPr>
        <w:t>　　c、卖场入口主通道的采用大型梅花盆景 对联的组合装饰形式;</w:t>
      </w:r>
      <w:r>
        <w:rPr>
          <w:lang w:eastAsia="zh-CN"/>
        </w:rPr>
        <w:br/>
      </w:r>
      <w:r>
        <w:rPr>
          <w:lang w:eastAsia="zh-CN"/>
        </w:rPr>
        <w:t>　　d、货架笑脸设计;</w:t>
      </w:r>
      <w:r>
        <w:rPr>
          <w:lang w:eastAsia="zh-CN"/>
        </w:rPr>
        <w:br/>
      </w:r>
      <w:r>
        <w:rPr>
          <w:lang w:eastAsia="zh-CN"/>
        </w:rPr>
        <w:t>　　e、井道特殊装饰：春满__——广告公司出方案</w:t>
      </w:r>
      <w:r>
        <w:rPr>
          <w:lang w:eastAsia="zh-CN"/>
        </w:rPr>
        <w:br/>
      </w:r>
      <w:r>
        <w:rPr>
          <w:lang w:eastAsia="zh-CN"/>
        </w:rPr>
        <w:t>　　f、常规装饰：横幅、吊旗、竖幅、活动海报、dm喷汇等</w:t>
      </w:r>
      <w:r>
        <w:rPr>
          <w:lang w:eastAsia="zh-CN"/>
        </w:rPr>
        <w:br/>
      </w:r>
      <w:r>
        <w:rPr>
          <w:lang w:eastAsia="zh-CN"/>
        </w:rPr>
        <w:t xml:space="preserve">    2024春节促销策划 篇8 </w:t>
      </w:r>
      <w:r>
        <w:rPr>
          <w:lang w:eastAsia="zh-CN"/>
        </w:rPr>
        <w:br/>
      </w:r>
      <w:r>
        <w:rPr>
          <w:lang w:eastAsia="zh-CN"/>
        </w:rPr>
        <w:t>　　活动背景：</w:t>
      </w:r>
      <w:r>
        <w:rPr>
          <w:lang w:eastAsia="zh-CN"/>
        </w:rPr>
        <w:br/>
      </w:r>
      <w:r>
        <w:rPr>
          <w:lang w:eastAsia="zh-CN"/>
        </w:rPr>
        <w:t>　　新春期间是消费者购买手机的一个黄金时期。相当部分消费者在期盼这期间的到来，并且可以买到实惠的手机。这部分人群主要由两部分消费者构成。1、传统消费者;2、感性消费者。</w:t>
      </w:r>
      <w:r>
        <w:rPr>
          <w:lang w:eastAsia="zh-CN"/>
        </w:rPr>
        <w:br/>
      </w:r>
      <w:r>
        <w:rPr>
          <w:lang w:eastAsia="zh-CN"/>
        </w:rPr>
        <w:t>　　理性消费者：偏向;理智;性格内向，有计划、有主见、重视促销信息;</w:t>
      </w:r>
      <w:r>
        <w:rPr>
          <w:lang w:eastAsia="zh-CN"/>
        </w:rPr>
        <w:br/>
      </w:r>
    </w:p>
    <w:p w:rsidR="001B1F19" w14:textId="27C3F48A">
      <w:pPr>
        <w:rPr>
          <w:rFonts w:hint="eastAsia"/>
          <w:lang w:eastAsia="zh-CN"/>
        </w:rPr>
      </w:pPr>
      <w:r>
        <w:rPr>
          <w:lang w:eastAsia="zh-CN"/>
        </w:rPr>
        <w:t>　　感性消费者：性格活泼、喜欢跟随潮流，容易受到广告宣传的影响。这部分消费者购买行为没有规律，自制能力、计划能力较差。元旦、春节是他们展示自我，张扬个性与时尚的最佳时机。</w:t>
      </w:r>
      <w:r>
        <w:rPr>
          <w:lang w:eastAsia="zh-CN"/>
        </w:rPr>
        <w:br/>
      </w:r>
      <w:r>
        <w:rPr>
          <w:lang w:eastAsia="zh-CN"/>
        </w:rPr>
        <w:t>　　兼顾这两大部分人群足以推动整个手机市场，并达到较好的销售成绩。</w:t>
      </w:r>
      <w:r>
        <w:rPr>
          <w:lang w:eastAsia="zh-CN"/>
        </w:rPr>
        <w:br/>
      </w:r>
      <w:r>
        <w:rPr>
          <w:lang w:eastAsia="zh-CN"/>
        </w:rPr>
        <w:t>　　新年的来临，富贵、吉祥是我们千家万户共同追求。</w:t>
      </w:r>
      <w:r>
        <w:rPr>
          <w:lang w:eastAsia="zh-CN"/>
        </w:rPr>
        <w:br/>
      </w:r>
      <w:r>
        <w:rPr>
          <w:lang w:eastAsia="zh-CN"/>
        </w:rPr>
        <w:t>　　策划目的：</w:t>
      </w:r>
      <w:r>
        <w:rPr>
          <w:lang w:eastAsia="zh-CN"/>
        </w:rPr>
        <w:br/>
      </w:r>
      <w:r>
        <w:rPr>
          <w:lang w:eastAsia="zh-CN"/>
        </w:rPr>
        <w:t>　　一、 利用春节的高度关注度形成目标消费群对__品牌的关注;</w:t>
      </w:r>
      <w:r>
        <w:rPr>
          <w:lang w:eastAsia="zh-CN"/>
        </w:rPr>
        <w:br/>
      </w:r>
      <w:r>
        <w:rPr>
          <w:lang w:eastAsia="zh-CN"/>
        </w:rPr>
        <w:t>　　二、 利用热点事件形成炒作话题，增添媒体暴光度。依靠活动博取消费者对品牌与产品好感和认同;</w:t>
      </w:r>
      <w:r>
        <w:rPr>
          <w:lang w:eastAsia="zh-CN"/>
        </w:rPr>
        <w:br/>
      </w:r>
      <w:r>
        <w:rPr>
          <w:lang w:eastAsia="zh-CN"/>
        </w:rPr>
        <w:t>　　三、 利用新春的节日效应聚集人流，构成冲击波与兴奋点。</w:t>
      </w:r>
      <w:r>
        <w:rPr>
          <w:lang w:eastAsia="zh-CN"/>
        </w:rPr>
        <w:br/>
      </w:r>
      <w:r>
        <w:rPr>
          <w:lang w:eastAsia="zh-CN"/>
        </w:rPr>
        <w:t>　　策划思路：</w:t>
      </w:r>
      <w:r>
        <w:rPr>
          <w:lang w:eastAsia="zh-CN"/>
        </w:rPr>
        <w:br/>
      </w:r>
      <w:r>
        <w:rPr>
          <w:lang w:eastAsia="zh-CN"/>
        </w:rPr>
        <w:t>　　此次促销活动是通过一至两款促销机型拉动主推机型，同时带动市场并达到销售热潮。</w:t>
      </w:r>
      <w:r>
        <w:rPr>
          <w:lang w:eastAsia="zh-CN"/>
        </w:rPr>
        <w:br/>
      </w:r>
      <w:r>
        <w:rPr>
          <w:lang w:eastAsia="zh-CN"/>
        </w:rPr>
        <w:t>　　在广告推广中口号是占有较重的位置，是一种被传播信息。手机不是一种奢华品，已经是一种生活必备品，是一种获取信息与传播信息的一个载体，当前是个信息时代，每个信息中都隐含着无穷商机与财富;是一种生活追求、是一种传统心态。</w:t>
      </w:r>
      <w:r>
        <w:rPr>
          <w:lang w:eastAsia="zh-CN"/>
        </w:rPr>
        <w:br/>
      </w:r>
      <w:r>
        <w:rPr>
          <w:lang w:eastAsia="zh-CN"/>
        </w:rPr>
        <w:t xml:space="preserve">    2024春节促销策划 篇9 </w:t>
      </w:r>
      <w:r>
        <w:rPr>
          <w:lang w:eastAsia="zh-CN"/>
        </w:rPr>
        <w:br/>
      </w:r>
      <w:r>
        <w:rPr>
          <w:lang w:eastAsia="zh-CN"/>
        </w:rPr>
        <w:t>　　活动1</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https://d.book118.com/167013011133006036</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7013011133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