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2024总监个人年终工作总结（23篇）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2024总监个人年终工作总结（通用23篇）</w:t>
      </w:r>
      <w:r>
        <w:rPr>
          <w:lang w:eastAsia="zh-CN"/>
        </w:rPr>
        <w:br/>
      </w:r>
      <w:r>
        <w:rPr>
          <w:lang w:eastAsia="zh-CN"/>
        </w:rPr>
        <w:t xml:space="preserve">    2024总监个人年终工作总结 篇1 </w:t>
      </w:r>
      <w:r>
        <w:rPr>
          <w:lang w:eastAsia="zh-CN"/>
        </w:rPr>
        <w:br/>
      </w:r>
      <w:r>
        <w:rPr>
          <w:lang w:eastAsia="zh-CN"/>
        </w:rPr>
        <w:t>　　20__年对于公司来说是硕果累累的一年，作为一名业务总监，我和公司风雨同舟，共享收获的喜悦，共度发展的艰辛。不知不觉20__年要划上一个大大的句号，回顾一年的工作，有经验总结，也有问题分析，主要体现在以下几个方面：</w:t>
      </w:r>
      <w:r>
        <w:rPr>
          <w:lang w:eastAsia="zh-CN"/>
        </w:rPr>
        <w:br/>
      </w:r>
      <w:r>
        <w:rPr>
          <w:lang w:eastAsia="zh-CN"/>
        </w:rPr>
        <w:t>　　一、学习方面</w:t>
      </w:r>
      <w:r>
        <w:rPr>
          <w:lang w:eastAsia="zh-CN"/>
        </w:rPr>
        <w:br/>
      </w:r>
      <w:r>
        <w:rPr>
          <w:lang w:eastAsia="zh-CN"/>
        </w:rPr>
        <w:t>　　本年度我能够通过新闻、报纸、网络、书籍等各种途径来了解国内外房地产发展趋势以及政府对于__区域发展的态势和支持，特别关注__发展的一切利好消息;通过每月两次的会议来认真学习公司对业务系统的一切利好政策，以及项目、销售、薪酬等方面的政策和制度;通过和不同客户以及现场签约手的沟通，及时认真汇集客户提出的各种疑难问题，和公司各专业人士反映和了解，减少客户因有问题不能解决而影响成交的机率。</w:t>
      </w:r>
      <w:r>
        <w:rPr>
          <w:lang w:eastAsia="zh-CN"/>
        </w:rPr>
        <w:br/>
      </w:r>
      <w:r>
        <w:rPr>
          <w:lang w:eastAsia="zh-CN"/>
        </w:rPr>
        <w:t>　　二、思想方面</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20__年工作的每一天，处理任何问题，我始终要求自己一个出发点不能改变——我是__人。任何人包括自己的利益不能凌驾于公司利益之上。解决一切问题的前提是：有利于公司利益，有利于企业发展。</w:t>
      </w:r>
      <w:r>
        <w:rPr>
          <w:lang w:eastAsia="zh-CN"/>
        </w:rPr>
        <w:br/>
      </w:r>
      <w:r>
        <w:rPr>
          <w:lang w:eastAsia="zh-CN"/>
        </w:rPr>
        <w:t>　　三、工作纪律</w:t>
      </w:r>
      <w:r>
        <w:rPr>
          <w:lang w:eastAsia="zh-CN"/>
        </w:rPr>
        <w:br/>
      </w:r>
      <w:r>
        <w:rPr>
          <w:lang w:eastAsia="zh-CN"/>
        </w:rPr>
        <w:t>　　工作当中我对于自己的要求是：一切从自身做起。工作的原则性不能改变，根据公司出台的《拓展总监管理制度》严格要求自己。</w:t>
      </w:r>
      <w:r>
        <w:rPr>
          <w:lang w:eastAsia="zh-CN"/>
        </w:rPr>
        <w:br/>
      </w:r>
      <w:r>
        <w:rPr>
          <w:lang w:eastAsia="zh-CN"/>
        </w:rPr>
        <w:t>　　四、管理和服务</w:t>
      </w:r>
      <w:r>
        <w:rPr>
          <w:lang w:eastAsia="zh-CN"/>
        </w:rPr>
        <w:br/>
      </w:r>
      <w:r>
        <w:rPr>
          <w:lang w:eastAsia="zh-CN"/>
        </w:rPr>
        <w:t>　　作为一名业务总监，工作的中心是制度化的管理和人性化的服务。每月在各市场组织各类培训以及和业务员单独面谈等各种方式来传达__发展的利好消息，公司的利好政策以及薪酬制度，项目销售情况等。通过学习来提高本辖区团队素质，通过沟通来解决业务员的心态问题，增强信心。出现挣单、抢单等现象，我第一时间去解决，解决的原则是公平，公正，维护每个业务员的切身利益，精心打造和谐、健康的团队。</w:t>
      </w:r>
      <w:r>
        <w:rPr>
          <w:lang w:eastAsia="zh-CN"/>
        </w:rPr>
        <w:br/>
      </w:r>
      <w:r>
        <w:rPr>
          <w:lang w:eastAsia="zh-CN"/>
        </w:rPr>
        <w:t>　　五、业绩方面</w:t>
      </w:r>
      <w:r>
        <w:rPr>
          <w:lang w:eastAsia="zh-CN"/>
        </w:rPr>
        <w:br/>
      </w:r>
      <w:r>
        <w:rPr>
          <w:lang w:eastAsia="zh-CN"/>
        </w:rPr>
        <w:t>　　本年度圆满完成了公司下达的各项目标和任务，市场完成任务率达__%，保底任务完成率达__%，超额__%，团队新增人员__余人，有效业务员达__%，新增业务主管__余人。</w:t>
      </w:r>
      <w:r>
        <w:rPr>
          <w:lang w:eastAsia="zh-CN"/>
        </w:rPr>
        <w:br/>
      </w:r>
      <w:r>
        <w:rPr>
          <w:lang w:eastAsia="zh-CN"/>
        </w:rPr>
        <w:t>　　本年度工作存在的问题：</w:t>
      </w:r>
      <w:r>
        <w:rPr>
          <w:lang w:eastAsia="zh-CN"/>
        </w:rPr>
        <w:br/>
      </w:r>
      <w:r>
        <w:rPr>
          <w:lang w:eastAsia="zh-CN"/>
        </w:rPr>
        <w:t>　　1、市场发展不均衡。</w:t>
      </w:r>
      <w:r>
        <w:rPr>
          <w:lang w:eastAsia="zh-CN"/>
        </w:rPr>
        <w:br/>
      </w:r>
      <w:r>
        <w:rPr>
          <w:lang w:eastAsia="zh-CN"/>
        </w:rPr>
        <w:t>　　2、个别市场专职人员为了私人利益，压制团队发展，影响了核心力量培养。</w:t>
      </w:r>
      <w:r>
        <w:rPr>
          <w:lang w:eastAsia="zh-CN"/>
        </w:rPr>
        <w:br/>
      </w:r>
      <w:r>
        <w:rPr>
          <w:lang w:eastAsia="zh-CN"/>
        </w:rPr>
        <w:t>　　3、由于市场之间以及市场内部不正当竞争，造成市场死单率明显上升。</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4、深层次挖掘业务员力度不够。</w:t>
      </w:r>
      <w:r>
        <w:rPr>
          <w:lang w:eastAsia="zh-CN"/>
        </w:rPr>
        <w:br/>
      </w:r>
      <w:r>
        <w:rPr>
          <w:lang w:eastAsia="zh-CN"/>
        </w:rPr>
        <w:t>　　5、公司各部门配合协调力度不够。</w:t>
      </w:r>
      <w:r>
        <w:rPr>
          <w:lang w:eastAsia="zh-CN"/>
        </w:rPr>
        <w:br/>
      </w:r>
      <w:r>
        <w:rPr>
          <w:lang w:eastAsia="zh-CN"/>
        </w:rPr>
        <w:t>　　根据20__年度的工作情况以及存在的各种问题做出20__年工作计划安排：</w:t>
      </w:r>
      <w:r>
        <w:rPr>
          <w:lang w:eastAsia="zh-CN"/>
        </w:rPr>
        <w:br/>
      </w:r>
      <w:r>
        <w:rPr>
          <w:lang w:eastAsia="zh-CN"/>
        </w:rPr>
        <w:t>　　1、深度挖掘本辖区内新营销人员数量并提高质量。</w:t>
      </w:r>
      <w:r>
        <w:rPr>
          <w:lang w:eastAsia="zh-CN"/>
        </w:rPr>
        <w:br/>
      </w:r>
      <w:r>
        <w:rPr>
          <w:lang w:eastAsia="zh-CN"/>
        </w:rPr>
        <w:t>　　2、积极组织各类培训，提高本辖区内的团队素质。</w:t>
      </w:r>
      <w:r>
        <w:rPr>
          <w:lang w:eastAsia="zh-CN"/>
        </w:rPr>
        <w:br/>
      </w:r>
      <w:r>
        <w:rPr>
          <w:lang w:eastAsia="zh-CN"/>
        </w:rPr>
        <w:t>　　3、保证团队的凝聚力及团队新营销人员每月递增</w:t>
      </w:r>
      <w:r>
        <w:rPr>
          <w:lang w:eastAsia="zh-CN"/>
        </w:rPr>
        <w:br/>
      </w:r>
      <w:r>
        <w:rPr>
          <w:lang w:eastAsia="zh-CN"/>
        </w:rPr>
        <w:t>　　4、加强和第一线业务员面对面沟通，对所服务市场加强监督力度。</w:t>
      </w:r>
      <w:r>
        <w:rPr>
          <w:lang w:eastAsia="zh-CN"/>
        </w:rPr>
        <w:br/>
      </w:r>
      <w:r>
        <w:rPr>
          <w:lang w:eastAsia="zh-CN"/>
        </w:rPr>
        <w:t>　　5、和现场配合，从老客户中培养新生资源。</w:t>
      </w:r>
      <w:r>
        <w:rPr>
          <w:lang w:eastAsia="zh-CN"/>
        </w:rPr>
        <w:br/>
      </w:r>
      <w:r>
        <w:rPr>
          <w:lang w:eastAsia="zh-CN"/>
        </w:rPr>
        <w:t xml:space="preserve">    2024总监个人年终工作总结 篇2 </w:t>
      </w:r>
      <w:r>
        <w:rPr>
          <w:lang w:eastAsia="zh-CN"/>
        </w:rPr>
        <w:br/>
      </w:r>
      <w:r>
        <w:rPr>
          <w:lang w:eastAsia="zh-CN"/>
        </w:rPr>
        <w:t>　　创新是推动人类社会进步的生产力，创新是民族进步的灵魂，是企业做大做强的根本。本人自担任技术总监以来，从公司的发展着手，切实把加快自主创新、引进科技成果作为转变公司发展方式，加大新设备、新工艺的引入和使用力度，牢牢跟进科技发展步伐，进一步提高自动化程度和安全系数，努力打造本质安全型产品。着力提升产品形象，争创一流的标杆企业，以全面提高企业的核心竞争力。以管理创新和技术创新为双驱，着力打造创新型企业。</w:t>
      </w:r>
      <w:r>
        <w:rPr>
          <w:lang w:eastAsia="zh-CN"/>
        </w:rPr>
        <w:br/>
      </w:r>
      <w:r>
        <w:rPr>
          <w:lang w:eastAsia="zh-CN"/>
        </w:rPr>
        <w:t>　　通过几年的发展，已初步将我矿打造成了地方企业的领军企业，成为集团的人才、科技输出基地，为集团的后继发展提供了强劲的活力，为企业的发展提供了有力基础。现将本人一年以来的科技工作总结汇报如下：</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一、立足矿井发展，引进高新技术</w:t>
      </w:r>
      <w:r>
        <w:rPr>
          <w:lang w:eastAsia="zh-CN"/>
        </w:rPr>
        <w:br/>
      </w:r>
      <w:r>
        <w:rPr>
          <w:lang w:eastAsia="zh-CN"/>
        </w:rPr>
        <w:t>　　近年以来为进一步提高矿井机械化程度，实现减人增效的目的，我矿逐步引进并加以创造性的改造了矿井的运输系统、工作面支架、机械化掘进等技术设备。</w:t>
      </w:r>
      <w:r>
        <w:rPr>
          <w:lang w:eastAsia="zh-CN"/>
        </w:rPr>
        <w:br/>
      </w:r>
      <w:r>
        <w:rPr>
          <w:lang w:eastAsia="zh-CN"/>
        </w:rPr>
        <w:t>　　1、购进悬移支架，实现移架自动化。</w:t>
      </w:r>
      <w:r>
        <w:rPr>
          <w:lang w:eastAsia="zh-CN"/>
        </w:rPr>
        <w:br/>
      </w:r>
      <w:r>
        <w:rPr>
          <w:lang w:eastAsia="zh-CN"/>
        </w:rPr>
        <w:t>　　我矿工作面主要以炮采为主，使用金属单体支柱配合铰接顶梁进行支护，使用该方法需要消耗大量的笆片、背板、扎绳等材料，且工作面在顶板较差时，还需要大量的木方进行接顶，每班次均需要进行移溜打柱等工作量，工人的劳动强度较大。在引进悬移支架后，一方面减少了材料消耗，该支架采用整体悬移顶盖式支撑，除对局部漏顶外可以不进行支护外，还可以减少炮后过顶的工作，利用翻转梁即可以对暴露的煤顶进行支护；另一方面，工作面可以实现不间断生产，当悬移支架推到位后，整个回采工序完成了一个循环，除了设备检修的时间外，工作面可以实现不间断循环作业。</w:t>
      </w:r>
      <w:r>
        <w:rPr>
          <w:lang w:eastAsia="zh-CN"/>
        </w:rPr>
        <w:br/>
      </w:r>
      <w:r>
        <w:rPr>
          <w:lang w:eastAsia="zh-CN"/>
        </w:rPr>
        <w:t>　　2、启用综掘机，实现机械化掘进。</w:t>
      </w:r>
      <w:r>
        <w:rPr>
          <w:lang w:eastAsia="zh-CN"/>
        </w:rPr>
        <w:br/>
      </w:r>
      <w:r>
        <w:rPr>
          <w:lang w:eastAsia="zh-CN"/>
        </w:rPr>
        <w:t>　　为了提高本矿的单进水平，减缓矿井的接续压力，实现煤巷掘进机械化，我主持重新启用了综掘机来投入到我矿的新区生产中来，对列为我矿的接续重点的采区的七煤、十煤的准备巷道进行掘进，配合锚梁网支护技术，在断面达10m2以上的巷道掘进中，达到了较好水平，为我矿的生产接续提供了良好的基础。</w:t>
      </w:r>
      <w:r>
        <w:rPr>
          <w:lang w:eastAsia="zh-CN"/>
        </w:rPr>
        <w:br/>
      </w:r>
      <w:r>
        <w:rPr>
          <w:lang w:eastAsia="zh-CN"/>
        </w:rPr>
        <w:t>　　3、工作面回采充填，倡导绿色开采。</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我国工作面常用的是直接跨落法管理顶板，虽然对工作面的压力管理、瓦斯管理等方面有着一定的优势，但是地表塌陷情况也很严重，导致大面积的良田失去耕种价值，以下村庄下的煤炭资源不能够有效回采，造成资源的极大浪费。我矿与__大学合作在__地区率先引进了超高水充填这一项目，通过此途径可有效解决村庄下煤炭资源的回收问题，一方面减少了地表塌陷治理和土地征用，另一方面对工作面的顶板管理和瓦斯治理也得到较大的改善。</w:t>
      </w:r>
      <w:r>
        <w:rPr>
          <w:lang w:eastAsia="zh-CN"/>
        </w:rPr>
        <w:br/>
      </w:r>
      <w:r>
        <w:rPr>
          <w:lang w:eastAsia="zh-CN"/>
        </w:rPr>
        <w:t>　　4、提高开采上限，释放压迫资源。</w:t>
      </w:r>
      <w:r>
        <w:rPr>
          <w:lang w:eastAsia="zh-CN"/>
        </w:rPr>
        <w:br/>
      </w:r>
      <w:r>
        <w:rPr>
          <w:lang w:eastAsia="zh-CN"/>
        </w:rPr>
        <w:t>　　我矿的煤炭资源分布广，可采储量高，但是由于煤炭生产许可证的许采范围为水平，按划定的许可范围开采，对国家的煤炭资源是极大的浪费，对矿井的生产接续也有很大影响，为此，我矿与__大学展开合作，对水平的煤炭资源可采情况进行充分的论证与研讨，并采用井上和井下钻探的途径进行物理论证，目前经省相关部门和专家认定，已将水平以下的资源合法化，此举为矿井释放了煤炭储量万吨，创造直接效益万元。</w:t>
      </w:r>
      <w:r>
        <w:rPr>
          <w:lang w:eastAsia="zh-CN"/>
        </w:rPr>
        <w:br/>
      </w:r>
      <w:r>
        <w:rPr>
          <w:lang w:eastAsia="zh-CN"/>
        </w:rPr>
        <w:t>　　5、推广科技应用，打造数字化矿井。</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随着煤矿技术的进一步发展，为了进一步提高对矿井重要场所、重点环节的有效监控，确保矿井在有效监控下安全生产，在我的提议与推动下，我矿建立了井下千兆工业环网，并先后投入了多万元增加或完善升级了井下人员定位系统、视频监控系统、瓦斯监测系统、煤炭计量系统、通讯调度系统、OA办公系统、集成生产调度网，实现了井上无纸化办公，井下全方位覆盖的全面畅通的数字化平台，并与集团机房相连，可实现实时无缝访问，让集团领导即时了解矿井的安全生产情况。</w:t>
      </w:r>
      <w:r>
        <w:rPr>
          <w:lang w:eastAsia="zh-CN"/>
        </w:rPr>
        <w:br/>
      </w:r>
      <w:r>
        <w:rPr>
          <w:lang w:eastAsia="zh-CN"/>
        </w:rPr>
        <w:t>　　6、使用无极绳绞车，实现一岗化运作。</w:t>
      </w:r>
      <w:r>
        <w:rPr>
          <w:lang w:eastAsia="zh-CN"/>
        </w:rPr>
        <w:br/>
      </w:r>
      <w:r>
        <w:rPr>
          <w:lang w:eastAsia="zh-CN"/>
        </w:rPr>
        <w:t>　　随着采区的延伸，巷道的增加，工作面的运输环节逐渐增多，不仅占用劳动力也浪费了运料的周转时间，根据工作面的运料困难情况，我及时安排技术人员调研引进了无极绳绞车这一新型设备，实现了多条上下山一机化运作，且无需要摘挂钩人员，实现了工作面的运料快捷化，减少了工作面的运料影响时间，极大的提升了工作效率。</w:t>
      </w:r>
      <w:r>
        <w:rPr>
          <w:lang w:eastAsia="zh-CN"/>
        </w:rPr>
        <w:br/>
      </w:r>
      <w:r>
        <w:rPr>
          <w:lang w:eastAsia="zh-CN"/>
        </w:rPr>
        <w:t>　　7、推动小改小革，实现减人提效。</w:t>
      </w:r>
      <w:r>
        <w:rPr>
          <w:lang w:eastAsia="zh-CN"/>
        </w:rPr>
        <w:br/>
      </w:r>
      <w:r>
        <w:rPr>
          <w:lang w:eastAsia="zh-CN"/>
        </w:rPr>
        <w:t>　　为进一步挖掘矿井的潜力，实现矿井的节能减耗，实现长治久安，我带领和鼓励各专业技术人员发挥自己的聪明才智，将影响矿井安全生产的环节根据本矿的实际情况进行改造，并取得了良好的经济效益。</w:t>
      </w:r>
      <w:r>
        <w:rPr>
          <w:lang w:eastAsia="zh-CN"/>
        </w:rPr>
        <w:br/>
      </w:r>
      <w:r>
        <w:rPr>
          <w:lang w:eastAsia="zh-CN"/>
        </w:rPr>
        <w:t>　　1）、井口罐笼改造，实现机械化</w:t>
      </w:r>
      <w:r>
        <w:rPr>
          <w:lang w:eastAsia="zh-CN"/>
        </w:rPr>
        <w:br/>
      </w:r>
      <w:r>
        <w:rPr>
          <w:lang w:eastAsia="zh-CN"/>
        </w:rPr>
        <w:t>　　我矿的混合井口原使用人工推车，效率低下且人员疲劳时容易出现意外，在我的带领下，将人工推车改为机械推车，并对罐笼的阻车器、安全门等进行升级改造，实现了机械化作业，作业人员由原来的六人/班现在只需四人就可以完成全部工作，并且不需要人工推车，极大的降低了劳动强度和生产成本。</w:t>
      </w:r>
      <w:r>
        <w:rPr>
          <w:lang w:eastAsia="zh-CN"/>
        </w:rPr>
        <w:br/>
      </w:r>
      <w:r>
        <w:rPr>
          <w:lang w:eastAsia="zh-CN"/>
        </w:rPr>
        <w:t>　　2）、气动缸的推广使用</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气动缸由于体积小、功率高、维护量小、使用方便灵活等特点，在我矿的多个场合有所应用，如气动联锁安全门、气动煤仓放煤嘴、气动道岔、气动分煤器等，很大程度上减轻了职工的劳动强度，在一定程度上避免了人工操作，消除了人工操作的隐患。</w:t>
      </w:r>
      <w:r>
        <w:rPr>
          <w:lang w:eastAsia="zh-CN"/>
        </w:rPr>
        <w:br/>
      </w:r>
      <w:r>
        <w:rPr>
          <w:lang w:eastAsia="zh-CN"/>
        </w:rPr>
        <w:t>　　3）、斜巷助行器设计安装</w:t>
      </w:r>
      <w:r>
        <w:rPr>
          <w:lang w:eastAsia="zh-CN"/>
        </w:rPr>
        <w:br/>
      </w:r>
      <w:r>
        <w:rPr>
          <w:lang w:eastAsia="zh-CN"/>
        </w:rPr>
        <w:t>　　由于矿井的斜巷较多，职工在上下班时需要消耗较大的体力，为此我组织技术人员进行攻坚克难，采用了无极绳绞车牵引钢丝绳循环运转，人手握卡绳棒卡住钢丝绳带动行人上坡，减轻职工上坡的体力消耗，并在落差超过50米的行人斜巷进行了推广安装，得到了职工的一致好评。</w:t>
      </w:r>
      <w:r>
        <w:rPr>
          <w:lang w:eastAsia="zh-CN"/>
        </w:rPr>
        <w:br/>
      </w:r>
      <w:r>
        <w:rPr>
          <w:lang w:eastAsia="zh-CN"/>
        </w:rPr>
        <w:t>　　4）、矿压在线监测的引进</w:t>
      </w:r>
      <w:r>
        <w:rPr>
          <w:lang w:eastAsia="zh-CN"/>
        </w:rPr>
        <w:br/>
      </w:r>
      <w:r>
        <w:rPr>
          <w:lang w:eastAsia="zh-CN"/>
        </w:rPr>
        <w:t>　　由于矿井各地点的矿山压力不一，特别是__处，由于顶板悬顶面积较大，应力集中，顶板易碎，往往是顶板事故的多发地点，为杜绝顶板事故的发生，我矿引进了顶板在线监测系统，并对进行充填开采的回采区域进行充填效果验证，收到了较好的效果。</w:t>
      </w:r>
      <w:r>
        <w:rPr>
          <w:lang w:eastAsia="zh-CN"/>
        </w:rPr>
        <w:br/>
      </w:r>
      <w:r>
        <w:rPr>
          <w:lang w:eastAsia="zh-CN"/>
        </w:rPr>
        <w:t>　　二、发展人才战略，提供强劲保障</w:t>
      </w:r>
      <w:r>
        <w:rPr>
          <w:lang w:eastAsia="zh-CN"/>
        </w:rPr>
        <w:br/>
      </w:r>
      <w:r>
        <w:rPr>
          <w:lang w:eastAsia="zh-CN"/>
        </w:rPr>
        <w:t>　　我不仅在技术引进、改造与发展上进行改进，并且在人才培养上也下足功夫，一年以来，共送培__大学多批有志青年进行深造学习，同时出台优惠政策鼓励在职的青年干工利用班外时间进行函授进修学习，本着以矿井的战略目标为指引，以人为本的发展理念，着力培养有理想、能吃苦、善奉献的有志青年加入到矿井的安全生产建设中来，有力的提升矿井整体形象，使我矿的质量标准化水平及安全生产秩序上了一个新台阶。</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同时出台优惠政策推动职工的技术比武工作，对广大职工的学习热情予以丰富的物资奖励，邀请__市技术学院参与对涉及全矿的所有部门的各个行业进行全方位的考评，并对其中的优秀者进行嘉奖、提拔和重用，在矿区内形成比学赶超的学习热潮，给矿井的长远发展提供了有力的保障。</w:t>
      </w:r>
      <w:r>
        <w:rPr>
          <w:lang w:eastAsia="zh-CN"/>
        </w:rPr>
        <w:br/>
      </w:r>
      <w:r>
        <w:rPr>
          <w:lang w:eastAsia="zh-CN"/>
        </w:rPr>
        <w:t>　　通过人才培养，提升企业的核心竞争力；通过理念转换，增强矿井的本质安全度；通过措施激励，提高青工的学习热情。在科学技术是第一生产力的今天，只有紧紧把握科技发展这一重要前提，才能实现矿井的长治久安，才能保持企业的活跃生命力。</w:t>
      </w:r>
      <w:r>
        <w:rPr>
          <w:lang w:eastAsia="zh-CN"/>
        </w:rPr>
        <w:br/>
      </w:r>
      <w:r>
        <w:rPr>
          <w:lang w:eastAsia="zh-CN"/>
        </w:rPr>
        <w:t xml:space="preserve">    2024总监个人年终工作总结 篇3 </w:t>
      </w:r>
      <w:r>
        <w:rPr>
          <w:lang w:eastAsia="zh-CN"/>
        </w:rPr>
        <w:br/>
      </w:r>
      <w:r>
        <w:rPr>
          <w:lang w:eastAsia="zh-CN"/>
        </w:rPr>
        <w:t>　　“查找不足赶先进，立足根本争先进”，作为个人我们要实现体现自已的人身价值，企事业的兴衰直接关系到个人的荣辱，作为技术管理部门，为实现共同的目标我们要添砖加瓦，要有艰苦创业精神、改革创新精神、拓展市场精神、精益管理精神、永不满足精神、顾全大局精神。我们要把这六种精神贯穿于具体的工作中去，来年工作作为技术部的主要责任领导，对于“如何提高自我，服务于本单位”这门必修课，我将不断地加强学习，完善自我，把“学习先进、赶超先进、争当先进”融入到工作中去，重点将工作放在加强技术管理与技术分析这二块，下面就今年工作情况做个年终总结：</w:t>
      </w:r>
      <w:r>
        <w:rPr>
          <w:lang w:eastAsia="zh-CN"/>
        </w:rPr>
        <w:br/>
      </w:r>
      <w:r>
        <w:rPr>
          <w:lang w:eastAsia="zh-CN"/>
        </w:rPr>
        <w:t>　　一、完善单位内部管理制度，责任明确分工，加强责任考核</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内部管理制度通过将近一年多来的实施，仍然有许多不合理的地方，为使管理制度更趋于完善，技术部门将结合单位整体管理的要求，与有关部门进行修正。</w:t>
      </w:r>
      <w:r>
        <w:rPr>
          <w:lang w:eastAsia="zh-CN"/>
        </w:rPr>
        <w:br/>
      </w:r>
      <w:r>
        <w:rPr>
          <w:lang w:eastAsia="zh-CN"/>
        </w:rPr>
        <w:t>　　部门责任人之间明确分工职责，按照年初签定的责任合同，组织落实强化到位，同事之间相互信任，遇事不推诿，搞好通力协助，对分管内容加强责任考核力度，做到奖罚分明。</w:t>
      </w:r>
      <w:r>
        <w:rPr>
          <w:lang w:eastAsia="zh-CN"/>
        </w:rPr>
        <w:br/>
      </w:r>
      <w:r>
        <w:rPr>
          <w:lang w:eastAsia="zh-CN"/>
        </w:rPr>
        <w:t>　　二、针对业务理论考试，合理调整组合人力资源，继续加强培训力度与仓库管理检查监督力度</w:t>
      </w:r>
      <w:r>
        <w:rPr>
          <w:lang w:eastAsia="zh-CN"/>
        </w:rPr>
        <w:br/>
      </w:r>
      <w:r>
        <w:rPr>
          <w:lang w:eastAsia="zh-CN"/>
        </w:rPr>
        <w:t>　　今年以来，人事方面至今一直未得到稳定，技术部门的力量相对比较薄弱，我们将根据各位管理人员的特点，一方面将对人员重新组合搭配，进行高效有序的组织，另一方面继续加强培训，让每一位仓库管理人员都要做到对各库的业务熟悉，真正做到驾熟就轻，文化素质与业务管理水平都要有质的提高，特别是各人员的计算机操作水平还有待于进一步提高，我们将在这方面加强培训，使每一位管理人员都能熟悉电脑、掌握电脑操作，扎扎实实提高每个管理员的业务管理水平，总结之后我们将严格对仓库管理员实施目标管理与绩效管理，确定目标，达成目标，加强考核监督力度，与工资挂勾，真正做到奖罚分明。</w:t>
      </w:r>
      <w:r>
        <w:rPr>
          <w:lang w:eastAsia="zh-CN"/>
        </w:rPr>
        <w:br/>
      </w:r>
      <w:r>
        <w:rPr>
          <w:lang w:eastAsia="zh-CN"/>
        </w:rPr>
        <w:t>　　三、加强团队建设，充分发挥技术职能部部门的作用</w:t>
      </w:r>
      <w:r>
        <w:rPr>
          <w:lang w:eastAsia="zh-CN"/>
        </w:rPr>
        <w:br/>
      </w:r>
      <w:r>
        <w:rPr>
          <w:lang w:eastAsia="zh-CN"/>
        </w:rPr>
        <w:t>　　作为技术部的责任领导，既是一名技术工作人员，也是技术管理制度的组织者，要有严谨、廉洁的工作作风和认真细致的工作态度，对条线人员要积极引导，做到上行下效，帮助条线人员解决问题，充分发挥团队的合作精神，学先进、赶先进、超先进。</w:t>
      </w:r>
      <w:r>
        <w:rPr>
          <w:lang w:eastAsia="zh-CN"/>
        </w:rPr>
        <w:br/>
      </w:r>
      <w:r>
        <w:rPr>
          <w:lang w:eastAsia="zh-CN"/>
        </w:rPr>
        <w:t>　　四、加大各项费用控制力度，充分发挥技术的核算与监督职能</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今年是精益管理年、效益满意年、科技创新年，我们将继续加强各项费用的控制，行使技术监督职能，审核控制好各项开支，在技术核算工作中尽心尽职，认真处理审核每一笔业务。</w:t>
      </w:r>
      <w:r>
        <w:rPr>
          <w:lang w:eastAsia="zh-CN"/>
        </w:rPr>
        <w:br/>
      </w:r>
      <w:r>
        <w:rPr>
          <w:lang w:eastAsia="zh-CN"/>
        </w:rPr>
        <w:t>　　五、搞好技术分析，为领导提供有效的参考依据</w:t>
      </w:r>
      <w:r>
        <w:rPr>
          <w:lang w:eastAsia="zh-CN"/>
        </w:rPr>
        <w:br/>
      </w:r>
      <w:r>
        <w:rPr>
          <w:lang w:eastAsia="zh-CN"/>
        </w:rPr>
        <w:t>　　我知道合理高效的技术分析思路与方法，是企业管理和决策水平提高的重要途径，并将使我们的工作事半功倍，在企业成本分析上向老技术学习、向书本学习，量化分析具体的技术数据，并结合总体战略，为决策者和管理者提供有力的技术信息支持。</w:t>
      </w:r>
      <w:r>
        <w:rPr>
          <w:lang w:eastAsia="zh-CN"/>
        </w:rPr>
        <w:br/>
      </w:r>
      <w:r>
        <w:rPr>
          <w:lang w:eastAsia="zh-CN"/>
        </w:rPr>
        <w:t>　　以上工作是我技术部门今年的工作总结以及对来年工作的计划，“查找不足赶先进，立足根本争先进”，这不是句空话，号角之声响起我们就要付诸与行动，利用团队精神集思广益，技术战线所有人员重点思考如何在管理上创新，如何在实施成本控制上做文章！总之，今后的工作中，还是年初责任领导会议上的那句话：我将不断地总结与反省，不断地鞭策自己并充实能量，提高自身素质与业务水平，以适应时代和企业的发展，与各位共同进步，与公司共同成长。</w:t>
      </w:r>
      <w:r>
        <w:rPr>
          <w:lang w:eastAsia="zh-CN"/>
        </w:rPr>
        <w:br/>
      </w:r>
      <w:r>
        <w:rPr>
          <w:lang w:eastAsia="zh-CN"/>
        </w:rPr>
        <w:t xml:space="preserve">    2024总监个人年终工作总结 篇4 </w:t>
      </w:r>
      <w:r>
        <w:rPr>
          <w:lang w:eastAsia="zh-CN"/>
        </w:rPr>
        <w:br/>
      </w:r>
      <w:r>
        <w:rPr>
          <w:lang w:eastAsia="zh-CN"/>
        </w:rPr>
        <w:t>　　尊敬的领导：</w:t>
      </w:r>
      <w:r>
        <w:rPr>
          <w:lang w:eastAsia="zh-CN"/>
        </w:rPr>
        <w:br/>
      </w:r>
      <w:r>
        <w:rPr>
          <w:lang w:eastAsia="zh-CN"/>
        </w:rPr>
        <w:t>　　至今我已在公司整整工作了一年时间，也让我在公司从任职销售助理成长为如今成熟的、有自信的销售总监。这一年里，在领导们的关心及支持下，还有同事们的帮助和配合下，才有了今天的我，以下是我的述职报告。</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一、销售总监职责与管理能力</w:t>
      </w:r>
      <w:r>
        <w:rPr>
          <w:lang w:eastAsia="zh-CN"/>
        </w:rPr>
        <w:br/>
      </w:r>
      <w:r>
        <w:rPr>
          <w:lang w:eastAsia="zh-CN"/>
        </w:rPr>
        <w:t>　　管理销售活动，促使完成销售目标。领导执行销售过程中顾客满意度的标准。管理所有展厅环境及其活动。要致力于销售部的盈利。主要监督销售部全体职员。销售总监应有的心态就是：从“被管”到“管人”。从顶尖的销售员到未顶尖的干部。我们要做到：执行、监督、辅导、分析、改善等基本原则。展厅外地面的整洁，客户停车区有足够的车位，所有户外标识保持清洁并处于完好状态。展厅内入口处地垫清洁并处于完好状态，展厅地面保持清洁，展厅内外墙面及玻璃的清洁，音响的音量要适度，避免造成不舒适的感觉。</w:t>
      </w:r>
      <w:r>
        <w:rPr>
          <w:lang w:eastAsia="zh-CN"/>
        </w:rPr>
        <w:br/>
      </w:r>
      <w:r>
        <w:rPr>
          <w:lang w:eastAsia="zh-CN"/>
        </w:rPr>
        <w:t>　　工作时间内，所有销售部的人员，都必须着规定的制服，佩戴工牌及标志，保持仪容仪表的整洁。所有的销售员行为举止必须要表现出专业化。所有的销售员不得在展厅内抽烟，吃零食等。若有发现此习惯重罚。在前台接待时，所有人员都必须主动喊“欢迎光临”！无论是正副班组，接待前台一定要保持两位以上的销售接待人员，同时接待台要保持整洁，并且销售人员不能聚集在前台聊天或与做工作无关的事。</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将不要的东西立即处理。功能性的放置原则，产生良好的工作环境与工作效率。找出脏乱的根源并彻底清除，已建立清洁干净的工作环境。建立“目视管理系统”维持有效的工作环境。一定要培养成良好的工作环境。作为销售总监，我能够认真执行职责，团结带领销售部全体人员。在总体的工作思路指引下，在销售部各位总监的正确领导下，我会积极进取、扎实地工作，努力去完成公司下达的计划目标任务。</w:t>
      </w:r>
      <w:r>
        <w:rPr>
          <w:lang w:eastAsia="zh-CN"/>
        </w:rPr>
        <w:br/>
      </w:r>
      <w:r>
        <w:rPr>
          <w:lang w:eastAsia="zh-CN"/>
        </w:rPr>
        <w:t>　　二、工作的团结与配合</w:t>
      </w:r>
      <w:r>
        <w:rPr>
          <w:lang w:eastAsia="zh-CN"/>
        </w:rPr>
        <w:br/>
      </w:r>
      <w:r>
        <w:rPr>
          <w:lang w:eastAsia="zh-CN"/>
        </w:rPr>
        <w:t>　　一个人的力量是微不足道的，要想在工作上取得最好成绩，就必须要成为一个整体，才能开展工作的新局面。在工作上，我会努力支持及配合其他各部门的工作，为其他同事的工作创造良好的氛围和环境。相互尊重，相互配合，相互支持，相互关心，相互快乐。是我们公司的宗旨。</w:t>
      </w:r>
      <w:r>
        <w:rPr>
          <w:lang w:eastAsia="zh-CN"/>
        </w:rPr>
        <w:br/>
      </w:r>
      <w:r>
        <w:rPr>
          <w:lang w:eastAsia="zh-CN"/>
        </w:rPr>
        <w:t>　　三、以身作则</w:t>
      </w:r>
      <w:r>
        <w:rPr>
          <w:lang w:eastAsia="zh-CN"/>
        </w:rPr>
        <w:br/>
      </w:r>
      <w:r>
        <w:rPr>
          <w:lang w:eastAsia="zh-CN"/>
        </w:rPr>
        <w:t>　　公司的各项制度在不断完善，但是，更需要人去认真执行。各种制度、各种规定不能光说不执行。在实际工作中，员工看管理者。作为一名中层管理者，我深知自己的一言一行就是很多同事们行为的标尺。为此，在任何行动上，我会坚持“要求别人做到的，自己会首先做到。”严格遵守公司内部的各项制度和规定，绝不带头违反。</w:t>
      </w:r>
      <w:r>
        <w:rPr>
          <w:lang w:eastAsia="zh-CN"/>
        </w:rPr>
        <w:br/>
      </w:r>
      <w:r>
        <w:rPr>
          <w:lang w:eastAsia="zh-CN"/>
        </w:rPr>
        <w:t>　　四、总结</w:t>
      </w:r>
      <w:r>
        <w:rPr>
          <w:lang w:eastAsia="zh-CN"/>
        </w:rPr>
        <w:br/>
      </w:r>
      <w:r>
        <w:rPr>
          <w:lang w:eastAsia="zh-CN"/>
        </w:rPr>
        <w:t>　　我也清楚地知道我身上存在的缺点和不足的地方。我会在今后的工作中努力加以改正，努力提高自身素质，大力提高管理水平，以适应新形势要求，在工作中不断创新，引导所有销售员把精力集中到本职工作上来，把心思凝聚到当做自己的事业，去努力的工作，来完成销售任务，促进公司发展做出自己应有的贡献，同时更希望大家对我今后的工作给予支持和配合。</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2024总监个人年终工作总结 篇5 </w:t>
      </w:r>
      <w:r>
        <w:rPr>
          <w:lang w:eastAsia="zh-CN"/>
        </w:rPr>
        <w:br/>
      </w:r>
      <w:r>
        <w:rPr>
          <w:lang w:eastAsia="zh-CN"/>
        </w:rPr>
        <w:t>　　消纵即逝，仿真实训的第二年马上要结束了，相比于经营的第一年，很多东西都已经有好转，很多流程的东西已经比较熟悉，能比较流畅地完成所有工作。以下是我对本年度的工作总结：</w:t>
      </w:r>
      <w:r>
        <w:rPr>
          <w:lang w:eastAsia="zh-CN"/>
        </w:rPr>
        <w:br/>
      </w:r>
      <w:r>
        <w:rPr>
          <w:lang w:eastAsia="zh-CN"/>
        </w:rPr>
        <w:t>　　第二年的伊始，由于我的失误，我们第一季度拿不到一张订单，除了公司运作出现困难，我的心里真的一点都不好受，假如不是我的失误就不会这样了。当时也想了好多，怎么样才可以挽回这一季度没有订单的损失?厂房租金、工人工资、水电，这都是一大堆开销，我们要怎么度过这个难关?是要继续生产，还是停止生产?假如我们继续生产，就意味着要采购，这样会用掉更多的流动资金，生产出来了，又是库存，到最后，整条资金链会变得很紧张，甚至会断。假如我们停止生产，我们会白白地花掉很多钱。最后，我们决定拼一下，继续生产。我决心，我要在下一季度拉回双倍的订单，要把所有损失都填补回来，人家两个季度的事，我要一个季度做完。到了第二季，我们接回了98000的订单，成为生产商之最，把所有的空缺都补了回来，第二季度净利润为3000000多万，扣掉第一季度的亏损，我们两季度盈利1900000多万。这一点，到现在为止，我还是觉得很欣慰，因为我把所有东西都补回来了。</w:t>
      </w:r>
      <w:r>
        <w:rPr>
          <w:lang w:eastAsia="zh-CN"/>
        </w:rPr>
        <w:br/>
      </w:r>
      <w:r>
        <w:rPr>
          <w:lang w:eastAsia="zh-CN"/>
        </w:rPr>
        <w:t>　　此外，我还对营销总监这个职位作了一些总结，这也是营销总监论坛中我的一部分发言内容，如下：</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作为一名市场营销专业的学生，作为公司的市场总监，我认为这一点在整个营销过程中最为紧要。在熟悉整个市场的运作规则的前提下，要将我们的触觉投向我们的市场，即渠道商，及时了解渠道商需要什么产品，什么时候会升级门店，这一切都直接影响到我们下季度的销售。关于这点，我认为提前一个季度去了解多个渠道商的经营情况，再按照整体市场情况制定下季度销售计划很必要。</w:t>
      </w:r>
      <w:r>
        <w:rPr>
          <w:lang w:eastAsia="zh-CN"/>
        </w:rPr>
        <w:br/>
      </w:r>
      <w:r>
        <w:rPr>
          <w:lang w:eastAsia="zh-CN"/>
        </w:rPr>
        <w:t>　　(2)、有敏锐的市场触觉，了解市场需求状况后，我们要预测市场，如何预测市场也是一门学问。市场是一个整体态势，市场预测得不准确，就会放大牛鞭效应带来的一系列后果，它直接加重我们供应和库存的风险，扰乱我们的计划安排和营销管理秩序。为了妥善规避牛鞭效应所带来的风险，我们公司从生产、销售到</w:t>
      </w:r>
      <w:r>
        <w:rPr>
          <w:lang w:eastAsia="zh-CN"/>
        </w:rPr>
        <w:br/>
      </w:r>
      <w:r>
        <w:rPr>
          <w:lang w:eastAsia="zh-CN"/>
        </w:rPr>
        <w:t>　　库存管理都下了一定的功夫，如：提前一个季度、尽可能准确地收集和分析市场需求信息;拍订单的时候，不把产能全压到大订单上，从而分担由于拍不成订单而带来的风险;此外，每季度的采购和生产都尽可能按照订单来做;最后，通过尽可能不多产、准确掌握库存情况等方法做到尽可能少积压产品，避免积压流动资金。</w:t>
      </w:r>
      <w:r>
        <w:rPr>
          <w:lang w:eastAsia="zh-CN"/>
        </w:rPr>
        <w:br/>
      </w:r>
      <w:r>
        <w:rPr>
          <w:lang w:eastAsia="zh-CN"/>
        </w:rPr>
        <w:t>　　(3)、企业战略是企业发展的指引，制定合适的战略计划对企业而言尤为重要。正确的企业战略必然是对企业资源和能力盘整后，基于现实市场状况和经济环境所作的正确选择。在公司建立之前，我们制定了总战略，例如：在经营的第六年实现怎样的目标——关于上市，购置多少条生产线，盈利多少等。</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同时，市场是变化的，企业的战略也必须紧跟市场步伐，切合公司的实际需求。仿真实训中，一开始，我们只有1500万，买一条生产线至起码要1000万，我们要用剩余的500万去创造更多的利润，我们要怎么把公司壮大?在运营过程中，工人工资、水电、租金等都是一大笔花销，怎样把剩余的资金充分利用起来。市场是进步的，市场需求也会随之变化，在激烈的竞争中何时购置生产线，何时产什么产品，关于这一大堆问题，在每年初、每季度末，我们都会在原有战略计划的基础上作出调整。</w:t>
      </w:r>
      <w:r>
        <w:rPr>
          <w:lang w:eastAsia="zh-CN"/>
        </w:rPr>
        <w:br/>
      </w:r>
      <w:r>
        <w:rPr>
          <w:lang w:eastAsia="zh-CN"/>
        </w:rPr>
        <w:t xml:space="preserve">    2024总监个人年终工作总结 篇6 </w:t>
      </w:r>
      <w:r>
        <w:rPr>
          <w:lang w:eastAsia="zh-CN"/>
        </w:rPr>
        <w:br/>
      </w:r>
      <w:r>
        <w:rPr>
          <w:lang w:eastAsia="zh-CN"/>
        </w:rPr>
        <w:t>　　20__年_月9日_传媒公司正式成立，在总经理及其他高管的认可下任财务总监一职。任职期间在总经理的领导下，总管公司会计、报表、预算工作。对于总经理的经营决策，我坚持要从财务角度服从命令，听从指挥，同心同德，周密筹划，尽力完成。组织公司有关部门开展经济活动分析，组织编制公司财务计划、成本计划、努力降低成本、增收节支、提高效益。同时还监督公司遵守国家财经法令、纪律。</w:t>
      </w:r>
      <w:r>
        <w:rPr>
          <w:lang w:eastAsia="zh-CN"/>
        </w:rPr>
        <w:br/>
      </w:r>
      <w:r>
        <w:rPr>
          <w:lang w:eastAsia="zh-CN"/>
        </w:rPr>
        <w:t>　　任职期间的工作重点如下：公司与_汽车俱乐部、_doing、_汽车销售服务有限公司及_国际酒店等公司签署了合作协议，财务部门全程跟踪严格把关，统筹资金，控制成本为公司争取最大的利润。与公司高层很好的进行了沟通协调工作，并配合其他部门共同完成了这几个项目。</w:t>
      </w:r>
      <w:r>
        <w:rPr>
          <w:lang w:eastAsia="zh-CN"/>
        </w:rPr>
        <w:br/>
      </w:r>
      <w:r>
        <w:rPr>
          <w:lang w:eastAsia="zh-CN"/>
        </w:rPr>
        <w:t>　　任职期间的不足之处：还不能很好的把握全局;财务监督执行财经法规的力度还不够强;人员配置还不充足。</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针对上述问题今后我一定会特别注意加强和改进，切实从以下方面做好本职工作：进一步培养自己的战略眼光，统筹安排，把握好全局;进一步增强法制观念，加强财务监督，提高依法理财的自觉性;注意调动员工积极性，合理调配人手。</w:t>
      </w:r>
      <w:r>
        <w:rPr>
          <w:lang w:eastAsia="zh-CN"/>
        </w:rPr>
        <w:br/>
      </w:r>
      <w:r>
        <w:rPr>
          <w:lang w:eastAsia="zh-CN"/>
        </w:rPr>
        <w:t xml:space="preserve">    2024总监个人年终工作总结 篇7 </w:t>
      </w:r>
      <w:r>
        <w:rPr>
          <w:lang w:eastAsia="zh-CN"/>
        </w:rPr>
        <w:br/>
      </w:r>
      <w:r>
        <w:rPr>
          <w:lang w:eastAsia="zh-CN"/>
        </w:rPr>
        <w:t>　　尊敬的领导：</w:t>
      </w:r>
      <w:r>
        <w:rPr>
          <w:lang w:eastAsia="zh-CN"/>
        </w:rPr>
        <w:br/>
      </w:r>
      <w:r>
        <w:rPr>
          <w:lang w:eastAsia="zh-CN"/>
        </w:rPr>
        <w:t>　　今年的销售工作，在公司经营工作领导的带领和帮助下，加之全组成员的鼎力协助，自己立足本职工作，恪尽职守，兢兢业业，任劳任怨，取得不错的成就。现将全年来从事销售工作的情况进行述职报告如下：</w:t>
      </w:r>
      <w:r>
        <w:rPr>
          <w:lang w:eastAsia="zh-CN"/>
        </w:rPr>
        <w:br/>
      </w:r>
      <w:r>
        <w:rPr>
          <w:lang w:eastAsia="zh-CN"/>
        </w:rPr>
        <w:t>　　一、切实落实岗位职责，认真履行本职工作</w:t>
      </w:r>
      <w:r>
        <w:rPr>
          <w:lang w:eastAsia="zh-CN"/>
        </w:rPr>
        <w:br/>
      </w:r>
      <w:r>
        <w:rPr>
          <w:lang w:eastAsia="zh-CN"/>
        </w:rPr>
        <w:t>　　作为一名销售总监，自己的岗位职责是：千方百计完成区域销售任务并及时催回货款；努力完成销售管理办法中的各项要求；负责严格执行产品的出库手续；积极广泛收集市场信息并及时整理上报领导；严格遵守公司制定的各项规章制度；对工作具有较高的敬业精神和高度的主人翁责任感；完成领导交办的其它工作。</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岗位职责是职工的工作要求，也是衡量销售总监工作好坏的标准，自己始终以岗位职责为行动标准，从工作中的一点一滴做起，严格按照职责中的条款要求自己的行为，在业务工作中，首先自己能从产品知识入手，在了解技术知识的同时认真分析市场信息并适时制定营销方案，其次自己经常同其它销售总监勤沟通、勤交流，分析市场情况、存在问题及应对方案，以求共同提高。在日常的事务工作中，自己能积极着手，在确保工作质量的前提下按时完成任务。总之，通过实践证明作为销售总监技能和业绩至关重要，是检验销售总监工作得失的标准。</w:t>
      </w:r>
      <w:r>
        <w:rPr>
          <w:lang w:eastAsia="zh-CN"/>
        </w:rPr>
        <w:br/>
      </w:r>
      <w:r>
        <w:rPr>
          <w:lang w:eastAsia="zh-CN"/>
        </w:rPr>
        <w:t>　　二、明确客户需求，主动积极，力求保质保量按时供货</w:t>
      </w:r>
      <w:r>
        <w:rPr>
          <w:lang w:eastAsia="zh-CN"/>
        </w:rPr>
        <w:br/>
      </w:r>
      <w:r>
        <w:rPr>
          <w:lang w:eastAsia="zh-CN"/>
        </w:rPr>
        <w:t>　　工作中自己时刻明白销售总监必须有明确的目地，一方面积极了解客户的意图及需要达到的标准、要求，力争及早准备，在客户要求的期限内供货，另一方面要积极和客户沟通及时了解客户还款能力，考虑并补充完善。</w:t>
      </w:r>
      <w:r>
        <w:rPr>
          <w:lang w:eastAsia="zh-CN"/>
        </w:rPr>
        <w:br/>
      </w:r>
      <w:r>
        <w:rPr>
          <w:lang w:eastAsia="zh-CN"/>
        </w:rPr>
        <w:t>　　三、正确对待客户投诉并及时、妥善解决</w:t>
      </w:r>
      <w:r>
        <w:rPr>
          <w:lang w:eastAsia="zh-CN"/>
        </w:rPr>
        <w:br/>
      </w:r>
      <w:r>
        <w:rPr>
          <w:lang w:eastAsia="zh-CN"/>
        </w:rPr>
        <w:t>　　销售是一种长期循序渐进的工作，而产品缺陷普遍存在，所以销售总监应正确对待客户投诉，视客户投诉如产品销售同等重要甚至有过之而无不及，同时须慎重处理。自己在产品销售的过程中，严格按照公讣制定销售服务承诺执行，在接到客户投诉时，首先应认真做好客户投诉记录并口头做出承诺，其次应及时汇报领导及相关部门，在接到领导的指示后会同相关部门人员制订应对方案，同时应及时与客户沟通使客户对处理方案感到满意。</w:t>
      </w:r>
      <w:r>
        <w:rPr>
          <w:lang w:eastAsia="zh-CN"/>
        </w:rPr>
        <w:br/>
      </w:r>
      <w:r>
        <w:rPr>
          <w:lang w:eastAsia="zh-CN"/>
        </w:rPr>
        <w:t>　　四、认真学习我厂产品及相关产品知识，依据客户需求确定可代理的产品品种</w:t>
      </w:r>
      <w:r>
        <w:rPr>
          <w:lang w:eastAsia="zh-CN"/>
        </w:rPr>
        <w:br/>
      </w:r>
      <w:r>
        <w:rPr>
          <w:lang w:eastAsia="zh-CN"/>
        </w:rPr>
        <w:t>　　熟悉产品知识是搞好销售工作的前提。自己在销售的过程中同样注重产品知识的学习，对公司生产的涂料产品的用途、性能、参数基本能做到有问能答、必答，对相关部分产品基本能掌握用途、价格和施工要求。</w:t>
      </w:r>
      <w:r>
        <w:rPr>
          <w:lang w:eastAsia="zh-CN"/>
        </w:rPr>
        <w:br/>
      </w:r>
      <w:r>
        <w:rPr>
          <w:lang w:eastAsia="zh-CN"/>
        </w:rPr>
        <w:t>　　五、明年销售总监工作设想</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积极追要往年的欠款，并想办法将欠款及时收回，及时向领导汇报，取得公司的支持。更加积极搜集市场信息并及时联系，力争参加招标形成规模销售。为积极配合代理销售，自己计划在确定产品品种后努力学习代理产品知识及性能、用途，以利代理产品迅速走入市场并形成销售。自己在搞好业务的同时计划认真学习业务知识、技能及销售实战来完善自己的理论知识，力求不断提高自己的综合素质。为确保完成全年销售任务，自己平时就积极搜集信息并及时汇总，力争在新区域开发市场，以扩大产品市场占有额。</w:t>
      </w:r>
      <w:r>
        <w:rPr>
          <w:lang w:eastAsia="zh-CN"/>
        </w:rPr>
        <w:br/>
      </w:r>
      <w:r>
        <w:rPr>
          <w:lang w:eastAsia="zh-CN"/>
        </w:rPr>
        <w:t xml:space="preserve">    2024总监个人年终工作总结 篇8 </w:t>
      </w:r>
      <w:r>
        <w:rPr>
          <w:lang w:eastAsia="zh-CN"/>
        </w:rPr>
        <w:br/>
      </w:r>
      <w:r>
        <w:rPr>
          <w:lang w:eastAsia="zh-CN"/>
        </w:rPr>
        <w:t>　　不知不觉，年终岁末将至，20_年的工作即将告一段落。对于每一个追求进步的人来说，免不了会在年终岁未对自己进行一番盘点，也是对自己的一种鞭策。过去的近一年是忙碌而充实的一年，也是我加入公司从陌生到熟悉的一年。这一年中工作的点点滴滴，让我不断地学习、成长着。</w:t>
      </w:r>
      <w:r>
        <w:rPr>
          <w:lang w:eastAsia="zh-CN"/>
        </w:rPr>
        <w:br/>
      </w:r>
      <w:r>
        <w:rPr>
          <w:lang w:eastAsia="zh-CN"/>
        </w:rPr>
        <w:t>　　回顾一年来的工作，我在公司总经理的正确领导、各部门的积极配合以及各位同事的支持协助下，严格要求自己，按照公司要求，较好地发挥了行政部服务基层、以文辅政的工作职能，完成了自己的本职工作。虽没有轰轰烈烈的战果，但也算经历了一段不平凡的考验和磨砺。</w:t>
      </w:r>
      <w:r>
        <w:rPr>
          <w:lang w:eastAsia="zh-CN"/>
        </w:rPr>
        <w:br/>
      </w:r>
      <w:r>
        <w:rPr>
          <w:lang w:eastAsia="zh-CN"/>
        </w:rPr>
        <w:t>　　20_年的工作回顾</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1、办公室的日常管理工作：行政工作对我而言是一个相对熟悉的工作领域。作为行政部的主管，我自己清醒地认识到，行政部正是一个公司承上启下、沟通内外、协调左右、联系四方的枢纽，是推动各项工作朝既定目标前进的中心。细数行政的工作，可说是千头万绪，有文书处理、档案管理、文件批转、会议及活动安排等等。面对繁杂琐碎的大量事务性工作，我努力强化自我工作意识，注意加快工作节奏，提高工作效率，冷静处理各项事务，力求周全、准确、适度，避免疏漏和差错。行政工作紧密围绕年初制定的工作重点，充分结合具体工作实际，不断开拓工作思路，创新工作方法。通过近一年的工作、学习，在工作模式上有了新的突破，工作方式有了较大的改变，现将去年的工作情况总结如下：</w:t>
      </w:r>
      <w:r>
        <w:rPr>
          <w:lang w:eastAsia="zh-CN"/>
        </w:rPr>
        <w:br/>
      </w:r>
      <w:r>
        <w:rPr>
          <w:lang w:eastAsia="zh-CN"/>
        </w:rPr>
        <w:t>　　1)行政统筹工作的关键事物控制和内部管理。行政事务性工作的内部分工、前台文员的管理、办公室保洁、资料的分配整理等工作以及物流和售后、维修等的监管。</w:t>
      </w:r>
      <w:r>
        <w:rPr>
          <w:lang w:eastAsia="zh-CN"/>
        </w:rPr>
        <w:br/>
      </w:r>
      <w:r>
        <w:rPr>
          <w:lang w:eastAsia="zh-CN"/>
        </w:rPr>
        <w:t>　　2)切实抓好公司的福利、企业管理的日常工作。按照预算审批制度，组织落实公司办公设施、办公用品、劳保福利等商品的采购、调配和实物管理工作;联系办公设备的维修保养合作单位;与饮用水公司洽谈优惠条件及赠品;对比办公用品等的采购渠道，寻找高性价比供应商。</w:t>
      </w:r>
      <w:r>
        <w:rPr>
          <w:lang w:eastAsia="zh-CN"/>
        </w:rPr>
        <w:br/>
      </w:r>
      <w:r>
        <w:rPr>
          <w:lang w:eastAsia="zh-CN"/>
        </w:rPr>
        <w:t>　　3)爱岗敬业，严格要求自己，摆正工作位置。以谦虚谨慎律己的态度开展每项工作，认真地履行了自己的岗位职责。</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4)做好协调工作。行政作为后勤服务和办公协调的核心部门，在理顺各部门关系，提高管理效率，保证上传下达等方面具有枢纽作用。过去的这一年，行政部以沟通协调作为开展工作的切入点，在做好办文、办会工作的同时，更注重与各部门的协作配合。</w:t>
      </w:r>
      <w:r>
        <w:rPr>
          <w:lang w:eastAsia="zh-CN"/>
        </w:rPr>
        <w:br/>
      </w:r>
      <w:r>
        <w:rPr>
          <w:lang w:eastAsia="zh-CN"/>
        </w:rPr>
        <w:t>　　5)认真做好公司的文字工作。草拟综合性文件和报告等文字工作，负责办公会议的记录、整理和会议概要及重点的提炼，并负责对会议有关决议的实施;认真做好公司有关文件的收发、分递和督办工作;及时传达贯彻公司有关会议、文件、批示的精神;公司的重要文件资料、批文等整理归档，做好资料的归档管理工作。</w:t>
      </w:r>
      <w:r>
        <w:rPr>
          <w:lang w:eastAsia="zh-CN"/>
        </w:rPr>
        <w:br/>
      </w:r>
      <w:r>
        <w:rPr>
          <w:lang w:eastAsia="zh-CN"/>
        </w:rPr>
        <w:t>　　6)制度建设。配合总经理在原制订的各项规章制度基础上进一步补充和完善，包括行政人事类、财务类、售后类、业务类等等，以及根据企业现状，制定新的规章制度以适应企业发展的需要。</w:t>
      </w:r>
      <w:r>
        <w:rPr>
          <w:lang w:eastAsia="zh-CN"/>
        </w:rPr>
        <w:br/>
      </w:r>
      <w:r>
        <w:rPr>
          <w:lang w:eastAsia="zh-CN"/>
        </w:rPr>
        <w:t xml:space="preserve">    2024总监个人年终工作总结 篇9 </w:t>
      </w:r>
      <w:r>
        <w:rPr>
          <w:lang w:eastAsia="zh-CN"/>
        </w:rPr>
        <w:br/>
      </w:r>
      <w:r>
        <w:rPr>
          <w:lang w:eastAsia="zh-CN"/>
        </w:rPr>
        <w:t>　　20年公司的生产经营工作遇到了一些困难，我们财务部也不例外。但是通过部门全体同事的努力以及各部门大力支持和积极配合下，我们逐步走出困境，各项工作开始正常化。我们财务部根据领导班子的工作意见，围绕公司的中心目标，结合本部门的实际情况和工作重点，群策群力，充分调动全体财务人员的工作积极性和工作能动性，精心安排，通力合作，基本完成了20年的财务工作，取得了一定的工作成绩。现将我作为财务部总监20年财务部工作情况具体总结与20工作计划如下：</w:t>
      </w:r>
      <w:r>
        <w:rPr>
          <w:lang w:eastAsia="zh-CN"/>
        </w:rPr>
        <w:br/>
      </w:r>
      <w:r>
        <w:rPr>
          <w:lang w:eastAsia="zh-CN"/>
        </w:rPr>
        <w:t>　　一、认真细致做好财务日常工作</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为了适应市场经济的要求，实现公司全年目标工作任务，我们财务部全面规范会计核算和财务管理工作，充分发挥预算管理的功能，进一步加强财务核算和财务监督功能，使财务人员做到既当家又理财，认真搞好各项财务工作。</w:t>
      </w:r>
      <w:r>
        <w:rPr>
          <w:lang w:eastAsia="zh-CN"/>
        </w:rPr>
        <w:br/>
      </w:r>
      <w:r>
        <w:rPr>
          <w:lang w:eastAsia="zh-CN"/>
        </w:rPr>
        <w:t>　　一是认真、细致地做好会计报销、工资发放、会计原始凭证、记账凭证的审核、记账、装订及相关财政、税务票据的领用、核销等日常会计核算、会计监督工作，做到工作仔细、认真、无差错。</w:t>
      </w:r>
      <w:r>
        <w:rPr>
          <w:lang w:eastAsia="zh-CN"/>
        </w:rPr>
        <w:br/>
      </w:r>
      <w:r>
        <w:rPr>
          <w:lang w:eastAsia="zh-CN"/>
        </w:rPr>
        <w:t>　　二是按会计档案管理的要求及时进行会计档案的整理、归档工作，确保会计档案全面、完整，便于以后日常查阅和利用。</w:t>
      </w:r>
      <w:r>
        <w:rPr>
          <w:lang w:eastAsia="zh-CN"/>
        </w:rPr>
        <w:br/>
      </w:r>
      <w:r>
        <w:rPr>
          <w:lang w:eastAsia="zh-CN"/>
        </w:rPr>
        <w:t>　　三是积极与相关税务主管部门联系，争取相关部门对我公司的理解与支持，限度的利用国家相关的福利企业税收优惠政策，为公司节约每一分资金，创造经济效益，确保公司发展和生产经营工作的正常开展。</w:t>
      </w:r>
      <w:r>
        <w:rPr>
          <w:lang w:eastAsia="zh-CN"/>
        </w:rPr>
        <w:br/>
      </w:r>
      <w:r>
        <w:rPr>
          <w:lang w:eastAsia="zh-CN"/>
        </w:rPr>
        <w:t>　　四是在做好自己本职工作的同时，我们财务部坚持“公司工作一盘棋”，积极配合相关部门的工作，利用财务部现有的各项资源做好力所能及的工作，为公司的发展做出我们应尽的努力。</w:t>
      </w:r>
      <w:r>
        <w:rPr>
          <w:lang w:eastAsia="zh-CN"/>
        </w:rPr>
        <w:br/>
      </w:r>
      <w:r>
        <w:rPr>
          <w:lang w:eastAsia="zh-CN"/>
        </w:rPr>
        <w:t>　　二、制订各项财务成本计划，严格控制成本费用</w:t>
      </w:r>
      <w:r>
        <w:rPr>
          <w:lang w:eastAsia="zh-CN"/>
        </w:rPr>
        <w:br/>
      </w:r>
      <w:r>
        <w:rPr>
          <w:lang w:eastAsia="zh-CN"/>
        </w:rPr>
        <w:t>　　我们财务部根据公司实际制订各项财务成本计划，严格控制成本费用，为增加公司经济效益，从产量、成本和收入三者的关系来控制成本。同时，把成本控制贯穿于公司生产经营全过程，让成本控制、节约的观念成为每个部门、每一个员工的自觉行动。</w:t>
      </w:r>
      <w:r>
        <w:rPr>
          <w:lang w:eastAsia="zh-CN"/>
        </w:rPr>
        <w:br/>
      </w:r>
      <w:r>
        <w:rPr>
          <w:lang w:eastAsia="zh-CN"/>
        </w:rPr>
        <w:t>　　通过精细化管理和有效的方法促使每个部门、每个员工都从基础工作抓起，从点滴抓起，力求走好每一步，抓好每件事，让每一个人、每一分钱、每一份资源都发挥作用，都为公司创造价值。</w:t>
      </w:r>
      <w:r>
        <w:rPr>
          <w:lang w:eastAsia="zh-CN"/>
        </w:rPr>
        <w:br/>
      </w:r>
      <w:r>
        <w:rPr>
          <w:lang w:eastAsia="zh-CN"/>
        </w:rPr>
        <w:t>　　三、做好资金调拨工作，合理控制公司总体资金规模</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为了保证有限的资金能满足公司正常生产与日常开支需要，为此，我们财务部一方面及时与客户对账，加强销货款的及时回笼，在资金安排上，做到公正、透明，先急后缓。</w:t>
      </w:r>
      <w:r>
        <w:rPr>
          <w:lang w:eastAsia="zh-CN"/>
        </w:rPr>
        <w:br/>
      </w:r>
      <w:r>
        <w:rPr>
          <w:lang w:eastAsia="zh-CN"/>
        </w:rPr>
        <w:t>　　另一方面，根据公司经营方针与计划，合理地安排融资进度与额度，选择相对利率较低的银行去贷款，以保证生产经营所需。这样，通过以资金为纽带的综合调控，促进了公司生产经营发展的有序进行，今年我公司负责项目，该项目计划投资亿目前已投资_元已预收房款近万元本年贷款万元。</w:t>
      </w:r>
      <w:r>
        <w:rPr>
          <w:lang w:eastAsia="zh-CN"/>
        </w:rPr>
        <w:br/>
      </w:r>
      <w:r>
        <w:rPr>
          <w:lang w:eastAsia="zh-CN"/>
        </w:rPr>
        <w:t>　　四、加强财务会计制度建设，提高财务信息质量</w:t>
      </w:r>
      <w:r>
        <w:rPr>
          <w:lang w:eastAsia="zh-CN"/>
        </w:rPr>
        <w:br/>
      </w:r>
      <w:r>
        <w:rPr>
          <w:lang w:eastAsia="zh-CN"/>
        </w:rPr>
        <w:t>　　我们财务部加强财务会计制度建设，用制度规范财务工作，严格落实到实际财务工作中。同时切实提高会计信息的质量，要求会计报表报送时间必须及时，做到数据准确、报表格式规范、完整，提高了会计信息的质量，为公司领导决策和管理者进行财务分析提供了可靠、有用的信息。</w:t>
      </w:r>
      <w:r>
        <w:rPr>
          <w:lang w:eastAsia="zh-CN"/>
        </w:rPr>
        <w:br/>
      </w:r>
      <w:r>
        <w:rPr>
          <w:lang w:eastAsia="zh-CN"/>
        </w:rPr>
        <w:t>　　五、明确工作岗位职责，提高财务人员责任性</w:t>
      </w:r>
      <w:r>
        <w:rPr>
          <w:lang w:eastAsia="zh-CN"/>
        </w:rPr>
        <w:br/>
      </w:r>
      <w:r>
        <w:rPr>
          <w:lang w:eastAsia="zh-CN"/>
        </w:rPr>
        <w:t>　　虽然我们财务部只有4名工作人员，但每个人都能明确自己的岗位职责权限、工作分工和纪律要求，从而认真做好工作。同时要求他们进行工作总结，岗位评述和认定，对各自的工作提出建议、作出打算。这样，强化了各岗位会计人员的责任感，加强了内部核算监督，促进了各岗位的交流、合作与团结。</w:t>
      </w:r>
      <w:r>
        <w:rPr>
          <w:lang w:eastAsia="zh-CN"/>
        </w:rPr>
        <w:br/>
      </w:r>
      <w:r>
        <w:rPr>
          <w:lang w:eastAsia="zh-CN"/>
        </w:rPr>
        <w:t>　　六、加强团队建设，做好服务工作</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搞好财务工作，团队建设是根本。我们财务部要求每个会计人员牢固确立“以人为本”的管理理念，认真听取职工的意见与建议，与职工同呼吸，共命运，加快各项工作发展。每个会计人员要辛勤努力、廉洁清正和勤俭朴素，提高自己的综合素质，充分调动工作积极性，团结一致，齐心协力，把各项财务工作搞好。同时要在财务工作岗位上，做好服务工作，把自己看作是公司的普通一兵，要开动脑筋，想方设法，搞好服务，获得职工群众的满意，一心一意搞好工作，全面提升财务工作质量。</w:t>
      </w:r>
      <w:r>
        <w:rPr>
          <w:lang w:eastAsia="zh-CN"/>
        </w:rPr>
        <w:br/>
      </w:r>
      <w:r>
        <w:rPr>
          <w:lang w:eastAsia="zh-CN"/>
        </w:rPr>
        <w:t>　　七、20年的工作打算</w:t>
      </w:r>
      <w:r>
        <w:rPr>
          <w:lang w:eastAsia="zh-CN"/>
        </w:rPr>
        <w:br/>
      </w:r>
      <w:r>
        <w:rPr>
          <w:lang w:eastAsia="zh-CN"/>
        </w:rPr>
        <w:t>　　20年，我们财务部要在公司的正确领导和相关部门的指导、支持、配合下，在现有工作的基础上，再接再厉，继续发挥整个财务群体的整体作用，不断学习新的业务知识，克服实际工作中出现的具体困难，使公司的整体财务工作再上新台阶。</w:t>
      </w:r>
      <w:r>
        <w:rPr>
          <w:lang w:eastAsia="zh-CN"/>
        </w:rPr>
        <w:br/>
      </w:r>
      <w:r>
        <w:rPr>
          <w:lang w:eastAsia="zh-CN"/>
        </w:rPr>
        <w:t>　　1、继续做好日常的会计凭证审核、报销工作，每月的工资发放工作，按时进行会计凭证的装订、归档工作及相关的会计核算、监督工作，争取做到工作认真、仔细，无差错。按时完成有关会计核算和相关会计管理报表的编报工作，及时提交给相关的部门和有关领导，确保准确无误。</w:t>
      </w:r>
      <w:r>
        <w:rPr>
          <w:lang w:eastAsia="zh-CN"/>
        </w:rPr>
        <w:br/>
      </w:r>
      <w:r>
        <w:rPr>
          <w:lang w:eastAsia="zh-CN"/>
        </w:rPr>
        <w:t>　　2、加强资金管理，做好资金调拨工作。要根据公司生产经营与日常开支需要制定资金使用计划，严格按计划执行，确保公司生产经营工作能正常开展。</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做好公司经济活动分析工作，及时提出为实现公司生产经营计划的财务控制可行性措施或建议。配合公司进行收入、成本、费用的专项检查，加强非生产费用和可控费用的控制、执行力度，不能超支的绝不超支。</w:t>
      </w:r>
      <w:r>
        <w:rPr>
          <w:lang w:eastAsia="zh-CN"/>
        </w:rPr>
        <w:br/>
      </w:r>
      <w:r>
        <w:rPr>
          <w:lang w:eastAsia="zh-CN"/>
        </w:rPr>
        <w:t>　　4、继续与财政、物价、税务等部门沟通、联系，处理好与公司相关的财政、物价、税务事宜。继续与银行等金融部门沟通，争取在全国银行资金相对较紧的情况下，争取银行对公司的资金支持有新的再投入，为公司的发展和生产经营工作筹措需要的资金，确保公司发展与建设资金的需求。</w:t>
      </w:r>
      <w:r>
        <w:rPr>
          <w:lang w:eastAsia="zh-CN"/>
        </w:rPr>
        <w:br/>
      </w:r>
      <w:r>
        <w:rPr>
          <w:lang w:eastAsia="zh-CN"/>
        </w:rPr>
        <w:t>　　5、继续进行学习型组织的创建工作，做好会计人员队伍的建设，在充分保障日常工作正常开展的情况下，加强会计人员的业务知识、企业会计制度和国家有关财经法规的学习，特别是对会计电算化的学习，并结合会计人员考评办法，逐步提高会计人员的专业知识、技能和职业判断能力，以便更好的适应公司发展的要求，全力做好公司的财务、核算等相关工作。</w:t>
      </w:r>
      <w:r>
        <w:rPr>
          <w:lang w:eastAsia="zh-CN"/>
        </w:rPr>
        <w:br/>
      </w:r>
      <w:r>
        <w:rPr>
          <w:lang w:eastAsia="zh-CN"/>
        </w:rPr>
        <w:t>　　6、继续制定和完善各项财务管理制度和内部控制制度，清理、完善公司的财务核算，财务管理制度，使财务工作做到照章办事。</w:t>
      </w:r>
      <w:r>
        <w:rPr>
          <w:lang w:eastAsia="zh-CN"/>
        </w:rPr>
        <w:br/>
      </w:r>
      <w:r>
        <w:rPr>
          <w:lang w:eastAsia="zh-CN"/>
        </w:rPr>
        <w:t>　　20年，我们财务部在公司的领导下，认真努力工作，虽然在政治思想和业务知识上有了很大的提高，基本完成了工作任务，取得一定的成绩，但是与公司领导的要求相比，还是存在一些不足与差距，需要努力提高和改进。</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今后，我作为财务总监要继续加强学习，提高自身综合素质，围绕公司生产经营的工作目标任务，以求真务实的工作作风，以创新发展的工作思路，奋发努力，攻坚破难，把各项财务工作提高到一个新的水平，为公司的发展做出应有的努力与贡献</w:t>
      </w:r>
      <w:r>
        <w:rPr>
          <w:lang w:eastAsia="zh-CN"/>
        </w:rPr>
        <w:br/>
      </w:r>
      <w:r>
        <w:rPr>
          <w:lang w:eastAsia="zh-CN"/>
        </w:rPr>
        <w:t xml:space="preserve">    2024总监个人年终工作总结 篇10 </w:t>
      </w:r>
      <w:r>
        <w:rPr>
          <w:lang w:eastAsia="zh-CN"/>
        </w:rPr>
        <w:br/>
      </w:r>
      <w:r>
        <w:rPr>
          <w:lang w:eastAsia="zh-CN"/>
        </w:rPr>
        <w:t>　　20__年_月_日__公司正式成立，在总经理及其他高管的认可下任财务总监一职。任职期间在总经理的领导下，总管公司会计、报表、预算工作。对于总经理的经营决策，我坚持要从财务角度服从命令，听从指挥，同心同德，周密筹划，尽力完成。组织公司有关部门开展经济活动分析，组织编制公司财务计划、成本计划、努力降低成本、增收节支、提高效益。同时还监督公司遵守国家财经法令、纪律。</w:t>
      </w:r>
      <w:r>
        <w:rPr>
          <w:lang w:eastAsia="zh-CN"/>
        </w:rPr>
        <w:br/>
      </w:r>
      <w:r>
        <w:rPr>
          <w:lang w:eastAsia="zh-CN"/>
        </w:rPr>
        <w:t>　　任职期间的工作重点如下：公司与汽车俱乐部__有限公司及_酒店等公司签署了合作协议，财务部门全程跟踪严格把关，统筹资金，控制成本为公司争取最大的利润。与公司高层很好的进行了沟通协调工作，并配合其他部门共同完成了这几个项目。</w:t>
      </w:r>
      <w:r>
        <w:rPr>
          <w:lang w:eastAsia="zh-CN"/>
        </w:rPr>
        <w:br/>
      </w:r>
      <w:r>
        <w:rPr>
          <w:lang w:eastAsia="zh-CN"/>
        </w:rPr>
        <w:t>　　任职期间的不足之处：</w:t>
      </w:r>
      <w:r>
        <w:rPr>
          <w:lang w:eastAsia="zh-CN"/>
        </w:rPr>
        <w:br/>
      </w:r>
      <w:r>
        <w:rPr>
          <w:lang w:eastAsia="zh-CN"/>
        </w:rPr>
        <w:t>　　还不能很好的把握全局;财务监督执行财经法规的力度还不够强;人员配置还不充足。</w:t>
      </w:r>
      <w:r>
        <w:rPr>
          <w:lang w:eastAsia="zh-CN"/>
        </w:rPr>
        <w:br/>
      </w:r>
      <w:r>
        <w:rPr>
          <w:lang w:eastAsia="zh-CN"/>
        </w:rPr>
        <w:t>　　针对上述问题今后我一定会特别注意加强和改进，切实从以下方面做好本职工作：进一步培养自己的战略眼光，统筹安排，把握好全局;进一步增强法制观念，加强财务监督，提高依法理财的自觉性;注意调动员工积极性，合理调配人手。</w:t>
      </w:r>
      <w:r>
        <w:rPr>
          <w:lang w:eastAsia="zh-CN"/>
        </w:rPr>
        <w:br/>
      </w:r>
      <w:r>
        <w:rPr>
          <w:lang w:eastAsia="zh-CN"/>
        </w:rPr>
        <w:t xml:space="preserve">    2024总监个人年终工作总结 篇11 </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结合公司近年来的发展规划，逐步建立和完善了公司的人力资源管理体系，初步建立了公司人力资源6大管理模块的框架，从真正意义上把公司的人力资源管理从以前人事管理提升到目前的人力资源管理的角度。行政人事部的角色也从以前单一的行政、人事管理的控制、改善演变到目前的服务和协助各部门管理的角度，完成了从人事管理—人力资源管理—人力资本的逐步演变。现将上半年个人工作总结如下：</w:t>
      </w:r>
      <w:r>
        <w:rPr>
          <w:lang w:eastAsia="zh-CN"/>
        </w:rPr>
        <w:br/>
      </w:r>
      <w:r>
        <w:rPr>
          <w:lang w:eastAsia="zh-CN"/>
        </w:rPr>
        <w:t>　　一、人事管理方面</w:t>
      </w:r>
      <w:r>
        <w:rPr>
          <w:lang w:eastAsia="zh-CN"/>
        </w:rPr>
        <w:br/>
      </w:r>
      <w:r>
        <w:rPr>
          <w:lang w:eastAsia="zh-CN"/>
        </w:rPr>
        <w:t>　　1、做好人事年度工作计划，制定并落实相关人事管理制度</w:t>
      </w:r>
      <w:r>
        <w:rPr>
          <w:lang w:eastAsia="zh-CN"/>
        </w:rPr>
        <w:br/>
      </w:r>
      <w:r>
        <w:rPr>
          <w:lang w:eastAsia="zh-CN"/>
        </w:rPr>
        <w:t>　　初到公司，适逢结构重组，结合自身环境制定了与公司发展及执行相匹配的一系列人事管理制度，并由我负责公司的考勤统计工作。在执行过程中，我能够尽快适应公司的政策安排，尽可能做到实事求是地统计考勤，每月初以统计数据为依据，及时为员工饭卡进行充值，为大家做好后勤保障工作。</w:t>
      </w:r>
      <w:r>
        <w:rPr>
          <w:lang w:eastAsia="zh-CN"/>
        </w:rPr>
        <w:br/>
      </w:r>
      <w:r>
        <w:rPr>
          <w:lang w:eastAsia="zh-CN"/>
        </w:rPr>
        <w:t>　　2、招聘新员工</w:t>
      </w:r>
      <w:r>
        <w:rPr>
          <w:lang w:eastAsia="zh-CN"/>
        </w:rPr>
        <w:br/>
      </w:r>
      <w:r>
        <w:rPr>
          <w:lang w:eastAsia="zh-CN"/>
        </w:rPr>
        <w:t>　　根据业务部的实际需要，人事部在8月伊始有针对性地、合理地进行了员工招聘工作。回想起半年前的'求职经历，我认为自己有义务尊重每一位求职者，以公司的利益和需要为出发点，以公开、公平、公正为选拔原则，把好公司引进人才、择优录用的第一关。我能够做到对每一位应聘者的简历进行认真的筛选，对每一位有机会前来面试的应聘者报以最热情的对待，为公司领导进一步择优录用新职员奠定了良好的基础。</w:t>
      </w:r>
      <w:r>
        <w:rPr>
          <w:lang w:eastAsia="zh-CN"/>
        </w:rPr>
        <w:br/>
      </w:r>
      <w:r>
        <w:rPr>
          <w:lang w:eastAsia="zh-CN"/>
        </w:rPr>
        <w:t>　　3、归档人事档案</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我知道，及时更新各兄弟公司及相关往来单位的通讯资料对于公司的业务发展有着至关重要的作用，因此我从未把人事档案详尽、准确的归档整理工作当成一般的人事工作来对待。我能够做到分别以纸板和电子版备份，严格审查全体员工档案，对资料不齐全的一律补齐，并及时将最新的信息复印并分发给__公司各位领导及办事员备查使用。</w:t>
      </w:r>
      <w:r>
        <w:rPr>
          <w:lang w:eastAsia="zh-CN"/>
        </w:rPr>
        <w:br/>
      </w:r>
      <w:r>
        <w:rPr>
          <w:lang w:eastAsia="zh-CN"/>
        </w:rPr>
        <w:t>　　4、为员工缴纳社保费及住房公积金，管理人才、社保及公积金帐户</w:t>
      </w:r>
      <w:r>
        <w:rPr>
          <w:lang w:eastAsia="zh-CN"/>
        </w:rPr>
        <w:br/>
      </w:r>
      <w:r>
        <w:rPr>
          <w:lang w:eastAsia="zh-CN"/>
        </w:rPr>
        <w:t>　　由于我本人也是刚刚参加工作，对社会保险、住房公积金以及人事局人才档案管理工作的具体政策和执行程序可以说完全不熟悉。面对每个月的报表和一年里频繁的人事增减变动，我知道只有做到勤问、勤学、勤动脑、勤动手才能胜任这项工作。社会保险、住房公积金和人事档案工作完成的好坏直接关系到每一位员工切身利益的得失，关系到企业信誉的优劣以及企业与员工之间关系的和谐与否。</w:t>
      </w:r>
      <w:r>
        <w:rPr>
          <w:lang w:eastAsia="zh-CN"/>
        </w:rPr>
        <w:br/>
      </w:r>
      <w:r>
        <w:rPr>
          <w:lang w:eastAsia="zh-CN"/>
        </w:rPr>
        <w:t>　　公司领导将这样举足轻重的工作交给我，是对我工作能力的信任和考验。为了不辜负这份信任，我大胆工作，不懂就问，得到了多位负责人事管理工作和财务管理工作前辈们的指导和帮助。此外，我自己也常常浏览政府服务部门的官方网站或通过现场请教政府办事员的方式学习提高，得以进一步开展工作。如今，我已经能独立并熟练地完成社会保险、住房公积金和人才这三部分人事任务的常规性工作。这是与每位同事地积极配合和热心帮助分不开的。</w:t>
      </w:r>
      <w:r>
        <w:rPr>
          <w:lang w:eastAsia="zh-CN"/>
        </w:rPr>
        <w:br/>
      </w:r>
    </w:p>
    <w:p w:rsidR="001B1F19" w14:textId="27C3F48A">
      <w:pPr>
        <w:rPr>
          <w:lang w:eastAsia="zh-CN"/>
        </w:rPr>
      </w:pPr>
      <w:r>
        <w:rPr>
          <w:lang w:eastAsia="zh-CN"/>
        </w:rPr>
        <w:t>　　二、行政工作方面</w:t>
      </w:r>
      <w:r>
        <w:rPr>
          <w:lang w:eastAsia="zh-CN"/>
        </w:rPr>
        <w:br/>
      </w:r>
      <w:r>
        <w:rPr>
          <w:lang w:eastAsia="zh-CN"/>
        </w:rPr>
        <w:t>　　1、办理企业营业执照年审及工商备案资料变更等相关事宜和办理社保、公积金、人才等人事工作一样，办理与企业有关的工商行政事务也是与政府</w:t>
      </w:r>
      <w:r>
        <w:rPr>
          <w:lang w:eastAsia="zh-CN"/>
        </w:rPr>
        <w:br/>
      </w:r>
      <w:r>
        <w:rPr>
          <w:lang w:eastAsia="zh-CN"/>
        </w:rPr>
        <w:t>　　府打交道的一项工作。然而，工商行政办公大厅的设置虽然人性化，但其工作态度和工作方式实在不敢恭维。这对于“初来乍到”的我来讲，在工作之初的确造成了不少困难。好在__公司领导的大力支持和其他负责行政同仁的鼎力协助，才让我有机会在一次次锻炼中逐渐成熟，办事效率也越来越高。现在我已经可以独自完成企业变更的全部流程，并能积极配合财务部、业务部等其他部门办理与工商有关的行政事宜。</w:t>
      </w:r>
      <w:r>
        <w:rPr>
          <w:lang w:eastAsia="zh-CN"/>
        </w:rPr>
        <w:br/>
      </w:r>
      <w:r>
        <w:rPr>
          <w:lang w:eastAsia="zh-CN"/>
        </w:rPr>
        <w:t>　　2、汇总石油价格，整理能源报道信息，进行月终、年终价格趋势分析。</w:t>
      </w:r>
      <w:r>
        <w:rPr>
          <w:lang w:eastAsia="zh-CN"/>
        </w:rPr>
        <w:br/>
      </w:r>
      <w:r>
        <w:rPr>
          <w:lang w:eastAsia="zh-CN"/>
        </w:rPr>
        <w:t>　　我始终没有将这项工作单纯地列为一项涉及业务的工作而划分在行政事务部的工作之外，因为每个人都有为公司发展贡献智慧和能力的机会，因为行政工作归根到底是服务于公司发展的。也许我的想法毫无创意，也许我的方法欠妥，也许我的能力甚微，甚至在无人问津时，这只不过是一件无足轻重的小事，毕竟这项简单的工作不会像专业的网站和资讯__公司做得那样完善和权威，但当有一天业务需要其中的某个数据时，它却是及时而必需的----这就是积累的价值，也许每天只坚持做一点点，一定会有为此收获的时候。</w:t>
      </w:r>
      <w:r>
        <w:rPr>
          <w:lang w:eastAsia="zh-CN"/>
        </w:rPr>
        <w:br/>
      </w:r>
      <w:r>
        <w:rPr>
          <w:lang w:eastAsia="zh-CN"/>
        </w:rPr>
        <w:t>　　3、为公司领导办理出国签证</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https://d.book118.com/167155061015006045</w:t>
        </w:r>
      </w:hyperlink>
    </w:p>
    <w:p w:rsidR="001B1F19">
      <w:pPr>
        <w:rPr>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7155061015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