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2024销售上半年工作计划大全15篇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w:t>
      </w:r>
      <w:r>
        <w:rPr>
          <w:lang w:eastAsia="zh-CN"/>
        </w:rPr>
        <w:br/>
      </w:r>
      <w:r>
        <w:rPr>
          <w:lang w:eastAsia="zh-CN"/>
        </w:rPr>
        <w:t>2024销售上半年工作计划（精选篇1）</w:t>
      </w:r>
      <w:r>
        <w:rPr>
          <w:lang w:eastAsia="zh-CN"/>
        </w:rPr>
        <w:br/>
      </w:r>
      <w:r>
        <w:rPr>
          <w:lang w:eastAsia="zh-CN"/>
        </w:rPr>
        <w:t xml:space="preserve">    从我个人的角度来说，自己这半年的工作并不全面，也不很尽人意。下半年的工作目标我想是要用行动去实现的，而不是空谈，很难细化，但我还是要借此机会，确立自己的工作目标，给自己一个工作的方向，明确下半年该干什么?也便于对业务过程中出现的问题及时分析与调整，更可以监控工作的进度和成效。对此，我从以下3个方面来说明： </w:t>
      </w:r>
      <w:r>
        <w:rPr>
          <w:lang w:eastAsia="zh-CN"/>
        </w:rPr>
        <w:br/>
      </w:r>
      <w:r>
        <w:rPr>
          <w:lang w:eastAsia="zh-CN"/>
        </w:rPr>
        <w:t xml:space="preserve">    1：上半年的工作回顾与总结 </w:t>
      </w:r>
      <w:r>
        <w:rPr>
          <w:lang w:eastAsia="zh-CN"/>
        </w:rPr>
        <w:br/>
      </w:r>
      <w:r>
        <w:rPr>
          <w:lang w:eastAsia="zh-CN"/>
        </w:rPr>
        <w:t xml:space="preserve">    1.1负责区域(农大/桃海商业步行街/师大和平路的夜店) </w:t>
      </w:r>
      <w:r>
        <w:rPr>
          <w:lang w:eastAsia="zh-CN"/>
        </w:rPr>
        <w:br/>
      </w:r>
      <w:r>
        <w:rPr>
          <w:lang w:eastAsia="zh-CN"/>
        </w:rPr>
        <w:t xml:space="preserve">    区域内夜店总数为：115家 雪花覆盖：75家 黄河覆盖：40家 青岛覆盖：1家 金威覆盖：1家 燕京覆盖：1家 </w:t>
      </w:r>
      <w:r>
        <w:rPr>
          <w:lang w:eastAsia="zh-CN"/>
        </w:rPr>
        <w:br/>
      </w:r>
      <w:r>
        <w:rPr>
          <w:lang w:eastAsia="zh-CN"/>
        </w:rPr>
        <w:t xml:space="preserve">    区域内啤酒容量为：2300KL 雪花占有：1270KL 黄河占有：950KL青岛占有：20KL </w:t>
      </w:r>
      <w:r>
        <w:rPr>
          <w:lang w:eastAsia="zh-CN"/>
        </w:rPr>
        <w:br/>
      </w:r>
      <w:r>
        <w:rPr>
          <w:lang w:eastAsia="zh-CN"/>
        </w:rPr>
        <w:t xml:space="preserve">    金威占有:35KKL 燕京占有：25KL </w:t>
      </w:r>
      <w:r>
        <w:rPr>
          <w:lang w:eastAsia="zh-CN"/>
        </w:rPr>
        <w:br/>
      </w:r>
      <w:r>
        <w:rPr>
          <w:lang w:eastAsia="zh-CN"/>
        </w:rPr>
        <w:t xml:space="preserve">    我们在公司的支持及经理的指导下1.严格执行公司渠道分片的经销制度，提升现有一级渠道的服务能力，弱化二级渠道，以达到有效掌握终端。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xml:space="preserve">    2.将各促销政策落实到终端，根据终端情况不同灵活执行，降低终端对政策的.依赖，控制产品销售价格。 </w:t>
      </w:r>
      <w:r>
        <w:rPr>
          <w:lang w:eastAsia="zh-CN"/>
        </w:rPr>
        <w:br/>
      </w:r>
      <w:r>
        <w:rPr>
          <w:lang w:eastAsia="zh-CN"/>
        </w:rPr>
        <w:t xml:space="preserve">    3.分街道及重点区域进行布点，提高产品与消费者见面率，增加产品认知度。因此，区域覆盖率由去年的61% 增长到 65% ，占有率由去年的52%增长到55%。 </w:t>
      </w:r>
      <w:r>
        <w:rPr>
          <w:lang w:eastAsia="zh-CN"/>
        </w:rPr>
        <w:br/>
      </w:r>
      <w:r>
        <w:rPr>
          <w:lang w:eastAsia="zh-CN"/>
        </w:rPr>
        <w:t xml:space="preserve">    1.2促销员管理 </w:t>
      </w:r>
      <w:r>
        <w:rPr>
          <w:lang w:eastAsia="zh-CN"/>
        </w:rPr>
        <w:br/>
      </w:r>
      <w:r>
        <w:rPr>
          <w:lang w:eastAsia="zh-CN"/>
        </w:rPr>
        <w:t xml:space="preserve">    1.2.1月销量任务制定上的调整。以前促销员的任务制定只局限在上班时间范围内，目前调整为整店整月的销量都与该促销员息息相关，促使促销利用空余时间搞好店内一切客情，宣传企业文化，提升销量。 </w:t>
      </w:r>
      <w:r>
        <w:rPr>
          <w:lang w:eastAsia="zh-CN"/>
        </w:rPr>
        <w:br/>
      </w:r>
      <w:r>
        <w:rPr>
          <w:lang w:eastAsia="zh-CN"/>
        </w:rPr>
        <w:t xml:space="preserve">    1.2.2 上点时间及模式的调整。原来促销员上点大致固定或临时调换，没有计划性，现在调整为每三店定员促销一名，每月上一个店，三个月一轮回。充分调动促销积极性，同时关注三点动向。 </w:t>
      </w:r>
      <w:r>
        <w:rPr>
          <w:lang w:eastAsia="zh-CN"/>
        </w:rPr>
        <w:br/>
      </w:r>
      <w:r>
        <w:rPr>
          <w:lang w:eastAsia="zh-CN"/>
        </w:rPr>
        <w:t xml:space="preserve">    1.2.3给予全体办事处促销人员进行不定期的培训，在礼仪及促酒过程上进行实战的演习。 </w:t>
      </w:r>
      <w:r>
        <w:rPr>
          <w:lang w:eastAsia="zh-CN"/>
        </w:rPr>
        <w:br/>
      </w:r>
      <w:r>
        <w:rPr>
          <w:lang w:eastAsia="zh-CN"/>
        </w:rPr>
        <w:t xml:space="preserve">    1.2.4 多次组织集体活动，丰富生活，凝聚团队。 </w:t>
      </w:r>
      <w:r>
        <w:rPr>
          <w:lang w:eastAsia="zh-CN"/>
        </w:rPr>
        <w:br/>
      </w:r>
      <w:r>
        <w:rPr>
          <w:lang w:eastAsia="zh-CN"/>
        </w:rPr>
        <w:t xml:space="preserve">    1.3精制酒销售 </w:t>
      </w:r>
      <w:r>
        <w:rPr>
          <w:lang w:eastAsia="zh-CN"/>
        </w:rPr>
        <w:br/>
      </w:r>
      <w:r>
        <w:rPr>
          <w:lang w:eastAsia="zh-CN"/>
        </w:rPr>
        <w:t xml:space="preserve">    1.3.1产品结构调整。对终端的精制酒价格体系进行可控管理，根据安宁区域的消费水平不同，突出适合该区域消费力的精制酒产品，满足消费者需求。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xml:space="preserve"> 1.3.2产品置换。由于终端售消费群影响销售精制酒利润较低，造成部分终端放弃精制酒销售，在经理指导下我们在中小酒吧依据情况不同以雪花清爽或者雪花原汁麦置换雪花99销售。</w:t>
      </w:r>
      <w:r>
        <w:rPr>
          <w:lang w:eastAsia="zh-CN"/>
        </w:rPr>
        <w:t xml:space="preserve"> </w:t>
      </w:r>
      <w:r>
        <w:rPr>
          <w:lang w:eastAsia="zh-CN"/>
        </w:rPr>
        <w:br/>
      </w:r>
      <w:r>
        <w:rPr>
          <w:lang w:eastAsia="zh-CN"/>
        </w:rPr>
        <w:t xml:space="preserve">    1.4 行政工作 </w:t>
      </w:r>
      <w:r>
        <w:rPr>
          <w:lang w:eastAsia="zh-CN"/>
        </w:rPr>
        <w:br/>
      </w:r>
      <w:r>
        <w:rPr>
          <w:lang w:eastAsia="zh-CN"/>
        </w:rPr>
        <w:t xml:space="preserve">    1.4.1 在经理的指导下对销售业务类文案的汇总分析，上报。以及销售业务的跟进协调工作。 </w:t>
      </w:r>
      <w:r>
        <w:rPr>
          <w:lang w:eastAsia="zh-CN"/>
        </w:rPr>
        <w:br/>
      </w:r>
      <w:r>
        <w:rPr>
          <w:lang w:eastAsia="zh-CN"/>
        </w:rPr>
        <w:t xml:space="preserve">    1.4.2 对销售信息的收集，汇总，跟进，然后及时上报经理沟通分析。 </w:t>
      </w:r>
      <w:r>
        <w:rPr>
          <w:lang w:eastAsia="zh-CN"/>
        </w:rPr>
        <w:br/>
      </w:r>
      <w:r>
        <w:rPr>
          <w:lang w:eastAsia="zh-CN"/>
        </w:rPr>
        <w:t xml:space="preserve">    2：存在的问题与不足之处 </w:t>
      </w:r>
      <w:r>
        <w:rPr>
          <w:lang w:eastAsia="zh-CN"/>
        </w:rPr>
        <w:br/>
      </w:r>
      <w:r>
        <w:rPr>
          <w:lang w:eastAsia="zh-CN"/>
        </w:rPr>
        <w:t xml:space="preserve">    2.1个人因素。 </w:t>
      </w:r>
      <w:r>
        <w:rPr>
          <w:lang w:eastAsia="zh-CN"/>
        </w:rPr>
        <w:br/>
      </w:r>
      <w:r>
        <w:rPr>
          <w:lang w:eastAsia="zh-CN"/>
        </w:rPr>
        <w:t xml:space="preserve">    2.1.1 作为办事处主管以来经理多次给我机会锻炼，但是目前为止我的理论知识与实践还是不能很融洽的结合，尤其理论知识还很欠缺。 </w:t>
      </w:r>
      <w:r>
        <w:rPr>
          <w:lang w:eastAsia="zh-CN"/>
        </w:rPr>
        <w:br/>
      </w:r>
      <w:r>
        <w:rPr>
          <w:lang w:eastAsia="zh-CN"/>
        </w:rPr>
        <w:t xml:space="preserve">    2.1.2 做销售类文案工作很长时间了，但是对于数字还不是很敏感。 </w:t>
      </w:r>
      <w:r>
        <w:rPr>
          <w:lang w:eastAsia="zh-CN"/>
        </w:rPr>
        <w:br/>
      </w:r>
      <w:r>
        <w:rPr>
          <w:lang w:eastAsia="zh-CN"/>
        </w:rPr>
        <w:t xml:space="preserve">    2.2 消费情感因素 </w:t>
      </w:r>
      <w:r>
        <w:rPr>
          <w:lang w:eastAsia="zh-CN"/>
        </w:rPr>
        <w:br/>
      </w:r>
      <w:r>
        <w:rPr>
          <w:lang w:eastAsia="zh-CN"/>
        </w:rPr>
        <w:t xml:space="preserve">    2.2.1 区域为高校学生区，消费承受力有限对于精制酒的消费大多基于情感消费，不能有意识的消费，这是我们下一步要突破的。 </w:t>
      </w:r>
      <w:r>
        <w:rPr>
          <w:lang w:eastAsia="zh-CN"/>
        </w:rPr>
        <w:br/>
      </w:r>
      <w:r>
        <w:rPr>
          <w:lang w:eastAsia="zh-CN"/>
        </w:rPr>
        <w:t xml:space="preserve">    2.2.2 在啤酒品牌品项众多的情况下突出让消费者值得信赖的质量好的产品是我们的又一障碍。 </w:t>
      </w:r>
      <w:r>
        <w:rPr>
          <w:lang w:eastAsia="zh-CN"/>
        </w:rPr>
        <w:br/>
      </w:r>
      <w:r>
        <w:rPr>
          <w:lang w:eastAsia="zh-CN"/>
        </w:rPr>
        <w:t xml:space="preserve">    2.2.3 对于80%的消费者来说啤酒知识几乎空白，更不要说不同之处。只是觉得纸箱酒看着有面子，这是我们就只能够就销售的另一壁垒。 </w:t>
      </w:r>
      <w:r>
        <w:rPr>
          <w:lang w:eastAsia="zh-CN"/>
        </w:rPr>
        <w:br/>
      </w:r>
      <w:r>
        <w:rPr>
          <w:lang w:eastAsia="zh-CN"/>
        </w:rPr>
        <w:t xml:space="preserve">    2.3 空白终端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虽然经常在回访终端，很多老板也很熟悉了但是一直以来也没有找到很好的突破口是雪花啤酒进入销售。 </w:t>
      </w:r>
      <w:r>
        <w:rPr>
          <w:lang w:eastAsia="zh-CN"/>
        </w:rPr>
        <w:br/>
      </w:r>
      <w:r>
        <w:rPr>
          <w:lang w:eastAsia="zh-CN"/>
        </w:rPr>
        <w:t xml:space="preserve">    3.下半年主要工作目标及改进措施 </w:t>
      </w:r>
      <w:r>
        <w:rPr>
          <w:lang w:eastAsia="zh-CN"/>
        </w:rPr>
        <w:br/>
      </w:r>
      <w:r>
        <w:rPr>
          <w:lang w:eastAsia="zh-CN"/>
        </w:rPr>
        <w:t xml:space="preserve">    3.1 区域市场 </w:t>
      </w:r>
      <w:r>
        <w:rPr>
          <w:lang w:eastAsia="zh-CN"/>
        </w:rPr>
        <w:br/>
      </w:r>
      <w:r>
        <w:rPr>
          <w:lang w:eastAsia="zh-CN"/>
        </w:rPr>
        <w:t xml:space="preserve">    3.1.1原区域市场的雪花覆盖率提升为：70% 占有率提升至：60% </w:t>
      </w:r>
      <w:r>
        <w:rPr>
          <w:lang w:eastAsia="zh-CN"/>
        </w:rPr>
        <w:br/>
      </w:r>
      <w:r>
        <w:rPr>
          <w:lang w:eastAsia="zh-CN"/>
        </w:rPr>
        <w:t xml:space="preserve">    将通过以下几点达到提升： </w:t>
      </w:r>
      <w:r>
        <w:rPr>
          <w:lang w:eastAsia="zh-CN"/>
        </w:rPr>
        <w:br/>
      </w:r>
      <w:r>
        <w:rPr>
          <w:lang w:eastAsia="zh-CN"/>
        </w:rPr>
        <w:t xml:space="preserve">    3.1.1.1 空白终端：继续加大终端回访次数，做好客情关系，分析利润，争取先以单品进店销售。 </w:t>
      </w:r>
      <w:r>
        <w:rPr>
          <w:lang w:eastAsia="zh-CN"/>
        </w:rPr>
        <w:br/>
      </w:r>
      <w:r>
        <w:rPr>
          <w:lang w:eastAsia="zh-CN"/>
        </w:rPr>
        <w:t xml:space="preserve">    3.1.1.2 现有终端：通过丰富灵活的促销活动拉动销售，使之巩固持续发展。 </w:t>
      </w:r>
      <w:r>
        <w:rPr>
          <w:lang w:eastAsia="zh-CN"/>
        </w:rPr>
        <w:br/>
      </w:r>
      <w:r>
        <w:rPr>
          <w:lang w:eastAsia="zh-CN"/>
        </w:rPr>
        <w:t xml:space="preserve">    3.1.2目前有一个主要的任务，协助新业务小孙适应公司 </w:t>
      </w:r>
      <w:r>
        <w:rPr>
          <w:lang w:eastAsia="zh-CN"/>
        </w:rPr>
        <w:br/>
      </w:r>
      <w:r>
        <w:rPr>
          <w:lang w:eastAsia="zh-CN"/>
        </w:rPr>
        <w:t>2024销售上半年工作计划（精选篇2）</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在这近半年多的时间中我通过努力的工作，也有了一点收获，我是去年11月份到公司工作的，初来公司我是一个没有工程机械行业销售经验和行业知识的菜鸟，仅凭对销售工作的热情，一切从零开始，一边学习产品知识，一边摸索市场。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半年多的努力，也取得了一个成功客户案例，一些优质客户也逐渐积累到了一定程度。在不断的学习产品知识和积累经验的同时，自己的能力，业务水平都比以前有了一个较大幅度的提高，针对市场的一些变化和同行业之间的竞争，现在可以拿出一个比较完整的方案应付一些突发事件。对于一个业务可以全程的操作下来。</w:t>
      </w:r>
      <w:r>
        <w:rPr>
          <w:lang w:eastAsia="zh-CN"/>
        </w:rPr>
        <w:t xml:space="preserve"> </w:t>
      </w:r>
      <w:r>
        <w:rPr>
          <w:lang w:eastAsia="zh-CN"/>
        </w:rPr>
        <w:br/>
      </w:r>
      <w:r>
        <w:rPr>
          <w:lang w:eastAsia="zh-CN"/>
        </w:rPr>
        <w:t xml:space="preserve">    存在的缺点： </w:t>
      </w:r>
      <w:r>
        <w:rPr>
          <w:lang w:eastAsia="zh-CN"/>
        </w:rPr>
        <w:br/>
      </w:r>
      <w:r>
        <w:rPr>
          <w:lang w:eastAsia="zh-CN"/>
        </w:rPr>
        <w:t xml:space="preserve">    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 </w:t>
      </w:r>
      <w:r>
        <w:rPr>
          <w:lang w:eastAsia="zh-CN"/>
        </w:rPr>
        <w:br/>
      </w:r>
      <w:r>
        <w:rPr>
          <w:lang w:eastAsia="zh-CN"/>
        </w:rPr>
        <w:t xml:space="preserve">    下半年工作计划及个人要求： </w:t>
      </w:r>
      <w:r>
        <w:rPr>
          <w:lang w:eastAsia="zh-CN"/>
        </w:rPr>
        <w:br/>
      </w:r>
      <w:r>
        <w:rPr>
          <w:lang w:eastAsia="zh-CN"/>
        </w:rPr>
        <w:t xml:space="preserve">    个人要求： </w:t>
      </w:r>
      <w:r>
        <w:rPr>
          <w:lang w:eastAsia="zh-CN"/>
        </w:rPr>
        <w:br/>
      </w:r>
      <w:r>
        <w:rPr>
          <w:lang w:eastAsia="zh-CN"/>
        </w:rPr>
        <w:t xml:space="preserve">    1.对于老客户、重点客户和潜在客户，定期保持联系和沟通，稳定与客户关系，以取得更好的销售成绩; </w:t>
      </w:r>
      <w:r>
        <w:rPr>
          <w:lang w:eastAsia="zh-CN"/>
        </w:rPr>
        <w:br/>
      </w:r>
      <w:r>
        <w:rPr>
          <w:lang w:eastAsia="zh-CN"/>
        </w:rPr>
        <w:t xml:space="preserve">    2.在拥有老客户的同时还要不断发掘更多高质量的新客户; </w:t>
      </w:r>
      <w:r>
        <w:rPr>
          <w:lang w:eastAsia="zh-CN"/>
        </w:rPr>
        <w:br/>
      </w:r>
      <w:r>
        <w:rPr>
          <w:lang w:eastAsia="zh-CN"/>
        </w:rPr>
        <w:t xml:space="preserve">    3.发掘南岸区域目前还没有接触过的新客户，使我们的产品销售得更为广泛; </w:t>
      </w:r>
      <w:r>
        <w:rPr>
          <w:lang w:eastAsia="zh-CN"/>
        </w:rPr>
        <w:br/>
      </w:r>
      <w:r>
        <w:rPr>
          <w:lang w:eastAsia="zh-CN"/>
        </w:rPr>
        <w:t xml:space="preserve">    4.加强多方面知识学习，开拓视野，丰富知识，采取多样化形式，以提高业务水平，把销售工作 </w:t>
      </w:r>
      <w:r>
        <w:rPr>
          <w:lang w:eastAsia="zh-CN"/>
        </w:rPr>
        <w:br/>
      </w:r>
      <w:r>
        <w:rPr>
          <w:lang w:eastAsia="zh-CN"/>
        </w:rPr>
        <w:t>2024销售上半年工作计划（精选篇3）</w:t>
      </w:r>
      <w:r>
        <w:rPr>
          <w:lang w:eastAsia="zh-CN"/>
        </w:rPr>
        <w:br/>
      </w:r>
      <w:r>
        <w:rPr>
          <w:lang w:eastAsia="zh-CN"/>
        </w:rPr>
        <w:t xml:space="preserve">    1、努力学习，提高业务水品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xml:space="preserve"> 其一是抽时间通过各种去学习营销方面(尤其是白酒营销方面)的知识，学习一些成功营销案例和前沿的营销，使自己的营销工作有一定的知识支撑。其二是经常向公司领导、各区域业务以及市场上其他各行业营销人员请教、交流和学习，使自己从业务水平、市场运作和把握到等各个方面都有一个大幅度的提升。</w:t>
      </w:r>
      <w:r>
        <w:rPr>
          <w:lang w:eastAsia="zh-CN"/>
        </w:rPr>
        <w:t xml:space="preserve"> </w:t>
      </w:r>
      <w:r>
        <w:rPr>
          <w:lang w:eastAsia="zh-CN"/>
        </w:rPr>
        <w:br/>
      </w:r>
      <w:r>
        <w:rPr>
          <w:lang w:eastAsia="zh-CN"/>
        </w:rPr>
        <w:t xml:space="preserve">    2、进一步拓展销售渠道 </w:t>
      </w:r>
      <w:r>
        <w:rPr>
          <w:lang w:eastAsia="zh-CN"/>
        </w:rPr>
        <w:br/>
      </w:r>
      <w:r>
        <w:rPr>
          <w:lang w:eastAsia="zh-CN"/>
        </w:rPr>
        <w:t xml:space="preserve">    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和林业三个系统多做工作，并慢慢向其他企事业单位渗透。 </w:t>
      </w:r>
      <w:r>
        <w:rPr>
          <w:lang w:eastAsia="zh-CN"/>
        </w:rPr>
        <w:br/>
      </w:r>
      <w:r>
        <w:rPr>
          <w:lang w:eastAsia="zh-CN"/>
        </w:rPr>
        <w:t xml:space="preserve">    3、做好市场调研工作 </w:t>
      </w:r>
      <w:r>
        <w:rPr>
          <w:lang w:eastAsia="zh-CN"/>
        </w:rPr>
        <w:br/>
      </w:r>
      <w:r>
        <w:rPr>
          <w:lang w:eastAsia="zh-CN"/>
        </w:rPr>
        <w:t xml:space="preserve">    对市场个进一步的调研和摸索，详细记录各种数据，完善各种档案数据，让一些分析和对策有更强的数据作为支撑，使其更具科学性，来弥补和感官认识的不足。了解和掌握公司产品和其他白酒品牌产品的销售情况以及整个白酒市场的走向，以便应对各种市场情况，并及时调整营销策略。 </w:t>
      </w:r>
      <w:r>
        <w:rPr>
          <w:lang w:eastAsia="zh-CN"/>
        </w:rPr>
        <w:br/>
      </w:r>
      <w:r>
        <w:rPr>
          <w:lang w:eastAsia="zh-CN"/>
        </w:rPr>
        <w:t xml:space="preserve">    4、与经销商密切配合，做好销售工作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xml:space="preserve"> 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r>
        <w:rPr>
          <w:lang w:eastAsia="zh-CN"/>
        </w:rPr>
        <w:t xml:space="preserve"> </w:t>
      </w:r>
      <w:r>
        <w:rPr>
          <w:lang w:eastAsia="zh-CN"/>
        </w:rPr>
        <w:br/>
      </w:r>
      <w:r>
        <w:rPr>
          <w:lang w:eastAsia="zh-CN"/>
        </w:rPr>
        <w:t xml:space="preserve">    电子商最后希望公司领导在本人以后的`的工作中给予的批评指正、指导和支持。 </w:t>
      </w:r>
      <w:r>
        <w:rPr>
          <w:lang w:eastAsia="zh-CN"/>
        </w:rPr>
        <w:br/>
      </w:r>
      <w:r>
        <w:rPr>
          <w:lang w:eastAsia="zh-CN"/>
        </w:rPr>
        <w:t xml:space="preserve">    一是要进一步扩大生产规模，重点是扩大青稞白酒生产规模; </w:t>
      </w:r>
      <w:r>
        <w:rPr>
          <w:lang w:eastAsia="zh-CN"/>
        </w:rPr>
        <w:br/>
      </w:r>
      <w:r>
        <w:rPr>
          <w:lang w:eastAsia="zh-CN"/>
        </w:rPr>
        <w:t xml:space="preserve">    二是要做好市场销售，首要的工作是全力做好青稞白酒的销售工作; </w:t>
      </w:r>
      <w:r>
        <w:rPr>
          <w:lang w:eastAsia="zh-CN"/>
        </w:rPr>
        <w:br/>
      </w:r>
      <w:r>
        <w:rPr>
          <w:lang w:eastAsia="zh-CN"/>
        </w:rPr>
        <w:t xml:space="preserve">    三是要提高公司员工的综合素质，特别是业务技能方面的素质必须较快提高,以适应企业发展需要; </w:t>
      </w:r>
      <w:r>
        <w:rPr>
          <w:lang w:eastAsia="zh-CN"/>
        </w:rPr>
        <w:br/>
      </w:r>
      <w:r>
        <w:rPr>
          <w:lang w:eastAsia="zh-CN"/>
        </w:rPr>
        <w:t xml:space="preserve">    四是要面向社会吸纳有才华的精英加盟公司，主要是销售精英; </w:t>
      </w:r>
      <w:r>
        <w:rPr>
          <w:lang w:eastAsia="zh-CN"/>
        </w:rPr>
        <w:br/>
      </w:r>
      <w:r>
        <w:rPr>
          <w:lang w:eastAsia="zh-CN"/>
        </w:rPr>
        <w:t xml:space="preserve">    五是要搞好，确保员工和企业的合法权益; </w:t>
      </w:r>
      <w:r>
        <w:rPr>
          <w:lang w:eastAsia="zh-CN"/>
        </w:rPr>
        <w:br/>
      </w:r>
      <w:r>
        <w:rPr>
          <w:lang w:eastAsia="zh-CN"/>
        </w:rPr>
        <w:t xml:space="preserve">    六是要以以人为本、服务企业为核心，加强建设，树立企业良好形象，增强企业内在活力。 </w:t>
      </w:r>
      <w:r>
        <w:rPr>
          <w:lang w:eastAsia="zh-CN"/>
        </w:rPr>
        <w:br/>
      </w:r>
      <w:r>
        <w:rPr>
          <w:lang w:eastAsia="zh-CN"/>
        </w:rPr>
        <w:t>2024销售上半年工作计划（精选篇4）</w:t>
      </w:r>
      <w:r>
        <w:rPr>
          <w:lang w:eastAsia="zh-CN"/>
        </w:rPr>
        <w:br/>
      </w:r>
      <w:r>
        <w:rPr>
          <w:lang w:eastAsia="zh-CN"/>
        </w:rPr>
        <w:t xml:space="preserve">    走过20__年，是收获的一年。回眸我过去一年的销售心得，甚有感触。 </w:t>
      </w:r>
      <w:r>
        <w:rPr>
          <w:lang w:eastAsia="zh-CN"/>
        </w:rPr>
        <w:br/>
      </w:r>
      <w:r>
        <w:rPr>
          <w:lang w:eastAsia="zh-CN"/>
        </w:rPr>
        <w:t xml:space="preserve">    在接任展厅经理一职后，我在销售工作中积极进取，用心、努力地去做好每一件事情，不管是个人还是整个销售团队的销售业绩都有所提高。这里必须要感谢邓经理的帮助和领导。我们公司__销售部也完成了各项任务和计划，顺利通过了__，__等严审。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20_年伴随着奥运的脚步，相信也会是激情奋进的一年。机遇与挑战共存，我期盼20__也是一个收获的一年，这是我们整个销售团队共同期待并时刻准备与之奋斗的结果。</w:t>
      </w:r>
      <w:r>
        <w:rPr>
          <w:lang w:eastAsia="zh-CN"/>
        </w:rPr>
        <w:t xml:space="preserve"> </w:t>
      </w:r>
      <w:r>
        <w:rPr>
          <w:lang w:eastAsia="zh-CN"/>
        </w:rPr>
        <w:br/>
      </w:r>
      <w:r>
        <w:rPr>
          <w:lang w:eastAsia="zh-CN"/>
        </w:rPr>
        <w:t xml:space="preserve">    在新的一年里我的工作计划如下： </w:t>
      </w:r>
      <w:r>
        <w:rPr>
          <w:lang w:eastAsia="zh-CN"/>
        </w:rPr>
        <w:br/>
      </w:r>
      <w:r>
        <w:rPr>
          <w:lang w:eastAsia="zh-CN"/>
        </w:rPr>
        <w:t xml:space="preserve">    一、销售培训计划 </w:t>
      </w:r>
      <w:r>
        <w:rPr>
          <w:lang w:eastAsia="zh-CN"/>
        </w:rPr>
        <w:br/>
      </w:r>
      <w:r>
        <w:rPr>
          <w:lang w:eastAsia="zh-CN"/>
        </w:rPr>
        <w:t xml:space="preserve">    在销售顾问的培训上多下功夫，现在销售员业务知识明显匮乏，直接的影响销售部的业绩，__年的销售顾问的培训是重点，除按计划每月一次培训以外，按需要多增加培训，特别针对不同时期竞争车型上得多下功夫研究，这在培训中应作重点。 </w:t>
      </w:r>
      <w:r>
        <w:rPr>
          <w:lang w:eastAsia="zh-CN"/>
        </w:rPr>
        <w:br/>
      </w:r>
      <w:r>
        <w:rPr>
          <w:lang w:eastAsia="zh-CN"/>
        </w:rPr>
        <w:t xml:space="preserve">    二、销售核心流程 </w:t>
      </w:r>
      <w:r>
        <w:rPr>
          <w:lang w:eastAsia="zh-CN"/>
        </w:rPr>
        <w:br/>
      </w:r>
      <w:r>
        <w:rPr>
          <w:lang w:eastAsia="zh-CN"/>
        </w:rPr>
        <w:t xml:space="preserve">    完整运用核心流程，__给了我们一个很好管理员工的方式——按流程办理，不用自己去琢磨，很多时候我们并没有去在意这个流程，认为那只是一种工作方法，其实深入的研究后才知道意义很重，这正式严谨管理制度带来的优势。 </w:t>
      </w:r>
      <w:r>
        <w:rPr>
          <w:lang w:eastAsia="zh-CN"/>
        </w:rPr>
        <w:br/>
      </w:r>
      <w:r>
        <w:rPr>
          <w:lang w:eastAsia="zh-CN"/>
        </w:rPr>
        <w:t xml:space="preserve">    三、提高销售市场占有率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⑴现在__的几家汽车经销商最有影响的“__”“__”对__车的销售够成一定的威胁，在__年就有一些客户到这两家公司购了__车。总结原因主要问题是价格因素。价格问题是我们同客户产生矛盾的一个共同点，其他公司在销售__车是没有优势的.，他们唯一有的优势是价格。再看我们在销售__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w:t>
      </w:r>
      <w:r>
        <w:rPr>
          <w:lang w:eastAsia="zh-CN"/>
        </w:rPr>
        <w:t xml:space="preserve"> </w:t>
      </w:r>
      <w:r>
        <w:rPr>
          <w:lang w:eastAsia="zh-CN"/>
        </w:rPr>
        <w:br/>
      </w:r>
      <w:r>
        <w:rPr>
          <w:lang w:eastAsia="zh-CN"/>
        </w:rPr>
        <w:t xml:space="preserve">    ⑵通过对销售顾问的培训对竞争品牌的学习提高市场的占有率。 </w:t>
      </w:r>
      <w:r>
        <w:rPr>
          <w:lang w:eastAsia="zh-CN"/>
        </w:rPr>
        <w:br/>
      </w:r>
      <w:r>
        <w:rPr>
          <w:lang w:eastAsia="zh-CN"/>
        </w:rPr>
        <w:t xml:space="preserve">    ⑶结合市场部对公司和__品牌进行有力的宣传，提高消费者的知名度和对__车的认知度。 </w:t>
      </w:r>
      <w:r>
        <w:rPr>
          <w:lang w:eastAsia="zh-CN"/>
        </w:rPr>
        <w:br/>
      </w:r>
      <w:r>
        <w:rPr>
          <w:lang w:eastAsia="zh-CN"/>
        </w:rPr>
        <w:t xml:space="preserve">    当好一个称职的展厅经理，做到销售部带队的作用，做好公司的排头兵。发扬团队精神，帮助他们做好本职工作完成公司下达的各项任务。 </w:t>
      </w:r>
      <w:r>
        <w:rPr>
          <w:lang w:eastAsia="zh-CN"/>
        </w:rPr>
        <w:br/>
      </w:r>
      <w:r>
        <w:rPr>
          <w:lang w:eastAsia="zh-CN"/>
        </w:rPr>
        <w:t>2024销售上半年工作计划（精选篇5）</w:t>
      </w:r>
      <w:r>
        <w:rPr>
          <w:lang w:eastAsia="zh-CN"/>
        </w:rPr>
        <w:br/>
      </w:r>
      <w:r>
        <w:rPr>
          <w:lang w:eastAsia="zh-CN"/>
        </w:rPr>
        <w:t xml:space="preserve">    销售部自__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 </w:t>
      </w:r>
      <w:r>
        <w:rPr>
          <w:lang w:eastAsia="zh-CN"/>
        </w:rPr>
        <w:br/>
      </w:r>
      <w:r>
        <w:rPr>
          <w:lang w:eastAsia="zh-CN"/>
        </w:rPr>
        <w:t xml:space="preserve">    一、销售部成员组成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xml:space="preserve"> 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r>
        <w:rPr>
          <w:lang w:eastAsia="zh-CN"/>
        </w:rPr>
        <w:t xml:space="preserve"> </w:t>
      </w:r>
      <w:r>
        <w:rPr>
          <w:lang w:eastAsia="zh-CN"/>
        </w:rPr>
        <w:br/>
      </w:r>
      <w:r>
        <w:rPr>
          <w:lang w:eastAsia="zh-CN"/>
        </w:rPr>
        <w:t xml:space="preserve">    二、建立了一套系统的业务管理制度和办法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r>
        <w:rPr>
          <w:lang w:eastAsia="zh-CN"/>
        </w:rPr>
        <w:t xml:space="preserve"> </w:t>
      </w:r>
      <w:r>
        <w:rPr>
          <w:lang w:eastAsia="zh-CN"/>
        </w:rPr>
        <w:br/>
      </w:r>
      <w:r>
        <w:rPr>
          <w:lang w:eastAsia="zh-CN"/>
        </w:rPr>
        <w:t xml:space="preserve">    三、统一思想，端正态度 </w:t>
      </w:r>
      <w:r>
        <w:rPr>
          <w:lang w:eastAsia="zh-CN"/>
        </w:rPr>
        <w:br/>
      </w:r>
      <w:r>
        <w:rPr>
          <w:lang w:eastAsia="zh-CN"/>
        </w:rPr>
        <w:t xml:space="preserve">    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 </w:t>
      </w:r>
      <w:r>
        <w:rPr>
          <w:lang w:eastAsia="zh-CN"/>
        </w:rPr>
        <w:br/>
      </w:r>
      <w:r>
        <w:rPr>
          <w:lang w:eastAsia="zh-CN"/>
        </w:rPr>
        <w:t xml:space="preserve">    四、建设并巩固了一张代理制销售的终端营销网络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xml:space="preserve"> 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r>
        <w:rPr>
          <w:lang w:eastAsia="zh-CN"/>
        </w:rPr>
        <w:t xml:space="preserve"> </w:t>
      </w:r>
      <w:r>
        <w:rPr>
          <w:lang w:eastAsia="zh-CN"/>
        </w:rPr>
        <w:br/>
      </w:r>
      <w:r>
        <w:rPr>
          <w:lang w:eastAsia="zh-CN"/>
        </w:rPr>
        <w:t xml:space="preserve">    五、工作中不断总结并大力推广产品销售中好的作法和经验 </w:t>
      </w:r>
      <w:r>
        <w:rPr>
          <w:lang w:eastAsia="zh-CN"/>
        </w:rPr>
        <w:br/>
      </w:r>
      <w:r>
        <w:rPr>
          <w:lang w:eastAsia="zh-CN"/>
        </w:rPr>
        <w:t xml:space="preserve">    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 </w:t>
      </w:r>
      <w:r>
        <w:rPr>
          <w:lang w:eastAsia="zh-CN"/>
        </w:rPr>
        <w:br/>
      </w:r>
      <w:r>
        <w:rPr>
          <w:lang w:eastAsia="zh-CN"/>
        </w:rPr>
        <w:t xml:space="preserve">    (一)在重点渔港的现场演示工作取得良好效果 </w:t>
      </w:r>
      <w:r>
        <w:rPr>
          <w:lang w:eastAsia="zh-CN"/>
        </w:rPr>
        <w:br/>
      </w:r>
      <w:r>
        <w:rPr>
          <w:lang w:eastAsia="zh-CN"/>
        </w:rPr>
        <w:t xml:space="preserve">    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r>
        <w:rPr>
          <w:lang w:eastAsia="zh-CN"/>
        </w:rPr>
        <w:t xml:space="preserve"> </w:t>
      </w:r>
      <w:r>
        <w:rPr>
          <w:lang w:eastAsia="zh-CN"/>
        </w:rPr>
        <w:br/>
      </w:r>
      <w:r>
        <w:rPr>
          <w:lang w:eastAsia="zh-CN"/>
        </w:rPr>
        <w:t xml:space="preserve">    (二)电视广告的大力宣传确保了产品占领市场的时机 </w:t>
      </w:r>
      <w:r>
        <w:rPr>
          <w:lang w:eastAsia="zh-CN"/>
        </w:rPr>
        <w:br/>
      </w:r>
      <w:r>
        <w:rPr>
          <w:lang w:eastAsia="zh-CN"/>
        </w:rPr>
        <w:t xml:space="preserve">    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 </w:t>
      </w:r>
      <w:r>
        <w:rPr>
          <w:lang w:eastAsia="zh-CN"/>
        </w:rPr>
        <w:br/>
      </w:r>
      <w:r>
        <w:rPr>
          <w:lang w:eastAsia="zh-CN"/>
        </w:rPr>
        <w:t xml:space="preserve">    (三)积极走上层路线，进一步巩固产品的市场地位 </w:t>
      </w:r>
      <w:r>
        <w:rPr>
          <w:lang w:eastAsia="zh-CN"/>
        </w:rPr>
        <w:br/>
      </w:r>
      <w:r>
        <w:rPr>
          <w:lang w:eastAsia="zh-CN"/>
        </w:rPr>
        <w:t xml:space="preserve">    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 </w:t>
      </w:r>
      <w:r>
        <w:rPr>
          <w:lang w:eastAsia="zh-CN"/>
        </w:rPr>
        <w:br/>
      </w:r>
      <w:r>
        <w:rPr>
          <w:lang w:eastAsia="zh-CN"/>
        </w:rPr>
        <w:t>2024销售上半年工作计划（精选篇6）</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销售部自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w:t>
      </w:r>
      <w:r>
        <w:rPr>
          <w:lang w:eastAsia="zh-CN"/>
        </w:rPr>
        <w:t xml:space="preserve"> </w:t>
      </w:r>
      <w:r>
        <w:rPr>
          <w:lang w:eastAsia="zh-CN"/>
        </w:rPr>
        <w:br/>
      </w:r>
      <w:r>
        <w:rPr>
          <w:lang w:eastAsia="zh-CN"/>
        </w:rPr>
        <w:t xml:space="preserve">    现将销售部上半年销售工作情况及所存在的问题作一简单的总结，并对销售部下一步工作的开展提几点看法。 </w:t>
      </w:r>
      <w:r>
        <w:rPr>
          <w:lang w:eastAsia="zh-CN"/>
        </w:rPr>
        <w:br/>
      </w:r>
      <w:r>
        <w:rPr>
          <w:lang w:eastAsia="zh-CN"/>
        </w:rPr>
        <w:t xml:space="preserve">    一、销售部成员组成 </w:t>
      </w:r>
      <w:r>
        <w:rPr>
          <w:lang w:eastAsia="zh-CN"/>
        </w:rPr>
        <w:br/>
      </w:r>
      <w:r>
        <w:rPr>
          <w:lang w:eastAsia="zh-CN"/>
        </w:rPr>
        <w:t xml:space="preserve">    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 </w:t>
      </w:r>
      <w:r>
        <w:rPr>
          <w:lang w:eastAsia="zh-CN"/>
        </w:rPr>
        <w:br/>
      </w:r>
      <w:r>
        <w:rPr>
          <w:lang w:eastAsia="zh-CN"/>
        </w:rPr>
        <w:t xml:space="preserve">    与此同时，销售部长在统抓全面销售的情况下，不定时的对各个分点进行实地检查督导，与代理商当面沟通，探讨分季节段的制冷机组销售工作，使销售部的工作稳步发展。 </w:t>
      </w:r>
      <w:r>
        <w:rPr>
          <w:lang w:eastAsia="zh-CN"/>
        </w:rPr>
        <w:br/>
      </w:r>
      <w:r>
        <w:rPr>
          <w:lang w:eastAsia="zh-CN"/>
        </w:rPr>
        <w:t xml:space="preserve">    二、建立了一套系统的业务管理制度和办法 </w:t>
      </w:r>
      <w:r>
        <w:rPr>
          <w:lang w:eastAsia="zh-CN"/>
        </w:rPr>
        <w:br/>
      </w:r>
      <w:r>
        <w:rPr>
          <w:lang w:eastAsia="zh-CN"/>
        </w:rPr>
        <w:t xml:space="preserve">    我们在总结去年工作的基础上，再加上近半年来的摸索，我们已经初步地建立了一套适合于代理商销售队伍及业务开展的管理办法，各项办法正在试运行之中。 </w:t>
      </w:r>
      <w:r>
        <w:rPr>
          <w:lang w:eastAsia="zh-CN"/>
        </w:rPr>
        <w:br/>
      </w:r>
      <w:r>
        <w:rPr>
          <w:lang w:eastAsia="zh-CN"/>
        </w:rPr>
        <w:t xml:space="preserve">    首先制定了“管人”的《销售部业务人员考核办法》，对业务人员的考勤办法及每天的工作重点和建立的客户对象作出了明确的规范;对每一项具体的工作内容也作出了具体的要求。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xml:space="preserve"> 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w:t>
      </w:r>
      <w:r>
        <w:rPr>
          <w:lang w:eastAsia="zh-CN"/>
        </w:rPr>
        <w:t xml:space="preserve"> </w:t>
      </w:r>
      <w:r>
        <w:rPr>
          <w:lang w:eastAsia="zh-CN"/>
        </w:rPr>
        <w:br/>
      </w:r>
      <w:r>
        <w:rPr>
          <w:lang w:eastAsia="zh-CN"/>
        </w:rPr>
        <w:t xml:space="preserve">    第三制定并规范了代理销售合同。在原有代理销售合同的基础上，我们又请集团法律顾问对代理销售合同进行了再规范，在与代理商签定合同时基本没出现因合同制定而发生的迟签和不签现象。 </w:t>
      </w:r>
      <w:r>
        <w:rPr>
          <w:lang w:eastAsia="zh-CN"/>
        </w:rPr>
        <w:br/>
      </w:r>
      <w:r>
        <w:rPr>
          <w:lang w:eastAsia="zh-CN"/>
        </w:rPr>
        <w:t xml:space="preserve">    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 </w:t>
      </w:r>
      <w:r>
        <w:rPr>
          <w:lang w:eastAsia="zh-CN"/>
        </w:rPr>
        <w:br/>
      </w:r>
      <w:r>
        <w:rPr>
          <w:lang w:eastAsia="zh-CN"/>
        </w:rPr>
        <w:t xml:space="preserve">    三、统一思想，端正态度 </w:t>
      </w:r>
      <w:r>
        <w:rPr>
          <w:lang w:eastAsia="zh-CN"/>
        </w:rPr>
        <w:br/>
      </w:r>
      <w:r>
        <w:rPr>
          <w:lang w:eastAsia="zh-CN"/>
        </w:rPr>
        <w:t xml:space="preserve">    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 </w:t>
      </w:r>
      <w:r>
        <w:rPr>
          <w:lang w:eastAsia="zh-CN"/>
        </w:rPr>
        <w:br/>
      </w:r>
      <w:r>
        <w:rPr>
          <w:lang w:eastAsia="zh-CN"/>
        </w:rPr>
        <w:t xml:space="preserve">    并试图以现有的价格体系磨合市场，保证公司的利益，由始至今我们一直坚持，对产品充满信心，并不计成本地努力。 </w:t>
      </w:r>
      <w:r>
        <w:rPr>
          <w:lang w:eastAsia="zh-CN"/>
        </w:rPr>
        <w:br/>
      </w:r>
      <w:r>
        <w:rPr>
          <w:lang w:eastAsia="zh-CN"/>
        </w:rPr>
        <w:t xml:space="preserve">    四、建设并巩固了一张代理制销售的终端营销网络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xml:space="preserve"> 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_;福建省厦门市得志贸易有限公司的福建省总代理商史_;广东省总代理商邵_;海南省总代理商张_、时_。</w:t>
      </w:r>
      <w:r>
        <w:rPr>
          <w:lang w:eastAsia="zh-CN"/>
        </w:rPr>
        <w:t xml:space="preserve"> </w:t>
      </w:r>
      <w:r>
        <w:rPr>
          <w:lang w:eastAsia="zh-CN"/>
        </w:rPr>
        <w:br/>
      </w:r>
      <w:r>
        <w:rPr>
          <w:lang w:eastAsia="zh-CN"/>
        </w:rPr>
        <w:t xml:space="preserve">    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 </w:t>
      </w:r>
      <w:r>
        <w:rPr>
          <w:lang w:eastAsia="zh-CN"/>
        </w:rPr>
        <w:br/>
      </w:r>
      <w:r>
        <w:rPr>
          <w:lang w:eastAsia="zh-CN"/>
        </w:rPr>
        <w:t xml:space="preserve">    五、工作中不断总结并大力推广产品销售中好的作法和经验 </w:t>
      </w:r>
      <w:r>
        <w:rPr>
          <w:lang w:eastAsia="zh-CN"/>
        </w:rPr>
        <w:br/>
      </w:r>
      <w:r>
        <w:rPr>
          <w:lang w:eastAsia="zh-CN"/>
        </w:rPr>
        <w:t xml:space="preserve">    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 </w:t>
      </w:r>
      <w:r>
        <w:rPr>
          <w:lang w:eastAsia="zh-CN"/>
        </w:rPr>
        <w:br/>
      </w:r>
      <w:r>
        <w:rPr>
          <w:lang w:eastAsia="zh-CN"/>
        </w:rPr>
        <w:t xml:space="preserve">    (一)在重点渔港的现场演示工作取得良好效果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三月份，在渔船上坞前期，我们为使渔民能对制冷机组由一个全面的了解，在公司王总的带队下，我们组织技术骨干，业务人员到福建、两广、海南、浙江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 </w:t>
      </w:r>
      <w:r>
        <w:rPr>
          <w:lang w:eastAsia="zh-CN"/>
        </w:rPr>
        <w:br/>
      </w:r>
      <w:r>
        <w:rPr>
          <w:lang w:eastAsia="zh-CN"/>
        </w:rPr>
        <w:t xml:space="preserve">    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 </w:t>
      </w:r>
      <w:r>
        <w:rPr>
          <w:lang w:eastAsia="zh-CN"/>
        </w:rPr>
        <w:br/>
      </w:r>
      <w:r>
        <w:rPr>
          <w:lang w:eastAsia="zh-CN"/>
        </w:rPr>
        <w:t xml:space="preserve">    (二)电视广告的大力宣传确保了产品占领市场的时机 </w:t>
      </w:r>
      <w:r>
        <w:rPr>
          <w:lang w:eastAsia="zh-CN"/>
        </w:rPr>
        <w:br/>
      </w:r>
      <w:r>
        <w:rPr>
          <w:lang w:eastAsia="zh-CN"/>
        </w:rPr>
        <w:t xml:space="preserve">    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 </w:t>
      </w:r>
      <w:r>
        <w:rPr>
          <w:lang w:eastAsia="zh-CN"/>
        </w:rPr>
        <w:br/>
      </w:r>
      <w:r>
        <w:rPr>
          <w:lang w:eastAsia="zh-CN"/>
        </w:rPr>
        <w:t xml:space="preserve">    (三)积极走上层路线，进一步巩固产品的市场地位 </w:t>
      </w:r>
      <w:r>
        <w:rPr>
          <w:lang w:eastAsia="zh-CN"/>
        </w:rPr>
        <w:br/>
      </w:r>
      <w:r>
        <w:rPr>
          <w:lang w:eastAsia="zh-CN"/>
        </w:rPr>
        <w:t xml:space="preserve">  </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r>
        <w:rPr>
          <w:lang w:eastAsia="zh-CN"/>
        </w:rPr>
        <w:t xml:space="preserve"> </w:t>
      </w:r>
      <w:r>
        <w:rPr>
          <w:lang w:eastAsia="zh-CN"/>
        </w:rPr>
        <w:br/>
      </w:r>
      <w:r>
        <w:rPr>
          <w:lang w:eastAsia="zh-CN"/>
        </w:rPr>
        <w:t>2024销售上半年工作计划（精选篇7）</w:t>
      </w:r>
      <w:r>
        <w:rPr>
          <w:lang w:eastAsia="zh-CN"/>
        </w:rPr>
        <w:br/>
      </w:r>
      <w:r>
        <w:rPr>
          <w:lang w:eastAsia="zh-CN"/>
        </w:rPr>
        <w:t xml:space="preserve">    __年上半年已结束，为更好的开展各项工作，现对__年上半年各项工作总结如下： </w:t>
      </w:r>
      <w:r>
        <w:rPr>
          <w:lang w:eastAsia="zh-CN"/>
        </w:rPr>
        <w:br/>
      </w:r>
      <w:r>
        <w:rPr>
          <w:lang w:eastAsia="zh-CN"/>
        </w:rPr>
        <w:t xml:space="preserve">    一、经营工作： </w:t>
      </w:r>
      <w:r>
        <w:rPr>
          <w:lang w:eastAsia="zh-CN"/>
        </w:rPr>
        <w:br/>
      </w:r>
      <w:r>
        <w:rPr>
          <w:lang w:eastAsia="zh-CN"/>
        </w:rPr>
        <w:t xml:space="preserve">    三楼商场截止到__年6月销售完成全年计划的%，完成同期的%，利润完成全年计划%，完成同期%。 </w:t>
      </w:r>
      <w:r>
        <w:rPr>
          <w:lang w:eastAsia="zh-CN"/>
        </w:rPr>
        <w:br/>
      </w:r>
      <w:r>
        <w:rPr>
          <w:lang w:eastAsia="zh-CN"/>
        </w:rPr>
        <w:t xml:space="preserve">    其中男装销售完成去年同期的%，下降比较大是羊绒、羊毛区，同期下降%，主要原因是受大环境影响，羊绒团购较少，主要依托零售，高端货品销售受影响;男装中岛同期下降%，主要原因是边厅品牌高端货品销售不好都补充了特价品，使中岛品牌失去了价格优势影响销售。利润完成去年同期的%，主要原因是今年合同中保底利润事先按月做了分配，销售下降影响利润不明显。 </w:t>
      </w:r>
      <w:r>
        <w:rPr>
          <w:lang w:eastAsia="zh-CN"/>
        </w:rPr>
        <w:br/>
      </w:r>
      <w:r>
        <w:rPr>
          <w:lang w:eastAsia="zh-CN"/>
        </w:rPr>
        <w:t xml:space="preserve">    鞋帽部销售完成去年同期的%，下降较大的品类是中岛，同期下降%，主要原因一是去年商业公司300元团卡取货集中在1月份取货(今年没有)，中岛团卡取货占的比重较高影响较大;另外红蜻蜓、哈妮、必登高三个品牌比去年同期下降了43、2%，主要原因是今年的货品都比去年同期少，新款少，红蜻蜓供应商因资金原因基本没供应新款，销售下降较大;第三休闲鞋主要原因是今年休闲鞋客单价较高，同期增幅%，部分老顾客转型该穿价格较低的户外。利润完成去年同期的%，主要原因是今年促销费高于去年同期。 </w:t>
      </w:r>
      <w:r>
        <w:rPr>
          <w:lang w:eastAsia="zh-CN"/>
        </w:rPr>
        <w:br/>
      </w:r>
    </w:p>
    <w:p w:rsidR="001B1F19" w14:textId="27C3F48A">
      <w:pPr>
        <w:rPr>
          <w:rFonts w:hint="eastAsia"/>
          <w:lang w:eastAsia="zh-CN"/>
        </w:rPr>
      </w:pPr>
      <w:r>
        <w:rPr>
          <w:lang w:eastAsia="zh-CN"/>
        </w:rPr>
        <w:t xml:space="preserve">    二、接手三楼工作后两个月主要做了以下几点工作： </w:t>
      </w:r>
      <w:r>
        <w:rPr>
          <w:lang w:eastAsia="zh-CN"/>
        </w:rPr>
        <w:br/>
      </w:r>
      <w:r>
        <w:rPr>
          <w:lang w:eastAsia="zh-CN"/>
        </w:rPr>
        <w:t xml:space="preserve">    1、加强与各品牌厂商的有效沟通，借助厂方资源提升销售业绩; </w:t>
      </w:r>
      <w:r>
        <w:rPr>
          <w:lang w:eastAsia="zh-CN"/>
        </w:rPr>
        <w:br/>
      </w:r>
      <w:r>
        <w:rPr>
          <w:lang w:eastAsia="zh-CN"/>
        </w:rPr>
        <w:t xml:space="preserve">    很多品牌我们都是与厂方或大代理商合作的，他们的货品资源丰富，组织厂商周活动折扣力度大，效果明显。端午节期间联系梦特娇厂商推出了大型特卖活动，销售近万元;乔顿父亲节期间举办了vip主题酒会，最高付1万元可取元商品，达成销售万，较去年同期增长761%。员工内购会期间利郎推出全场3折起特卖，九牧王5、9折回馈等大力度活动，楼层达成销售万，较去年同期增长193%。 </w:t>
      </w:r>
      <w:r>
        <w:rPr>
          <w:lang w:eastAsia="zh-CN"/>
        </w:rPr>
        <w:br/>
      </w:r>
      <w:r>
        <w:rPr>
          <w:lang w:eastAsia="zh-CN"/>
        </w:rPr>
        <w:t xml:space="preserve">    2、加大活动力度，抓好节日经济; </w:t>
      </w:r>
      <w:r>
        <w:rPr>
          <w:lang w:eastAsia="zh-CN"/>
        </w:rPr>
        <w:br/>
      </w:r>
      <w:r>
        <w:rPr>
          <w:lang w:eastAsia="zh-CN"/>
        </w:rPr>
        <w:t xml:space="preserve">    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14、36%、7、46%。 </w:t>
      </w:r>
      <w:r>
        <w:rPr>
          <w:lang w:eastAsia="zh-CN"/>
        </w:rPr>
        <w:br/>
      </w:r>
      <w:r>
        <w:rPr>
          <w:lang w:eastAsia="zh-CN"/>
        </w:rPr>
        <w:t xml:space="preserve">    3、利用外场促销机会，提升品牌业绩，增强供应商信心。 </w:t>
      </w:r>
      <w:r>
        <w:rPr>
          <w:lang w:eastAsia="zh-CN"/>
        </w:rPr>
        <w:br/>
      </w:r>
      <w:r>
        <w:rPr>
          <w:lang w:eastAsia="zh-CN"/>
        </w:rPr>
        <w:t xml:space="preserve">    针对今年市场不好个别品牌任务完成不理想的现状，部门积极与厂家联系，利用周末的时间搞外场促销，提升了销售。如金蒂贝尔、九牧王裤等活动促销效果较好，缩小了实际销售与保底任务间的差距。 </w:t>
      </w:r>
      <w:r>
        <w:rPr>
          <w:lang w:eastAsia="zh-CN"/>
        </w:rPr>
        <w:br/>
      </w:r>
      <w:r>
        <w:rPr>
          <w:lang w:eastAsia="zh-CN"/>
        </w:rPr>
        <w:t xml:space="preserve">    2、管理工作 </w:t>
      </w:r>
      <w:r>
        <w:rPr>
          <w:lang w:eastAsia="zh-CN"/>
        </w:rPr>
        <w:br/>
      </w:r>
      <w:r>
        <w:rPr>
          <w:lang w:eastAsia="zh-CN"/>
        </w:rPr>
        <w:t xml:space="preserve">    1、强化服务措施，部门服务水平显著提高 </w:t>
      </w:r>
      <w:r>
        <w:rPr>
          <w:lang w:eastAsia="zh-CN"/>
        </w:rPr>
        <w:br/>
      </w:r>
      <w:r>
        <w:rPr>
          <w:lang w:eastAsia="zh-CN"/>
        </w:rPr>
        <w:t xml:space="preserve">  </w:t>
      </w:r>
      <w:r>
        <w:rPr>
          <w:lang w:eastAsia="zh-CN"/>
        </w:rPr>
        <w:t xml:space="preserve"> </w:t>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https://d.book118.com/167164030046006043</w:t>
        </w:r>
      </w:hyperlink>
    </w:p>
    <w:p w:rsidR="001B1F19">
      <w:pPr>
        <w:rPr>
          <w:rFonts w:hint="eastAsia"/>
          <w:lang w:eastAsia="zh-CN"/>
        </w:rPr>
      </w:pPr>
    </w:p>
    <w:sectPr>
      <w:type w:val="nextPage"/>
      <w:pgSz w:w="11906" w:h="16838"/>
      <w:pgMar w:top="1440" w:right="1800" w:bottom="1440" w:left="1800" w:header="851" w:footer="992" w:gutter="0"/>
      <w:pgNumType w:start="1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67164030046006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