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2024外贸业务员销售工作计划（30篇）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2024外贸业务员销售工作计划（精选30篇）</w:t>
      </w:r>
      <w:r>
        <w:rPr>
          <w:lang w:eastAsia="zh-CN"/>
        </w:rPr>
        <w:br/>
      </w:r>
      <w:r>
        <w:rPr>
          <w:lang w:eastAsia="zh-CN"/>
        </w:rPr>
        <w:t xml:space="preserve">    2024外贸业务员销售工作计划 篇1 </w:t>
      </w:r>
      <w:r>
        <w:rPr>
          <w:lang w:eastAsia="zh-CN"/>
        </w:rPr>
        <w:br/>
      </w:r>
      <w:r>
        <w:rPr>
          <w:lang w:eastAsia="zh-CN"/>
        </w:rPr>
        <w:t>　　转眼间又到了新的一年。20某，又是一个充满挑战、机遇与压力并存的一年。应对竞争激烈而又现实的社会，生活和工作压力驱使我要努力工作和认真学习。让自我成为一个有真正实力的人!</w:t>
      </w:r>
      <w:r>
        <w:rPr>
          <w:lang w:eastAsia="zh-CN"/>
        </w:rPr>
        <w:br/>
      </w:r>
      <w:r>
        <w:rPr>
          <w:lang w:eastAsia="zh-CN"/>
        </w:rPr>
        <w:t>　　在此我订立了工作计划，以便自我在新的一年里又更大的进步和成绩。</w:t>
      </w:r>
      <w:r>
        <w:rPr>
          <w:lang w:eastAsia="zh-CN"/>
        </w:rPr>
        <w:br/>
      </w:r>
      <w:r>
        <w:rPr>
          <w:lang w:eastAsia="zh-CN"/>
        </w:rPr>
        <w:t>　　一：熟悉公司的规章制度和工程管理的开展，熟悉自我工作岗位的业务流程。</w:t>
      </w:r>
      <w:r>
        <w:rPr>
          <w:lang w:eastAsia="zh-CN"/>
        </w:rPr>
        <w:br/>
      </w:r>
      <w:r>
        <w:rPr>
          <w:lang w:eastAsia="zh-CN"/>
        </w:rPr>
        <w:t>　　二：增强职责感、增强服务意识、增强团队意识。用心主动地把工作做到点上、落到实处。我将尽我的潜力减轻领导的压力。明确自我的工作职责，遇到问题时要及时的去分析问题，解决问题，服从上级的安排。</w:t>
      </w:r>
      <w:r>
        <w:rPr>
          <w:lang w:eastAsia="zh-CN"/>
        </w:rPr>
        <w:br/>
      </w:r>
      <w:r>
        <w:rPr>
          <w:lang w:eastAsia="zh-CN"/>
        </w:rPr>
        <w:t>　　三：公司在不断的改革，订立了新的规定，作为公司的一员，务必以身作则，遵守公司的规定。</w:t>
      </w:r>
      <w:r>
        <w:rPr>
          <w:lang w:eastAsia="zh-CN"/>
        </w:rPr>
        <w:br/>
      </w:r>
      <w:r>
        <w:rPr>
          <w:lang w:eastAsia="zh-CN"/>
        </w:rPr>
        <w:t>　　如何开展工作：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1。以寻找目标市场的商业网站、行业协会网站、商会网站及产品专业网站为方向，了解并联系目标市场知名度高销售网络庞大的进口商。</w:t>
      </w:r>
      <w:r>
        <w:rPr>
          <w:lang w:eastAsia="zh-CN"/>
        </w:rPr>
        <w:br/>
      </w:r>
      <w:r>
        <w:rPr>
          <w:lang w:eastAsia="zh-CN"/>
        </w:rPr>
        <w:t>　　2。基于目前手头联系的较多的客户，打算先从其着手，了解的途径主要按照上述说明的方向。透过谷歌和百度等网络搜索引擎找到相关网站网址。</w:t>
      </w:r>
      <w:r>
        <w:rPr>
          <w:lang w:eastAsia="zh-CN"/>
        </w:rPr>
        <w:br/>
      </w:r>
      <w:r>
        <w:rPr>
          <w:lang w:eastAsia="zh-CN"/>
        </w:rPr>
        <w:t>　　3。准确明白其他国家一些大采购商的联系方式后，接下来就是如何将他们开发成为我们的客户了。</w:t>
      </w:r>
      <w:r>
        <w:rPr>
          <w:lang w:eastAsia="zh-CN"/>
        </w:rPr>
        <w:br/>
      </w:r>
      <w:r>
        <w:rPr>
          <w:lang w:eastAsia="zh-CN"/>
        </w:rPr>
        <w:t>　　4。认真对待收到的每封询盘，及时处理并跟进客户。必要时做好相应笔记。在一些免费的b2b平台上，发布产品信息，推广我们的产品。</w:t>
      </w:r>
      <w:r>
        <w:rPr>
          <w:lang w:eastAsia="zh-CN"/>
        </w:rPr>
        <w:br/>
      </w:r>
      <w:r>
        <w:rPr>
          <w:lang w:eastAsia="zh-CN"/>
        </w:rPr>
        <w:t>　　同时在与客户沟通的过程中，挖掘他们国家同行业进口的信息。至于能收获多少，看沟通方式和客户的意愿等因素了。</w:t>
      </w:r>
      <w:r>
        <w:rPr>
          <w:lang w:eastAsia="zh-CN"/>
        </w:rPr>
        <w:br/>
      </w:r>
      <w:r>
        <w:rPr>
          <w:lang w:eastAsia="zh-CN"/>
        </w:rPr>
        <w:t>　　5。对已经下单的客户，制作客户维护跟进表，详细记录跟进信息，了解产品使用反馈信息，掌握变动。</w:t>
      </w:r>
      <w:r>
        <w:rPr>
          <w:lang w:eastAsia="zh-CN"/>
        </w:rPr>
        <w:br/>
      </w:r>
      <w:r>
        <w:rPr>
          <w:lang w:eastAsia="zh-CN"/>
        </w:rPr>
        <w:t>　　6。对意向客户，多多持续联系，有计划有区别的发送邮件，并电话联系。7。对意向不明确的客户，按照开发信模板，每两天发一封邮件。8。每周五做好工作总结</w:t>
      </w:r>
      <w:r>
        <w:rPr>
          <w:lang w:eastAsia="zh-CN"/>
        </w:rPr>
        <w:br/>
      </w:r>
      <w:r>
        <w:rPr>
          <w:lang w:eastAsia="zh-CN"/>
        </w:rPr>
        <w:t>　　以上是我针对20某年的工作计划和发展方向，我会更加努力、认真负责的去对待本岗位的工作，期望透过自我的努力和他人的协助能够成功的达成计划并突破，取得更好的成绩并提高自我。</w:t>
      </w:r>
      <w:r>
        <w:rPr>
          <w:lang w:eastAsia="zh-CN"/>
        </w:rPr>
        <w:br/>
      </w:r>
      <w:r>
        <w:rPr>
          <w:lang w:eastAsia="zh-CN"/>
        </w:rPr>
        <w:t xml:space="preserve">    2024外贸业务员销售工作计划 篇2 </w:t>
      </w:r>
      <w:r>
        <w:rPr>
          <w:lang w:eastAsia="zh-CN"/>
        </w:rPr>
        <w:br/>
      </w:r>
      <w:r>
        <w:rPr>
          <w:lang w:eastAsia="zh-CN"/>
        </w:rPr>
        <w:t>　　在下个月里，我对自己的工作状况计划如下：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首先，学习外贸知识、产品知识。对一名刚从英语系毕业一年半的外贸新手来说，我的外贸知识还有待于加强，需要在往后的工作中进一步积累。</w:t>
      </w:r>
      <w:r>
        <w:rPr>
          <w:lang w:eastAsia="zh-CN"/>
        </w:rPr>
        <w:br/>
      </w:r>
      <w:r>
        <w:rPr>
          <w:lang w:eastAsia="zh-CN"/>
        </w:rPr>
        <w:t>　　此外，刚刚接触这个行业，对产品的认知我几乎是一片空白。因此，学习是我新年计划中的首要环节和重要任务。我会以一种用心的态度虚心向领导及各位同事请教。在我的个人观念里，态度决定成败，期望自己的努力会得到大家的肯定。</w:t>
      </w:r>
      <w:r>
        <w:rPr>
          <w:lang w:eastAsia="zh-CN"/>
        </w:rPr>
        <w:br/>
      </w:r>
      <w:r>
        <w:rPr>
          <w:lang w:eastAsia="zh-CN"/>
        </w:rPr>
        <w:t>　　其次，学习缮制单据。在熟悉整套外贸流程理论知识之余，锻炼自己的实际操作潜力。因为此前一年多的工作经验都只是局限于业务方面，重点在与客户的沟通上。</w:t>
      </w:r>
      <w:r>
        <w:rPr>
          <w:lang w:eastAsia="zh-CN"/>
        </w:rPr>
        <w:br/>
      </w:r>
      <w:r>
        <w:rPr>
          <w:lang w:eastAsia="zh-CN"/>
        </w:rPr>
        <w:t>　　单据的制作以及出口流程中跟银行、商检、海关、贸促会等相关部门的接触，都是我面临的新的工作。由此，我也体会到自己以前掌握的工作环节并不全面、完整。此刻能从最基本的出口单证做起，对我来说是一个不可多得的学习机会。</w:t>
      </w:r>
      <w:r>
        <w:rPr>
          <w:lang w:eastAsia="zh-CN"/>
        </w:rPr>
        <w:br/>
      </w:r>
      <w:r>
        <w:rPr>
          <w:lang w:eastAsia="zh-CN"/>
        </w:rPr>
        <w:t>　　第三，如有机会接触公司业务，我期望能尽快熟悉自己跟的每一个客户，总结并分析他们的新特点，以一颗热忱的心为客户服务，为公司创利!</w:t>
      </w:r>
      <w:r>
        <w:rPr>
          <w:lang w:eastAsia="zh-CN"/>
        </w:rPr>
        <w:br/>
      </w:r>
      <w:r>
        <w:rPr>
          <w:lang w:eastAsia="zh-CN"/>
        </w:rPr>
        <w:t>　　第四，用心开拓新业务，充分利用网络资源为公司寻找目标客户。及时更新我司在阿里巴巴等相关网站上发布的供求信息，并持之以恒地跟踪，相信长久的付出总会有必须的成效。</w:t>
      </w:r>
      <w:r>
        <w:rPr>
          <w:lang w:eastAsia="zh-CN"/>
        </w:rPr>
        <w:br/>
      </w:r>
      <w:r>
        <w:rPr>
          <w:lang w:eastAsia="zh-CN"/>
        </w:rPr>
        <w:t>　　第五，协助领导及同事做好两届展会及其它国外展会的前期准备工作。在展会结束后，协助参展人员做好后续的客户跟踪服务，以此巩固展会成果。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2024外贸业务员销售工作计划 篇3 </w:t>
      </w:r>
      <w:r>
        <w:rPr>
          <w:lang w:eastAsia="zh-CN"/>
        </w:rPr>
        <w:br/>
      </w:r>
      <w:r>
        <w:rPr>
          <w:lang w:eastAsia="zh-CN"/>
        </w:rPr>
        <w:t>　　在此我订立了工作计划，以便自己在新的一年里又更大的进步和成绩。</w:t>
      </w:r>
      <w:r>
        <w:rPr>
          <w:lang w:eastAsia="zh-CN"/>
        </w:rPr>
        <w:br/>
      </w:r>
      <w:r>
        <w:rPr>
          <w:lang w:eastAsia="zh-CN"/>
        </w:rPr>
        <w:t>　　一、熟悉公司的规章制度和工程管理的开展，熟悉自己工作岗位的业务流程。</w:t>
      </w:r>
      <w:r>
        <w:rPr>
          <w:lang w:eastAsia="zh-CN"/>
        </w:rPr>
        <w:br/>
      </w:r>
      <w:r>
        <w:rPr>
          <w:lang w:eastAsia="zh-CN"/>
        </w:rPr>
        <w:t>　　二、增强责任感、增强服务意识、增强团队意识。</w:t>
      </w:r>
      <w:r>
        <w:rPr>
          <w:lang w:eastAsia="zh-CN"/>
        </w:rPr>
        <w:br/>
      </w:r>
      <w:r>
        <w:rPr>
          <w:lang w:eastAsia="zh-CN"/>
        </w:rPr>
        <w:t>　　积极主动地把工作做到点上、落到实处。我将尽我最大的能力减轻领导的压力。明确自己的工作职责，遇到问题时要及时的去分析问题，解决问题，服从上级的安排。</w:t>
      </w:r>
      <w:r>
        <w:rPr>
          <w:lang w:eastAsia="zh-CN"/>
        </w:rPr>
        <w:br/>
      </w:r>
      <w:r>
        <w:rPr>
          <w:lang w:eastAsia="zh-CN"/>
        </w:rPr>
        <w:t>　　三、公司在不断的改革，订立了新的规定，作为公司的一员，必须以身作则，遵守公司的规定。</w:t>
      </w:r>
      <w:r>
        <w:rPr>
          <w:lang w:eastAsia="zh-CN"/>
        </w:rPr>
        <w:br/>
      </w:r>
      <w:r>
        <w:rPr>
          <w:lang w:eastAsia="zh-CN"/>
        </w:rPr>
        <w:t>　　1、以寻找目标市场的商业网站、行业协会网站、商会网站及产品专业网站为方向，了解并联系目标市场知名度高销售网络庞大的进口商。</w:t>
      </w:r>
      <w:r>
        <w:rPr>
          <w:lang w:eastAsia="zh-CN"/>
        </w:rPr>
        <w:br/>
      </w:r>
      <w:r>
        <w:rPr>
          <w:lang w:eastAsia="zh-CN"/>
        </w:rPr>
        <w:t>　　2、基于目前手头联系的较多的客户，打算先从其着手，了解的途径主要按照上述说明的方向。通过谷歌和百度等网络搜索引擎找到相关网站网址。</w:t>
      </w:r>
      <w:r>
        <w:rPr>
          <w:lang w:eastAsia="zh-CN"/>
        </w:rPr>
        <w:br/>
      </w:r>
      <w:r>
        <w:rPr>
          <w:lang w:eastAsia="zh-CN"/>
        </w:rPr>
        <w:t>　　3、准确知道其他国家一些大采购商的联系方式后，接下来就是如何将他们开发成为我们的客户了。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认真对待收到的每封询盘，及时处理并跟进客户。必要时做好相应笔记。在一些免费的平台上，发布产品信息，推广我们的产品。同时在与客户沟通的过程中，挖掘他们国家同行业进口的信息。至于能收获多少，看沟通方式和客户的意愿等因素了。</w:t>
      </w:r>
      <w:r>
        <w:rPr>
          <w:lang w:eastAsia="zh-CN"/>
        </w:rPr>
        <w:br/>
      </w:r>
      <w:r>
        <w:rPr>
          <w:lang w:eastAsia="zh-CN"/>
        </w:rPr>
        <w:t>　　5、对已经下单的客户，制作客户维护跟进表，详细记录跟进信息，了解产品使用反馈信息，掌握变动。</w:t>
      </w:r>
      <w:r>
        <w:rPr>
          <w:lang w:eastAsia="zh-CN"/>
        </w:rPr>
        <w:br/>
      </w:r>
      <w:r>
        <w:rPr>
          <w:lang w:eastAsia="zh-CN"/>
        </w:rPr>
        <w:t>　　6、对意向客户，多多保持联系，有计划有区别的发送邮件，并电话联系。</w:t>
      </w:r>
      <w:r>
        <w:rPr>
          <w:lang w:eastAsia="zh-CN"/>
        </w:rPr>
        <w:br/>
      </w:r>
      <w:r>
        <w:rPr>
          <w:lang w:eastAsia="zh-CN"/>
        </w:rPr>
        <w:t>　　7、对意向不明确的客户，按照开发信模板，每两天发一封邮件。</w:t>
      </w:r>
      <w:r>
        <w:rPr>
          <w:lang w:eastAsia="zh-CN"/>
        </w:rPr>
        <w:br/>
      </w:r>
      <w:r>
        <w:rPr>
          <w:lang w:eastAsia="zh-CN"/>
        </w:rPr>
        <w:t>　　8、每周五做好工作总结</w:t>
      </w:r>
      <w:r>
        <w:rPr>
          <w:lang w:eastAsia="zh-CN"/>
        </w:rPr>
        <w:br/>
      </w:r>
      <w:r>
        <w:rPr>
          <w:lang w:eastAsia="zh-CN"/>
        </w:rPr>
        <w:t>　　以上是我针对20__年的工作计划和发展方向，我会更加努力、认真负责的去对待本岗位的工作，希望通过自己的努力和他人的协助能够成功的达成计划并突破，取得更好的成绩并提高自己。</w:t>
      </w:r>
      <w:r>
        <w:rPr>
          <w:lang w:eastAsia="zh-CN"/>
        </w:rPr>
        <w:br/>
      </w:r>
      <w:r>
        <w:rPr>
          <w:lang w:eastAsia="zh-CN"/>
        </w:rPr>
        <w:t xml:space="preserve">    2024外贸业务员销售工作计划 篇4 </w:t>
      </w:r>
      <w:r>
        <w:rPr>
          <w:lang w:eastAsia="zh-CN"/>
        </w:rPr>
        <w:br/>
      </w:r>
      <w:r>
        <w:rPr>
          <w:lang w:eastAsia="zh-CN"/>
        </w:rPr>
        <w:t>　　以上，是我对20__年的个人工作计划，可能还很不成熟，希望领导指正。火车跑的快还靠车头带，我希望得到公司领导、部门领导的正确引导和帮助。展望 20年，我会更加努力、认真负责的去对待每一个业务，也力争赢的机会去寻求的客户，争取的单，完善业务开展工作。相信自己会完成新的任务，能迎接20年新的挑战。</w:t>
      </w:r>
      <w:r>
        <w:rPr>
          <w:lang w:eastAsia="zh-CN"/>
        </w:rPr>
        <w:br/>
      </w:r>
      <w:r>
        <w:rPr>
          <w:lang w:eastAsia="zh-CN"/>
        </w:rPr>
        <w:t>　　20__年，我有着的期待，相信自己一定能够在20__年取得更大的进步，自己就是这样一年一年的走过来的，从一个什么都不懂的毛头小伙到现在很有深度的资深公司业务员，我的成长充满了曲折，不过在今后的工作中，我还是需要继续不断的努力，相信自己在 20__年一定走的更远!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制定每月、每季度的工作计划。充分利用现有资源，尽最大努力、最大限度的开拓广告市常鉴于目前我们的终端数量有限的情况在争取投放的同时，也会为未来的市场多做铺垫工作，争取有更多大投放量、长期投放的客户参与进来。根据终端数量的增长情况，有针对性地调整工作策略、开发新的领域。</w:t>
      </w:r>
      <w:r>
        <w:rPr>
          <w:lang w:eastAsia="zh-CN"/>
        </w:rPr>
        <w:br/>
      </w:r>
      <w:r>
        <w:rPr>
          <w:lang w:eastAsia="zh-CN"/>
        </w:rPr>
        <w:t>　　1、在第一季度，以市场铺垫、推动市场为主，扩大_公司的知名度及推进速度告知，因为处于双节的特殊时期，很多单位的宣传计划制定完成，节后还会处于一个广告低潮期，我会充分利用这段时间补充相关知识，加紧联络客户感情，以期组成一个强大的客户群体。适当的寻找小一些的投放客户将广告投放进来，但我预计对方会有要求很低的折扣或者以货抵广告费的情况。</w:t>
      </w:r>
      <w:r>
        <w:rPr>
          <w:lang w:eastAsia="zh-CN"/>
        </w:rPr>
        <w:br/>
      </w:r>
      <w:r>
        <w:rPr>
          <w:lang w:eastAsia="zh-CN"/>
        </w:rPr>
        <w:t>　　2、在第二季度的时候，因为有“五一节劳动节”的关系，广告市场会迎来一个小小的高峰期，并且随着天气的逐渐转热，夏季饮品、洗浴用品、防蚊用品等的广告会作为投放重点开发。</w:t>
      </w:r>
      <w:r>
        <w:rPr>
          <w:lang w:eastAsia="zh-CN"/>
        </w:rPr>
        <w:br/>
      </w:r>
      <w:r>
        <w:rPr>
          <w:lang w:eastAsia="zh-CN"/>
        </w:rPr>
        <w:t>　　3、第三季度的“十一”“中秋”双节，广告市场会给后半年带来一个良好的开端，白酒、保健品、礼品等一些产品会加入广告行列。并且，随着我公司终端铺设数量的增加，一些投放量大的、长期的客户就可以逐步渗入进来了，为年底的广告大战做好充分的准备。</w:t>
      </w:r>
      <w:r>
        <w:rPr>
          <w:lang w:eastAsia="zh-CN"/>
        </w:rPr>
        <w:br/>
      </w:r>
      <w:r>
        <w:rPr>
          <w:lang w:eastAsia="zh-CN"/>
        </w:rPr>
        <w:t>　　4、年底的广告工作是一年当中的顶峰时期，加之我们一年的终端铺设、客户推广，我相信是我们广告部最热火朝天的时间。随着冬季结婚人群的增加，一些婚庆服务、婚庆用品也会加入广告行列，双节的广告气氛也会在这种环境下随之而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我会充分的根据实际情况、时间特点去做好客户开发工作，并根据市场变化及时调节我的工作思路。争取把广告额度做到最大化!</w:t>
      </w:r>
      <w:r>
        <w:rPr>
          <w:lang w:eastAsia="zh-CN"/>
        </w:rPr>
        <w:br/>
      </w:r>
      <w:r>
        <w:rPr>
          <w:lang w:eastAsia="zh-CN"/>
        </w:rPr>
        <w:t>　　二、制订学习计划。做市场开拓是需要根据市场不停的变化局面，不断调整经营思路的工作，学习对于业务人员来说至关重要，因为它直接关系到一个业务人员与时俱进的步伐和业务方面的生命力。我会适时的根据需要调整我的学习方向来补充新的能量。产品知识、营销知识、投放策略、数据、媒体运作管理等相关广告的知识都是我要掌握的内容，知己知彼，方能百战不殆(在这方面还希望公司给与我们业务人员支持)。</w:t>
      </w:r>
      <w:r>
        <w:rPr>
          <w:lang w:eastAsia="zh-CN"/>
        </w:rPr>
        <w:br/>
      </w:r>
      <w:r>
        <w:rPr>
          <w:lang w:eastAsia="zh-CN"/>
        </w:rPr>
        <w:t>　　另外，在20__年年末的时候，我报考了_大学的专业，因为我了解到其中有很多的做影视前期、后期及管理的课程，广告部的管理、编播也会有很多这方面的工作，我将系统地、全面的进行学习，以便理论结合实际。好让自己在广告部能够发挥更大的作用。</w:t>
      </w:r>
      <w:r>
        <w:rPr>
          <w:lang w:eastAsia="zh-CN"/>
        </w:rPr>
        <w:br/>
      </w:r>
      <w:r>
        <w:rPr>
          <w:lang w:eastAsia="zh-CN"/>
        </w:rPr>
        <w:t>　　三、加强自己思想建设，增强全局意识、增强责任感、增强团队意识。积极主动地把工作做到点上、落到实处。我将尽我最大的能力减轻领导的压力。</w:t>
      </w:r>
      <w:r>
        <w:rPr>
          <w:lang w:eastAsia="zh-CN"/>
        </w:rPr>
        <w:br/>
      </w:r>
      <w:r>
        <w:rPr>
          <w:lang w:eastAsia="zh-CN"/>
        </w:rPr>
        <w:t>　　以上，是我对20__年的一些设想，可能还很不成熟，希望领导指正。火车跑的快还靠车头带，我希望得到公司领导、部门领导的正确引导和帮助。20__，我将以崭新的精神状态投入到工作当中，努力学习，提高工作、业务能力.</w:t>
      </w:r>
      <w:r>
        <w:rPr>
          <w:lang w:eastAsia="zh-CN"/>
        </w:rPr>
        <w:br/>
      </w:r>
      <w:r>
        <w:rPr>
          <w:lang w:eastAsia="zh-CN"/>
        </w:rPr>
        <w:t xml:space="preserve">    2024外贸业务员销售工作计划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首先，学习外贸知识、产品知识。对一名刚从英语系毕业一年半的外贸新手来说，我的外贸知识还有待于加强，需要在往后的工作中进一步积累。</w:t>
      </w:r>
      <w:r>
        <w:rPr>
          <w:lang w:eastAsia="zh-CN"/>
        </w:rPr>
        <w:br/>
      </w:r>
      <w:r>
        <w:rPr>
          <w:lang w:eastAsia="zh-CN"/>
        </w:rPr>
        <w:t>　　此外，刚刚接触这个行业，对产品的认知我几乎是一片空白。因此，学习是我新年计划中的首要环节和重要任务。我会以一种积极的态度虚心向领导及各位同事请教。在我的个人观念里，态度决定成败，希望自己的努力会得到大家的肯定。</w:t>
      </w:r>
      <w:r>
        <w:rPr>
          <w:lang w:eastAsia="zh-CN"/>
        </w:rPr>
        <w:br/>
      </w:r>
      <w:r>
        <w:rPr>
          <w:lang w:eastAsia="zh-CN"/>
        </w:rPr>
        <w:t>　　其次，学习缮制单据。在熟悉整套外贸流程理论知识之余，锻炼自己的实际操作能力。因为此前一年多的工作经验都只是局限于业务方面，重点在与客户的沟通上。</w:t>
      </w:r>
      <w:r>
        <w:rPr>
          <w:lang w:eastAsia="zh-CN"/>
        </w:rPr>
        <w:br/>
      </w:r>
      <w:r>
        <w:rPr>
          <w:lang w:eastAsia="zh-CN"/>
        </w:rPr>
        <w:t>　　单据的制作以及出口流程中跟银行、商检、海关、贸促会等相关部门的接触，都是我面临的新的工作。由此，我也体会到自己以前掌握的工作环节并不全面、完整。现在能从最基本的出口单证做起，对我来说是一个不可多得的学习机会。</w:t>
      </w:r>
      <w:r>
        <w:rPr>
          <w:lang w:eastAsia="zh-CN"/>
        </w:rPr>
        <w:br/>
      </w:r>
      <w:r>
        <w:rPr>
          <w:lang w:eastAsia="zh-CN"/>
        </w:rPr>
        <w:t>　　第三，如有机会接触公司业务，我希望能尽快熟悉自己跟的每一个客户，总结并分析他们的新特点，以一颗热忱的心为客户服务，为公司创利!</w:t>
      </w:r>
      <w:r>
        <w:rPr>
          <w:lang w:eastAsia="zh-CN"/>
        </w:rPr>
        <w:br/>
      </w:r>
      <w:r>
        <w:rPr>
          <w:lang w:eastAsia="zh-CN"/>
        </w:rPr>
        <w:t>　　第四，积极开拓新业务，充分利用网络资源为公司寻找目标客户。及时更新我司在阿里巴巴等相关网站上发布的供求信息，并持之以恒地跟踪，相信长久的付出总会有一定的成效。</w:t>
      </w:r>
      <w:r>
        <w:rPr>
          <w:lang w:eastAsia="zh-CN"/>
        </w:rPr>
        <w:br/>
      </w:r>
      <w:r>
        <w:rPr>
          <w:lang w:eastAsia="zh-CN"/>
        </w:rPr>
        <w:t>　　第五，协助领导及同事做好两届展会及其它国外展会的前期准备工作。在展会结束后，协助参展人员做好后续的客户跟踪服务，以此巩固展会成果。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2024外贸业务员销售工作计划 篇6 </w:t>
      </w:r>
      <w:r>
        <w:rPr>
          <w:lang w:eastAsia="zh-CN"/>
        </w:rPr>
        <w:br/>
      </w:r>
      <w:r>
        <w:rPr>
          <w:lang w:eastAsia="zh-CN"/>
        </w:rPr>
        <w:t>　　在这辞旧迎新的日子里，回首这一年工作的历程不禁感慨十分。</w:t>
      </w:r>
      <w:r>
        <w:rPr>
          <w:lang w:eastAsia="zh-CN"/>
        </w:rPr>
        <w:br/>
      </w:r>
      <w:r>
        <w:rPr>
          <w:lang w:eastAsia="zh-CN"/>
        </w:rPr>
        <w:t>　　在这一年里虽然没有取得惊人的成绩，但是其中的曲折和坎坷我是深有体会的。对有一定销售经验的人来说，销售确实不难，但对于一个销售经验不是很丰富，刚从事销售这一行业不到两年的人来说是有一定挑战性的，到现在为止，我不再说自己是一个销售新人，因为我进军到销售这一行业也快一年半的时间，说长不长说短不短，大约540天的时间每天都是在围绕销售这一个中心而展开的。20__年这一年又快过去了，虽然没有取得斐然的成绩，但是我觉得已经做得对得起自己，每天我没有在虚度光阴无所事事，而是在想方设法怎样做好方案和报价迎来客户，一个业务员要得到公司的肯定那只有销售业绩，这是铁打的事实。为了明年能取得优异的成果，一定再接再厉，做的努力去挑战极限，争取明年做到超过预定销售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今年一月份的时候还只刚刚利用阿里巴巴网络销售平台，一个一个上传产品写英文产品描述，由于去年那半年的时间没有实质性的单在跟对产品了解得非常浅显，所以在产品描述阶段利用了比较长的时间，开始没人教尽管不是太难但实际操作起来还是遇到了不少麻烦，全靠自己慢慢摸索出来，怎样把产品描述写好关键词设好。在上季度询盘是非常少的而且收到的询盘也没有多少含金量，即使利用大部分时间比较细致地去回复询盘，结果发现有潜在客户回复得也很少，而且回复得不太详细，实则从那些回复可以看出他们是没有意愿想买。可能只是为了积累一些报价，或用于与其他供应商的报价做比较，这一季度的报价基本都是无用功。在第二季度的时候可能产品比较完善，描述也算比较到位了，慢慢地一些含金量高一点的询盘就来了，在那众多的询盘中你无法得知哪些是有效得询盘，只有每个询盘都认真去对待从而引导潜在客户，他们才会一步一步对你的回复和话题感兴趣，而后会利用他们宝贵的时间在忙碌中开始一天一天回复你的问题。</w:t>
      </w:r>
      <w:r>
        <w:rPr>
          <w:lang w:eastAsia="zh-CN"/>
        </w:rPr>
        <w:br/>
      </w:r>
      <w:r>
        <w:rPr>
          <w:lang w:eastAsia="zh-CN"/>
        </w:rPr>
        <w:t>　　实际上，只要大部分询盘是含金量较高的就一定会迎来客户来国看厂，这样拿到单的机会就较高。同时，还有一种情况就是客人需要的设备较多金额大，他们于是来国参观几家厂，而我们要在其中脱颖而出让他们选择我们生产的设备，这个有很多因素影响买卖的成功，价格因素，沟通因素，公司其他一些因素。所以成功与否，看实力。没拿到那个单也不要垂头丧气，拿到了也不要沾沾自喜。机会还很多，不过每次都要好好把握。</w:t>
      </w:r>
      <w:r>
        <w:rPr>
          <w:lang w:eastAsia="zh-CN"/>
        </w:rPr>
        <w:br/>
      </w:r>
      <w:r>
        <w:rPr>
          <w:lang w:eastAsia="zh-CN"/>
        </w:rPr>
        <w:t>　　第三季度基本都是在跟单学做单据，其实这些表面上不难，但是都是些细致活，只要一个地方错了可以让客户清不了关。就拿单单要相符单证要一致来说，公司抬头一定要用对，不要装箱单和商业发票还有原产地证用的不是一个公司的，那么就会出问题了，这只是其中的一例。</w:t>
      </w:r>
      <w:r>
        <w:rPr>
          <w:lang w:eastAsia="zh-CN"/>
        </w:rPr>
        <w:br/>
      </w:r>
      <w:r>
        <w:rPr>
          <w:lang w:eastAsia="zh-CN"/>
        </w:rPr>
        <w:t>　　第四季度，在11月上旬所幸接到了一个单，本来是打算做完今年辞职了，明年做到四月份的样子如果做不到单就辞职。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因为我知道跟到一个单的最短的时间大概就是3个月的样子。重新给自己制定一个销售计划，其中最不可缺少的就是毅力和勤奋，还有一个坚定的信念。我总是暗示自己单肯定是会有的，只是时间的问题。虽然付出并不一定就有很大的回报，但是有所付出就一定会有得，天上不会自动掉馅饼，只有自己努力去争取才有机会获得成功，成功总是垂青于有准备的头脑，所以作为一个销售员要时刻准备着如何去应对未知。</w:t>
      </w:r>
      <w:r>
        <w:rPr>
          <w:lang w:eastAsia="zh-CN"/>
        </w:rPr>
        <w:br/>
      </w:r>
      <w:r>
        <w:rPr>
          <w:lang w:eastAsia="zh-CN"/>
        </w:rPr>
        <w:t>　　这一年即将过去，在这一年里失望过也庆幸过，庆幸地是在没有其他做外贸的同事的带领下也可以完成一个小单。做了一个一个小单之后信心便有了，这是庆幸之处。其中不足之处还是对于技术上的一些问题无法给客户解答清楚，因为那些是要弄懂原理才弄得清的，比如说那些管路的原理，水从哪里流进后经过哪些管流出，哪些管又是回收浓水的，打开哪些开关又是洗膜的，打开哪些是冲洗预处理罐子的，哪个阀门又是什么功能的等等，等客户问到这些无法告知的时候便意识到实际上只弄清楚基本的流程是远远不够的。到目前为止还没有售出过一条生产线的机器，那里面的细节涉及技术上的问题应该，所以说无论从事哪个行业，学是无止境的。从这些，我看到了自己的不足，以后如果想小有成就必须在这方面精益求精。</w:t>
      </w:r>
      <w:r>
        <w:rPr>
          <w:lang w:eastAsia="zh-CN"/>
        </w:rPr>
        <w:br/>
      </w:r>
      <w:r>
        <w:rPr>
          <w:lang w:eastAsia="zh-CN"/>
        </w:rPr>
        <w:t>　　总结到这里我基本上没有什么心得和自我审视的地方了，只是还有下一年的目标，想着朝那个目标迈进，能售出一条纯净水生产线的设备一直是我追求的目标，希望明年第一季度可以实现。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另外，在这里还有对公司的一些制度稍为不满，我希望公司可以按照我的建议做到如下，第一，我觉得公司不能每月扣我们提成加底薪的15%，5%还是我们可以接受的，还有每一年扣除的部分应该在年末清算给我们。第二，退税部分在退税下来了就要发给我们。第三，在价格表的基础上售卖出产品。</w:t>
      </w:r>
      <w:r>
        <w:rPr>
          <w:lang w:eastAsia="zh-CN"/>
        </w:rPr>
        <w:br/>
      </w:r>
      <w:r>
        <w:rPr>
          <w:lang w:eastAsia="zh-CN"/>
        </w:rPr>
        <w:t xml:space="preserve">    2024外贸业务员销售工作计划 篇7 </w:t>
      </w:r>
      <w:r>
        <w:rPr>
          <w:lang w:eastAsia="zh-CN"/>
        </w:rPr>
        <w:br/>
      </w:r>
      <w:r>
        <w:rPr>
          <w:lang w:eastAsia="zh-CN"/>
        </w:rPr>
        <w:t>　　此刻我已经正正在公司担当业务员有四年的工夫了。能够讲我是公司数得着的老业务员之一，也是对公司的发展有必须贡献了。此刻20__年将终了，我念正正在岁末的时辰就我一年的义务做一下总结，也对自我的义务延迟写下了20__的义务打算，让自我正正在假期中能够稳固的度过，也让自我能够及时的熟习到今后的形势，希冀没有会让自我失落视!</w:t>
      </w:r>
      <w:r>
        <w:rPr>
          <w:lang w:eastAsia="zh-CN"/>
        </w:rPr>
        <w:br/>
      </w:r>
      <w:r>
        <w:rPr>
          <w:lang w:eastAsia="zh-CN"/>
        </w:rPr>
        <w:t>　　转眼间又要进进新的一年20__年了，新的一年是一个充满搬弄、机遇取压力开端的一年，也是我特别很是告急的一年。进来义务已过个岁首年月，家庭、生活战义务压力派遣我要勤恳义务战认真学习。正正在此，我订坐了本年度义务打算，以便使自我正正在新的一年里有更大年夜的进步战效果。</w:t>
      </w:r>
      <w:r>
        <w:rPr>
          <w:lang w:eastAsia="zh-CN"/>
        </w:rPr>
        <w:br/>
      </w:r>
      <w:r>
        <w:rPr>
          <w:lang w:eastAsia="zh-CN"/>
        </w:rPr>
        <w:t>　　1、熟悉公司新的规章制度战业务睁开义务</w:t>
      </w:r>
      <w:r>
        <w:rPr>
          <w:lang w:eastAsia="zh-CN"/>
        </w:rPr>
        <w:br/>
      </w:r>
      <w:r>
        <w:rPr>
          <w:lang w:eastAsia="zh-CN"/>
        </w:rPr>
        <w:t>　　公司正正在不绝改革，订坐了新的规矩，天性正正在诉讼业务圆面安排了专业司法事情人员帮手。做为公司一名老业务人员，务必以身做责，正正在遵守公司规矩的同时努力睁开业务义务。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正正在第一季度，以诉讼业务拓荒为主。针对现有的老客户本钱做诉讼业务拓荒，把可以有诉讼需供的客户部分拓荒一遍，有意向合作的客户安排司法事情专员见面卡脖子。时代，至少增进两件诉讼业务，代庖代理费用达万元以上(每件万元)。做诉讼业务拓荒的同时，没有克没有及拾掉落该等客户交办的各类业务，取该等客户继承经常性联结，及时报告该等客户交办业务的搁浅状况。</w:t>
      </w:r>
      <w:r>
        <w:rPr>
          <w:lang w:eastAsia="zh-CN"/>
        </w:rPr>
        <w:br/>
      </w:r>
      <w:r>
        <w:rPr>
          <w:lang w:eastAsia="zh-CN"/>
        </w:rPr>
        <w:t>　　正正在第两季度的时辰，以商标、专利业务为主。透过到专业市场、插手专业展销会、上网、电话、陌生人拜候等多种业务拓荒方式拓荒客户，抓紧联络老客户激情，组成一个循环有业务做的客户群体。乃至于到达4。万元以上代庖代理费(每一个月没有低于1。万元代理费)。正正在大力拓荒市场的同时，没有克没有及拾掉落该等客户交办的各类业务，取该等客户继承经常性联结，及时报告该等客户交办业务的搁浅状况。</w:t>
      </w:r>
      <w:r>
        <w:rPr>
          <w:lang w:eastAsia="zh-CN"/>
        </w:rPr>
        <w:br/>
      </w:r>
      <w:r>
        <w:rPr>
          <w:lang w:eastAsia="zh-CN"/>
        </w:rPr>
        <w:t>　　第三季度的十一中秋单节，带来的无限商机，给后半年带来一个劣越的起源。并且，随着我对下端业务专业知识取综开潜力的相对提高，对范畴较大年夜的企业贴开了《中国驰名商标》也许《广东省著名商标》条件的客户，做一次有针对性的拓荒，有意向合作的客户能够安排业务经理见面卡脖子，抢夺签订一件《广东省著名商标》，启办费用达7。万元以上。做驰名商标取著名商标业务拓荒的同时，没有克没有及拾掉落该等客户交办的各类业务，取该等客户继承经常性联结，及时报告该等交办业务的搁浅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第四时度就是年底了，谁人时辰要努力掩护老客户交办的业务状况。首先，要渐渐懂得老客户中有潜力拓荒的客户本钱，找出有漏洞的中心，有针对性的做可行性举荐，力争为客户公司的知识产权保护做到最单方面，代庖代理费用每一个月至少达万元以上。</w:t>
      </w:r>
      <w:r>
        <w:rPr>
          <w:lang w:eastAsia="zh-CN"/>
        </w:rPr>
        <w:br/>
      </w:r>
      <w:r>
        <w:rPr>
          <w:lang w:eastAsia="zh-CN"/>
        </w:rPr>
        <w:t>　　2、制订学习打算</w:t>
      </w:r>
      <w:r>
        <w:rPr>
          <w:lang w:eastAsia="zh-CN"/>
        </w:rPr>
        <w:br/>
      </w:r>
      <w:r>
        <w:rPr>
          <w:lang w:eastAsia="zh-CN"/>
        </w:rPr>
        <w:t>　　学习，闭于业务人员来说相称告急，因为它直接闭系到一个业务人员取时俱进的步伐战业务圆面的人命力。我会适时的根据需要调剂我的学习标的目标来补充新的能量。专业知识、综开潜力、皆是我要掌握的资料。知己知彼，圆能攻无不克，正正在那圆面借希冀业务经理授予我支撑。</w:t>
      </w:r>
      <w:r>
        <w:rPr>
          <w:lang w:eastAsia="zh-CN"/>
        </w:rPr>
        <w:br/>
      </w:r>
      <w:r>
        <w:rPr>
          <w:lang w:eastAsia="zh-CN"/>
        </w:rPr>
        <w:t>　　3、增强职责感、增强效力熟悉、增强团队熟悉</w:t>
      </w:r>
      <w:r>
        <w:rPr>
          <w:lang w:eastAsia="zh-CN"/>
        </w:rPr>
        <w:br/>
      </w:r>
      <w:r>
        <w:rPr>
          <w:lang w:eastAsia="zh-CN"/>
        </w:rPr>
        <w:t>　　用心主动地把义务做到面上、落到实处。我将尽我最大年夜的潜力减轻率领的压力。</w:t>
      </w:r>
      <w:r>
        <w:rPr>
          <w:lang w:eastAsia="zh-CN"/>
        </w:rPr>
        <w:br/>
      </w:r>
      <w:r>
        <w:rPr>
          <w:lang w:eastAsia="zh-CN"/>
        </w:rPr>
        <w:t>　　以上，是我对20__年的个人义务打算，可以借很没有成生，希冀率领指正。火车跑的快借靠车头带，我希冀得到公司率领、部门率领的正确勾引战辅佐。展望20__年，我会减倍勤恳、认真背责的去对待每一个业务，也力争赢的时机去寻供的客户，抢夺的单，完善业务睁开义务。疑赖自我会完成新的责任，能驱赶20__年新的搬弄。</w:t>
      </w:r>
      <w:r>
        <w:rPr>
          <w:lang w:eastAsia="zh-CN"/>
        </w:rPr>
        <w:br/>
      </w:r>
      <w:r>
        <w:rPr>
          <w:lang w:eastAsia="zh-CN"/>
        </w:rPr>
        <w:t>　　20__年，我有着的期盼，疑赖自我必须能够正正在20__年得到更大年夜的进步，自我就是这样一年一年的走曩昔的，从一个什么皆没有懂的毛头小伙到此刻很有深度的资深公司业务员，我的成长充满了蜿蜒委曲，但是正正在今后的义务中，我还是需要承继不绝的勤恳，疑赖自我正正在20__年必须走的更远!</w:t>
      </w:r>
      <w:r>
        <w:rPr>
          <w:lang w:eastAsia="zh-CN"/>
        </w:rPr>
        <w:br/>
      </w:r>
      <w:r>
        <w:rPr>
          <w:lang w:eastAsia="zh-CN"/>
        </w:rPr>
        <w:t xml:space="preserve">    2024外贸业务员销售工作计划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__年的计划如下：</w:t>
      </w:r>
      <w:r>
        <w:rPr>
          <w:lang w:eastAsia="zh-CN"/>
        </w:rPr>
        <w:br/>
      </w:r>
      <w:r>
        <w:rPr>
          <w:lang w:eastAsia="zh-CN"/>
        </w:rPr>
        <w:t>　　一；要有好业绩就得加强业务学习，开拓视野，丰富知识，不断学习行业新知识，新产品，为客户带来实用的资讯，更好为客户服务。</w:t>
      </w:r>
      <w:r>
        <w:rPr>
          <w:lang w:eastAsia="zh-CN"/>
        </w:rPr>
        <w:br/>
      </w:r>
      <w:r>
        <w:rPr>
          <w:lang w:eastAsia="zh-CN"/>
        </w:rPr>
        <w:t>　　不仅在争取销售公司生产线产品的机会，而且还要不断开拓单机及特殊产品的销售，因为相对来讲这些具有更高的市场潜质和更广大的范围。</w:t>
      </w:r>
      <w:r>
        <w:rPr>
          <w:lang w:eastAsia="zh-CN"/>
        </w:rPr>
        <w:br/>
      </w:r>
      <w:r>
        <w:rPr>
          <w:lang w:eastAsia="zh-CN"/>
        </w:rPr>
        <w:t>　　二；对客户先友后单，与客户发展良好的友谊，处处为客户着想，把客户当成自己的朋友，达到思想和情感上的交融。</w:t>
      </w:r>
      <w:r>
        <w:rPr>
          <w:lang w:eastAsia="zh-CN"/>
        </w:rPr>
        <w:br/>
      </w:r>
      <w:r>
        <w:rPr>
          <w:lang w:eastAsia="zh-CN"/>
        </w:rPr>
        <w:t>　　对于老客户，和固定客户，要经常保持联系，在有时间有条件的情况下，比如在节日里提前寄送一些节日贺卡给客户，好稳定与客户关系。重在沟通，更好的维系交流。另外借机会有一些产品的新信息要及时的发送给客户相关照片及信息，让客户知道我们的产品的先进性让客户脑中经常会有我们公司的存在这样才能有新的机会。</w:t>
      </w:r>
      <w:r>
        <w:rPr>
          <w:lang w:eastAsia="zh-CN"/>
        </w:rPr>
        <w:br/>
      </w:r>
      <w:r>
        <w:rPr>
          <w:lang w:eastAsia="zh-CN"/>
        </w:rPr>
        <w:t>　　三；在拥有老客户的同时还要不断从各种媒体获得更多客户信息。可尝试以下途径寻找客户源：</w:t>
      </w:r>
      <w:r>
        <w:rPr>
          <w:lang w:eastAsia="zh-CN"/>
        </w:rPr>
        <w:br/>
      </w:r>
      <w:r>
        <w:rPr>
          <w:lang w:eastAsia="zh-CN"/>
        </w:rPr>
        <w:t>　　1、搜索引擎营销，比如google，bing等国际搜索引擎上的搜索，而且要分不同的国家语言关键词来搜索有利于获取对于非英语国家的更多的机会。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B2B网站营销，阿里巴巴，环球资源，EC21……等等，当然还可以考虑一些行业网站，在日常工作中当做一种习惯有空闲的时候就当做是在看新闻一样的在这些B2B网站搜集寻找相关信息，找寻可能性的潜在客户，并顺便了解当前市场的信息。</w:t>
      </w:r>
      <w:r>
        <w:rPr>
          <w:lang w:eastAsia="zh-CN"/>
        </w:rPr>
        <w:br/>
      </w:r>
      <w:r>
        <w:rPr>
          <w:lang w:eastAsia="zh-CN"/>
        </w:rPr>
        <w:t>　　3、国际性期刊，寻找我们产品相关的国际期刊在上面寻找潜在客户并上网搜索这些公司的信息，在时机成熟的时候再采取在期刊做一些广告的方式，目前不太适用。</w:t>
      </w:r>
      <w:r>
        <w:rPr>
          <w:lang w:eastAsia="zh-CN"/>
        </w:rPr>
        <w:br/>
      </w:r>
      <w:r>
        <w:rPr>
          <w:lang w:eastAsia="zh-CN"/>
        </w:rPr>
        <w:t>　　4、国际展会、交流会，抓住机会争取赢取一些实际的客户，提前做好宣传资料及产品报价资料的详尽文件图片，并且发挥在展会上寻找客户的这样难得机会的最大可能性，主动的去介绍我们的产品。</w:t>
      </w:r>
      <w:r>
        <w:rPr>
          <w:lang w:eastAsia="zh-CN"/>
        </w:rPr>
        <w:br/>
      </w:r>
      <w:r>
        <w:rPr>
          <w:lang w:eastAsia="zh-CN"/>
        </w:rPr>
        <w:t>　　5、朋友或客户介绍</w:t>
      </w:r>
      <w:r>
        <w:rPr>
          <w:lang w:eastAsia="zh-CN"/>
        </w:rPr>
        <w:br/>
      </w:r>
      <w:r>
        <w:rPr>
          <w:lang w:eastAsia="zh-CN"/>
        </w:rPr>
        <w:t>　　6、重点参考之前成功案例分析其有效的营销途径和方式方法。</w:t>
      </w:r>
      <w:r>
        <w:rPr>
          <w:lang w:eastAsia="zh-CN"/>
        </w:rPr>
        <w:br/>
      </w:r>
      <w:r>
        <w:rPr>
          <w:lang w:eastAsia="zh-CN"/>
        </w:rPr>
        <w:t>　　四；今年对自己有以下要求</w:t>
      </w:r>
      <w:r>
        <w:rPr>
          <w:lang w:eastAsia="zh-CN"/>
        </w:rPr>
        <w:br/>
      </w:r>
      <w:r>
        <w:rPr>
          <w:lang w:eastAsia="zh-CN"/>
        </w:rPr>
        <w:t>　　首先是完善公司的新版网站督促设计尽快完成。</w:t>
      </w:r>
      <w:r>
        <w:rPr>
          <w:lang w:eastAsia="zh-CN"/>
        </w:rPr>
        <w:br/>
      </w:r>
      <w:r>
        <w:rPr>
          <w:lang w:eastAsia="zh-CN"/>
        </w:rPr>
        <w:t>　　1：做好每天的工作记录，避免遗忘重要事项。做好客户的跟踪，对客户的联系进度及时记录，对以往与客户相互间发送的技术及报价资料要归类整理好，以便随时联系。与外贸的同事一起总结，周一小结，每月一大结，看看有哪些工作上的失误，及时改正下次不要再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接触客户之前要多查、了解顾客所在的公司的主要产品，不要千篇一律的回复邮件。以便判断客户的需要和问题，然后针对顾客的需要和问题，提出建设性的意见。如提出能够增加顾客销售量或能够使顾客节省费用、增加利润的方法。向客户做出建设性意见，会更有利于赢得客户的好感，这样可以给客户留下良好的印象，有利于长期接触。了解市场需求，客户需求，争取“按照客户需要提供定制服务”</w:t>
      </w:r>
      <w:r>
        <w:rPr>
          <w:lang w:eastAsia="zh-CN"/>
        </w:rPr>
        <w:br/>
      </w:r>
      <w:r>
        <w:rPr>
          <w:lang w:eastAsia="zh-CN"/>
        </w:rPr>
        <w:t>　　3：对客户不能有隐瞒和欺骗，这样才会有长远的客户。在有些问题上你和客户是一致的。对所有客户的工作态度都要一样，但不能太低三下气。给客户一好印象，为公司树立更好的形象。客户遇到问题，不能置之不理一定要尽全力帮助他们解决。要先做人再做生意，先卖信誉后卖产品，让客户相信我们的工作实力，才能更好的完成任务。</w:t>
      </w:r>
      <w:r>
        <w:rPr>
          <w:lang w:eastAsia="zh-CN"/>
        </w:rPr>
        <w:br/>
      </w:r>
      <w:r>
        <w:rPr>
          <w:lang w:eastAsia="zh-CN"/>
        </w:rPr>
        <w:t>　　4.另外，在对于搜索后得出的一些潜在客户的邮件后，在打算开发行动之前，一定要针对不同的客户研究出一套有效的并让客户有兴趣去看的开发信，以便打开局面。</w:t>
      </w:r>
      <w:r>
        <w:rPr>
          <w:lang w:eastAsia="zh-CN"/>
        </w:rPr>
        <w:br/>
      </w:r>
      <w:r>
        <w:rPr>
          <w:lang w:eastAsia="zh-CN"/>
        </w:rPr>
        <w:t>　　这样发邮件才有可能有效果。</w:t>
      </w:r>
      <w:r>
        <w:rPr>
          <w:lang w:eastAsia="zh-CN"/>
        </w:rPr>
        <w:br/>
      </w:r>
      <w:r>
        <w:rPr>
          <w:lang w:eastAsia="zh-CN"/>
        </w:rPr>
        <w:t xml:space="preserve">    2024外贸业务员销售工作计划 篇9 </w:t>
      </w:r>
      <w:r>
        <w:rPr>
          <w:lang w:eastAsia="zh-CN"/>
        </w:rPr>
        <w:br/>
      </w:r>
      <w:r>
        <w:rPr>
          <w:lang w:eastAsia="zh-CN"/>
        </w:rPr>
        <w:t>　　随着岗前培训的结束，也意味着进入下一步的实质性工作阶段，回顾这短短四天的培训学习过程，非常感谢公司领导和各位同事的顶力相助，使我顺利完成培训并基本掌握相关业务知识。基于本人是第一次接触外贸业务务和销售行业，面临困难和压力较大，为了能顺利完成公司所规定的指标和达到个人预期目标，针对行业特点、现状，结合本人这几天对“销售服务”的理解和感悟，特对第一个月工作制定以下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本计划包括宗旨、目标、工作开展计划和计划评估总结等四部分。</w:t>
      </w:r>
      <w:r>
        <w:rPr>
          <w:lang w:eastAsia="zh-CN"/>
        </w:rPr>
        <w:br/>
      </w:r>
      <w:r>
        <w:rPr>
          <w:lang w:eastAsia="zh-CN"/>
        </w:rPr>
        <w:t>　　一、宗旨</w:t>
      </w:r>
      <w:r>
        <w:rPr>
          <w:lang w:eastAsia="zh-CN"/>
        </w:rPr>
        <w:br/>
      </w:r>
      <w:r>
        <w:rPr>
          <w:lang w:eastAsia="zh-CN"/>
        </w:rPr>
        <w:t>　　本计划是第一个月工作开展的指导，是完成销售指标和达到个人预期目标的保证。制定本计划的宗旨是确保完成指标、实现目标。</w:t>
      </w:r>
      <w:r>
        <w:rPr>
          <w:lang w:eastAsia="zh-CN"/>
        </w:rPr>
        <w:br/>
      </w:r>
      <w:r>
        <w:rPr>
          <w:lang w:eastAsia="zh-CN"/>
        </w:rPr>
        <w:t>　　二、目标</w:t>
      </w:r>
      <w:r>
        <w:rPr>
          <w:lang w:eastAsia="zh-CN"/>
        </w:rPr>
        <w:br/>
      </w:r>
      <w:r>
        <w:rPr>
          <w:lang w:eastAsia="zh-CN"/>
        </w:rPr>
        <w:t>　　1.全面、较深入地掌握我们“产品”的功能、特色和优势并做到应用自如。</w:t>
      </w:r>
      <w:r>
        <w:rPr>
          <w:lang w:eastAsia="zh-CN"/>
        </w:rPr>
        <w:br/>
      </w:r>
      <w:r>
        <w:rPr>
          <w:lang w:eastAsia="zh-CN"/>
        </w:rPr>
        <w:t>　　2.根据自己以前所了解的和从其他途径搜索到的信息，录入客户资料150家。</w:t>
      </w:r>
      <w:r>
        <w:rPr>
          <w:lang w:eastAsia="zh-CN"/>
        </w:rPr>
        <w:br/>
      </w:r>
      <w:r>
        <w:rPr>
          <w:lang w:eastAsia="zh-CN"/>
        </w:rPr>
        <w:t>　　3.锁定有意向客户20家。</w:t>
      </w:r>
      <w:r>
        <w:rPr>
          <w:lang w:eastAsia="zh-CN"/>
        </w:rPr>
        <w:br/>
      </w:r>
      <w:r>
        <w:rPr>
          <w:lang w:eastAsia="zh-CN"/>
        </w:rPr>
        <w:t>　　4.力争完成销售指标。</w:t>
      </w:r>
      <w:r>
        <w:rPr>
          <w:lang w:eastAsia="zh-CN"/>
        </w:rPr>
        <w:br/>
      </w:r>
      <w:r>
        <w:rPr>
          <w:lang w:eastAsia="zh-CN"/>
        </w:rPr>
        <w:t>　　三、工作开展计划</w:t>
      </w:r>
      <w:r>
        <w:rPr>
          <w:lang w:eastAsia="zh-CN"/>
        </w:rPr>
        <w:br/>
      </w:r>
      <w:r>
        <w:rPr>
          <w:lang w:eastAsia="zh-CN"/>
        </w:rPr>
        <w:t>　　众所周知，现代销售的竞争就是服务的竞争。服务分为售前服务、售中服务和售后服务，而我们有恰恰是销售“服务”的，所以前期工作即就是售前服务更是我们工作的重中之重。正是因为如此，我的工作开展计划也是围绕“售前服务”来进行。</w:t>
      </w:r>
      <w:r>
        <w:rPr>
          <w:lang w:eastAsia="zh-CN"/>
        </w:rPr>
        <w:br/>
      </w:r>
      <w:r>
        <w:rPr>
          <w:lang w:eastAsia="zh-CN"/>
        </w:rPr>
        <w:t>　　1.多渠道广泛地收集客户资料，并做初步分析后录入，在持续的信息录入过程中不断地提高自己的业务知识，使自己在对“__”的功能、操作和特点掌握的基础上进一步的深入体会，做到在客户面前应用自如、对答如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2.对录入完的客户尽可能多地提供免费的服务(比如根据其需要给它发各种商务信息、技术指导等)，目的让客户了解“__”，在此基础上，与客户进行互动沟通。</w:t>
      </w:r>
      <w:r>
        <w:rPr>
          <w:lang w:eastAsia="zh-CN"/>
        </w:rPr>
        <w:br/>
      </w:r>
      <w:r>
        <w:rPr>
          <w:lang w:eastAsia="zh-CN"/>
        </w:rPr>
        <w:t>　　3.在用电话、E-mail等方式与客户互动的过程中，实时掌握其心理动态，并可根据这些将客户分类。</w:t>
      </w:r>
      <w:r>
        <w:rPr>
          <w:lang w:eastAsia="zh-CN"/>
        </w:rPr>
        <w:br/>
      </w:r>
      <w:r>
        <w:rPr>
          <w:lang w:eastAsia="zh-CN"/>
        </w:rPr>
        <w:t>　　4.在互动的过程中，锁定有意向的客户，并保持不间断的联系沟通，在客户对我们的“服务”有感兴趣或希望进一步了解的情况下，可以安排面谈。</w:t>
      </w:r>
      <w:r>
        <w:rPr>
          <w:lang w:eastAsia="zh-CN"/>
        </w:rPr>
        <w:br/>
      </w:r>
      <w:r>
        <w:rPr>
          <w:lang w:eastAsia="zh-CN"/>
        </w:rPr>
        <w:t>　　5.在面谈之前要做好各种充分准备，做到“知己知彼”，克服心理障碍。</w:t>
      </w:r>
      <w:r>
        <w:rPr>
          <w:lang w:eastAsia="zh-CN"/>
        </w:rPr>
        <w:br/>
      </w:r>
      <w:r>
        <w:rPr>
          <w:lang w:eastAsia="zh-CN"/>
        </w:rPr>
        <w:t>　　6..对每次面谈后的结果进行总结分析，并向领导汇报，听取领导的看法。克服困难、调整心态、继续战斗。</w:t>
      </w:r>
      <w:r>
        <w:rPr>
          <w:lang w:eastAsia="zh-CN"/>
        </w:rPr>
        <w:br/>
      </w:r>
      <w:r>
        <w:rPr>
          <w:lang w:eastAsia="zh-CN"/>
        </w:rPr>
        <w:t>　　7.在总结和摸索中前进。</w:t>
      </w:r>
      <w:r>
        <w:rPr>
          <w:lang w:eastAsia="zh-CN"/>
        </w:rPr>
        <w:br/>
      </w:r>
      <w:r>
        <w:rPr>
          <w:lang w:eastAsia="zh-CN"/>
        </w:rPr>
        <w:t>　　四、计划评估总结</w:t>
      </w:r>
      <w:r>
        <w:rPr>
          <w:lang w:eastAsia="zh-CN"/>
        </w:rPr>
        <w:br/>
      </w:r>
      <w:r>
        <w:rPr>
          <w:lang w:eastAsia="zh-CN"/>
        </w:rPr>
        <w:t>　　在一个月后，要对该月的工作成果、计划执行情况做一次评估，总结得失，为下个月的工作开展做准备。</w:t>
      </w:r>
      <w:r>
        <w:rPr>
          <w:lang w:eastAsia="zh-CN"/>
        </w:rPr>
        <w:br/>
      </w:r>
      <w:r>
        <w:rPr>
          <w:lang w:eastAsia="zh-CN"/>
        </w:rPr>
        <w:t xml:space="preserve">    2024外贸业务员销售工作计划 篇10 </w:t>
      </w:r>
      <w:r>
        <w:rPr>
          <w:lang w:eastAsia="zh-CN"/>
        </w:rPr>
        <w:br/>
      </w:r>
      <w:r>
        <w:rPr>
          <w:lang w:eastAsia="zh-CN"/>
        </w:rPr>
        <w:t>　　转眼间又到了新的一年。20__，又是一个充满挑战、机遇与压力并存的一年。应对竞争激烈而又现实的社会，生活和工作压力驱使我要努力工作和认真学习。让自我成为一个有真正实力的人!</w:t>
      </w:r>
      <w:r>
        <w:rPr>
          <w:lang w:eastAsia="zh-CN"/>
        </w:rPr>
        <w:br/>
      </w:r>
      <w:r>
        <w:rPr>
          <w:lang w:eastAsia="zh-CN"/>
        </w:rPr>
        <w:t>　　在此我订立了工作计划，以便自我在新的一年里又更大的进步和成绩</w:t>
      </w:r>
      <w:r>
        <w:rPr>
          <w:lang w:eastAsia="zh-CN"/>
        </w:rPr>
        <w:br/>
      </w:r>
      <w:r>
        <w:rPr>
          <w:lang w:eastAsia="zh-CN"/>
        </w:rPr>
        <w:t>　　一、熟悉公司的规章制度和工程管理的开展，熟悉自我工作岗位的业务流程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增强职责感、增强服务意识、增强团队意识。用心主动地把工作做到点上、落到实处。我将尽我最大的潜力减轻领导的压力。明确自我的工作职责，遇到问题时要及时的去分析问题，解决问题，服从上级的安排。</w:t>
      </w:r>
      <w:r>
        <w:rPr>
          <w:lang w:eastAsia="zh-CN"/>
        </w:rPr>
        <w:br/>
      </w:r>
      <w:r>
        <w:rPr>
          <w:lang w:eastAsia="zh-CN"/>
        </w:rPr>
        <w:t>　　三、公司在不断的改革，订立了新的规定，作为公司的一员，务必以身作则，遵守公司的规定。</w:t>
      </w:r>
      <w:r>
        <w:rPr>
          <w:lang w:eastAsia="zh-CN"/>
        </w:rPr>
        <w:br/>
      </w:r>
      <w:r>
        <w:rPr>
          <w:lang w:eastAsia="zh-CN"/>
        </w:rPr>
        <w:t>　　如何开展工作：</w:t>
      </w:r>
      <w:r>
        <w:rPr>
          <w:lang w:eastAsia="zh-CN"/>
        </w:rPr>
        <w:br/>
      </w:r>
      <w:r>
        <w:rPr>
          <w:lang w:eastAsia="zh-CN"/>
        </w:rPr>
        <w:t>　　1.以寻找目标市场的商业网站、行业协会网站、商会网站及产品专业网站为方向，了解并联系目标市场知名度高销售网络庞大的进口商。</w:t>
      </w:r>
      <w:r>
        <w:rPr>
          <w:lang w:eastAsia="zh-CN"/>
        </w:rPr>
        <w:br/>
      </w:r>
      <w:r>
        <w:rPr>
          <w:lang w:eastAsia="zh-CN"/>
        </w:rPr>
        <w:t>　　2.基于目前手头联系的较多的客户，打算先从其着手，了解的途径主要按照上述说明的方向。透过谷歌和百度等网络搜索引擎找到相关网站网址。</w:t>
      </w:r>
      <w:r>
        <w:rPr>
          <w:lang w:eastAsia="zh-CN"/>
        </w:rPr>
        <w:br/>
      </w:r>
      <w:r>
        <w:rPr>
          <w:lang w:eastAsia="zh-CN"/>
        </w:rPr>
        <w:t>　　3.准确明白其他国家一些大采购商的联系方式后，接下来就是如何将他们开发成为我们的客户了。</w:t>
      </w:r>
      <w:r>
        <w:rPr>
          <w:lang w:eastAsia="zh-CN"/>
        </w:rPr>
        <w:br/>
      </w:r>
      <w:r>
        <w:rPr>
          <w:lang w:eastAsia="zh-CN"/>
        </w:rPr>
        <w:t>　　4.认真对待收到的每封询盘，及时处理并跟进客户。必要时做好相应笔记。在一些免费的b2b平台上，发布产品信息，推广我们的产品。</w:t>
      </w:r>
      <w:r>
        <w:rPr>
          <w:lang w:eastAsia="zh-CN"/>
        </w:rPr>
        <w:br/>
      </w:r>
      <w:r>
        <w:rPr>
          <w:lang w:eastAsia="zh-CN"/>
        </w:rPr>
        <w:t>　　同时在与客户沟通的过程中，挖掘他们国家同行业进口的信息。至于能收获多少，看沟通方式和客户的意愿等因素了。</w:t>
      </w:r>
      <w:r>
        <w:rPr>
          <w:lang w:eastAsia="zh-CN"/>
        </w:rPr>
        <w:br/>
      </w:r>
      <w:r>
        <w:rPr>
          <w:lang w:eastAsia="zh-CN"/>
        </w:rPr>
        <w:t>　　5.对已经下单的客户，制作客户维护跟进表，详细记录跟进信息，了解产品使用反馈信息，掌握变动。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6.对意向客户，多多持续联系，有计划有区别的发送邮件，并电话联系。</w:t>
      </w:r>
      <w:r>
        <w:rPr>
          <w:lang w:eastAsia="zh-CN"/>
        </w:rPr>
        <w:br/>
      </w:r>
      <w:r>
        <w:rPr>
          <w:lang w:eastAsia="zh-CN"/>
        </w:rPr>
        <w:t>　　7.对意向不明确的客户，按照开发信模板，每两天发一封邮件。</w:t>
      </w:r>
      <w:r>
        <w:rPr>
          <w:lang w:eastAsia="zh-CN"/>
        </w:rPr>
        <w:br/>
      </w:r>
      <w:r>
        <w:rPr>
          <w:lang w:eastAsia="zh-CN"/>
        </w:rPr>
        <w:t>　　8.每周五做好工作总结</w:t>
      </w:r>
      <w:r>
        <w:rPr>
          <w:lang w:eastAsia="zh-CN"/>
        </w:rPr>
        <w:br/>
      </w:r>
      <w:r>
        <w:rPr>
          <w:lang w:eastAsia="zh-CN"/>
        </w:rPr>
        <w:t>　　以上是我针对20__年的工作计划和发展方向，我会更加努力、认真负责的去对待本岗位的工作，期望透过自我的努力和他人的协助能够成功的达成计划并突破，取得更好的成绩并提高自我。</w:t>
      </w:r>
      <w:r>
        <w:rPr>
          <w:lang w:eastAsia="zh-CN"/>
        </w:rPr>
        <w:br/>
      </w:r>
      <w:r>
        <w:rPr>
          <w:lang w:eastAsia="zh-CN"/>
        </w:rPr>
        <w:t xml:space="preserve">    2024外贸业务员销售工作计划 篇11 </w:t>
      </w:r>
      <w:r>
        <w:rPr>
          <w:lang w:eastAsia="zh-CN"/>
        </w:rPr>
        <w:br/>
      </w:r>
      <w:r>
        <w:rPr>
          <w:lang w:eastAsia="zh-CN"/>
        </w:rPr>
        <w:t>　　转眼间又到了新的一年。20__，又是一个充满挑战、机遇与压力并存的一年。然后应对竞争激烈而又现实的社会，生活和工作压力驱使我要努力工作和认真学习。让自我成为一个有真正实力的人!</w:t>
      </w:r>
      <w:r>
        <w:rPr>
          <w:lang w:eastAsia="zh-CN"/>
        </w:rPr>
        <w:br/>
      </w:r>
      <w:r>
        <w:rPr>
          <w:lang w:eastAsia="zh-CN"/>
        </w:rPr>
        <w:t>　　在此我订立了工作计划，以便自我在新的一年里又更大的进步和成绩。</w:t>
      </w:r>
      <w:r>
        <w:rPr>
          <w:lang w:eastAsia="zh-CN"/>
        </w:rPr>
        <w:br/>
      </w:r>
      <w:r>
        <w:rPr>
          <w:lang w:eastAsia="zh-CN"/>
        </w:rPr>
        <w:t>　　一：熟悉公司的规章制度和工程管理的开展，熟悉自我工作岗位的业务流程。</w:t>
      </w:r>
      <w:r>
        <w:rPr>
          <w:lang w:eastAsia="zh-CN"/>
        </w:rPr>
        <w:br/>
      </w:r>
      <w:r>
        <w:rPr>
          <w:lang w:eastAsia="zh-CN"/>
        </w:rPr>
        <w:t>　　二：增强职责感、增强服务意识、增强团队意识。用心主动地把工作做到点上、落到实处。我将尽我最大的潜力减轻领导的压力。明确自我的工作职责，遇到问题时要及时的去分析问题，然后解决问题，服从上级的安排。</w:t>
      </w:r>
      <w:r>
        <w:rPr>
          <w:lang w:eastAsia="zh-CN"/>
        </w:rPr>
        <w:br/>
      </w:r>
      <w:r>
        <w:rPr>
          <w:lang w:eastAsia="zh-CN"/>
        </w:rPr>
        <w:t>　　三：公司在不断的改革，订立了新的规定，作为公司的一员，务必以身作则，遵守公司的规定。</w:t>
      </w:r>
      <w:r>
        <w:rPr>
          <w:lang w:eastAsia="zh-CN"/>
        </w:rPr>
        <w:br/>
      </w:r>
      <w:r>
        <w:rPr>
          <w:lang w:eastAsia="zh-CN"/>
        </w:rPr>
        <w:t>　　如何开展工作：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1。以寻找目标市场的商业网站、行业协会网站、商会网站及产品专业网站为方向，了解并联系目标市场知名度高销售网络庞大的进口商。</w:t>
      </w:r>
      <w:r>
        <w:rPr>
          <w:lang w:eastAsia="zh-CN"/>
        </w:rPr>
        <w:br/>
      </w:r>
      <w:r>
        <w:rPr>
          <w:lang w:eastAsia="zh-CN"/>
        </w:rPr>
        <w:t>　　2。基于目前手头联系的较多的客户，打算先从其着手，了解的途径主要按照上述说明的方向。透过谷歌和百度等网络搜索引擎找到相关网站网址。</w:t>
      </w:r>
      <w:r>
        <w:rPr>
          <w:lang w:eastAsia="zh-CN"/>
        </w:rPr>
        <w:br/>
      </w:r>
      <w:r>
        <w:rPr>
          <w:lang w:eastAsia="zh-CN"/>
        </w:rPr>
        <w:t>　　3。准确明白其他国家一些大采购商的联系方式后，然后接下来就是如何将他们开发成为我们的客户了。</w:t>
      </w:r>
      <w:r>
        <w:rPr>
          <w:lang w:eastAsia="zh-CN"/>
        </w:rPr>
        <w:br/>
      </w:r>
      <w:r>
        <w:rPr>
          <w:lang w:eastAsia="zh-CN"/>
        </w:rPr>
        <w:t>　　4。认真对待收到的每封询盘，及时处理并跟进客户。必要时做好相应笔记。在一些免费的b2b平台上，发布产品信息，推广我们的产品。</w:t>
      </w:r>
      <w:r>
        <w:rPr>
          <w:lang w:eastAsia="zh-CN"/>
        </w:rPr>
        <w:br/>
      </w:r>
      <w:r>
        <w:rPr>
          <w:lang w:eastAsia="zh-CN"/>
        </w:rPr>
        <w:t>　　同时在与客户沟通的过程中，挖掘他们国家同行业进口的信息。至于能收获多少，看沟通方式和客户的意愿等因素了。</w:t>
      </w:r>
      <w:r>
        <w:rPr>
          <w:lang w:eastAsia="zh-CN"/>
        </w:rPr>
        <w:br/>
      </w:r>
      <w:r>
        <w:rPr>
          <w:lang w:eastAsia="zh-CN"/>
        </w:rPr>
        <w:t>　　5。对已经下单的客户，制作客户维护跟进表，然后详细记录跟进信息，了解产品使用反馈信息，掌握变动。</w:t>
      </w:r>
      <w:r>
        <w:rPr>
          <w:lang w:eastAsia="zh-CN"/>
        </w:rPr>
        <w:br/>
      </w:r>
      <w:r>
        <w:rPr>
          <w:lang w:eastAsia="zh-CN"/>
        </w:rPr>
        <w:t>　　6。对意向客户，多多持续联系，有计划有区别的发送邮件，并电话联系。7。对意向不明确的客户，按照开发信模板，每两天发一封邮件。8。每周五做好工作总结</w:t>
      </w:r>
      <w:r>
        <w:rPr>
          <w:lang w:eastAsia="zh-CN"/>
        </w:rPr>
        <w:br/>
      </w:r>
      <w:r>
        <w:rPr>
          <w:lang w:eastAsia="zh-CN"/>
        </w:rPr>
        <w:t>　　以上是我针对20__年的工作计划和发展方向，我会更加努力、认真负责的去对待本岗位的工作，期望透过自我的努力和他人的协助能够成功的达成计划并突破，取得更好的成绩并提高自我。</w:t>
      </w:r>
      <w:r>
        <w:rPr>
          <w:lang w:eastAsia="zh-CN"/>
        </w:rPr>
        <w:br/>
      </w:r>
      <w:r>
        <w:rPr>
          <w:lang w:eastAsia="zh-CN"/>
        </w:rPr>
        <w:t xml:space="preserve">    2024外贸业务员销售工作计划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转眼间又到了新的一年。20__，又是一个充满挑战、机遇与压力并存的一年。面对竞争激烈而又现实的社会，生活和工作压力驱使我要努力工作和认真学习。让自己成为一个有真正实力的人!在此我订立了工作计划，以便自己在新的一年里又更大的进步和成绩。</w:t>
      </w:r>
      <w:r>
        <w:rPr>
          <w:lang w:eastAsia="zh-CN"/>
        </w:rPr>
        <w:br/>
      </w:r>
      <w:r>
        <w:rPr>
          <w:lang w:eastAsia="zh-CN"/>
        </w:rPr>
        <w:t>　　一：熟悉公司的规章制度和工程管理的开展，熟悉自己工作岗位的业务流程。</w:t>
      </w:r>
      <w:r>
        <w:rPr>
          <w:lang w:eastAsia="zh-CN"/>
        </w:rPr>
        <w:br/>
      </w:r>
      <w:r>
        <w:rPr>
          <w:lang w:eastAsia="zh-CN"/>
        </w:rPr>
        <w:t>　　二：增强责任感、增强服务意识、增强团队意识。积极主动地把工作做到点上、落到实处。我将尽我最大的能力减轻领导的压力。明确自己的工作职责，遇到问题时要及时的去分析问题，解决问题，服从上级的安排。</w:t>
      </w:r>
      <w:r>
        <w:rPr>
          <w:lang w:eastAsia="zh-CN"/>
        </w:rPr>
        <w:br/>
      </w:r>
      <w:r>
        <w:rPr>
          <w:lang w:eastAsia="zh-CN"/>
        </w:rPr>
        <w:t>　　三：公司在不断的改革，订立了新的规定，作为公司的一员，必须以身作则，遵守公司的规定。如何开展工作：</w:t>
      </w:r>
      <w:r>
        <w:rPr>
          <w:lang w:eastAsia="zh-CN"/>
        </w:rPr>
        <w:br/>
      </w:r>
      <w:r>
        <w:rPr>
          <w:lang w:eastAsia="zh-CN"/>
        </w:rPr>
        <w:t>　　1.以寻找目标市场的商业网站、行业协会网站、商会网站及产品专业网站为方向，了解并联系目标市场知名度高销售网络庞大的进口商。</w:t>
      </w:r>
      <w:r>
        <w:rPr>
          <w:lang w:eastAsia="zh-CN"/>
        </w:rPr>
        <w:br/>
      </w:r>
      <w:r>
        <w:rPr>
          <w:lang w:eastAsia="zh-CN"/>
        </w:rPr>
        <w:t>　　2.基于目前手头联系的较多的客户，打算先从其着手，了解的途径主要按照上述说明的方向。通过谷歌和百度等网络搜索引擎找到相关网站网址。</w:t>
      </w:r>
      <w:r>
        <w:rPr>
          <w:lang w:eastAsia="zh-CN"/>
        </w:rPr>
        <w:br/>
      </w:r>
      <w:r>
        <w:rPr>
          <w:lang w:eastAsia="zh-CN"/>
        </w:rPr>
        <w:t>　　3.准确知道其他国家一些大采购商的联系方式后，接下来就是如何将他们开发成为我们的客户了。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认真对待收到的每封询盘，及时处理并跟进客户。必要时做好相应笔记。在一些免费的B2B平台上，发布产品信息，推广我们的产品。同时在与客户沟通的过程中，挖掘他们国家同行业进口的信息。至于能收获多少，看沟通方式和客户的意愿等因素了。</w:t>
      </w:r>
      <w:r>
        <w:rPr>
          <w:lang w:eastAsia="zh-CN"/>
        </w:rPr>
        <w:br/>
      </w:r>
      <w:r>
        <w:rPr>
          <w:lang w:eastAsia="zh-CN"/>
        </w:rPr>
        <w:t>　　5.对已经下单的客户，制作客户维护跟进表，详细记录跟进信息，了解产品使用反馈信息，掌握变动。</w:t>
      </w:r>
      <w:r>
        <w:rPr>
          <w:lang w:eastAsia="zh-CN"/>
        </w:rPr>
        <w:br/>
      </w:r>
      <w:r>
        <w:rPr>
          <w:lang w:eastAsia="zh-CN"/>
        </w:rPr>
        <w:t>　　6.对意向客户，多多保持联系，有计划有区别的发送邮件，并电话联系。</w:t>
      </w:r>
      <w:r>
        <w:rPr>
          <w:lang w:eastAsia="zh-CN"/>
        </w:rPr>
        <w:br/>
      </w:r>
      <w:r>
        <w:rPr>
          <w:lang w:eastAsia="zh-CN"/>
        </w:rPr>
        <w:t>　　7.对意向不明确的客户，按照开发信模板，每两天发一封邮件。</w:t>
      </w:r>
      <w:r>
        <w:rPr>
          <w:lang w:eastAsia="zh-CN"/>
        </w:rPr>
        <w:br/>
      </w:r>
      <w:r>
        <w:rPr>
          <w:lang w:eastAsia="zh-CN"/>
        </w:rPr>
        <w:t>　　8.每周五做好工作总结以上是我针对20__年的工作计划和发展方向，我会更加努力、认真负责的去对待本岗位的工作，希望通过自己的努力和他人的协助能够成功的达成计划并突破，取得更好的成绩并提高自己。</w:t>
      </w:r>
      <w:r>
        <w:rPr>
          <w:lang w:eastAsia="zh-CN"/>
        </w:rPr>
        <w:br/>
      </w:r>
      <w:r>
        <w:rPr>
          <w:lang w:eastAsia="zh-CN"/>
        </w:rPr>
        <w:t xml:space="preserve">    2024外贸业务员销售工作计划 篇13 </w:t>
      </w:r>
      <w:r>
        <w:rPr>
          <w:lang w:eastAsia="zh-CN"/>
        </w:rPr>
        <w:br/>
      </w:r>
      <w:r>
        <w:rPr>
          <w:lang w:eastAsia="zh-CN"/>
        </w:rPr>
        <w:t>　　虽入职时间较短，仍深深地感受到我司井然有序的管理秩序及我们部门充满朝气的团队氛围。在这个岗位上，我面临的机遇和挑战都是巨大的，外贸业务知识及经验的积累都需要自身不断的努力和学习。</w:t>
      </w:r>
      <w:r>
        <w:rPr>
          <w:lang w:eastAsia="zh-CN"/>
        </w:rPr>
        <w:br/>
      </w:r>
      <w:r>
        <w:rPr>
          <w:lang w:eastAsia="zh-CN"/>
        </w:rPr>
        <w:t>　　在新的20__年里，我对自己的工作情况计划如下：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首先，学习外贸知识、产品知识。对一名刚从英语系毕业一年半的外贸新手来说，我的外贸知识还有待于加强，需要在往后的工作中进一步积累。此外，刚刚接触这个行业，对产品的认知我几乎是一片空白。因此，学习是我新年计划中的首要环节和重要任务。我会以一种积极的态度虚心向领导及各位同事请教。在我的个人观念里，态度决定成败，希望自己的努力会得到大家的肯定。</w:t>
      </w:r>
      <w:r>
        <w:rPr>
          <w:lang w:eastAsia="zh-CN"/>
        </w:rPr>
        <w:br/>
      </w:r>
      <w:r>
        <w:rPr>
          <w:lang w:eastAsia="zh-CN"/>
        </w:rPr>
        <w:t>　　其次，学习缮制单据。在熟悉整套外贸流程理论知识之余，锻炼自己的实际操作能力。因为此前一年多的工作经验都只是局限于业务方面，重点在与客户的沟通上。单据的制作以及出口流程中跟银行、商检、海关、贸促会等相关部门的接触，都是我面临的新的工作。由此，我也体会到自己以前掌握的工作环节并不全面、完整。现在能从最基本的出口单证做起，对我来说是一个不可多得的学习机会。</w:t>
      </w:r>
      <w:r>
        <w:rPr>
          <w:lang w:eastAsia="zh-CN"/>
        </w:rPr>
        <w:br/>
      </w:r>
      <w:r>
        <w:rPr>
          <w:lang w:eastAsia="zh-CN"/>
        </w:rPr>
        <w:t>　　第三，如有机会接触公司业务，我希望能尽快熟悉自己跟的每一个客户，总结并分析他们的新特点，以一颗热忱的心为客户服务，为公司创利!</w:t>
      </w:r>
      <w:r>
        <w:rPr>
          <w:lang w:eastAsia="zh-CN"/>
        </w:rPr>
        <w:br/>
      </w:r>
      <w:r>
        <w:rPr>
          <w:lang w:eastAsia="zh-CN"/>
        </w:rPr>
        <w:t>　　第四，积极开拓新业务，充分利用网络资源为公司寻找目标客户。及时更新我司在阿里巴巴等相关网站上发布的供求信息，并持之以恒地跟踪，相信长久的付出总会有一定的成效。</w:t>
      </w:r>
      <w:r>
        <w:rPr>
          <w:lang w:eastAsia="zh-CN"/>
        </w:rPr>
        <w:br/>
      </w:r>
      <w:r>
        <w:rPr>
          <w:lang w:eastAsia="zh-CN"/>
        </w:rPr>
        <w:t>　　第五，协助领导及同事做好两届某展会及其它国外展会的前期准备工作。在展会结束后，协助参展人员做好后续的客户跟踪服务，以此巩固展会成果。</w:t>
      </w:r>
      <w:r>
        <w:rPr>
          <w:lang w:eastAsia="zh-CN"/>
        </w:rPr>
        <w:br/>
      </w:r>
      <w:r>
        <w:rPr>
          <w:lang w:eastAsia="zh-CN"/>
        </w:rPr>
        <w:t>　　工作上的建议：</w:t>
      </w:r>
      <w:r>
        <w:rPr>
          <w:lang w:eastAsia="zh-CN"/>
        </w:rPr>
        <w:br/>
      </w:r>
      <w:r>
        <w:rPr>
          <w:lang w:eastAsia="zh-CN"/>
        </w:rPr>
        <w:t>　　1、因经理在业务洽谈方面会经常与客户进行电话沟通。为此提议是否可在电脑上安装软件，申请一个帐号，并向客户积极推荐这一网上及时沟通工具。其通话质量与手机差不多，还可节省双方的国际长途电话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2、部门内部多开展一些活动，在活动中增强整个团队的凝聚力。</w:t>
      </w:r>
      <w:r>
        <w:rPr>
          <w:lang w:eastAsia="zh-CN"/>
        </w:rPr>
        <w:br/>
      </w:r>
      <w:r>
        <w:rPr>
          <w:lang w:eastAsia="zh-CN"/>
        </w:rPr>
        <w:t>　　3、对新人多开设外贸知识及业务知识的内部培训课程。</w:t>
      </w:r>
      <w:r>
        <w:rPr>
          <w:lang w:eastAsia="zh-CN"/>
        </w:rPr>
        <w:br/>
      </w:r>
      <w:r>
        <w:rPr>
          <w:lang w:eastAsia="zh-CN"/>
        </w:rPr>
        <w:t>　　最后，再次感谢领导对我的信任。相信在这个优秀的团队中，我将受益不少。同时，我也期待自身的不断完善能为公司的发展贡献一份力量!</w:t>
      </w:r>
      <w:r>
        <w:rPr>
          <w:lang w:eastAsia="zh-CN"/>
        </w:rPr>
        <w:br/>
      </w:r>
      <w:r>
        <w:rPr>
          <w:lang w:eastAsia="zh-CN"/>
        </w:rPr>
        <w:t>　　外贸业务员工作计划二</w:t>
      </w:r>
      <w:r>
        <w:rPr>
          <w:lang w:eastAsia="zh-CN"/>
        </w:rPr>
        <w:br/>
      </w:r>
      <w:r>
        <w:rPr>
          <w:lang w:eastAsia="zh-CN"/>
        </w:rPr>
        <w:t>　　此刻我已经在公司担任业务员有一年的时光了，也是对公司的发展有必须贡献了。转眼间又要进入新的一年20__年了，新的一年是一个充满挑战、机遇与压力开始的一年，也是我十分重要的一年。我要努力工作和认真学习，在此，我订立了本年度工作计划，以便使自我在新的一年里有更大的进步和成绩。</w:t>
      </w:r>
      <w:r>
        <w:rPr>
          <w:lang w:eastAsia="zh-CN"/>
        </w:rPr>
        <w:br/>
      </w:r>
      <w:r>
        <w:rPr>
          <w:lang w:eastAsia="zh-CN"/>
        </w:rPr>
        <w:t>　　一、熟悉公司新的规章制度和业务开展工作</w:t>
      </w:r>
      <w:r>
        <w:rPr>
          <w:lang w:eastAsia="zh-CN"/>
        </w:rPr>
        <w:br/>
      </w:r>
      <w:r>
        <w:rPr>
          <w:lang w:eastAsia="zh-CN"/>
        </w:rPr>
        <w:t>　　公司在不断改革，订立了新的规定，要随着变化不断的调整自已的工作方式。作为公司一名业务人员，务必以身作责，在遵守公司规定的同时全力开展业务工作。这个时候要全力维护老客户交办的业务状况。首先，要逐步了解老客户中有潜力开发的客户资源，找出有漏洞的地方，有针对性的做可行性推荐，力争为客户公司的保护做到最全面。</w:t>
      </w:r>
      <w:r>
        <w:rPr>
          <w:lang w:eastAsia="zh-CN"/>
        </w:rPr>
        <w:br/>
      </w:r>
      <w:r>
        <w:rPr>
          <w:lang w:eastAsia="zh-CN"/>
        </w:rPr>
        <w:t>　　二、制订学习计划</w:t>
      </w:r>
      <w:r>
        <w:rPr>
          <w:lang w:eastAsia="zh-CN"/>
        </w:rPr>
        <w:br/>
      </w:r>
    </w:p>
    <w:p w:rsidR="001B1F19" w14:textId="27C3F48A">
      <w:pPr>
        <w:rPr>
          <w:rFonts w:hint="eastAsia"/>
          <w:lang w:eastAsia="zh-CN"/>
        </w:rPr>
      </w:pPr>
      <w:r>
        <w:rPr>
          <w:lang w:eastAsia="zh-CN"/>
        </w:rPr>
        <w:t>　　学习，对于业务人员来说至关重要，因为它直接关系到一个业务人员与时俱进的步伐和业务方面的生命力。我会适时的根据需要调整我的学习方向来补充新的能量。专业知识、综合潜力、都是我要掌握的资料。知己知彼，方能百战不殆，在这方面还期望业务经理给与我支持。</w:t>
      </w:r>
      <w:r>
        <w:rPr>
          <w:lang w:eastAsia="zh-CN"/>
        </w:rPr>
        <w:br/>
      </w:r>
      <w:r>
        <w:rPr>
          <w:lang w:eastAsia="zh-CN"/>
        </w:rPr>
        <w:t>　　三、增强职责感、增强服务意识、增强团队意识</w:t>
      </w:r>
      <w:r>
        <w:rPr>
          <w:lang w:eastAsia="zh-CN"/>
        </w:rPr>
        <w:br/>
      </w:r>
      <w:r>
        <w:rPr>
          <w:lang w:eastAsia="zh-CN"/>
        </w:rPr>
        <w:t>　　用心主动地把工作做到点上、落到实处，我将尽我最大的潜力减轻领导的压力。以上，是我对20__年的个人工作计划，可能还很不成熟，期望领导指正。火车跑的快还靠车头带，我期望得到公司领导、部门领导的正确引导和帮忙。展望20__年，我会更加努力、认真负责的去对待每一个业务，也力争赢的机会去寻求的客户，争取的单，完善业务开展工作。相信自我会完成新的任务，能迎接新的挑战。</w:t>
      </w:r>
      <w:r>
        <w:rPr>
          <w:lang w:eastAsia="zh-CN"/>
        </w:rPr>
        <w:br/>
      </w:r>
      <w:r>
        <w:rPr>
          <w:lang w:eastAsia="zh-CN"/>
        </w:rPr>
        <w:t>　　新的一年，我有着新的期盼，相信自我必须能够在20__年取得更大的进步，自我就是这样一年一年的走过来的，从一个什么都不懂的毛头小伙到此刻很有深度的资深公司业务员，我的成长充满了曲折，但是在今后的工作中，我还是需要继续不断的努力，相信自我在20__年必须走的更远!</w:t>
      </w:r>
      <w:r>
        <w:rPr>
          <w:lang w:eastAsia="zh-CN"/>
        </w:rPr>
        <w:br/>
      </w:r>
      <w:r>
        <w:rPr>
          <w:lang w:eastAsia="zh-CN"/>
        </w:rPr>
        <w:t xml:space="preserve">    2024外贸业务员销售工作计划 篇14 </w:t>
      </w:r>
      <w:r>
        <w:rPr>
          <w:lang w:eastAsia="zh-CN"/>
        </w:rPr>
        <w:br/>
      </w:r>
      <w:r>
        <w:rPr>
          <w:lang w:eastAsia="zh-CN"/>
        </w:rPr>
        <w:t>　　此刻我已经在公司担任业务员有四年的时光了。能够说我是公司数得着的老业务员之一，也是对公司的发展有必须贡献了。此刻20__年将结束，我想在岁末的时候就我一年的工作做一下总结，也对自我的工作提前写下了20__年业务员工作计划范文，让自我在假期中能够安稳的度过，也让自我能够及时的认识到当前的形势，期望不会让自我失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https://d.book118.com/167164065062006036</w:t>
        </w:r>
      </w:hyperlink>
    </w:p>
    <w:p w:rsidR="001B1F19">
      <w:pPr>
        <w:rPr>
          <w:rFonts w:hint="eastAsia"/>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7164065062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