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外贸年终工作总结（16篇）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外贸年终工作总结 1 </w:t>
      </w:r>
      <w:r>
        <w:rPr>
          <w:lang w:eastAsia="zh-CN"/>
        </w:rPr>
        <w:br/>
      </w:r>
      <w:r>
        <w:rPr>
          <w:lang w:eastAsia="zh-CN"/>
        </w:rPr>
        <w:t>　　转眼间，20__年就要挥手向我们告别了，在这寒冷的冬天，回想自己接近一年来所走过的路，所经历的事，没有太多的感慨，没有太多的惊喜，多了一份镇定，从容的心态，以及应对能力。</w:t>
      </w:r>
      <w:r>
        <w:rPr>
          <w:lang w:eastAsia="zh-CN"/>
        </w:rPr>
        <w:br/>
      </w:r>
      <w:r>
        <w:rPr>
          <w:lang w:eastAsia="zh-CN"/>
        </w:rPr>
        <w:t>　　在这段的时间里有失败，也有成功，遗憾的是：稳定的客户还不多，稳定的客户也不多；欣慰的是：客户资源开始积累，处理订单的效率得到了提高，自身业务知识和能力有了提高。首先得感谢公司给我们提供了那么好的工作条件和生活环境，有经验的上级给我们指导，带着我们前进；他们的实战经验让我们终生受益，从他们身上学到的不仅是做事的方法，更重要的是做人的道理，做人是做事的前提和基础。在工作上，同事之间互相交流，汇聚每个人的智慧，把事情做到极致，把客户订单处理到位。</w:t>
      </w:r>
      <w:r>
        <w:rPr>
          <w:lang w:eastAsia="zh-CN"/>
        </w:rPr>
        <w:br/>
      </w:r>
      <w:r>
        <w:rPr>
          <w:lang w:eastAsia="zh-CN"/>
        </w:rPr>
        <w:t>　　去年年底进入公司，从产品知识熟悉，到开发新客户，再到跟客户谈判达成订单，经历了两到三个月个月。公司分配个人账号后，客户资源开始量的积累，不知不觉中，一年多的时间一晃就过了，在这段时间里，我从一个对产品知识一无所知的新人转变到一个能独立操作业务的'职业业务员，完成了职业的角色转换，并且适应了这份工作。业绩没什么突出，以下是一年来的工作心得体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一、业务能力</w:t>
      </w:r>
      <w:r>
        <w:rPr>
          <w:lang w:eastAsia="zh-CN"/>
        </w:rPr>
        <w:br/>
      </w:r>
      <w:r>
        <w:rPr>
          <w:lang w:eastAsia="zh-CN"/>
        </w:rPr>
        <w:t>　　1、对公司和产品一定要很熟悉。</w:t>
      </w:r>
      <w:r>
        <w:rPr>
          <w:lang w:eastAsia="zh-CN"/>
        </w:rPr>
        <w:br/>
      </w:r>
      <w:r>
        <w:rPr>
          <w:lang w:eastAsia="zh-CN"/>
        </w:rPr>
        <w:t>　　进入一个行业，每个人都要熟悉该行业产品的知识，熟悉公司的操作模式和建立客户关系群。在市场开发和实际工作中，我学到了如何定位市场方向和产品方向，抓重点客户和跟踪客户，懂得不同市场的不同需求，这样才知道主要产品主攻哪些国家，同事遇到不同地区和国家的客户，也知道推荐其所需，更好的把自己和产品推销出去。当然这点是远远不够的，应该不短的学习，积累，与时俱进，了解行业动态，价格浮动。关键之处是对公司和产品熟悉，就自然知道目标市场在那，也可以很专业地回答客户的问题。</w:t>
      </w:r>
      <w:r>
        <w:rPr>
          <w:lang w:eastAsia="zh-CN"/>
        </w:rPr>
        <w:br/>
      </w:r>
      <w:r>
        <w:rPr>
          <w:lang w:eastAsia="zh-CN"/>
        </w:rPr>
        <w:t>　　2、对市场的了解。</w:t>
      </w:r>
      <w:r>
        <w:rPr>
          <w:lang w:eastAsia="zh-CN"/>
        </w:rPr>
        <w:br/>
      </w:r>
      <w:r>
        <w:rPr>
          <w:lang w:eastAsia="zh-CN"/>
        </w:rPr>
        <w:t>　　不仅是要对目标市场的了解，也对竞争对手的了解。绝对不能坐井观天，不知天下事。因为世界上唯一不变的就是“变化”，所以要根据市场的变化而做出相应的策略，这样才能在激烈的竞争中制胜。知道竞争对手的产品以及价格信息，才能知道自己产品的优势。除了自己多观察了解意外，还需要和客户建立好良好的关系。因为同一个客户，可能会接到很多公司的报价，如果关系不错，客人会主动将竞争对手的报价信息，以及产品特点主动告诉。在这个过程中，要充分利用自己的产品优势，材料特点，分析对方报价，并强调我们产品的优势，更有利喜迎客户。</w:t>
      </w:r>
      <w:r>
        <w:rPr>
          <w:lang w:eastAsia="zh-CN"/>
        </w:rPr>
        <w:br/>
      </w:r>
      <w:r>
        <w:rPr>
          <w:lang w:eastAsia="zh-CN"/>
        </w:rPr>
        <w:t>　　3、业务技巧。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谈到业务技巧，首先想到的是如何取得订单。很多客户都喜欢跟专业的业务人员谈生意，因为业务人员专业，所以谈判中可以解决很多问题，客户也愿意把订单交给专业的业务员来负责。当然，业务技巧也是通过长时间的实践培养出来的，而在我自己这一年里的外贸经验中，我所学会的是做客户的顾问，站在客户的角度，设身处地为客户着想，一切从客户的需求出发，在电话，在电邮，或客人来访中，我们要不断提问，从客户的回答中了解到客户的需求，这样做会事半功倍，例如，如果客户是想买高质量的产品，你便可以挑一种好质量的产品给他，价格贵一点也没关系，相反，如果客户只想买便宜的产品，在报价时就不要太高，否则就会吓跑客户。做业务，我们要学会“了解或激发需求，然后去满足要求”。</w:t>
      </w:r>
      <w:r>
        <w:rPr>
          <w:lang w:eastAsia="zh-CN"/>
        </w:rPr>
        <w:br/>
      </w:r>
      <w:r>
        <w:rPr>
          <w:lang w:eastAsia="zh-CN"/>
        </w:rPr>
        <w:t>　　其次是，处理订单，处理订单的过程，说简单也简单，说难也难。简单就是，按照客户要求的产品，写到生产单上，下到生产部就完工。而难的地方在于，作为客户的顾问，我们有必要时时刻刻关心，产品的进展，生产过程中产品是否有问题。货物生产好，要检查各个部分，是否存在外观上明显缺陷，或者一些影响到功能的产品问题。如果有问题，要及时更正。要记住：产品在工厂，我们可以挽救一切；产品一出去，一起都来不及了。到时候，只能听候客户发落。到交货期之前，要不断的提醒，不断催促生产部，确保能按时交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最后，要长期维护客户，我们要做好的是售后服务。经过几单处理之后，我明白：出现问题是很正常的事情，对于这方面一定要摆放好心态。由于产品本身的特点，很可能货到之后出现破损现象，安装或者实际操作，可能会出现一些问题，需要我们去解决。我经常倍感头痛，常常不知道怎么办，甚至抱怨。但是，问题出现了，总有解决的方案方法，各领导帮助，各部门配合，问题总会得到解决。</w:t>
      </w:r>
      <w:r>
        <w:rPr>
          <w:lang w:eastAsia="zh-CN"/>
        </w:rPr>
        <w:br/>
      </w:r>
      <w:r>
        <w:rPr>
          <w:lang w:eastAsia="zh-CN"/>
        </w:rPr>
        <w:t>　　二、个人素质能力</w:t>
      </w:r>
      <w:r>
        <w:rPr>
          <w:lang w:eastAsia="zh-CN"/>
        </w:rPr>
        <w:br/>
      </w:r>
      <w:r>
        <w:rPr>
          <w:lang w:eastAsia="zh-CN"/>
        </w:rPr>
        <w:t>　　1、诚实。</w:t>
      </w:r>
      <w:r>
        <w:rPr>
          <w:lang w:eastAsia="zh-CN"/>
        </w:rPr>
        <w:br/>
      </w:r>
      <w:r>
        <w:rPr>
          <w:lang w:eastAsia="zh-CN"/>
        </w:rPr>
        <w:t>　　做生意，最怕“奸商”，所以客户都喜欢跟诚实的人做朋朋友，做生意。在与人交流的过程中，要体现自己的诚意。在客户交流的过程中，只有诚实，才能取得信任。</w:t>
      </w:r>
      <w:r>
        <w:rPr>
          <w:lang w:eastAsia="zh-CN"/>
        </w:rPr>
        <w:br/>
      </w:r>
      <w:r>
        <w:rPr>
          <w:lang w:eastAsia="zh-CN"/>
        </w:rPr>
        <w:t>　　2、热情。</w:t>
      </w:r>
      <w:r>
        <w:rPr>
          <w:lang w:eastAsia="zh-CN"/>
        </w:rPr>
        <w:br/>
      </w:r>
      <w:r>
        <w:rPr>
          <w:lang w:eastAsia="zh-CN"/>
        </w:rPr>
        <w:t>　　只要对自己的职业有热情，才能全神贯注地把自己的精力投下去，外贸更加是如此，因为外贸是一个很长的过程。</w:t>
      </w:r>
      <w:r>
        <w:rPr>
          <w:lang w:eastAsia="zh-CN"/>
        </w:rPr>
        <w:br/>
      </w:r>
      <w:r>
        <w:rPr>
          <w:lang w:eastAsia="zh-CN"/>
        </w:rPr>
        <w:t>　　3、耐心。</w:t>
      </w:r>
      <w:r>
        <w:rPr>
          <w:lang w:eastAsia="zh-CN"/>
        </w:rPr>
        <w:br/>
      </w:r>
      <w:r>
        <w:rPr>
          <w:lang w:eastAsia="zh-CN"/>
        </w:rPr>
        <w:t>　　外贸行业中，开发一个新客户的周期一般在半年到一年之间，或者更长，所以，在这个漫长的过程中，在自己没有订单而同事有订单的时候，一定有耐心，暴风雨后便是彩虹。从我自身经历来说，接到第一单，只是一个几百美金的样品，确实60个日日夜夜，当然不排除其中的运气成分。我现在和这个客人聊天的时候还说：you are important to sample order gave me self—confidence， and perseverance in my international trade 。（你对我很重要，你的样品订单给了我自信，让我在国际贸易中坚持不懈。）</w:t>
      </w:r>
      <w:r>
        <w:rPr>
          <w:lang w:eastAsia="zh-CN"/>
        </w:rPr>
        <w:br/>
      </w:r>
      <w:r>
        <w:rPr>
          <w:lang w:eastAsia="zh-CN"/>
        </w:rPr>
        <w:t>　　4、自信心。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这一点最重要，在工作中，不管是自己在网上搜索开发的客户，还是从公司平台上接到的询盘客户，算起来估计有几百个，但真正下订单的，可能就那么几个。所以，业务员可能很多时间都是在做“无用功”。但是一定要有自信心，有很多潜在的客户，都是要在很长的时间里才转变为真正的客户，所以必须持有坚定的自信，才会把业务做得更出色。只要有音讯的客户，就要厚着脸皮把他抓住不放，总有一天会有意想不到的收获。对于下过单的客户，不用说肯定是重中之重，需要时不时的问候一下有没有需要帮助的，到了一定的时候要主动询问ne_t order的时间。</w:t>
      </w:r>
      <w:r>
        <w:rPr>
          <w:lang w:eastAsia="zh-CN"/>
        </w:rPr>
        <w:br/>
      </w:r>
      <w:r>
        <w:rPr>
          <w:lang w:eastAsia="zh-CN"/>
        </w:rPr>
        <w:t>　　在工作中，我可以说，我没有虚度，浪费上班时间，对工作我是认真负责的。经过时间的洗礼，我相信我们会更好，俗话说：只有经历才能成长。世界没有完美的事情，每个人都有其优缺点，一旦遇到工作比较多的时候，容易急噪，或者不会花时间去检查，也会粗心。工作多的时候，想得多的是自己把他搞定，每个环节都自己去跑，却忽视了团队的作用，所以要改正这种心态，相信别人，相信团队的力量，再发挥自身的优势：贸易知识，学习接受能力较好。不断总结和改进，提高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自我剖析：以目前的行为状况来看，我还不是一个业务员，或者只是一个刚入门的业务员，本身谈吐，口才还不行，表达能力不够突出。根源：没有突破自身的缺点，脸皮还不够厚，心理素质不过关，这根本不象是我自己，还远没有发掘自身的潜力，个性的飞跃。在我的内心中，我一直相信自己能成为一个优秀的业务员，这股动力；这份信念一直储藏在胸中，随时准备着爆发，内心一直渴望成功。</w:t>
      </w:r>
      <w:r>
        <w:rPr>
          <w:lang w:eastAsia="zh-CN"/>
        </w:rPr>
        <w:br/>
      </w:r>
      <w:r>
        <w:rPr>
          <w:lang w:eastAsia="zh-CN"/>
        </w:rPr>
        <w:t>　　挥别旧岁，迎接新春，我们信心百倍，满怀希望！</w:t>
      </w:r>
      <w:r>
        <w:rPr>
          <w:lang w:eastAsia="zh-CN"/>
        </w:rPr>
        <w:br/>
      </w:r>
      <w:r>
        <w:rPr>
          <w:lang w:eastAsia="zh-CN"/>
        </w:rPr>
        <w:t>　　外贸年终工作总结 2</w:t>
      </w:r>
      <w:r>
        <w:rPr>
          <w:lang w:eastAsia="zh-CN"/>
        </w:rPr>
        <w:br/>
      </w:r>
      <w:r>
        <w:rPr>
          <w:lang w:eastAsia="zh-CN"/>
        </w:rPr>
        <w:t>　　一、业务才能</w:t>
      </w:r>
      <w:r>
        <w:rPr>
          <w:lang w:eastAsia="zh-CN"/>
        </w:rPr>
        <w:br/>
      </w:r>
      <w:r>
        <w:rPr>
          <w:lang w:eastAsia="zh-CN"/>
        </w:rPr>
        <w:t>　　1、对公司和产品必然要很熟悉。</w:t>
      </w:r>
      <w:r>
        <w:rPr>
          <w:lang w:eastAsia="zh-CN"/>
        </w:rPr>
        <w:br/>
      </w:r>
      <w:r>
        <w:rPr>
          <w:lang w:eastAsia="zh-CN"/>
        </w:rPr>
        <w:t>　　进入一个行业，每个人都要熟悉该行业产品的知识，熟悉公司的操作模式和树立客户关系群。在市场开拓和实际工作中，我学到了如何定位市场偏向和产品偏向，抓重点客户和跟踪客户，懂得不合市场的不合需求，这样才知道主要产品主攻哪些国家，同事遇到不合地区和国家的客户，也知道保举其所需，更好的把本身和产品推销出去。当然这点是远远不敷的，应该不短的学习，积累，与时俱进，了解行业动态，价格浮动。症结之处是对公司和产品熟悉，就自然知道目标市场在那，也可以很专业地回答客户的问题。</w:t>
      </w:r>
      <w:r>
        <w:rPr>
          <w:lang w:eastAsia="zh-CN"/>
        </w:rPr>
        <w:br/>
      </w:r>
      <w:r>
        <w:rPr>
          <w:lang w:eastAsia="zh-CN"/>
        </w:rPr>
        <w:t>　　2、对市场的了解。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不仅是要对目标市场的了解，也对竞争对手的了解。绝对不能坐井看天，不知天下事。因为世界上唯一不变的便是“变更”，所以要依据市场的变更而做出相应的策略，这样能力在激烈的竞争中制胜。知道竞争对手的产品以及价格信息，能力知道本身产品的优势。除了本身多察观了解不测，还必要和客户树立好优越的关系。因为同一个客户，可能会接到许多公司的报价，如果关系不错，客人会主动将竞争对手的报价信息，以及产品特点主动奉告。在这个历程中，要充分应用本身的产品优势，资料特点，阐发对方报价，并强调我</w:t>
      </w:r>
      <w:r>
        <w:rPr>
          <w:lang w:eastAsia="zh-CN"/>
        </w:rPr>
        <w:br/>
      </w:r>
      <w:r>
        <w:rPr>
          <w:lang w:eastAsia="zh-CN"/>
        </w:rPr>
        <w:t>　　我们产品的优势，更有利喜迎客户。</w:t>
      </w:r>
      <w:r>
        <w:rPr>
          <w:lang w:eastAsia="zh-CN"/>
        </w:rPr>
        <w:br/>
      </w:r>
      <w:r>
        <w:rPr>
          <w:lang w:eastAsia="zh-CN"/>
        </w:rPr>
        <w:t>　　3、业务技术</w:t>
      </w:r>
      <w:r>
        <w:rPr>
          <w:lang w:eastAsia="zh-CN"/>
        </w:rPr>
        <w:br/>
      </w:r>
      <w:r>
        <w:rPr>
          <w:lang w:eastAsia="zh-CN"/>
        </w:rPr>
        <w:t>　　谈到业务技术，首先想到的是如何取得订单。许多客户都喜欢跟专业的业务人员谈生意，因为业务人员专业，所以会商中可以办理许多问题，客户也乐意把订单交给专业的业务员来负责。当然，业务技术也是通过长光阴的实践培养出来的，而在我本身这一年里的外贸经验中，我所学会的是做客户的顾问，站在客户的角度，设身处地为客户着想，一切从客户的需求出发，在电话，在电邮，或客人来访中，我们要赓续提问，从客户的回答中了解到客户的需求，这样做会事半功倍，例如，如果客户是想买高质量的产品，你便可以挑一种好质量的产品给他，价格贵一点也不要紧，相反，如果客户只想买便宜的产品，在报价时就不要太高，否则就会吓跑客户。做业务，我们要学会“了解或激发需求，然后去满足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其次是，处置惩罚订单，处置惩罚订单的历程，说简单也简单，说难也难。简单便是，依照客户要求的产品，写到生产单上，下到生产部就竣工。而难的处地点于，作为客户的顾问，我们有需要时时刻刻关切，产品的进展，生产历程中产品是否有问题。货物生产好，要反省各个部分，是否存在外看上明显缺陷，或者一些影响到功能的产品问题。如果有问题，要实时更正。要记着：产品在工厂，我们可以挽救一切；产品一出去，一起都来不及了。到时候，只能听候客户发落。到交货期之前，要赓续的提醒，赓续催匆匆生产部，确保能按时交货。</w:t>
      </w:r>
      <w:r>
        <w:rPr>
          <w:lang w:eastAsia="zh-CN"/>
        </w:rPr>
        <w:br/>
      </w:r>
      <w:r>
        <w:rPr>
          <w:lang w:eastAsia="zh-CN"/>
        </w:rPr>
        <w:t>　　最后，要耐久维护客户，我们要做好的是售后办事。颠末几单处置惩罚之后，我明白：呈现问题是很正常的事情，对付这方面必然要摆放好心态。由于产品自己的特点，很可能货到之后呈现破损现象，安装或者实际操作，可能会呈现一些问题，必要我们去办理。我常常倍感头痛，经常不知道怎么办，甚至埋怨。然则，问题呈现了，总有办理的措施，各领导赞助，各部门共同，问题总会获得办理。</w:t>
      </w:r>
      <w:r>
        <w:rPr>
          <w:lang w:eastAsia="zh-CN"/>
        </w:rPr>
        <w:br/>
      </w:r>
      <w:r>
        <w:rPr>
          <w:lang w:eastAsia="zh-CN"/>
        </w:rPr>
        <w:t>　　二、个人素质才能</w:t>
      </w:r>
      <w:r>
        <w:rPr>
          <w:lang w:eastAsia="zh-CN"/>
        </w:rPr>
        <w:br/>
      </w:r>
      <w:r>
        <w:rPr>
          <w:lang w:eastAsia="zh-CN"/>
        </w:rPr>
        <w:t>　　1、诚笃</w:t>
      </w:r>
      <w:r>
        <w:rPr>
          <w:lang w:eastAsia="zh-CN"/>
        </w:rPr>
        <w:br/>
      </w:r>
      <w:r>
        <w:rPr>
          <w:lang w:eastAsia="zh-CN"/>
        </w:rPr>
        <w:t>　　做生意，最怕“市侩”，所以客户都喜欢跟诚笃的人做朋朋友，做生意。在与人交流的历程中，要体现本身的'诚意。在客户交流的历程中，只有诚笃，能力取得信任。</w:t>
      </w:r>
      <w:r>
        <w:rPr>
          <w:lang w:eastAsia="zh-CN"/>
        </w:rPr>
        <w:br/>
      </w:r>
      <w:r>
        <w:rPr>
          <w:lang w:eastAsia="zh-CN"/>
        </w:rPr>
        <w:t>　　2、热情</w:t>
      </w:r>
      <w:r>
        <w:rPr>
          <w:lang w:eastAsia="zh-CN"/>
        </w:rPr>
        <w:br/>
      </w:r>
      <w:r>
        <w:rPr>
          <w:lang w:eastAsia="zh-CN"/>
        </w:rPr>
        <w:t>　　只要对本身的职业有热情，能力全神贯注地把本身的精力投下去，外贸加倍是如此，因为外贸是一个很长的历程。</w:t>
      </w:r>
      <w:r>
        <w:rPr>
          <w:lang w:eastAsia="zh-CN"/>
        </w:rPr>
        <w:br/>
      </w:r>
      <w:r>
        <w:rPr>
          <w:lang w:eastAsia="zh-CN"/>
        </w:rPr>
        <w:t>　　3、耐心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外贸行业中，开拓一个新客户的周期一般在半年到一年之间，或者更长，所以，在这个漫长的历程中，在本身没有订单而同事有订单的时候，必然有耐心，狂风雨后就是彩虹。从我自身阅历来说，接到第一单，只是一个几百美金的样品，确实60个日日夜夜，当然不排除此中的运气成分。</w:t>
      </w:r>
      <w:r>
        <w:rPr>
          <w:lang w:eastAsia="zh-CN"/>
        </w:rPr>
        <w:br/>
      </w:r>
      <w:r>
        <w:rPr>
          <w:lang w:eastAsia="zh-CN"/>
        </w:rPr>
        <w:t>　　4、自信心</w:t>
      </w:r>
      <w:r>
        <w:rPr>
          <w:lang w:eastAsia="zh-CN"/>
        </w:rPr>
        <w:br/>
      </w:r>
      <w:r>
        <w:rPr>
          <w:lang w:eastAsia="zh-CN"/>
        </w:rPr>
        <w:t>　　这一点最紧张，在工作中，不管是本身在网上搜索开拓的客户，照样从公司平台上接到的询盘客户，算起来估计有几百个，但真正下订单的，可能就那么几个。所以，业务员可能许多光阴都是在做“无用功”。然则必然要有自信心，有许多潜在的客户，都是要在很长的光阴里才改变为真正的客户，所以必须持有坚决的自信，才会把业务做得更出色。只要有音讯的客户，就要厚着脸皮把他抓住不放，总有一天会故意想不到的劳绩。对付下过单的客户，不用说确定是重中之重，必要时不时的问候一下有没有必要赞助的，到了必然的时候要主动扣问ne_t order的光阴。</w:t>
      </w:r>
      <w:r>
        <w:rPr>
          <w:lang w:eastAsia="zh-CN"/>
        </w:rPr>
        <w:br/>
      </w:r>
      <w:r>
        <w:rPr>
          <w:lang w:eastAsia="zh-CN"/>
        </w:rPr>
        <w:t>　　在工作中，我可以说，我没有虚度，挥霍上班光阴，对工作我是认真负责的。颠末光阴的洗礼，我相信我们会更好，俗话说：只有阅历能力发展。世界没有完美的事情，每个人都有其优缺点，一旦遇到工尴尬刁难照多的时候，容易急噪，或者不会花光阴去反省，也会粗心。工作多的时候，想得多的是本身把他搞定，每个环节都本身去跑，却疏忽了团队的作用，所以要改正这种心态，相信别人，相信团队的力量，再施展自身的优势：贸易知识，学习接收才能较好。赓续总结和改进，进步素质。</w:t>
      </w:r>
      <w:r>
        <w:rPr>
          <w:lang w:eastAsia="zh-CN"/>
        </w:rPr>
        <w:br/>
      </w:r>
      <w:r>
        <w:rPr>
          <w:lang w:eastAsia="zh-CN"/>
        </w:rPr>
        <w:t>　　外贸年终工作总结 3</w:t>
      </w:r>
      <w:r>
        <w:rPr>
          <w:lang w:eastAsia="zh-CN"/>
        </w:rPr>
        <w:br/>
      </w:r>
      <w:r>
        <w:rPr>
          <w:lang w:eastAsia="zh-CN"/>
        </w:rPr>
        <w:t>　　__年，注定是不平凡的一年。原材料成本增加，税率大调整，人民币不断升值……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在这样的大背景下，外贸在__年显得尤其艰难。忙忙碌碌的一年眼看又要过去了，又到了需要对自己的工作总结经验教训的时候了。</w:t>
      </w:r>
      <w:r>
        <w:rPr>
          <w:lang w:eastAsia="zh-CN"/>
        </w:rPr>
        <w:br/>
      </w:r>
      <w:r>
        <w:rPr>
          <w:lang w:eastAsia="zh-CN"/>
        </w:rPr>
        <w:t>　　一、回忆过去</w:t>
      </w:r>
      <w:r>
        <w:rPr>
          <w:lang w:eastAsia="zh-CN"/>
        </w:rPr>
        <w:br/>
      </w:r>
      <w:r>
        <w:rPr>
          <w:lang w:eastAsia="zh-CN"/>
        </w:rPr>
        <w:t>　　1.对新销售区域的拓展。</w:t>
      </w:r>
      <w:r>
        <w:rPr>
          <w:lang w:eastAsia="zh-CN"/>
        </w:rPr>
        <w:br/>
      </w:r>
      <w:r>
        <w:rPr>
          <w:lang w:eastAsia="zh-CN"/>
        </w:rPr>
        <w:t>　　以越南市场为重点开拓市场，培养了3个新客户，到__年底止，总计销售金额为28万美金。从__年1月起，一共9个不同国家和区域的客户建立了商业合作关系。</w:t>
      </w:r>
      <w:r>
        <w:rPr>
          <w:lang w:eastAsia="zh-CN"/>
        </w:rPr>
        <w:br/>
      </w:r>
      <w:r>
        <w:rPr>
          <w:lang w:eastAsia="zh-CN"/>
        </w:rPr>
        <w:t>　　2.注重品牌意识。</w:t>
      </w:r>
      <w:r>
        <w:rPr>
          <w:lang w:eastAsia="zh-CN"/>
        </w:rPr>
        <w:br/>
      </w:r>
      <w:r>
        <w:rPr>
          <w:lang w:eastAsia="zh-CN"/>
        </w:rPr>
        <w:t>　　一个企业的发展壮大，品牌力量起着非常大的推动作用。__年成功把三锋品牌产品销售到斯里兰卡，就目前来说，销售情况良好。</w:t>
      </w:r>
      <w:r>
        <w:rPr>
          <w:lang w:eastAsia="zh-CN"/>
        </w:rPr>
        <w:br/>
      </w:r>
      <w:r>
        <w:rPr>
          <w:lang w:eastAsia="zh-CN"/>
        </w:rPr>
        <w:t>　　3.对老客户的优质服务。</w:t>
      </w:r>
      <w:r>
        <w:rPr>
          <w:lang w:eastAsia="zh-CN"/>
        </w:rPr>
        <w:br/>
      </w:r>
      <w:r>
        <w:rPr>
          <w:lang w:eastAsia="zh-CN"/>
        </w:rPr>
        <w:t>　　重点为乌克兰客户__和意大利客户yy的跟踪和服务。__在__年销售金额总计为32万美金，面对__年欧洲对eu2标准的.实施，历时6个月，25cc汽油锯问题现也得到了解决。</w:t>
      </w:r>
      <w:r>
        <w:rPr>
          <w:lang w:eastAsia="zh-CN"/>
        </w:rPr>
        <w:br/>
      </w:r>
      <w:r>
        <w:rPr>
          <w:lang w:eastAsia="zh-CN"/>
        </w:rPr>
        <w:t>　　二、总结现在</w:t>
      </w:r>
      <w:r>
        <w:rPr>
          <w:lang w:eastAsia="zh-CN"/>
        </w:rPr>
        <w:br/>
      </w:r>
      <w:r>
        <w:rPr>
          <w:lang w:eastAsia="zh-CN"/>
        </w:rPr>
        <w:t>　　1.产品质量有待进一步的提高。</w:t>
      </w:r>
      <w:r>
        <w:rPr>
          <w:lang w:eastAsia="zh-CN"/>
        </w:rPr>
        <w:br/>
      </w:r>
      <w:r>
        <w:rPr>
          <w:lang w:eastAsia="zh-CN"/>
        </w:rPr>
        <w:t>　　无论是公司的主打产品电链锯汽油锯还是小打小闹的冲钻角磨，质量投诉此起彼伏。这对销售工作的开展产生了极大的困扰。再者，新产品的开发周期过长，就产生了老产品不成熟，新产品又不敢推荐的怪现象。</w:t>
      </w:r>
      <w:r>
        <w:rPr>
          <w:lang w:eastAsia="zh-CN"/>
        </w:rPr>
        <w:br/>
      </w:r>
      <w:r>
        <w:rPr>
          <w:lang w:eastAsia="zh-CN"/>
        </w:rPr>
        <w:t>　　2.跟单工作的艰难。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按照公司以往的生产周期，一般为30-35天。以__年来衡量，远远超过这个周期。我们的推迟交货，直接影响到客户的销售计划，这对公司的信誉也会造成一定的影响。尤其是，每每到发货时，不是这种机器少一台就是那种机器少两台，不仅对工作带来了非常大的麻烦，客户那边更是不好交代。</w:t>
      </w:r>
      <w:r>
        <w:rPr>
          <w:lang w:eastAsia="zh-CN"/>
        </w:rPr>
        <w:br/>
      </w:r>
      <w:r>
        <w:rPr>
          <w:lang w:eastAsia="zh-CN"/>
        </w:rPr>
        <w:t>　　三、展望未来</w:t>
      </w:r>
      <w:r>
        <w:rPr>
          <w:lang w:eastAsia="zh-CN"/>
        </w:rPr>
        <w:br/>
      </w:r>
      <w:r>
        <w:rPr>
          <w:lang w:eastAsia="zh-CN"/>
        </w:rPr>
        <w:t>　　海外市场的开拓没有终点，__年对于__年来说只是起点。在摸索和经历中慢慢成长，而新的一年每一项拓展工作都需要领导的大力支持。市场是残酷的，__年必将是我更加兢兢业业工作的一年。生于忧患，死于安乐，如果__年注定是狂风骤雨，那么请让它来得更猛烈些吧。</w:t>
      </w:r>
      <w:r>
        <w:rPr>
          <w:lang w:eastAsia="zh-CN"/>
        </w:rPr>
        <w:br/>
      </w:r>
      <w:r>
        <w:rPr>
          <w:lang w:eastAsia="zh-CN"/>
        </w:rPr>
        <w:t>　　我坚信，在拓展海外市场上，我们所做的每一步都是为了更好地销售我们的产品!</w:t>
      </w:r>
      <w:r>
        <w:rPr>
          <w:lang w:eastAsia="zh-CN"/>
        </w:rPr>
        <w:br/>
      </w:r>
      <w:r>
        <w:rPr>
          <w:lang w:eastAsia="zh-CN"/>
        </w:rPr>
        <w:t>　　外贸年终工作总结 4</w:t>
      </w:r>
      <w:r>
        <w:rPr>
          <w:lang w:eastAsia="zh-CN"/>
        </w:rPr>
        <w:br/>
      </w:r>
      <w:r>
        <w:rPr>
          <w:lang w:eastAsia="zh-CN"/>
        </w:rPr>
        <w:t>　　20__年外贸科紧密团结在商务和工业信息化局党委周围，重点围绕国家有关外贸“调结构、抓转型、促增长、惠民生”政策，多措并举，精准发力，各项工作有序推进，我代表科室现向领导和同志们重点汇报如下：</w:t>
      </w:r>
      <w:r>
        <w:rPr>
          <w:lang w:eastAsia="zh-CN"/>
        </w:rPr>
        <w:br/>
      </w:r>
      <w:r>
        <w:rPr>
          <w:lang w:eastAsia="zh-CN"/>
        </w:rPr>
        <w:t>　　一、做好“河北省外贸转型示范基地”的复审工作。根据盐山出口基地情况，撰写专题报告，搜集相关数据及有关证件，填写基地报表，上报省商务厅。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二、做好对外贸易备案工作。截止到11月份，共办理进出口备案及变更业务149批次，全县进出口企业接近400家，成为全市出口企业最多的县市。同时做好延伸服务，科室将备案、海关、商检、贸促会、国税、银行、外事办等相关单位的办事流程以明白纸的形式张贴上墙，对企业一次性告知，并积极协调解决企业在办事过程中遇到的困难，对企业做到尽职尽责、尽心尽力，极大的提高了工作效率。</w:t>
      </w:r>
      <w:r>
        <w:rPr>
          <w:lang w:eastAsia="zh-CN"/>
        </w:rPr>
        <w:br/>
      </w:r>
      <w:r>
        <w:rPr>
          <w:lang w:eastAsia="zh-CN"/>
        </w:rPr>
        <w:t>　　三、做好转型升级工作。今年申报的河北汇中管道有限公司高性能大口径钢制弯管制造技术研发项目，获得省商务厅和省财政厅批准资金支持148.23万元，成为沧州市同类第一名。我县培养的外贸公共服务平台已达9个，为推动管道装备产业外贸转型升级工作起到了强有力的示范和拉动作用。</w:t>
      </w:r>
      <w:r>
        <w:rPr>
          <w:lang w:eastAsia="zh-CN"/>
        </w:rPr>
        <w:br/>
      </w:r>
      <w:r>
        <w:rPr>
          <w:lang w:eastAsia="zh-CN"/>
        </w:rPr>
        <w:t>　　四、做好外贸调结构工作，进出口齐抓。近两年盐山的'管道装备企业受中海公司破产影响严重，因为互有担保，所以一个倒下，会影响一批。为应对和消除长远可能出现的不良局面，我们重点培养了气雾剂阀门、食品、建筑机械、输送机械、不锈钢、铸造、户外休闲用品、体育器材等产业，帮助引导其加大外贸投入力度，今年气雾剂和户外休闲已成为全县出口前十名企业，同时成为沧州市重点外贸企业，目前这些产业的出口额已超千万美元，同比增长较快。华煜工贸公司成为华北的废旧塑料进口商，年均进口__万美元。如今，盐山外贸结构形成几大特征，一是中国管道管件出口基地和河北省外贸转型示范基地牌子硬，名气大；二是队伍大，增速快；三是调结构，后劲足，四是龙头带，效果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五、巩固传统模式开拓外贸新业态。在做好传统一般贸易进出口的同时，着力开拓新业态，做到提前谋划，提前介入、今年我们为电力管件公司向商务厅申报了“对外援助承包资质”，该资质是参与国家大工程承包的必备资质，通过后有希望改变县域出口小而不大的局面，我们为申源管件公司申报了“跨境海外仓”，该项目在泰国已成熟运行，年均进出口近千万美元，据悉，目前沧州市该项目一家，跨境海外仓的建立，促进了我县的钢铁产品可以直接进入国际市场。</w:t>
      </w:r>
      <w:r>
        <w:rPr>
          <w:lang w:eastAsia="zh-CN"/>
        </w:rPr>
        <w:br/>
      </w:r>
      <w:r>
        <w:rPr>
          <w:lang w:eastAsia="zh-CN"/>
        </w:rPr>
        <w:t>　　六、做好外贸攻坚战各项工作。正月十六省商务厅召开打好外贸攻坚战会议，围绕会议精神，我们立刻投入工作。</w:t>
      </w:r>
      <w:r>
        <w:rPr>
          <w:lang w:eastAsia="zh-CN"/>
        </w:rPr>
        <w:br/>
      </w:r>
      <w:r>
        <w:rPr>
          <w:lang w:eastAsia="zh-CN"/>
        </w:rPr>
        <w:t>　　1、利用各种宣传模式广泛宣传省厅有关优惠政策。</w:t>
      </w:r>
      <w:r>
        <w:rPr>
          <w:lang w:eastAsia="zh-CN"/>
        </w:rPr>
        <w:br/>
      </w:r>
      <w:r>
        <w:rPr>
          <w:lang w:eastAsia="zh-CN"/>
        </w:rPr>
        <w:t>　　2、建立了盐山县对外贸易微信交流群。入群人数已近200人，是全市的外贸微信群。</w:t>
      </w:r>
      <w:r>
        <w:rPr>
          <w:lang w:eastAsia="zh-CN"/>
        </w:rPr>
        <w:br/>
      </w:r>
      <w:r>
        <w:rPr>
          <w:lang w:eastAsia="zh-CN"/>
        </w:rPr>
        <w:t>　　3、积极组织企业参加省厅境外百展活动，共为十余家参展企业申请了专项资金20多万元。并为其及时申报了市政府外贸专项资金50多万元。</w:t>
      </w:r>
      <w:r>
        <w:rPr>
          <w:lang w:eastAsia="zh-CN"/>
        </w:rPr>
        <w:br/>
      </w:r>
      <w:r>
        <w:rPr>
          <w:lang w:eastAsia="zh-CN"/>
        </w:rPr>
        <w:t>　　4、组织企业参加了沧州市重点进出口企业座谈会、中东沧州贸易启动大会、唐山中东欧经贸对接会、云南德宏州与沧州对接会、全省外贸督查调研、沧州市外贸督查会、全省外贸培训会、沧州跨境电商培训会、中信保邮储银行与企业对接会等系列活动，中行农行与与企业座谈会、我县参会参训人数均为全市最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5、走访企业，全县的重点出口企业我们重点帮扶，积极协调相关部门为企业搭建出口绿色通道。为沧海、宏润、汇东、汇中公司介绍了九鼎投资集团、北京供应链公司。积极介入沧海集团进口odf项目设备，筹备为其申请进口贴息。向汇中、海乾威、乾成等公司介绍了穆斯林网、中东石油协会、全球信用证纠纷网开展深入合作，力求深入石油集散地，签订出口大单子；及时解决闽海、金星、友邦户外休闲、申源等公司出口遇到的问题，力争出口实现翻倍，并为其争取市政府专项奖励。</w:t>
      </w:r>
      <w:r>
        <w:rPr>
          <w:lang w:eastAsia="zh-CN"/>
        </w:rPr>
        <w:br/>
      </w:r>
      <w:r>
        <w:rPr>
          <w:lang w:eastAsia="zh-CN"/>
        </w:rPr>
        <w:t>　　外贸年终工作总结 5</w:t>
      </w:r>
      <w:r>
        <w:rPr>
          <w:lang w:eastAsia="zh-CN"/>
        </w:rPr>
        <w:br/>
      </w:r>
      <w:r>
        <w:rPr>
          <w:lang w:eastAsia="zh-CN"/>
        </w:rPr>
        <w:t>　　伴随着新年钟声的临近，我们依依惜别了任务繁重、硕果累累的20__年，满怀热情的迎来了光明灿烂、充满希望的20__年。在这年终之际，现对来公司九个月的时间里所作的工作汇报如下：</w:t>
      </w:r>
      <w:r>
        <w:rPr>
          <w:lang w:eastAsia="zh-CN"/>
        </w:rPr>
        <w:br/>
      </w:r>
      <w:r>
        <w:rPr>
          <w:lang w:eastAsia="zh-CN"/>
        </w:rPr>
        <w:t>　　一、20__年工作业绩</w:t>
      </w:r>
      <w:r>
        <w:rPr>
          <w:lang w:eastAsia="zh-CN"/>
        </w:rPr>
        <w:br/>
      </w:r>
      <w:r>
        <w:rPr>
          <w:lang w:eastAsia="zh-CN"/>
        </w:rPr>
        <w:t>　　完成了100P圆筒、100P彩虹、60P共91个集装箱的出口到__，14个托盘的100P彩虹出口到__，10个托盘的60P和100彩虹到__，及2400套圆筒和600套60P（REPLACEMENT）到__。</w:t>
      </w:r>
      <w:r>
        <w:rPr>
          <w:lang w:eastAsia="zh-CN"/>
        </w:rPr>
        <w:br/>
      </w:r>
      <w:r>
        <w:rPr>
          <w:lang w:eastAsia="zh-CN"/>
        </w:rPr>
        <w:t>　　主要负责</w:t>
      </w:r>
      <w:r>
        <w:rPr>
          <w:lang w:eastAsia="zh-CN"/>
        </w:rPr>
        <w:br/>
      </w:r>
      <w:r>
        <w:rPr>
          <w:lang w:eastAsia="zh-CN"/>
        </w:rPr>
        <w:t>　　1、签订合同后，催客户开信用证，并与收到后审核，有问题并通知及时修改。</w:t>
      </w:r>
      <w:r>
        <w:rPr>
          <w:lang w:eastAsia="zh-CN"/>
        </w:rPr>
        <w:br/>
      </w:r>
      <w:r>
        <w:rPr>
          <w:lang w:eastAsia="zh-CN"/>
        </w:rPr>
        <w:t>　　2、按制定的出货计划及相关要求与货贷联系租船订舱。</w:t>
      </w:r>
      <w:r>
        <w:rPr>
          <w:lang w:eastAsia="zh-CN"/>
        </w:rPr>
        <w:br/>
      </w:r>
      <w:r>
        <w:rPr>
          <w:lang w:eastAsia="zh-CN"/>
        </w:rPr>
        <w:t>　　3、与客户确认相关得出货资料后，整理单据，办理木托熏蒸。并准备熏蒸证书。</w:t>
      </w:r>
      <w:r>
        <w:rPr>
          <w:lang w:eastAsia="zh-CN"/>
        </w:rPr>
        <w:br/>
      </w:r>
      <w:r>
        <w:rPr>
          <w:lang w:eastAsia="zh-CN"/>
        </w:rPr>
        <w:t>　　4、协调好生产部门，按客户不同的包装要求，安排拖车发货。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5、核算出相关的出口数据，制作单据，委托办理出口报关。</w:t>
      </w:r>
      <w:r>
        <w:rPr>
          <w:lang w:eastAsia="zh-CN"/>
        </w:rPr>
        <w:br/>
      </w:r>
      <w:r>
        <w:rPr>
          <w:lang w:eastAsia="zh-CN"/>
        </w:rPr>
        <w:t>　　6、根据信用证要求，制作并准备相应的出口单据，去银行办理交单议付，有时办押汇。</w:t>
      </w:r>
      <w:r>
        <w:rPr>
          <w:lang w:eastAsia="zh-CN"/>
        </w:rPr>
        <w:br/>
      </w:r>
      <w:r>
        <w:rPr>
          <w:lang w:eastAsia="zh-CN"/>
        </w:rPr>
        <w:t>　　7、登记相关的出口资料，并按客户要求，每周提供装箱图片、箱封号、船名航次等资料。</w:t>
      </w:r>
      <w:r>
        <w:rPr>
          <w:lang w:eastAsia="zh-CN"/>
        </w:rPr>
        <w:br/>
      </w:r>
      <w:r>
        <w:rPr>
          <w:lang w:eastAsia="zh-CN"/>
        </w:rPr>
        <w:t>　　8、将资料整理归档，并随时与银行核对每笔货款得到帐情况。并将每月的`出口资料提供给财务。</w:t>
      </w:r>
      <w:r>
        <w:rPr>
          <w:lang w:eastAsia="zh-CN"/>
        </w:rPr>
        <w:br/>
      </w:r>
      <w:r>
        <w:rPr>
          <w:lang w:eastAsia="zh-CN"/>
        </w:rPr>
        <w:t>　　此项工作繁琐且重复率高（自七月份起，几乎每周重复一次），占去了近80%的精力。期间因工作时间短，经验不足，也犯过不少错误：</w:t>
      </w:r>
      <w:r>
        <w:rPr>
          <w:lang w:eastAsia="zh-CN"/>
        </w:rPr>
        <w:br/>
      </w:r>
      <w:r>
        <w:rPr>
          <w:lang w:eastAsia="zh-CN"/>
        </w:rPr>
        <w:t>　　1、拖车订晚了，害同事及工人加班装集装箱。</w:t>
      </w:r>
      <w:r>
        <w:rPr>
          <w:lang w:eastAsia="zh-CN"/>
        </w:rPr>
        <w:br/>
      </w:r>
      <w:r>
        <w:rPr>
          <w:lang w:eastAsia="zh-CN"/>
        </w:rPr>
        <w:t>　　2、与车间及其他部门配合、协调不够好。打件时缠绕膜的包装方式出现错误，检查工作没做好。</w:t>
      </w:r>
      <w:r>
        <w:rPr>
          <w:lang w:eastAsia="zh-CN"/>
        </w:rPr>
        <w:br/>
      </w:r>
      <w:r>
        <w:rPr>
          <w:lang w:eastAsia="zh-CN"/>
        </w:rPr>
        <w:t>　　3、车间加班不及时，常被叔叔点名。</w:t>
      </w:r>
      <w:r>
        <w:rPr>
          <w:lang w:eastAsia="zh-CN"/>
        </w:rPr>
        <w:br/>
      </w:r>
      <w:r>
        <w:rPr>
          <w:lang w:eastAsia="zh-CN"/>
        </w:rPr>
        <w:t>　　通过这段时间的努力，使我个人的耐心、细心程度及对工作的合理安排得到了锻炼，学会了在繁忙之中找条理，危难之中找希望。</w:t>
      </w:r>
      <w:r>
        <w:rPr>
          <w:lang w:eastAsia="zh-CN"/>
        </w:rPr>
        <w:br/>
      </w:r>
      <w:r>
        <w:rPr>
          <w:lang w:eastAsia="zh-CN"/>
        </w:rPr>
        <w:t>　　二、与客户进行日常的邮件联系。</w:t>
      </w:r>
      <w:r>
        <w:rPr>
          <w:lang w:eastAsia="zh-CN"/>
        </w:rPr>
        <w:br/>
      </w:r>
      <w:r>
        <w:rPr>
          <w:lang w:eastAsia="zh-CN"/>
        </w:rPr>
        <w:t>　　主要负责与__公司联系关于此出口美国货物的细节内容，一般通过邮件来回确认。包括三种货物的包装、结算、出货期、产品质量、木托干湿度、法兰克福展位、新样品及相关产品的变动等等内容，其中大部分是协助王总来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期间曾因业务经验少有过失误：在事情紧急、误解了韩国意思的情况下，与美国客户直接联系。结果给客户造成误解，给王总带来麻烦。</w:t>
      </w:r>
      <w:r>
        <w:rPr>
          <w:lang w:eastAsia="zh-CN"/>
        </w:rPr>
        <w:br/>
      </w:r>
      <w:r>
        <w:rPr>
          <w:lang w:eastAsia="zh-CN"/>
        </w:rPr>
        <w:t>　　通过这项工作，使我原本欠缺的英语写作及口语得到了很大的提高，并学到了好多与客户交流的技巧及业务上的知识。但离一个成功国际贸易业务员的标准还差得很远，在今后工作中，定会多多注意，加以改善。</w:t>
      </w:r>
      <w:r>
        <w:rPr>
          <w:lang w:eastAsia="zh-CN"/>
        </w:rPr>
        <w:br/>
      </w:r>
      <w:r>
        <w:rPr>
          <w:lang w:eastAsia="zh-CN"/>
        </w:rPr>
        <w:t>　　三、新产品的开发，为客户备样。</w:t>
      </w:r>
      <w:r>
        <w:rPr>
          <w:lang w:eastAsia="zh-CN"/>
        </w:rPr>
        <w:br/>
      </w:r>
      <w:r>
        <w:rPr>
          <w:lang w:eastAsia="zh-CN"/>
        </w:rPr>
        <w:t>　　将王总与客户的谈判结果（有时旁听并记录）及产品要求、变化等内容传达给采购及生产部门，并负责监督并随时向领导汇报工作进度。按双方协商及客户要求，准备样品并负责发到美国或韩国。按不同要求，为客户提供图片、报价等，通过邮件反复确认。协助销售为领导整理库存样品并报价；给领导准备从日本带回的新样品；给MORRIS准备美国展会样品并报价等。</w:t>
      </w:r>
      <w:r>
        <w:rPr>
          <w:lang w:eastAsia="zh-CN"/>
        </w:rPr>
        <w:br/>
      </w:r>
      <w:r>
        <w:rPr>
          <w:lang w:eastAsia="zh-CN"/>
        </w:rPr>
        <w:t>　　通过对此业务的接触，使我对公司的产品有了更好地了解，但距离还差得很远。这对于业务员来讲是一大缺陷，希望公司以后有时间能定期为新员工组织学习和培训，以便于工作起来更顺手。</w:t>
      </w:r>
      <w:r>
        <w:rPr>
          <w:lang w:eastAsia="zh-CN"/>
        </w:rPr>
        <w:br/>
      </w:r>
      <w:r>
        <w:rPr>
          <w:lang w:eastAsia="zh-CN"/>
        </w:rPr>
        <w:t>　　与__订遥控铅芯；催GOODFELA生产并尽快发货；订EMICRO的细太空，并与收到货后，对于出现的质量问题进行邮件联系。由于出口美国货物的任务加重，后来都转给小毕负责。</w:t>
      </w:r>
      <w:r>
        <w:rPr>
          <w:lang w:eastAsia="zh-CN"/>
        </w:rPr>
        <w:br/>
      </w:r>
      <w:r>
        <w:rPr>
          <w:lang w:eastAsia="zh-CN"/>
        </w:rPr>
        <w:t>　　四、处理日常工作，服从公司领导安排。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联系__展位的装修及邀请函的办理；为领导办理迁证准备资料；与车队、熏蒸、货贷、报关行、快递等搞好关系并与之定期结算费用；服从领导日常安排的各项工作；协助行政部制定部门职责；联系复印机维修，电脑维护等等日常工作。</w:t>
      </w:r>
      <w:r>
        <w:rPr>
          <w:lang w:eastAsia="zh-CN"/>
        </w:rPr>
        <w:br/>
      </w:r>
      <w:r>
        <w:rPr>
          <w:lang w:eastAsia="zh-CN"/>
        </w:rPr>
        <w:t>　　总体说来，对于领导交给的各项任务都已比较顺利、较好的完成了。</w:t>
      </w:r>
      <w:r>
        <w:rPr>
          <w:lang w:eastAsia="zh-CN"/>
        </w:rPr>
        <w:br/>
      </w:r>
      <w:r>
        <w:rPr>
          <w:lang w:eastAsia="zh-CN"/>
        </w:rPr>
        <w:t>　　展望邻近的20__年，我会更加努力、认真负责的去对待每一个业务，也力争赢的机会去寻求更多的客户，争取更多的订单，完善进出口部门的工作。相信自己会完成新的任务，能迎接新的挑战。</w:t>
      </w:r>
      <w:r>
        <w:rPr>
          <w:lang w:eastAsia="zh-CN"/>
        </w:rPr>
        <w:br/>
      </w:r>
      <w:r>
        <w:rPr>
          <w:lang w:eastAsia="zh-CN"/>
        </w:rPr>
        <w:t>　　外贸年终工作总结 6</w:t>
      </w:r>
      <w:r>
        <w:rPr>
          <w:lang w:eastAsia="zh-CN"/>
        </w:rPr>
        <w:br/>
      </w:r>
      <w:r>
        <w:rPr>
          <w:lang w:eastAsia="zh-CN"/>
        </w:rPr>
        <w:t>　　时光荏苒，转眼一年的时间飞逝过去了。20__年意味着两千年的第一个十年的结束，明年即将是两千年第二个十年的开始，在这辞旧迎新的日子里，回首这一年工作的历程不禁感慨十分。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这一年里虽然没有取得惊人的成绩，但是其中的曲折和坎坷我是深有体会的。对有一定销售经验的人来说，销售确实不难，但对于一个销售经验不是很丰富，刚从事销售这一行业不到两年的人来说是有一定挑战性的，到现在为止，我不再说自己是一个销售新人，因为我进军到销售这一行业也快一年半的时间，说长不长说短不短，大约540天的时间每天都是在围绕销售这一个中心而展开的。20__年这一年又快过去了，虽然没有取得斐然的成绩，但是我觉得已经做得对得起自己，每天我没有在虚度光阴无所事事，而是在想方设法怎样做好方案和报价迎来客户，一个业务员要得到公司的肯定那只有销售业绩，这是铁打的事实。为了明年能取得优异的成果，一定再接再厉，做最大的努力去挑战极限，争取明年做到超过预定销售额。</w:t>
      </w:r>
      <w:r>
        <w:rPr>
          <w:lang w:eastAsia="zh-CN"/>
        </w:rPr>
        <w:br/>
      </w:r>
      <w:r>
        <w:rPr>
          <w:lang w:eastAsia="zh-CN"/>
        </w:rPr>
        <w:t>　　在今年一月份的时候还只刚刚利用阿里巴巴网络销售平台，一个一个上传产品写英文产品描述，由于去年那半年的时间没有实质性的单在跟对产品了解得非常浅显，所以在产品描述阶段利用了比较长的时间，开始没人教尽管不是太难但实际操作起来还是遇到了不少麻烦，全靠自己慢慢摸索出来，怎样把产品描述写好关键词设好。在上季度询盘是非常少的而且收到的询盘也没有多少含金量，即使利用大部分时间比较细致地去回复询盘，结果发现有潜在客户回复得也很少，而且回复得不太详细，实则从那些回复可以看出他们是没有意愿想买。可能只是为了积累一些报价，或用于与其他供应商的报价做比较，这一季度的报价基本都是无用功。在第二季度的时候可能产品比较完善，描述也算比较到位了，慢慢地一些含金量高一点的询盘就来了，在那众多的询盘中你无法得知哪些是有效得询盘，只有每个询盘都认真去对待从而引导潜在客户，他们才会一步一步对你的回复和话题感兴趣，而后会利用他们宝贵的`时间在忙碌中开始一天一天回复你的问题。</w:t>
      </w:r>
      <w:r>
        <w:rPr>
          <w:lang w:eastAsia="zh-CN"/>
        </w:rPr>
        <w:br/>
      </w:r>
    </w:p>
    <w:p w:rsidR="001B1F19" w14:textId="27C3F48A">
      <w:pPr>
        <w:rPr>
          <w:rFonts w:hint="eastAsia"/>
          <w:lang w:eastAsia="zh-CN"/>
        </w:rPr>
      </w:pPr>
      <w:r>
        <w:rPr>
          <w:lang w:eastAsia="zh-CN"/>
        </w:rPr>
        <w:t>　　实际上，只要大部分询盘是含金量较高的就一定会迎来客户来国看厂，这样拿到单的机会就较高。同时，还有一种情况就是客人需要的设备较多金额大，他们于是来国参观几家厂，而我们要在其中脱颖而出让他们选择我们生产的设备，这个有很多因素影响买卖的成功，价格因素，沟通因素，公司其他一些因素。所以成功与否，看实力。没拿到那个单也不要垂头丧气，拿到了也不要沾沾自喜。机会还很多，不过每次都要好好把握。</w:t>
      </w:r>
      <w:r>
        <w:rPr>
          <w:lang w:eastAsia="zh-CN"/>
        </w:rPr>
        <w:br/>
      </w:r>
      <w:r>
        <w:rPr>
          <w:lang w:eastAsia="zh-CN"/>
        </w:rPr>
        <w:t>　　第三季度基本都是在跟单学做单据，其实这些表面上不难，但是都是些细致活，只要一个地方错了可以让客户清不了关。就拿单单要相符单证要一致来说，公司抬头一定要用对，不要装箱单和商业发票还有原产地证用的不是一个公司的，那么就会出问题了，这只是其中的一例。 第四季度，在11月上旬所幸接到了一个单，本来是打算做完今年辞职了，明年做到四月份的样子如果做不到单就辞职。</w:t>
      </w:r>
      <w:r>
        <w:rPr>
          <w:lang w:eastAsia="zh-CN"/>
        </w:rPr>
        <w:br/>
      </w:r>
      <w:r>
        <w:rPr>
          <w:lang w:eastAsia="zh-CN"/>
        </w:rPr>
        <w:t>　　因为我知道跟到一个单的最短的时间大概就是3个月的样子。重新给自己制定一个销售计划，其中最不可缺少的就是毅力和勤奋，还有一个坚定的信念。我总是暗示自己单肯定是会有的，只是时间的问题。虽然付出并不一定就有很大的回报，但是有所付出就一定会有得，天上不会自动掉馅饼，只有自己努力去争取才有机会获得成功，成功总是垂青于有准备的头脑，所以作为一个销售员要时刻准备着如何去应对未知。</w:t>
      </w:r>
      <w:r>
        <w:rPr>
          <w:lang w:eastAsia="zh-CN"/>
        </w:rPr>
        <w:br/>
      </w:r>
      <w:r>
        <w:rPr>
          <w:lang w:eastAsia="zh-CN"/>
        </w:rPr>
        <w:t>　　外贸年终工作总结 7</w:t>
      </w:r>
      <w:r>
        <w:rPr>
          <w:lang w:eastAsia="zh-CN"/>
        </w:rPr>
        <w:br/>
      </w:r>
      <w:r>
        <w:rPr>
          <w:lang w:eastAsia="zh-CN"/>
        </w:rPr>
        <w:t>　　时光荏苒，转眼一年的时间飞逝过去了，意味着两千年的第一个十年的结束，明年即将是两千年第二个十年的开始，在这辞旧迎新的日子里，回首这一年工作的历程不禁感慨十分、</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https://d.book118.com/168036103047006041</w:t>
        </w:r>
      </w:hyperlink>
    </w:p>
    <w:p w:rsidR="001B1F19">
      <w:pPr>
        <w:rPr>
          <w:rFonts w:hint="eastAsia"/>
          <w:lang w:eastAsia="zh-CN"/>
        </w:rPr>
      </w:pPr>
    </w:p>
    <w:sectPr>
      <w:type w:val="nextPage"/>
      <w:pgSz w:w="11906" w:h="16838"/>
      <w:pgMar w:top="1440" w:right="1800" w:bottom="1440" w:left="1800" w:header="851" w:footer="992" w:gutter="0"/>
      <w:pgNumType w:start="1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68036103047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