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采购部年终总结（实用15篇）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采购部年终总结1</w:t>
      </w:r>
      <w:r>
        <w:rPr>
          <w:lang w:eastAsia="zh-CN"/>
        </w:rPr>
        <w:br/>
      </w:r>
      <w:r>
        <w:rPr>
          <w:lang w:eastAsia="zh-CN"/>
        </w:rPr>
        <w:t xml:space="preserve">    转眼间____年已经过去，她是我踏进___公司的第N年，在总经理的指导下，在各领导与各同事的共同努力下，我们认真完成了公司各项工作任务，并取得了必须的成绩，总结如下: </w:t>
      </w:r>
      <w:r>
        <w:rPr>
          <w:lang w:eastAsia="zh-CN"/>
        </w:rPr>
        <w:br/>
      </w:r>
      <w:r>
        <w:rPr>
          <w:lang w:eastAsia="zh-CN"/>
        </w:rPr>
        <w:t>　　一、工作方面</w:t>
      </w:r>
      <w:r>
        <w:rPr>
          <w:lang w:eastAsia="zh-CN"/>
        </w:rPr>
        <w:br/>
      </w:r>
      <w:r>
        <w:rPr>
          <w:lang w:eastAsia="zh-CN"/>
        </w:rPr>
        <w:t>　　1.工作中，尊敬领导，团结同事，能正确处理好与领导同事之间的关系，持续沟通，充分发挥岗位职能，认真完成了各项工作任务，协助业务部的工作需要。</w:t>
      </w:r>
      <w:r>
        <w:rPr>
          <w:lang w:eastAsia="zh-CN"/>
        </w:rPr>
        <w:br/>
      </w:r>
      <w:r>
        <w:rPr>
          <w:lang w:eastAsia="zh-CN"/>
        </w:rPr>
        <w:t>　　2.与各供应商建立并持续良好关系，93%的物料顺利如期跟催到位，基本保证生产顺畅，材料计划下单正确率达98%(没有办法，公司部门不是很完善，所以材料计划也由采购部制定.呵呵，但是就能够顺便训练对材料的了解)</w:t>
      </w:r>
      <w:r>
        <w:rPr>
          <w:lang w:eastAsia="zh-CN"/>
        </w:rPr>
        <w:br/>
      </w:r>
      <w:r>
        <w:rPr>
          <w:lang w:eastAsia="zh-CN"/>
        </w:rPr>
        <w:t>　　3.按照质检部质量标准，及时与各供应商沟通协调，尽最大努力按照我司质量标准供应物料。</w:t>
      </w:r>
      <w:r>
        <w:rPr>
          <w:lang w:eastAsia="zh-CN"/>
        </w:rPr>
        <w:br/>
      </w:r>
      <w:r>
        <w:rPr>
          <w:lang w:eastAsia="zh-CN"/>
        </w:rPr>
        <w:t>　　4.开发了新的供应商，缓解了___、____材料的质量问题。</w:t>
      </w:r>
      <w:r>
        <w:rPr>
          <w:lang w:eastAsia="zh-CN"/>
        </w:rPr>
        <w:br/>
      </w:r>
      <w:r>
        <w:rPr>
          <w:lang w:eastAsia="zh-CN"/>
        </w:rPr>
        <w:t>　　二、不足方面</w:t>
      </w:r>
      <w:r>
        <w:rPr>
          <w:lang w:eastAsia="zh-CN"/>
        </w:rPr>
        <w:br/>
      </w:r>
      <w:r>
        <w:rPr>
          <w:lang w:eastAsia="zh-CN"/>
        </w:rPr>
        <w:t>　　1.材料计划下单错误2%，但未造成严重后果延误出货。</w:t>
      </w:r>
      <w:r>
        <w:rPr>
          <w:lang w:eastAsia="zh-CN"/>
        </w:rPr>
        <w:br/>
      </w:r>
      <w:r>
        <w:rPr>
          <w:lang w:eastAsia="zh-CN"/>
        </w:rPr>
        <w:t>　　2.部门与部门之间的沟通未能到达理想效果。</w:t>
      </w:r>
      <w:r>
        <w:rPr>
          <w:lang w:eastAsia="zh-CN"/>
        </w:rPr>
        <w:br/>
      </w:r>
      <w:r>
        <w:rPr>
          <w:lang w:eastAsia="zh-CN"/>
        </w:rPr>
        <w:t>　　3.供应商开发力度不够大，未能培养有潜力供应商。</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三、明年工作计划</w:t>
      </w:r>
      <w:r>
        <w:rPr>
          <w:lang w:eastAsia="zh-CN"/>
        </w:rPr>
        <w:br/>
      </w:r>
      <w:r>
        <w:rPr>
          <w:lang w:eastAsia="zh-CN"/>
        </w:rPr>
        <w:t>　　1.加强与各供应商的合作与协调，缩短供货周期，提高物料交期的'百分比</w:t>
      </w:r>
      <w:r>
        <w:rPr>
          <w:lang w:eastAsia="zh-CN"/>
        </w:rPr>
        <w:br/>
      </w:r>
      <w:r>
        <w:rPr>
          <w:lang w:eastAsia="zh-CN"/>
        </w:rPr>
        <w:t>　　2.用心与各供应商沟通，提高各供应商的质量控制潜力与合约执行潜力，持续质量与交期的长期稳定性。</w:t>
      </w:r>
      <w:r>
        <w:rPr>
          <w:lang w:eastAsia="zh-CN"/>
        </w:rPr>
        <w:br/>
      </w:r>
      <w:r>
        <w:rPr>
          <w:lang w:eastAsia="zh-CN"/>
        </w:rPr>
        <w:t>　　3.极力配合质检部解决物料质量问题，与质检部讨论某些质量标准超过现有市场水平的解决方案。</w:t>
      </w:r>
      <w:r>
        <w:rPr>
          <w:lang w:eastAsia="zh-CN"/>
        </w:rPr>
        <w:br/>
      </w:r>
      <w:r>
        <w:rPr>
          <w:lang w:eastAsia="zh-CN"/>
        </w:rPr>
        <w:t>　　4.稳定现有供应商，开发培养有潜力的供应商。</w:t>
      </w:r>
      <w:r>
        <w:rPr>
          <w:lang w:eastAsia="zh-CN"/>
        </w:rPr>
        <w:br/>
      </w:r>
      <w:r>
        <w:rPr>
          <w:lang w:eastAsia="zh-CN"/>
        </w:rPr>
        <w:t>　　5.建立稳定、快速的供应链。采购部年终总结2</w:t>
      </w:r>
      <w:r>
        <w:rPr>
          <w:lang w:eastAsia="zh-CN"/>
        </w:rPr>
        <w:br/>
      </w:r>
      <w:r>
        <w:rPr>
          <w:lang w:eastAsia="zh-CN"/>
        </w:rPr>
        <w:t xml:space="preserve">    20__年即将过去了，自从我进入采购部已近一年了，这段人生中弥足珍贵的经历给我留下了精彩而美好的回忆。采购部和其他部门的各位领导在工作和生活中都给予了我足够的宽容、支持和帮助，让我充分感受到了领导们“海纳百川”的胸怀，在对领导们肃然起敬的同时，也为我有机会成为采购部的成员而惊喜万分。 </w:t>
      </w:r>
      <w:r>
        <w:rPr>
          <w:lang w:eastAsia="zh-CN"/>
        </w:rPr>
        <w:br/>
      </w:r>
      <w:r>
        <w:rPr>
          <w:lang w:eastAsia="zh-CN"/>
        </w:rPr>
        <w:t>　　在领导和同事们的关怀和指导下，我通过不懈努力，今年各方面均取得一定的进步，现将我的工作情况做如下汇报：</w:t>
      </w:r>
      <w:r>
        <w:rPr>
          <w:lang w:eastAsia="zh-CN"/>
        </w:rPr>
        <w:br/>
      </w:r>
      <w:r>
        <w:rPr>
          <w:lang w:eastAsia="zh-CN"/>
        </w:rPr>
        <w:t>　　一、通过日常工作积累我对工作岗位的认识</w:t>
      </w:r>
      <w:r>
        <w:rPr>
          <w:lang w:eastAsia="zh-CN"/>
        </w:rPr>
        <w:br/>
      </w:r>
      <w:r>
        <w:rPr>
          <w:lang w:eastAsia="zh-CN"/>
        </w:rPr>
        <w:t>　　采购部是公司运转的一个非常重要的环节，是公司内能够创造收益的部门，作为采购部的一个采购员，需弄清采购的客户群体，为客户提供满意的服务。</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一直以来采购员的工作是服务于生产，它的任务就是以最低的采购成本提供满足质量、数量、交货期三大条件的原料和辅料，换句话说，生产就是采购员的客户，质量，数量，交货期就是生产的要求。</w:t>
      </w:r>
      <w:r>
        <w:rPr>
          <w:lang w:eastAsia="zh-CN"/>
        </w:rPr>
        <w:br/>
      </w:r>
      <w:r>
        <w:rPr>
          <w:lang w:eastAsia="zh-CN"/>
        </w:rPr>
        <w:t>　　生产的三点要求对采购员来说就是三项责任：向谁买，买多少，何时买向谁买就是从价格、质量等几个方面考察，选择出合适的供应商。买多少就是根据年度以及月度采购计划，编制采购预算，协调好财务的资金安排</w:t>
      </w:r>
      <w:r>
        <w:rPr>
          <w:lang w:eastAsia="zh-CN"/>
        </w:rPr>
        <w:br/>
      </w:r>
      <w:r>
        <w:rPr>
          <w:lang w:eastAsia="zh-CN"/>
        </w:rPr>
        <w:t>　　何时买就是根据公司生产能力以及各种物资的交货期，确认各种物资合理的最低库存量，既能保证生产，又使库存资金占用最小化。综上所述，采购员创造的价值在于保障供应，降低成本。但作为一支“以客户为中心”高效的服务团队中的一员，在完成这两项工作的基础上，还需注重自己的工作服务质量，提高生产部门对本部门的满意度，无论服务态度，工作效率，验收和采购流程及产品质量，均需定期自我总结，定期征求“客户”和管理部门的反馈，已记录生产一现部门对采购货物的直接意见和建议。</w:t>
      </w:r>
      <w:r>
        <w:rPr>
          <w:lang w:eastAsia="zh-CN"/>
        </w:rPr>
        <w:br/>
      </w:r>
      <w:r>
        <w:rPr>
          <w:lang w:eastAsia="zh-CN"/>
        </w:rPr>
        <w:t>　　我认为作为一个采购员最终的价值是成为利润中心，在采购中创造价值。这种价值的创造不仅仅体现在降低成本，还应体现在服务的升值，采购成本直接影响企业收益，企业的价值管理中，采购员是一个岗位，但采购工作是一个跨部门的职能，现代管理思想是谋求每个部门的效益最大化，要让采购成为利润的中心，就需让所有参与采购职能的人员和部门都来关注价值，协同一致。如此方能彰显公司管理的深化。</w:t>
      </w:r>
      <w:r>
        <w:rPr>
          <w:lang w:eastAsia="zh-CN"/>
        </w:rPr>
        <w:br/>
      </w:r>
      <w:r>
        <w:rPr>
          <w:lang w:eastAsia="zh-CN"/>
        </w:rPr>
        <w:t>　　二、明确岗位职能，认识个人不足</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根据岗位职责和领导的要求，我的主要工作是：1.需从__和__购买器件的及时询价，制单，采购及后续申请付款工作及跟踪报关与到货事宜。</w:t>
      </w:r>
      <w:r>
        <w:rPr>
          <w:lang w:eastAsia="zh-CN"/>
        </w:rPr>
        <w:br/>
      </w:r>
      <w:r>
        <w:rPr>
          <w:lang w:eastAsia="zh-CN"/>
        </w:rPr>
        <w:t>　　2. __器件的`订购与跟踪，__项目器件修改，器件维修和调拨等。关于__器件的各类事宜，与__上海/大连/香港方的沟通与联系。器件邮寄与接收。</w:t>
      </w:r>
      <w:r>
        <w:rPr>
          <w:lang w:eastAsia="zh-CN"/>
        </w:rPr>
        <w:br/>
      </w:r>
      <w:r>
        <w:rPr>
          <w:lang w:eastAsia="zh-CN"/>
        </w:rPr>
        <w:t>　　3.所有__项目器件的订购与跟踪，__项目器件领取，器件维修和调拨等等关于__器件的本部门事宜及与销售部沟通跟踪工作。</w:t>
      </w:r>
      <w:r>
        <w:rPr>
          <w:lang w:eastAsia="zh-CN"/>
        </w:rPr>
        <w:br/>
      </w:r>
      <w:r>
        <w:rPr>
          <w:lang w:eastAsia="zh-CN"/>
        </w:rPr>
        <w:t>　　4. __供件的入库确认，清单制作、各部门负责人签字及本部门入库单存档事宜。</w:t>
      </w:r>
      <w:r>
        <w:rPr>
          <w:lang w:eastAsia="zh-CN"/>
        </w:rPr>
        <w:br/>
      </w:r>
      <w:r>
        <w:rPr>
          <w:lang w:eastAsia="zh-CN"/>
        </w:rPr>
        <w:t>　　5.生产报检项目、生产过程中器件报缺(__项目、__项目)数量的调查、确认、沟通、调拨、补订及技术部修改通知单的存档(纸质/电子)，修改器件的调拨与订购。</w:t>
      </w:r>
      <w:r>
        <w:rPr>
          <w:lang w:eastAsia="zh-CN"/>
        </w:rPr>
        <w:br/>
      </w:r>
      <w:r>
        <w:rPr>
          <w:lang w:eastAsia="zh-CN"/>
        </w:rPr>
        <w:t>　　6.工作各类相关表单的制作，记录，存档(进口器件采购台帐、进口器件入出库情况、部门联络单、__自供件入出库清单、自供件返还件清单、施耐德库存余料调配清单等)。 7.发货时拍照存档，清点标注控制台自供件返还件，制作清单与船厂供件返还器件照片拍摄和存档，相关单据的签字确认。</w:t>
      </w:r>
      <w:r>
        <w:rPr>
          <w:lang w:eastAsia="zh-CN"/>
        </w:rPr>
        <w:br/>
      </w:r>
      <w:r>
        <w:rPr>
          <w:lang w:eastAsia="zh-CN"/>
        </w:rPr>
        <w:t>　　8.各类器件损坏品及器件缺件的拍照确认存档，部分返还设备与损坏设备的发货事宜。</w:t>
      </w:r>
      <w:r>
        <w:rPr>
          <w:lang w:eastAsia="zh-CN"/>
        </w:rPr>
        <w:br/>
      </w:r>
      <w:r>
        <w:rPr>
          <w:lang w:eastAsia="zh-CN"/>
        </w:rPr>
        <w:t>　　9.领导交办的其他工作，和其他协助公司或部门工作的临时拍照任务。</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人也在“明确目标，勇于负责，主动配合，客户满意”的观念下，积极的落实采供工作要点和20__年初制定的工作计划。在A经理和B工的直接领导和支持及公司其他同仁的配合下，共计完成材料设备采购计划/份，执行情况良好，较圆满地完成了所承担的任务。现将主要工作情况总结如下：全年共新签外购器件采购合同_份，外购材料付款共/美元。全年负责施耐德项目散件采购计划共/批次。</w:t>
      </w:r>
      <w:r>
        <w:rPr>
          <w:lang w:eastAsia="zh-CN"/>
        </w:rPr>
        <w:br/>
      </w:r>
      <w:r>
        <w:rPr>
          <w:lang w:eastAsia="zh-CN"/>
        </w:rPr>
        <w:t>　　全年修改器件采购单共执行/份。</w:t>
      </w:r>
      <w:r>
        <w:rPr>
          <w:lang w:eastAsia="zh-CN"/>
        </w:rPr>
        <w:br/>
      </w:r>
      <w:r>
        <w:rPr>
          <w:lang w:eastAsia="zh-CN"/>
        </w:rPr>
        <w:t>　　全年安排处理船厂自供件入库共/批次。</w:t>
      </w:r>
      <w:r>
        <w:rPr>
          <w:lang w:eastAsia="zh-CN"/>
        </w:rPr>
        <w:br/>
      </w:r>
      <w:r>
        <w:rPr>
          <w:lang w:eastAsia="zh-CN"/>
        </w:rPr>
        <w:t>　　全年完成发货返还清单制作和照片拍摄任务/余次。</w:t>
      </w:r>
      <w:r>
        <w:rPr>
          <w:lang w:eastAsia="zh-CN"/>
        </w:rPr>
        <w:br/>
      </w:r>
      <w:r>
        <w:rPr>
          <w:lang w:eastAsia="zh-CN"/>
        </w:rPr>
        <w:t>　　在过去一年的工作中，我认识到自己在器件知识和工作方法等方面都还存在一定不足，为了让自己成为一个更称职的进口件采购员，努力学习并克服各种不足是必然的。在克服不足的工作学习中也遇到了许多困难与问题，在解决的过程中，使我学到了很多的东西，作为采购的订购统计工作，准确细心是要放在首位的。</w:t>
      </w:r>
      <w:r>
        <w:rPr>
          <w:lang w:eastAsia="zh-CN"/>
        </w:rPr>
        <w:br/>
      </w:r>
      <w:r>
        <w:rPr>
          <w:lang w:eastAsia="zh-CN"/>
        </w:rPr>
        <w:t>　　作为对待供应商和船厂的沟通，认真耐心也是很重要的，将这些糅合起来是需要手段去引导的。这都是在书本中学不到的，我认为这就是一种工作经验的积累。成功是什么，就是每天进步一点点。从参加工作开始，我一直在努力的充实自己，让自己更快的融入到工作当中，融入到采购这个团队当中。采购部门的工作是讲究配合，讲究团结协作的，A经理、B工和很多同事为我的进步也付出了努力，给予了很大的帮助，在此就不一一感谢了。</w:t>
      </w:r>
      <w:r>
        <w:rPr>
          <w:lang w:eastAsia="zh-CN"/>
        </w:rPr>
        <w:br/>
      </w:r>
      <w:r>
        <w:rPr>
          <w:lang w:eastAsia="zh-CN"/>
        </w:rPr>
        <w:t>　　三、积极适应和遵守公司制度，进一步加强工作责任感</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今年以来，公司的各项规章制度得到进一步完善，本人总是积极适应这种情况，以公司各项先行的规章制度和岗位职能为准则加强工作责任感，及时做好本人的各项工作，为公司做好本人力所能及的工作。</w:t>
      </w:r>
      <w:r>
        <w:rPr>
          <w:lang w:eastAsia="zh-CN"/>
        </w:rPr>
        <w:br/>
      </w:r>
      <w:r>
        <w:rPr>
          <w:lang w:eastAsia="zh-CN"/>
        </w:rPr>
        <w:t>　　四、利用工作之余的休息时间加强学习</w:t>
      </w:r>
      <w:r>
        <w:rPr>
          <w:lang w:eastAsia="zh-CN"/>
        </w:rPr>
        <w:br/>
      </w:r>
      <w:r>
        <w:rPr>
          <w:lang w:eastAsia="zh-CN"/>
        </w:rPr>
        <w:t>　　平时注意观察各类器件的安装，并结合自身所学专业知识了解器件性能、结构及相关知识，努力学习办公自动化软件知识，努力掌握各类表单制作的技巧，提高自己的工作效率。</w:t>
      </w:r>
      <w:r>
        <w:rPr>
          <w:lang w:eastAsia="zh-CN"/>
        </w:rPr>
        <w:br/>
      </w:r>
      <w:r>
        <w:rPr>
          <w:lang w:eastAsia="zh-CN"/>
        </w:rPr>
        <w:t>　　五、明年工作计划</w:t>
      </w:r>
      <w:r>
        <w:rPr>
          <w:lang w:eastAsia="zh-CN"/>
        </w:rPr>
        <w:br/>
      </w:r>
      <w:r>
        <w:rPr>
          <w:lang w:eastAsia="zh-CN"/>
        </w:rPr>
        <w:t>　　在日常工作中，我将做到以下几点：</w:t>
      </w:r>
      <w:r>
        <w:rPr>
          <w:lang w:eastAsia="zh-CN"/>
        </w:rPr>
        <w:br/>
      </w:r>
      <w:r>
        <w:rPr>
          <w:lang w:eastAsia="zh-CN"/>
        </w:rPr>
        <w:t>　　1.一定遵循精、细、准的原则，精心准备，精细安排，细致工作，干标准活，站标准岗，严格按照部门的各项规章制度办事。</w:t>
      </w:r>
      <w:r>
        <w:rPr>
          <w:lang w:eastAsia="zh-CN"/>
        </w:rPr>
        <w:br/>
      </w:r>
      <w:r>
        <w:rPr>
          <w:lang w:eastAsia="zh-CN"/>
        </w:rPr>
        <w:t>　　2.及时完成各级领导交办的各项工作，要成为领导的助力、助手，急领导所急，想领导所想，勤跑腿，多汇报。</w:t>
      </w:r>
      <w:r>
        <w:rPr>
          <w:lang w:eastAsia="zh-CN"/>
        </w:rPr>
        <w:br/>
      </w:r>
      <w:r>
        <w:rPr>
          <w:lang w:eastAsia="zh-CN"/>
        </w:rPr>
        <w:t>　　3.加强公司内外及各部门之间的联络和沟通，快速的、系统的传递工作信息，保证工作的快速性与准确性。</w:t>
      </w:r>
      <w:r>
        <w:rPr>
          <w:lang w:eastAsia="zh-CN"/>
        </w:rPr>
        <w:br/>
      </w:r>
      <w:r>
        <w:rPr>
          <w:lang w:eastAsia="zh-CN"/>
        </w:rPr>
        <w:t>　　4.继续做好存档保密工作;准确及时全面的进行各类表单的记录与存档。采购部年终总结3</w:t>
      </w:r>
      <w:r>
        <w:rPr>
          <w:lang w:eastAsia="zh-CN"/>
        </w:rPr>
        <w:br/>
      </w:r>
      <w:r>
        <w:rPr>
          <w:lang w:eastAsia="zh-CN"/>
        </w:rPr>
        <w:t xml:space="preserve">    一年来，本人紧密团结在总公司领导核心的周围，坚持商贸服务理念，深人学习公司各项方针政策，立足本职岗位，按照领导的要求，积极保服务，寻发展，求突破，防风险，圆满完成了各项任务目标。现将一年来的工作总结如下： </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一、加强学习，不断提高业务水平。</w:t>
      </w:r>
      <w:r>
        <w:rPr>
          <w:lang w:eastAsia="zh-CN"/>
        </w:rPr>
        <w:br/>
      </w:r>
      <w:r>
        <w:rPr>
          <w:lang w:eastAsia="zh-CN"/>
        </w:rPr>
        <w:t>　　一年来，我能认真学习公司各项方针政策和采购管理制度，做到制度清楚，操作有据可查。在工作中要多跑、多对比、多总结，边学习边实践，不断提高自己的采购业务水平，保证货比三家，质优价廉，减少成本，提高采购效率，提高企业利润。</w:t>
      </w:r>
      <w:r>
        <w:rPr>
          <w:lang w:eastAsia="zh-CN"/>
        </w:rPr>
        <w:br/>
      </w:r>
      <w:r>
        <w:rPr>
          <w:lang w:eastAsia="zh-CN"/>
        </w:rPr>
        <w:t>　　二、遵守纪律，注重采购职业道德。</w:t>
      </w:r>
      <w:r>
        <w:rPr>
          <w:lang w:eastAsia="zh-CN"/>
        </w:rPr>
        <w:br/>
      </w:r>
      <w:r>
        <w:rPr>
          <w:lang w:eastAsia="zh-CN"/>
        </w:rPr>
        <w:t>　　在工作上不迟到、不早退，勤勤恳恳、任劳任怨，在作风上廉洁奉公、务真求实。注重采购职业道德，品行端正。做到不吃回扣，不贪污受贿，不吃请，不虚开发票，不从中牟利，不卡、拿、要，公正廉明。</w:t>
      </w:r>
      <w:r>
        <w:rPr>
          <w:lang w:eastAsia="zh-CN"/>
        </w:rPr>
        <w:br/>
      </w:r>
      <w:r>
        <w:rPr>
          <w:lang w:eastAsia="zh-CN"/>
        </w:rPr>
        <w:t>　　三、厉行节约，切实提高采购质量。</w:t>
      </w:r>
      <w:r>
        <w:rPr>
          <w:lang w:eastAsia="zh-CN"/>
        </w:rPr>
        <w:br/>
      </w:r>
      <w:r>
        <w:rPr>
          <w:lang w:eastAsia="zh-CN"/>
        </w:rPr>
        <w:t>　　牢固树立“为公司节约每一分钱”的观念，积极落实采供工作要点和年初制定的工作计划。坚持“同等质量比价格，同等价格比质量，最大限度为公司节约成本”的工作原则，严格按采购制度程序办事，在采购前、采购中、采购后的各个环节中主动接受其他部门监督。针对货币宽松政策施行后，引起物价普遍上涨的实际，及时采取应对措施，涨价时对部分商品进行囤货或者与供应商签订价格稳定合同，切实提高了采购质量，做到了安全采购、阳光采购、廉洁采购、科学采购、高效采购，提高了企业的经济效益。</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过去一年的工作虽取得了一定成绩，但还有不足之处，新的.一年，我会更加努力的学习，不断地积累丰富采购经验，跟上公司发展的脚步。更好的为公司所有供应商提供良好合作环境，使供应商能真正全心全意的为我们企业服务，抛弃双方的短期利益，谋求共同长期的健康发展。继续保持艰苦奋斗的优良传统，进一步强调采购工作透明，主动接受监督，在采购工作中做到公开、公平、公正，为企业创造更好的经济效益。采购部年终总结4</w:t>
      </w:r>
      <w:r>
        <w:rPr>
          <w:lang w:eastAsia="zh-CN"/>
        </w:rPr>
        <w:br/>
      </w:r>
      <w:r>
        <w:rPr>
          <w:lang w:eastAsia="zh-CN"/>
        </w:rPr>
        <w:t xml:space="preserve">    一转瞬间，在__有限公司工作__年过去了，在公司老板们的指引、指导下，在各部门领导与同事们的共同努力、帮忙下，选购部仔细完成了公司赐予的各项工作任务，并在_总的直接领导和支持及公司其他同仁的协作下，对各部门交待的选购任务，均能够按质按量完成。现对20__全年工作进展如下总结。 </w:t>
      </w:r>
      <w:r>
        <w:rPr>
          <w:lang w:eastAsia="zh-CN"/>
        </w:rPr>
        <w:br/>
      </w:r>
      <w:r>
        <w:rPr>
          <w:lang w:eastAsia="zh-CN"/>
        </w:rPr>
        <w:t>　　一、完成工作方面</w:t>
      </w:r>
      <w:r>
        <w:rPr>
          <w:lang w:eastAsia="zh-CN"/>
        </w:rPr>
        <w:br/>
      </w:r>
      <w:r>
        <w:rPr>
          <w:lang w:eastAsia="zh-CN"/>
        </w:rPr>
        <w:t>　　1、职责明确，按章办事;操作有据可查，为__选购奠定根底;</w:t>
      </w:r>
      <w:r>
        <w:rPr>
          <w:lang w:eastAsia="zh-CN"/>
        </w:rPr>
        <w:br/>
      </w:r>
      <w:r>
        <w:rPr>
          <w:lang w:eastAsia="zh-CN"/>
        </w:rPr>
        <w:t>　　2、制定选购预算与估量本钱。制定选购预算是在详细实施工程选购行为之前对工程选购本钱的一种估量和猜测，是对整个工程资金的一种理性的规划。</w:t>
      </w:r>
      <w:r>
        <w:rPr>
          <w:lang w:eastAsia="zh-CN"/>
        </w:rPr>
        <w:br/>
      </w:r>
      <w:r>
        <w:rPr>
          <w:lang w:eastAsia="zh-CN"/>
        </w:rPr>
        <w:t>　　3、与各供给商建立并保持良好关系。加强对供给商的治理，确保了每一个供给商资料不会流失。</w:t>
      </w:r>
      <w:r>
        <w:rPr>
          <w:lang w:eastAsia="zh-CN"/>
        </w:rPr>
        <w:br/>
      </w:r>
      <w:r>
        <w:rPr>
          <w:lang w:eastAsia="zh-CN"/>
        </w:rPr>
        <w:t>　　4、工作中团结同事，能正确处理好与老板、同事之间的关系，保持沟通，充分发挥岗位职能，仔细完成了各项工作任务，帮助综合部门的工作需要。根据技术、质检等部门的质量标准，准时与各供给商沟通协调，尽努力根据我公司的质量标准供给物料。</w:t>
      </w:r>
      <w:r>
        <w:rPr>
          <w:lang w:eastAsia="zh-CN"/>
        </w:rPr>
        <w:br/>
      </w:r>
      <w:r>
        <w:rPr>
          <w:lang w:eastAsia="zh-CN"/>
        </w:rPr>
        <w:t>　　二、对选购工作的几点心得和体会总结如下</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1、加强对供给商的治理协调。对每一位来访的供给商进展分类登记，确保了每一个供给商资料不会流失。合作过程中，选购人员必需公正严明，杜绝徇私舞弊。最终为公司选择供给商战略伙伴关系。</w:t>
      </w:r>
      <w:r>
        <w:rPr>
          <w:lang w:eastAsia="zh-CN"/>
        </w:rPr>
        <w:br/>
      </w:r>
      <w:r>
        <w:rPr>
          <w:lang w:eastAsia="zh-CN"/>
        </w:rPr>
        <w:t>　　2、围绕掌握本钱、选购性价比的产品等方面开展工作。选购人员在充分了解市场信息的根底上进展询比价，注意沟通技巧和谈判策略。</w:t>
      </w:r>
      <w:r>
        <w:rPr>
          <w:lang w:eastAsia="zh-CN"/>
        </w:rPr>
        <w:br/>
      </w:r>
      <w:r>
        <w:rPr>
          <w:lang w:eastAsia="zh-CN"/>
        </w:rPr>
        <w:t>　　3、公开透亮的按选购制度程序办事。在选购前、选购中、选购后的.各个环节中都主动承受财务及其他部门监视。有问题第一时间反应给老板。</w:t>
      </w:r>
      <w:r>
        <w:rPr>
          <w:lang w:eastAsia="zh-CN"/>
        </w:rPr>
        <w:br/>
      </w:r>
      <w:r>
        <w:rPr>
          <w:lang w:eastAsia="zh-CN"/>
        </w:rPr>
        <w:t>　　4、提高业务素养和责任感，注意在平常的每项详细工作和每个工作细节中，强调选购的重要性和责任感。</w:t>
      </w:r>
      <w:r>
        <w:rPr>
          <w:lang w:eastAsia="zh-CN"/>
        </w:rPr>
        <w:br/>
      </w:r>
      <w:r>
        <w:rPr>
          <w:lang w:eastAsia="zh-CN"/>
        </w:rPr>
        <w:t>　　5、逐步加强对材料、设备价格信息的治理。</w:t>
      </w:r>
      <w:r>
        <w:rPr>
          <w:lang w:eastAsia="zh-CN"/>
        </w:rPr>
        <w:br/>
      </w:r>
      <w:r>
        <w:rPr>
          <w:lang w:eastAsia="zh-CN"/>
        </w:rPr>
        <w:t>　　三、工作缺乏方面</w:t>
      </w:r>
      <w:r>
        <w:rPr>
          <w:lang w:eastAsia="zh-CN"/>
        </w:rPr>
        <w:br/>
      </w:r>
      <w:r>
        <w:rPr>
          <w:lang w:eastAsia="zh-CN"/>
        </w:rPr>
        <w:t>　　在工作中规划性不强，没有充分了解市场行情，特殊是辅料市场价格变化状况，没有搞彻底，对辅料市场了解也不够深刻，对__行情还有待更深入的学习和讨论。</w:t>
      </w:r>
      <w:r>
        <w:rPr>
          <w:lang w:eastAsia="zh-CN"/>
        </w:rPr>
        <w:br/>
      </w:r>
      <w:r>
        <w:rPr>
          <w:lang w:eastAsia="zh-CN"/>
        </w:rPr>
        <w:t>　　四、下一步的工作规划</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建立完善的供给商体系。确保__能够准时供给，随时关注市场变化，尽力利用多渠道来降低本钱价格，掌握质量。稳定现有供给商，开发培育有潜力的供给商。不断优化供给商体系。在工作中不断改良工作方法，不断积存工作阅历。竭力协作生产、品质部解决物料供给、质量等问题，与生产、品质部门争论某些质量标准超过现有市场水平的解决方案。做好鞋料价格、技术规格分别和职能定位工作，价格必需经总经理审批，方可选购，选购__必需经品质部检验合格后入库，形成相互制衡的工作机制;防范、抑制腐败。提高自身的素养和业务水平，保证货比三家，质优价廉的购置辅料，削减工时本钱，提高选购效率，提高企业利润。采购部年终总结5</w:t>
      </w:r>
      <w:r>
        <w:rPr>
          <w:lang w:eastAsia="zh-CN"/>
        </w:rPr>
        <w:br/>
      </w:r>
      <w:r>
        <w:rPr>
          <w:lang w:eastAsia="zh-CN"/>
        </w:rPr>
        <w:t xml:space="preserve">    回首昨日，感慨很多，__月__日加入__医药公司这个大家庭，既有幸运也有荣幸，今日看来，这个决定是非常明智的。这里有和谐的工作环境；完善的公司章程；合理的薪资待遇，这都是我所向往的。部门的同事们，亦师亦友，无论是在工作上，还是生活上，都给予了我许多帮助，我很感动。 </w:t>
      </w:r>
      <w:r>
        <w:rPr>
          <w:lang w:eastAsia="zh-CN"/>
        </w:rPr>
        <w:br/>
      </w:r>
      <w:r>
        <w:rPr>
          <w:lang w:eastAsia="zh-CN"/>
        </w:rPr>
        <w:t>　　进入公司一年有余，我在这段时间内慢慢熟悉了采购的基本流程，已经能够独立完成药品、医疗器具的采购工作，并且通过周末加班及公司组织的出游活动对公司其他部门和门店有了初步了解。采购部是公司的核心部门，一旦出现差错，其造成的直接损失和间接损失不可估量。通过这段时间的`学习，我对做好采购工作有了以下几点认识：</w:t>
      </w:r>
      <w:r>
        <w:rPr>
          <w:lang w:eastAsia="zh-CN"/>
        </w:rPr>
        <w:br/>
      </w:r>
      <w:r>
        <w:rPr>
          <w:lang w:eastAsia="zh-CN"/>
        </w:rPr>
        <w:t>　　1、同种商品，多筛选几家供应商或厂家，质优价廉的为首选。</w:t>
      </w:r>
      <w:r>
        <w:rPr>
          <w:lang w:eastAsia="zh-CN"/>
        </w:rPr>
        <w:br/>
      </w:r>
      <w:r>
        <w:rPr>
          <w:lang w:eastAsia="zh-CN"/>
        </w:rPr>
        <w:t>　　2、合理收取供应商或厂家流向费、促销费、返点费、柜台费等合理费用，为公司谋取更多利益。</w:t>
      </w:r>
      <w:r>
        <w:rPr>
          <w:lang w:eastAsia="zh-CN"/>
        </w:rPr>
        <w:br/>
      </w:r>
      <w:r>
        <w:rPr>
          <w:lang w:eastAsia="zh-CN"/>
        </w:rPr>
        <w:t>　　3、对于近效期、破损、质量问题等商品及时与供应商货厂家做好沟通，最小化减少公司损失。</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4、时刻关注商品行情，在商品出现大幅波动前做好囤货及退货准备，是公司利益化，风险损失最小化。</w:t>
      </w:r>
      <w:r>
        <w:rPr>
          <w:lang w:eastAsia="zh-CN"/>
        </w:rPr>
        <w:br/>
      </w:r>
      <w:r>
        <w:rPr>
          <w:lang w:eastAsia="zh-CN"/>
        </w:rPr>
        <w:t>　　5、做出精确的商品库存分析和销售分析，及时补货，避免商品断货影响门店销售，同时及时消减大库存商品，使流动资金化。</w:t>
      </w:r>
      <w:r>
        <w:rPr>
          <w:lang w:eastAsia="zh-CN"/>
        </w:rPr>
        <w:br/>
      </w:r>
      <w:r>
        <w:rPr>
          <w:lang w:eastAsia="zh-CN"/>
        </w:rPr>
        <w:t>　　6、对于门店通知的顾客订货，应在最短时间内做出反应，联系供应商或厂家进货，间接维护好这类客户。</w:t>
      </w:r>
      <w:r>
        <w:rPr>
          <w:lang w:eastAsia="zh-CN"/>
        </w:rPr>
        <w:br/>
      </w:r>
      <w:r>
        <w:rPr>
          <w:lang w:eastAsia="zh-CN"/>
        </w:rPr>
        <w:t>　　7、拒绝行贿、受贿，吃人嘴短，拿人手软，行贿、受贿直接损害公司利益。</w:t>
      </w:r>
      <w:r>
        <w:rPr>
          <w:lang w:eastAsia="zh-CN"/>
        </w:rPr>
        <w:br/>
      </w:r>
      <w:r>
        <w:rPr>
          <w:lang w:eastAsia="zh-CN"/>
        </w:rPr>
        <w:t>　　8、与库房、门店、各部门、供应商、厂家协调好，使工作开展更加顺利，提高工作效率。</w:t>
      </w:r>
      <w:r>
        <w:rPr>
          <w:lang w:eastAsia="zh-CN"/>
        </w:rPr>
        <w:br/>
      </w:r>
      <w:r>
        <w:rPr>
          <w:lang w:eastAsia="zh-CN"/>
        </w:rPr>
        <w:t>　　9、遇到问题时，仔细思考，最重要的问题首先解决，次要问题随后解决，有主有次，方能不乱。</w:t>
      </w:r>
      <w:r>
        <w:rPr>
          <w:lang w:eastAsia="zh-CN"/>
        </w:rPr>
        <w:br/>
      </w:r>
      <w:r>
        <w:rPr>
          <w:lang w:eastAsia="zh-CN"/>
        </w:rPr>
        <w:t>　　10、对于有利于公司发展的方案，提高办公效率的方法，积极献言献策。</w:t>
      </w:r>
      <w:r>
        <w:rPr>
          <w:lang w:eastAsia="zh-CN"/>
        </w:rPr>
        <w:br/>
      </w:r>
      <w:r>
        <w:rPr>
          <w:lang w:eastAsia="zh-CN"/>
        </w:rPr>
        <w:t>　　当然，这里面有许多我现在还没有做好，但是凡事怕认真二字，我一定努力学习，不断思索进取，争取在最短时间内学会所应具备的才能，早日成为一名合格的医药公司采购员，为公司的发展贡献自己的力量。采购部年终总结6</w:t>
      </w:r>
      <w:r>
        <w:rPr>
          <w:lang w:eastAsia="zh-CN"/>
        </w:rPr>
        <w:br/>
      </w:r>
      <w:r>
        <w:rPr>
          <w:lang w:eastAsia="zh-CN"/>
        </w:rPr>
        <w:t xml:space="preserve">    一、组织实施“阳光采购策略”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本年度我们进一步强调采购工作透明，在采购工作中做到公开、公平、公正。不论是大宗材料、设备还是小型材料的零星采购，都尽量多的邀请相关职能部门参与。即使在时间紧，任务重的时候，也始终坚持这个原则，邀请审计部相关人员一起询比价，采购前、采购中、采购后的各个环节中主动接受审计监督。不但确保工作的透明，也保证了工程进度。</w:t>
      </w:r>
      <w:r>
        <w:rPr>
          <w:lang w:eastAsia="zh-CN"/>
        </w:rPr>
        <w:br/>
      </w:r>
      <w:r>
        <w:rPr>
          <w:lang w:eastAsia="zh-CN"/>
        </w:rPr>
        <w:t>　　1、完善制度，职责明确，按章办事</w:t>
      </w:r>
      <w:r>
        <w:rPr>
          <w:lang w:eastAsia="zh-CN"/>
        </w:rPr>
        <w:br/>
      </w:r>
      <w:r>
        <w:rPr>
          <w:lang w:eastAsia="zh-CN"/>
        </w:rPr>
        <w:t>　　本年通过组织学习《采购管理战略》和公司ISO 9000质量管理体系文件，完善更具操作性的`《材料、设备采购控制流程》、《采购及供方评价作业指导书》等采购管理制度。制度清楚，操作有据可查，为阳光采购奠定了理论基础。</w:t>
      </w:r>
      <w:r>
        <w:rPr>
          <w:lang w:eastAsia="zh-CN"/>
        </w:rPr>
        <w:br/>
      </w:r>
      <w:r>
        <w:rPr>
          <w:lang w:eastAsia="zh-CN"/>
        </w:rPr>
        <w:t>　　2、公开、公正透明，实现公开招标</w:t>
      </w:r>
      <w:r>
        <w:rPr>
          <w:lang w:eastAsia="zh-CN"/>
        </w:rPr>
        <w:br/>
      </w:r>
      <w:r>
        <w:rPr>
          <w:lang w:eastAsia="zh-CN"/>
        </w:rPr>
        <w:t>　　采购部按项目部和施工单位上报的采购计划公开招标，邀标单位都在三家以上，有的多达十余家，并且邀标谈质论价全过程总工办、工程部、审计部、采购部都参与，增加阳光采购透明度，真正做到降低成本、保护公司利益。</w:t>
      </w:r>
      <w:r>
        <w:rPr>
          <w:lang w:eastAsia="zh-CN"/>
        </w:rPr>
        <w:br/>
      </w:r>
      <w:r>
        <w:rPr>
          <w:lang w:eastAsia="zh-CN"/>
        </w:rPr>
        <w:t>　　3、采购效益全线凸现</w:t>
      </w:r>
      <w:r>
        <w:rPr>
          <w:lang w:eastAsia="zh-CN"/>
        </w:rPr>
        <w:br/>
      </w:r>
      <w:r>
        <w:rPr>
          <w:lang w:eastAsia="zh-CN"/>
        </w:rPr>
        <w:t>　　实施公开透明的阳光采购策略后，同等的材料设备价格都便宜了。为公司节约了100多万的采购资金，直观有效地降低了材料设备采购成本。</w:t>
      </w:r>
      <w:r>
        <w:rPr>
          <w:lang w:eastAsia="zh-CN"/>
        </w:rPr>
        <w:br/>
      </w:r>
      <w:r>
        <w:rPr>
          <w:lang w:eastAsia="zh-CN"/>
        </w:rPr>
        <w:t>　　4、监督机制基本形成</w:t>
      </w:r>
      <w:r>
        <w:rPr>
          <w:lang w:eastAsia="zh-CN"/>
        </w:rPr>
        <w:br/>
      </w:r>
      <w:r>
        <w:rPr>
          <w:lang w:eastAsia="zh-CN"/>
        </w:rPr>
        <w:t>　　做好价格和技术规格分离和职能定位工作，价格必须经采购部和审计部，技术必须经工程部和总工办，形成相互制衡的工作机制；防范、抑制腐败。建立材料价格信息库和材料价格监管机制，提高采购人员的自身素质和业务水平，保证货比三家，质优价廉的购买材料，减少工程成本，提高采购效率，提高企业利润。</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二、控制成本、采购性价比最优等方面开展工作</w:t>
      </w:r>
      <w:r>
        <w:rPr>
          <w:lang w:eastAsia="zh-CN"/>
        </w:rPr>
        <w:br/>
      </w:r>
      <w:r>
        <w:rPr>
          <w:lang w:eastAsia="zh-CN"/>
        </w:rPr>
        <w:t>　　本年采购部继续围绕“控制成本、采购性价比最优的产品”的工作目标，要求采购人员在充分了解市场信息的基础上进行询比价，注重沟通技巧和谈判策略。要求各长期合作供应商在原价位的基础上下浮５～８个百分点（当然针对部分价格较高而又不降价的供货商我们也做了局部调整）。</w:t>
      </w:r>
      <w:r>
        <w:rPr>
          <w:lang w:eastAsia="zh-CN"/>
        </w:rPr>
        <w:br/>
      </w:r>
      <w:r>
        <w:rPr>
          <w:lang w:eastAsia="zh-CN"/>
        </w:rPr>
        <w:t>　　同时调整了部分工作程序，增加了采购复核环节，采取由采供部副经理在采购人员对材料、设备询比价的基础上进行复核，再由采购部经理进一步复核，实行了“采购部的两级价格复核机制”，然后再传送审计部复核。力求最大限度的控制成本，为公司节约每一分钱。采购人员也在每一项具体工作和每一个工作细节中得到煅练。</w:t>
      </w:r>
      <w:r>
        <w:rPr>
          <w:lang w:eastAsia="zh-CN"/>
        </w:rPr>
        <w:br/>
      </w:r>
      <w:r>
        <w:rPr>
          <w:lang w:eastAsia="zh-CN"/>
        </w:rPr>
        <w:t>　　三、加强对供应商管理协调</w:t>
      </w:r>
      <w:r>
        <w:rPr>
          <w:lang w:eastAsia="zh-CN"/>
        </w:rPr>
        <w:br/>
      </w:r>
      <w:r>
        <w:rPr>
          <w:lang w:eastAsia="zh-CN"/>
        </w:rPr>
        <w:t>　　本年采购部进一步加强了对供应商管理，本着对每一位来访的供应商负责的态度，制定了“采购供应部供方信息表”，对每一位来访的供应商进行分类登记，确保了每一个供应商资料不会流失。同时也利于采供对供应商信息的掌握，从而进一步扩大了市场信息空间。建立了合格供方名录，在进行邀标报价之前，对商家进行评价和分析，合格者才能进入合格供方名录、才具有报价资格。</w:t>
      </w:r>
      <w:r>
        <w:rPr>
          <w:lang w:eastAsia="zh-CN"/>
        </w:rPr>
        <w:br/>
      </w:r>
      <w:r>
        <w:rPr>
          <w:lang w:eastAsia="zh-CN"/>
        </w:rPr>
        <w:t>　　四、加强对材料、设备价格信息管理</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年采购部进一步加强了对材料、设备信息的管理，每一次材料设备的计划、询比价都进行了复印留底，保持了信息资料的完整，同时输入电脑保存，建立采购部材料、设备信息库，以备随时查阅、对比。采购部年终总结7</w:t>
      </w:r>
      <w:r>
        <w:rPr>
          <w:lang w:eastAsia="zh-CN"/>
        </w:rPr>
        <w:br/>
      </w:r>
      <w:r>
        <w:rPr>
          <w:lang w:eastAsia="zh-CN"/>
        </w:rPr>
        <w:t xml:space="preserve">    20__年即将过去，在这将近一年的时间中我透过努力的工作，得到很多收获，临近年终，我感觉有必要对自己的工作做一下总结。目的在于吸取教训，提高自己，以至于把工作做的更好，自己有信心也有决心把明年的工作做的更好。我对一年的工作进行简要的总结。 </w:t>
      </w:r>
      <w:r>
        <w:rPr>
          <w:lang w:eastAsia="zh-CN"/>
        </w:rPr>
        <w:br/>
      </w:r>
      <w:r>
        <w:rPr>
          <w:lang w:eastAsia="zh-CN"/>
        </w:rPr>
        <w:t>　　1）：熟悉采购的流程，让自己从下单到收料，每个细节都经手，让自己熟悉每个供应商及供货方式。在收料单的录入中，每个物料到料状况都由自己经手，让自己在第一时间了解生产的物料到货状况。下单的传真及确认。让我学了很多东西，能了解自己物料的实际到料状况及存在那些问题，需要注意些什么事项，不明确的地方跟供应商沟通，了解并熟悉此物料，且跟供应商有更进一步的沟通及联系。方便以后的调货事宜。</w:t>
      </w:r>
      <w:r>
        <w:rPr>
          <w:lang w:eastAsia="zh-CN"/>
        </w:rPr>
        <w:br/>
      </w:r>
      <w:r>
        <w:rPr>
          <w:lang w:eastAsia="zh-CN"/>
        </w:rPr>
        <w:t>　　明年必须把这份工作做到更细致，让每次的确认订单做到万无一失，坚持确认再确认，不在发生没有收到订单事宜。负责一些物料的调货事宜，尤其是远程的物料。学会计划自己的物料到货会不会造成满仓，造成很多的库存量，能否影响生产的进度，自己请款资金会不会影响公司的资金流动，明年会把远程物料计划更详细，让自己了解所有物料的进度。明确计划对于生产来说是重要的。有计划的生活及工作才是最好的。</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年底参与单价的录入及整理，真正介入到单价里面，也能够说进入采购的一个大门，才明白自己真的只是学了一点的毛皮，了解在不影响生产进度，能让供应商准时到货并不是好的采购，好的采购是在供应商能准时听自己的调度还得带给最好的服务态度及质量。且要把最好的产品以最低的价格给自己，那才是真正好的采购。货比三家。透过不同的厂家给出不同的价位，在以理想的价位压自己心中最愿意最好的供应商，得到自己想到的结果。期望以后自己进入这个采购的大门里面。</w:t>
      </w:r>
      <w:r>
        <w:rPr>
          <w:lang w:eastAsia="zh-CN"/>
        </w:rPr>
        <w:br/>
      </w:r>
      <w:r>
        <w:rPr>
          <w:lang w:eastAsia="zh-CN"/>
        </w:rPr>
        <w:t>　　3）：参与ERP的工作录入及整理。最想说的话，这个ERP系统的引入是我们今年最大的帮忙了，透过ERP让自己学到每个车种的配置，自己的`采购物料的到货状况，仓库的库存，等。让所有的物料都明白化，及精确化。所有物料有证可询，有据可依。</w:t>
      </w:r>
      <w:r>
        <w:rPr>
          <w:lang w:eastAsia="zh-CN"/>
        </w:rPr>
        <w:br/>
      </w:r>
      <w:r>
        <w:rPr>
          <w:lang w:eastAsia="zh-CN"/>
        </w:rPr>
        <w:t>　　4）：参与盘点工作。让自己在实践中了解所有的零件。了解仓库的库存量。透过盘点工作。了解零件物料在哪方面造成库存。那些为死库存，为何会造成这些库存量。怎样才能消化库存，让仓库成为零库存，让我们的供应商成为我们的仓库。</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自己对自行车的不了解，有点盲目的调货，对自己所调的物料不能跟踪到底，没有做到位，做事不够细心，思考不周全。物料跟催不紧，不清楚物料的紧迫性，处理问题没有力度，不够果断。明年努力清楚工作的重要性，努力学习了解自行车的配置及为何要如何配置。单价的计算方式从何得来。用一颗感恩的心应对自己的工作，调整好心态问题。做到采购的适价，适质，适量，适时，适地。期望明年工作能职责到个人，分工明确规定。让自己的物料更了解职责更明确。采购部年终总结8</w:t>
      </w:r>
      <w:r>
        <w:rPr>
          <w:lang w:eastAsia="zh-CN"/>
        </w:rPr>
        <w:br/>
      </w:r>
      <w:r>
        <w:rPr>
          <w:lang w:eastAsia="zh-CN"/>
        </w:rPr>
        <w:t xml:space="preserve">    在过去的一年里通过领导和同事们的支持和帮助，极力控制采购成本，严格按照公司采购管理制度，保质保量的完成了各项采购任务，保证了公司生产部的正常运营，全年完成采购项目共计__万元。但是还有一些尚未达到预期的理想效果，如迟发货、质量不达标等因素仍然存在，采购及时率尚且能达到%，在今后的工作中继续努力学习，不断学习业务技能，征询产品信息，加强与客户沟通，更好的保质保量完成各项采购工作，使各项工作正确、准确率力争达到100%。为了更好的完善采购工作，确保做好下一年的工作任务作如下总结： </w:t>
      </w:r>
      <w:r>
        <w:rPr>
          <w:lang w:eastAsia="zh-CN"/>
        </w:rPr>
        <w:br/>
      </w:r>
      <w:r>
        <w:rPr>
          <w:lang w:eastAsia="zh-CN"/>
        </w:rPr>
        <w:t>　　1。要控制物品及材料入库的数量与质量，在购进物品与材料时发生质量、数量异常情况下，应立即采取紧急措施，和有关部门进行协商处理。</w:t>
      </w:r>
      <w:r>
        <w:rPr>
          <w:lang w:eastAsia="zh-CN"/>
        </w:rPr>
        <w:br/>
      </w:r>
      <w:r>
        <w:rPr>
          <w:lang w:eastAsia="zh-CN"/>
        </w:rPr>
        <w:t>　　2。在工作中边学习边实践，多总结，不断提高自己的.采购业务水平，加强与供应商沟通要及时做好跟催工作，及时解决问题尤其是按时、按质、按量提供好所需的各种辅料。</w:t>
      </w:r>
      <w:r>
        <w:rPr>
          <w:lang w:eastAsia="zh-CN"/>
        </w:rPr>
        <w:br/>
      </w:r>
      <w:r>
        <w:rPr>
          <w:lang w:eastAsia="zh-CN"/>
        </w:rPr>
        <w:t>　　3。严格控制采购时间和采购周期，当不同的物品及辅料进厂前，要及时的和有关部门做好协调与沟通。</w:t>
      </w:r>
      <w:r>
        <w:rPr>
          <w:lang w:eastAsia="zh-CN"/>
        </w:rPr>
        <w:br/>
      </w:r>
      <w:r>
        <w:rPr>
          <w:lang w:eastAsia="zh-CN"/>
        </w:rPr>
        <w:t>　　4。每天写好每天所要做的工作，处理的事，对所做的情况做一总结，对没有处理好的事，紧接处理，尽量做到问题不推迟，尽最快解决。</w:t>
      </w:r>
      <w:r>
        <w:rPr>
          <w:lang w:eastAsia="zh-CN"/>
        </w:rPr>
        <w:br/>
      </w:r>
    </w:p>
    <w:p w:rsidR="001B1F19" w14:textId="27C3F48A">
      <w:pPr>
        <w:rPr>
          <w:lang w:eastAsia="zh-CN"/>
        </w:rPr>
      </w:pPr>
      <w:r>
        <w:rPr>
          <w:lang w:eastAsia="zh-CN"/>
        </w:rPr>
        <w:t>　　5。学会主动与人沟通，交流这样便于自己了解产品，跟踪需要，减少工作失误，提高工作效率。</w:t>
      </w:r>
      <w:r>
        <w:rPr>
          <w:lang w:eastAsia="zh-CN"/>
        </w:rPr>
        <w:br/>
      </w:r>
      <w:r>
        <w:rPr>
          <w:lang w:eastAsia="zh-CN"/>
        </w:rPr>
        <w:t>　　6。我们的采购工作就是服务于生产，就是以最低的成本满足高质量严要求的生产所需辅料，一定要对要采购的辅料细心的分析。</w:t>
      </w:r>
      <w:r>
        <w:rPr>
          <w:lang w:eastAsia="zh-CN"/>
        </w:rPr>
        <w:br/>
      </w:r>
      <w:r>
        <w:rPr>
          <w:lang w:eastAsia="zh-CN"/>
        </w:rPr>
        <w:t>　　综上采购部年终工作总结，所有的工作结果都与领导和同事们的帮助和支持分不开的，在此表示感谢，在以后的工作中，我会更加努力的学习，高标准严要求的完成各项工作向同一个目标迈进，争取更大的进步！采购部年终总结9</w:t>
      </w:r>
      <w:r>
        <w:rPr>
          <w:lang w:eastAsia="zh-CN"/>
        </w:rPr>
        <w:br/>
      </w:r>
      <w:r>
        <w:rPr>
          <w:lang w:eastAsia="zh-CN"/>
        </w:rPr>
        <w:t xml:space="preserve">    __年的工作即将告一段落。回顾这一年来的工作，我在公司领导及各位同事的关心、指导和帮助下，严格要求自己，认真落实领导交给的各项任务，不管在工作、生活、学习上还是在管理上，都取得较大的进步。现将一年以来的工作情况作以下总结： </w:t>
      </w:r>
      <w:r>
        <w:rPr>
          <w:lang w:eastAsia="zh-CN"/>
        </w:rPr>
        <w:br/>
      </w:r>
      <w:r>
        <w:rPr>
          <w:lang w:eastAsia="zh-CN"/>
        </w:rPr>
        <w:t>　　一、__年1—12月份任公司采购部经理，在此期间带领本部门人员在公司领导下开展工作，主要完成以下工作：</w:t>
      </w:r>
      <w:r>
        <w:rPr>
          <w:lang w:eastAsia="zh-CN"/>
        </w:rPr>
        <w:br/>
      </w:r>
      <w:r>
        <w:rPr>
          <w:lang w:eastAsia="zh-CN"/>
        </w:rPr>
        <w:t>　　1、较好完成各个工程用料及管厂采购日常管理和采购计划。</w:t>
      </w:r>
      <w:r>
        <w:rPr>
          <w:lang w:eastAsia="zh-CN"/>
        </w:rPr>
        <w:br/>
      </w:r>
      <w:r>
        <w:rPr>
          <w:lang w:eastAsia="zh-CN"/>
        </w:rPr>
        <w:t>　　2、督促本部门人员经常与供应商保持联络及时了解所采购原材料价格、质量等相关的的市场行情。</w:t>
      </w:r>
      <w:r>
        <w:rPr>
          <w:lang w:eastAsia="zh-CN"/>
        </w:rPr>
        <w:br/>
      </w:r>
      <w:r>
        <w:rPr>
          <w:lang w:eastAsia="zh-CN"/>
        </w:rPr>
        <w:t>　　3、经常在网上及大庆各个建材市场了解相关原材料的行情，同时和多个供应商联系，使供应商之间有竞争，我们就有多的选择渠道，在同等质量下选择了价格最低的原材料供应商，与去年同期相比各种材料的价格有所降低。</w:t>
      </w:r>
      <w:r>
        <w:rPr>
          <w:lang w:eastAsia="zh-CN"/>
        </w:rPr>
        <w:br/>
      </w:r>
      <w:r>
        <w:rPr>
          <w:lang w:eastAsia="zh-CN"/>
        </w:rPr>
        <w:t>　　4、及时与工程及管厂部门人员沟通，了解原材料的需求情况，合理控制库存，使资金最有效的利用。</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https://d.book118.com/168036141071006045</w:t>
        </w:r>
      </w:hyperlink>
    </w:p>
    <w:p w:rsidR="001B1F19">
      <w:pPr>
        <w:rPr>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8036141071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