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1B1F19" w:rsidRPr="00937657" w14:paraId="7F7A67AA" w14:textId="0AE8485B">
      <w:pPr>
        <w:pStyle w:val="Heading1"/>
        <w:jc w:val="center"/>
        <w:rPr>
          <w:color w:val="000000" w:themeColor="text1"/>
          <w:lang w:eastAsia="zh-CN"/>
        </w:rPr>
      </w:pPr>
      <w:r>
        <w:rPr>
          <w:color w:val="000000" w:themeColor="text1"/>
          <w:sz w:val="44"/>
          <w:lang w:eastAsia="zh-CN"/>
        </w:rPr>
        <w:t>遵纪守法老师国旗下讲话稿（30篇）</w:t>
      </w:r>
    </w:p>
    <w:p w:rsidR="001B1F19" w14:paraId="15E7D7A0" w14:textId="27C3F48A">
      <w:pPr>
        <w:rPr>
          <w:lang w:eastAsia="zh-CN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lang w:eastAsia="zh-CN"/>
        </w:rPr>
        <w:br/>
      </w:r>
      <w:r>
        <w:rPr>
          <w:lang w:eastAsia="zh-CN"/>
        </w:rPr>
        <w:br/>
      </w:r>
      <w:r>
        <w:rPr>
          <w:lang w:eastAsia="zh-CN"/>
        </w:rPr>
        <w:t>遵纪守法老师国旗下讲话稿（精选30篇）</w:t>
      </w:r>
      <w:r>
        <w:rPr>
          <w:lang w:eastAsia="zh-CN"/>
        </w:rPr>
        <w:br/>
      </w:r>
      <w:r>
        <w:rPr>
          <w:lang w:eastAsia="zh-CN"/>
        </w:rPr>
        <w:t xml:space="preserve">    遵纪守法老师国旗下讲话稿 篇1 </w:t>
      </w:r>
      <w:r>
        <w:rPr>
          <w:lang w:eastAsia="zh-CN"/>
        </w:rPr>
        <w:br/>
      </w:r>
      <w:r>
        <w:rPr>
          <w:lang w:eastAsia="zh-CN"/>
        </w:rPr>
        <w:t>　　敬爱的老师、亲爱的同学们：</w:t>
      </w:r>
      <w:r>
        <w:rPr>
          <w:lang w:eastAsia="zh-CN"/>
        </w:rPr>
        <w:br/>
      </w:r>
      <w:r>
        <w:rPr>
          <w:lang w:eastAsia="zh-CN"/>
        </w:rPr>
        <w:t>　　今年是五五普法的总结验收之年，</w:t>
      </w:r>
      <w:r>
        <w:rPr>
          <w:lang w:eastAsia="zh-CN"/>
        </w:rPr>
        <w:t xml:space="preserve"> 12&amp;4全国法制宣传日确立十周年。在党中央，国务院批转的五五普法计划里，少年儿童被列为法制教育的重要对象，由此可见，对于我们来说，懂法，学法，用法是多么的重要。</w:t>
      </w:r>
      <w:r>
        <w:rPr>
          <w:lang w:eastAsia="zh-CN"/>
        </w:rPr>
        <w:t xml:space="preserve"> 谈到法律，我想大家都会明白，当今社会，我们已经进入了一个法制化的时代，而我们中学生也正好处于长大成人，到了需要承担社会义务和法律责任的年龄，知法懂法就显得尤为重要且势所必然。这样，我们不仅可以以法律为武器保护自己，还能为社会的和谐与稳定营造良好的法制环境。俗话说：没有规矩，不成方圆。</w:t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有了法律保护，世界才有和平，社会才会安宁，生活才会美好。有一个不能回避的现实是，即使是在我们的校园里，也并不是只有平和与温馨，时常也会出现一些不和谐的现象。譬如同学之间为了一些小事打架斗殴，一个不慎，就有可能自毁前途，甚至伤害到一个年轻的生命。还有损坏公共财物的，出言不逊中伤他人的，甚至偷摸盗窃，敲诈勒索的。这些有的人不甚在意的行为，也许会让他的一生都带有污点，背负着罪名。这些现象的出现，归根结底是因为他们不懂法，因为不懂法而妄为，最终只能是受法律制裁而自咽苦果了。</w:t>
      </w:r>
      <w:r>
        <w:rPr>
          <w:lang w:eastAsia="zh-CN"/>
        </w:rPr>
        <w:br/>
      </w:r>
      <w:r>
        <w:rPr>
          <w:lang w:eastAsia="zh-CN"/>
        </w:rPr>
        <w:t>　　违法者如此，而受害者一方，也往往出于各种原因而忍气吞声。究其原因，主要也是因为不懂法而不知道用法律的武器来保护自己，这样的后果，不只是没有维护自己的权益与尊严，更重要的是，这是在纵恶，纵恶而不惩恶，弃法律武器而不用，正义得不到伸张，于人于己，必定后患无穷。法律从来不是什么遥远的东西，也不是仅存在于成人的世界中。遵纪守法，是我们从小就受到的教育。所以我们应该控制自己的欲望，对不是自己的东西坚决不要碰。控制自己的情绪，凡事三思而后行。对社会上那些打架斗殴闹事的群体敬而远之。坚决抵制黄赌毒。当社会对校园的影响越来越大时，我们一定要提高警惕，抵制不良影响。在这个信息发达的社会，学习法律知识的途径不胜枚举。当我们看电视，看报纸时，多留意社会动态，从已发生的事件中了解什么是该做的什么是不该做的。更近一些的话，还可以从身边的事例中吸取教训，总结经验。对待学校举行的普法教育活动不要当做无所谓，把心态摆正，认真地去学习了解，必定会受益良多。</w:t>
      </w:r>
      <w:r>
        <w:rPr>
          <w:lang w:eastAsia="zh-CN"/>
        </w:rPr>
        <w:br/>
      </w:r>
      <w:r>
        <w:rPr>
          <w:lang w:eastAsia="zh-CN"/>
        </w:rPr>
        <w:t>　　勿以善小而不为，勿以恶小而为之。让我们从小事做起，从身边事做起，从点滴做起，学习法律知识，培养法制意识，实践法治精神，养成遵纪守法的好习惯，迈好人生的第一步。</w:t>
      </w:r>
      <w:r>
        <w:rPr>
          <w:lang w:eastAsia="zh-CN"/>
        </w:rPr>
        <w:br/>
      </w:r>
      <w:r>
        <w:rPr>
          <w:lang w:eastAsia="zh-CN"/>
        </w:rPr>
        <w:t xml:space="preserve">    遵纪守法老师国旗下讲话稿 篇2 </w:t>
      </w:r>
      <w:r>
        <w:rPr>
          <w:lang w:eastAsia="zh-CN"/>
        </w:rPr>
        <w:br/>
      </w:r>
      <w:r>
        <w:rPr>
          <w:lang w:eastAsia="zh-CN"/>
        </w:rPr>
        <w:t>　　尊敬的老师们、亲爱的同学们，早上好!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lang w:eastAsia="zh-CN"/>
        </w:rPr>
        <w:t>　　俗话说得好：“没有规矩，不成方圆”。严格的法制纪律往往约束着不良行为，为我们的安全提供了保障。那么作为一名正在成长的中小学生，我们又应该如何看待呢?</w:t>
      </w:r>
      <w:r>
        <w:rPr>
          <w:lang w:eastAsia="zh-CN"/>
        </w:rPr>
        <w:br/>
      </w:r>
      <w:r>
        <w:rPr>
          <w:lang w:eastAsia="zh-CN"/>
        </w:rPr>
        <w:t>　　提起法律总会给人以神秘威严崇高的感觉。其实，法律与道德习惯纪律一样，都在规范着人们的行为。正是由于这些规范的存在，这个社会才会变得井然有序;也就是说，正是有了学校的校规校纪，我们日常的学习生活才有了和谐、稳定、进步、发展的保障。</w:t>
      </w:r>
      <w:r>
        <w:rPr>
          <w:lang w:eastAsia="zh-CN"/>
        </w:rPr>
        <w:br/>
      </w:r>
      <w:r>
        <w:rPr>
          <w:lang w:eastAsia="zh-CN"/>
        </w:rPr>
        <w:t>　　校园，是一个为学生提供学习场所的神圣殿堂，我们从这里汲取丰富的知识，来提高我们的文化素养。校园，是一个陪伴我们健康成长的摇篮，她时时刻刻保护着我们，是我们爱的家园。因此，在这样一个的共同的大家庭里，作为马桥镇马桥的公民，我们更应该遵守校规校纪，从每一件小事做起，从现在做起。</w:t>
      </w:r>
      <w:r>
        <w:rPr>
          <w:lang w:eastAsia="zh-CN"/>
        </w:rPr>
        <w:br/>
      </w:r>
      <w:r>
        <w:rPr>
          <w:lang w:eastAsia="zh-CN"/>
        </w:rPr>
        <w:t>　　现在，我就让我们仔细想想，学校即将给学生办理校卡，必须在出入校门时佩戴校卡，就不会给社会的不良分子以可乘之机，他们一旦进入学校，便会给同学们的安全带来巨大的威胁。如果校园内普遍存在吸烟，打架斗殴等现象，就会扰乱了我们正常的上课秩序，我们在这样的环境之中，就无法正常的生活与学习，我们的安全也会无法保障。</w:t>
      </w:r>
      <w:r>
        <w:rPr>
          <w:lang w:eastAsia="zh-CN"/>
        </w:rPr>
        <w:br/>
      </w:r>
      <w:r>
        <w:rPr>
          <w:lang w:eastAsia="zh-CN"/>
        </w:rPr>
        <w:t>　　如果班级普遍尊在抄袭作业的不良现象，那么这样就会造成不良的学习风气，我们的成绩也会日益下降，最后吃亏的还是我们自己。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lang w:eastAsia="zh-CN"/>
        </w:rPr>
        <w:t>　　由此可见，遵守纪律是基础，是我们成长的关键。我们应该正确对待校规校纪，要更加维护与遵守，也只有这样，才能为我们的人生发展打下良好的基础。</w:t>
      </w:r>
      <w:r>
        <w:rPr>
          <w:lang w:eastAsia="zh-CN"/>
        </w:rPr>
        <w:br/>
      </w:r>
      <w:r>
        <w:rPr>
          <w:lang w:eastAsia="zh-CN"/>
        </w:rPr>
        <w:t>　　遵纪守法，是我们每一个公民应尽的责任，而作为中小学生，我们更应承担，那么，就让我们从校内做起，从点点滴滴做起。</w:t>
      </w:r>
      <w:r>
        <w:rPr>
          <w:lang w:eastAsia="zh-CN"/>
        </w:rPr>
        <w:br/>
      </w:r>
      <w:r>
        <w:rPr>
          <w:lang w:eastAsia="zh-CN"/>
        </w:rPr>
        <w:t>　　1. 进出校门，佩带学生卡。</w:t>
      </w:r>
      <w:r>
        <w:rPr>
          <w:lang w:eastAsia="zh-CN"/>
        </w:rPr>
        <w:br/>
      </w:r>
      <w:r>
        <w:rPr>
          <w:lang w:eastAsia="zh-CN"/>
        </w:rPr>
        <w:t>　　2. 与人友好交往，严禁暴力冲突。</w:t>
      </w:r>
      <w:r>
        <w:rPr>
          <w:lang w:eastAsia="zh-CN"/>
        </w:rPr>
        <w:br/>
      </w:r>
      <w:r>
        <w:rPr>
          <w:lang w:eastAsia="zh-CN"/>
        </w:rPr>
        <w:t>　　3. 培养高尚的道德品质，拒绝不良诱惑。</w:t>
      </w:r>
      <w:r>
        <w:rPr>
          <w:lang w:eastAsia="zh-CN"/>
        </w:rPr>
        <w:br/>
      </w:r>
      <w:r>
        <w:rPr>
          <w:lang w:eastAsia="zh-CN"/>
        </w:rPr>
        <w:t>　　4. 保护自己的身心健康，拒绝吸烟，喝酒。</w:t>
      </w:r>
      <w:r>
        <w:rPr>
          <w:lang w:eastAsia="zh-CN"/>
        </w:rPr>
        <w:br/>
      </w:r>
      <w:r>
        <w:rPr>
          <w:lang w:eastAsia="zh-CN"/>
        </w:rPr>
        <w:t>　　5. 自觉维护校园秩序，不追逐打闹。</w:t>
      </w:r>
      <w:r>
        <w:rPr>
          <w:lang w:eastAsia="zh-CN"/>
        </w:rPr>
        <w:br/>
      </w:r>
      <w:r>
        <w:rPr>
          <w:lang w:eastAsia="zh-CN"/>
        </w:rPr>
        <w:t>　　6. 注意自己的仪容仪表，不在同学之间标新立异。</w:t>
      </w:r>
      <w:r>
        <w:rPr>
          <w:lang w:eastAsia="zh-CN"/>
        </w:rPr>
        <w:br/>
      </w:r>
      <w:r>
        <w:rPr>
          <w:lang w:eastAsia="zh-CN"/>
        </w:rPr>
        <w:t>　　7. 注意自己的文明用语，尊重老师和同学。</w:t>
      </w:r>
      <w:r>
        <w:rPr>
          <w:lang w:eastAsia="zh-CN"/>
        </w:rPr>
        <w:br/>
      </w:r>
      <w:r>
        <w:rPr>
          <w:lang w:eastAsia="zh-CN"/>
        </w:rPr>
        <w:t>　　8. 不在校园，班级，寝室内玩手机、MP3等电子产品。</w:t>
      </w:r>
      <w:r>
        <w:rPr>
          <w:lang w:eastAsia="zh-CN"/>
        </w:rPr>
        <w:br/>
      </w:r>
      <w:r>
        <w:rPr>
          <w:lang w:eastAsia="zh-CN"/>
        </w:rPr>
        <w:t>　　9.不贪小便宜，拾物及时上交</w:t>
      </w:r>
      <w:r>
        <w:rPr>
          <w:lang w:eastAsia="zh-CN"/>
        </w:rPr>
        <w:br/>
      </w:r>
      <w:r>
        <w:rPr>
          <w:lang w:eastAsia="zh-CN"/>
        </w:rPr>
        <w:t>　　我们应时刻铭记以马桥学校为荣，不做有损马桥学校形象的事。 我们应时刻将校规校纪铭记于心，严于律己，做遵纪守法的文明学生，营造良好的校风和学风。</w:t>
      </w:r>
      <w:r>
        <w:rPr>
          <w:lang w:eastAsia="zh-CN"/>
        </w:rPr>
        <w:br/>
      </w:r>
      <w:r>
        <w:rPr>
          <w:lang w:eastAsia="zh-CN"/>
        </w:rPr>
        <w:t>　　人生的道路固然很漫长，遵守校规校纪，不做与自己无益的事，这无疑就是我们安全航行的指明灯。</w:t>
      </w:r>
      <w:r>
        <w:rPr>
          <w:lang w:eastAsia="zh-CN"/>
        </w:rPr>
        <w:br/>
      </w:r>
      <w:r>
        <w:rPr>
          <w:lang w:eastAsia="zh-CN"/>
        </w:rPr>
        <w:t>　　让我们尊守校规，共同成长，共创马桥学校的美好明天吧!</w:t>
      </w:r>
      <w:r>
        <w:rPr>
          <w:lang w:eastAsia="zh-CN"/>
        </w:rPr>
        <w:br/>
      </w:r>
      <w:r>
        <w:rPr>
          <w:lang w:eastAsia="zh-CN"/>
        </w:rPr>
        <w:t xml:space="preserve">    遵纪守法老师国旗下讲话稿 篇3 </w:t>
      </w:r>
      <w:r>
        <w:rPr>
          <w:lang w:eastAsia="zh-CN"/>
        </w:rPr>
        <w:br/>
      </w:r>
      <w:r>
        <w:rPr>
          <w:lang w:eastAsia="zh-CN"/>
        </w:rPr>
        <w:t>　　老师们、同学们，早上好!</w:t>
      </w:r>
      <w:r>
        <w:rPr>
          <w:lang w:eastAsia="zh-CN"/>
        </w:rPr>
        <w:br/>
      </w:r>
      <w:r>
        <w:rPr>
          <w:lang w:eastAsia="zh-CN"/>
        </w:rPr>
        <w:t>　　今天我讲话的主题是备战期末，迎接寒假。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lang w:eastAsia="zh-CN"/>
        </w:rPr>
        <w:t>　　迎来了新的一年，本周期末考试也随之而至，不得不说，我们的心情和复习都是紧张的，但我们应该忙而有序。</w:t>
      </w:r>
      <w:r>
        <w:rPr>
          <w:lang w:eastAsia="zh-CN"/>
        </w:rPr>
        <w:br/>
      </w:r>
      <w:r>
        <w:rPr>
          <w:lang w:eastAsia="zh-CN"/>
        </w:rPr>
        <w:t>　　目标决定结果。成功的道路是目标标示出来的。能看到多远的目标，我们就能走多远。我们的目标和追求不是为了谁，也不是为了证明什么，而是要对得起我们的付出。</w:t>
      </w:r>
      <w:r>
        <w:rPr>
          <w:lang w:eastAsia="zh-CN"/>
        </w:rPr>
        <w:br/>
      </w:r>
      <w:r>
        <w:rPr>
          <w:lang w:eastAsia="zh-CN"/>
        </w:rPr>
        <w:t>　　态度决定结果。没有压力就没有动力，没有动力就发挥不出一个人蕴藏的潜力。面对考试，我们必须有勤奋刻苦进取务实的态度。勤能补拙是良训，一分耕耘一分收获。学习的过程是艰辛的，然而逆水行舟不进则退，只有经过这冬日的严寒，才能享受到成功的喜悦。</w:t>
      </w:r>
      <w:r>
        <w:rPr>
          <w:lang w:eastAsia="zh-CN"/>
        </w:rPr>
        <w:br/>
      </w:r>
      <w:r>
        <w:rPr>
          <w:lang w:eastAsia="zh-CN"/>
        </w:rPr>
        <w:t>　　方法决定结果。科学有效的方法，可以让我们的复习、应考事半功倍。我们要重视基础，不犯概念性错误。重视纠错，不犯重复性错误。重视规范，不犯低级的错误。面对考试应充满自信，临场不乱，切忌看错、写错。</w:t>
      </w:r>
      <w:r>
        <w:rPr>
          <w:lang w:eastAsia="zh-CN"/>
        </w:rPr>
        <w:br/>
      </w:r>
      <w:r>
        <w:rPr>
          <w:lang w:eastAsia="zh-CN"/>
        </w:rPr>
        <w:t>　　诚信决定胜败。诚信不但决定一场考试的胜败，更会影响整个人生的胜败。我们呼吁每位同学都能做到诚信应考，严格遵守考场规则，切勿作弊作假，勇于公平竞争。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lang w:eastAsia="zh-CN"/>
        </w:rPr>
        <w:t>　　考试过后不久，我们将迎来寒假，我们可以借此机会调整状态，适当放松，但一味地娱乐消遣也不可取。我们要过一个安全的寒假，也要过一个充实的寒假。查漏补缺，自我审视这一学期的不足之处，抓紧时间完善它。制定一个合理的寒假学习计划，而不是得过且过;一如既往地坚持学习而不是慵懒怠惰，这样我们才能在未来的学习中更加稳操胜券。</w:t>
      </w:r>
      <w:r>
        <w:rPr>
          <w:lang w:eastAsia="zh-CN"/>
        </w:rPr>
        <w:br/>
      </w:r>
      <w:r>
        <w:rPr>
          <w:lang w:eastAsia="zh-CN"/>
        </w:rPr>
        <w:t>　　最后，祝愿大家都能在期末考试中取得满意的成绩!预祝寒假快乐、春节快乐!</w:t>
      </w:r>
      <w:r>
        <w:rPr>
          <w:lang w:eastAsia="zh-CN"/>
        </w:rPr>
        <w:br/>
      </w:r>
      <w:r>
        <w:rPr>
          <w:lang w:eastAsia="zh-CN"/>
        </w:rPr>
        <w:t>　　谢谢大家!</w:t>
      </w:r>
      <w:r>
        <w:rPr>
          <w:lang w:eastAsia="zh-CN"/>
        </w:rPr>
        <w:br/>
      </w:r>
      <w:r>
        <w:rPr>
          <w:lang w:eastAsia="zh-CN"/>
        </w:rPr>
        <w:t xml:space="preserve">    遵纪守法老师国旗下讲话稿 篇4 </w:t>
      </w:r>
      <w:r>
        <w:rPr>
          <w:lang w:eastAsia="zh-CN"/>
        </w:rPr>
        <w:br/>
      </w:r>
      <w:r>
        <w:rPr>
          <w:lang w:eastAsia="zh-CN"/>
        </w:rPr>
        <w:t>　　尊敬的老师们、亲爱的同学们：</w:t>
      </w:r>
      <w:r>
        <w:rPr>
          <w:lang w:eastAsia="zh-CN"/>
        </w:rPr>
        <w:br/>
      </w:r>
      <w:r>
        <w:rPr>
          <w:lang w:eastAsia="zh-CN"/>
        </w:rPr>
        <w:t>　　大家早上好。</w:t>
      </w:r>
      <w:r>
        <w:rPr>
          <w:lang w:eastAsia="zh-CN"/>
        </w:rPr>
        <w:br/>
      </w:r>
      <w:r>
        <w:rPr>
          <w:lang w:eastAsia="zh-CN"/>
        </w:rPr>
        <w:t>　　我是来自初三(7)班的__。今天我国旗下讲话的题目是《感恩教师》。</w:t>
      </w:r>
      <w:r>
        <w:rPr>
          <w:lang w:eastAsia="zh-CN"/>
        </w:rPr>
        <w:br/>
      </w:r>
      <w:r>
        <w:rPr>
          <w:lang w:eastAsia="zh-CN"/>
        </w:rPr>
        <w:t>　　当习习的秋风在我们身边吹拂，当累累的硕果在枝头悄悄成熟的时候，我们又将迎来了一个极有纪念意义的节日，那就是九月十日——教师节。虽然九月，没有娇艳的鲜花，没有嫩绿的.杨柳，但却因为有教师节而显得美丽，让人充满期待。同学们，在第三十七个教师节来临之际，请允许我代表全校同学，向辛勤耕耘在沙溪第一中学的全体老师致以最美好地祝福：祝愿老师们身体健康，万事如意，工作顺利!再创新的辉煌!</w:t>
      </w:r>
      <w:r>
        <w:rPr>
          <w:lang w:eastAsia="zh-CN"/>
        </w:rPr>
        <w:br/>
      </w:r>
      <w:r>
        <w:rPr>
          <w:lang w:eastAsia="zh-CN"/>
        </w:rPr>
        <w:t>　　我想，在每位同学的心目中，老师，都是一个特别的存在。总有一位老师，伴你走过那一段青葱岁月，带你领略知识海洋的无限风光。而在我的心里，他很特别。</w:t>
      </w:r>
      <w:r>
        <w:rPr>
          <w:lang w:eastAsia="zh-CN"/>
        </w:rPr>
        <w:br/>
      </w:r>
      <w:r>
        <w:rPr>
          <w:lang w:eastAsia="zh-CN"/>
        </w:rPr>
        <w:t>　　他很普通，乍一看，老师的风韵好像在他身上体现不出多少。</w:t>
      </w:r>
      <w:r>
        <w:rPr>
          <w:lang w:eastAsia="zh-CN"/>
        </w:rPr>
        <w:br/>
      </w:r>
      <w:r>
        <w:rPr>
          <w:lang w:eastAsia="zh-CN"/>
        </w:rPr>
        <w:t>　　他不普通，他在农村中学中兢兢业业工作几十年，不知唤醒了多少人渴望求知的心，点拨过多少深陷泥潭而不自知的人。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lang w:eastAsia="zh-CN"/>
        </w:rPr>
        <w:t>　　两年了，他拨开了我内心的那层黑纱，让我以正确的态度对待每件事。每当我被考场紧张的气氛，压抑地喘不过气来，在这时，耳边萦绕的是，他那铿锵有力的话语“不要紧张，努力了，总会有好成绩的”。某种意义上，他是我在考场的精神支柱。</w:t>
      </w:r>
      <w:r>
        <w:rPr>
          <w:lang w:eastAsia="zh-CN"/>
        </w:rPr>
        <w:br/>
      </w:r>
      <w:r>
        <w:rPr>
          <w:lang w:eastAsia="zh-CN"/>
        </w:rPr>
        <w:t>　　他了解了我们的脾性，我也渐渐领略了他的教学风采。家访是他的教学习惯。必要的时候他会进行多次家访，与每一个学生家长都保持着密切的交流。一年后，一个刚入初中时倒数第一的班级升级成为第二的优等班。</w:t>
      </w:r>
      <w:r>
        <w:rPr>
          <w:lang w:eastAsia="zh-CN"/>
        </w:rPr>
        <w:br/>
      </w:r>
      <w:r>
        <w:rPr>
          <w:lang w:eastAsia="zh-CN"/>
        </w:rPr>
        <w:t>　　他的教育范围不仅仅局限于自己的班级，但凡学生深陷困惑之中或者是走向迷途，他都会及时伸出援助之手。老师二字，他当之无愧。他就是冯建东老师。在这里，我代表所有受过他恩惠的学生向他致以最崇高的谢意，谢谢你，冯老师。</w:t>
      </w:r>
      <w:r>
        <w:rPr>
          <w:lang w:eastAsia="zh-CN"/>
        </w:rPr>
        <w:br/>
      </w:r>
      <w:r>
        <w:rPr>
          <w:lang w:eastAsia="zh-CN"/>
        </w:rPr>
        <w:t>　　教育是一块圣土，老师在这里耕耘，投入生命，奉献青春，奉献心血，奉献智慧，培养我们成长、成人、成才。教师，一个普通的名字，但是在今天，这个名字却显得格外的厚重。师者，传道、授业、解惑。教师，多么神圣的字眼。这个名字赋予我们的，实在太多太多。如果说，蓝天教会鸟儿飞翔，大海教会鱼儿游泳，那么老师，您不仅教给我们知识，还教会我们做人，您用您的辛勤汗水浇灌我们;您用您的无私奉献教育我们;您用您的真挚心灵感动我们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lang w:eastAsia="zh-CN"/>
        </w:rPr>
        <w:t>　　师恩难忘，难忘师恩。在教师节这样意义重大的日子里，老师们收到的最好的礼物，莫过于同学们的勤奋学习和满怀的感恩。亲爱的同学们，现在我提议，让我们用最热烈的掌声，向辛勤教育我们的老师致以最崇高的敬意和最衷心的感谢吧。</w:t>
      </w:r>
      <w:r>
        <w:rPr>
          <w:lang w:eastAsia="zh-CN"/>
        </w:rPr>
        <w:br/>
      </w:r>
      <w:r>
        <w:rPr>
          <w:lang w:eastAsia="zh-CN"/>
        </w:rPr>
        <w:t xml:space="preserve">    遵纪守法老师国旗下讲话稿 篇5 </w:t>
      </w:r>
      <w:r>
        <w:rPr>
          <w:lang w:eastAsia="zh-CN"/>
        </w:rPr>
        <w:br/>
      </w:r>
      <w:r>
        <w:rPr>
          <w:lang w:eastAsia="zh-CN"/>
        </w:rPr>
        <w:t>　　老师们、同学们：早上好!</w:t>
      </w:r>
      <w:r>
        <w:rPr>
          <w:lang w:eastAsia="zh-CN"/>
        </w:rPr>
        <w:br/>
      </w:r>
      <w:r>
        <w:rPr>
          <w:lang w:eastAsia="zh-CN"/>
        </w:rPr>
        <w:t>　　时间过得很快，过完这一周，这一学期也就结束了，大家将陆续离开学校，开始寒假生活。寒假中，还有我们中国的传统佳节----春节。今天利用国旗下讲话这个机会，就怎么过好寒假生活对同学们提出几点建议和要求。</w:t>
      </w:r>
      <w:r>
        <w:rPr>
          <w:lang w:eastAsia="zh-CN"/>
        </w:rPr>
        <w:br/>
      </w:r>
      <w:r>
        <w:rPr>
          <w:lang w:eastAsia="zh-CN"/>
        </w:rPr>
        <w:t>　　一、合理安排时间&amp;&amp; 做时间的主人</w:t>
      </w:r>
      <w:r>
        <w:rPr>
          <w:lang w:eastAsia="zh-CN"/>
        </w:rPr>
        <w:br/>
      </w:r>
      <w:r>
        <w:rPr>
          <w:lang w:eastAsia="zh-CN"/>
        </w:rPr>
        <w:t>　　凡事预则立，不预则废。在寒假中，同学们首先回顾一下自己在刚结束的这学期中学到了什么，有哪些收获，有哪些不足，有哪些应该在假期中反思、改进。然后，订一份寒假计划，合理地安排好每天的作息时间与学习安排。在寒假最后两天，再对假期生活进行一番总结，问问自己在假期中有哪些收获。</w:t>
      </w:r>
      <w:r>
        <w:rPr>
          <w:lang w:eastAsia="zh-CN"/>
        </w:rPr>
        <w:br/>
      </w:r>
      <w:r>
        <w:rPr>
          <w:lang w:eastAsia="zh-CN"/>
        </w:rPr>
        <w:t>　　二、倡导精神文明&amp;&amp;做文明的学生</w:t>
      </w:r>
      <w:r>
        <w:rPr>
          <w:lang w:eastAsia="zh-CN"/>
        </w:rPr>
        <w:br/>
      </w:r>
      <w:r>
        <w:rPr>
          <w:lang w:eastAsia="zh-CN"/>
        </w:rPr>
        <w:t>　　寒假期间，不要忘了每天收看一些新闻节目，关心一下国家和社会大事。消费方面要反对超前消费和铺张浪费，不要求父母为自己添置超出父母力所能及的衣服等物品，不讲排场，不追求名牌与新潮，要提倡新的健康的过年方式。</w:t>
      </w:r>
      <w:r>
        <w:rPr>
          <w:lang w:eastAsia="zh-CN"/>
        </w:rPr>
        <w:br/>
      </w:r>
      <w:r>
        <w:rPr>
          <w:lang w:eastAsia="zh-CN"/>
        </w:rPr>
        <w:t>　　三、牢记学习任务&amp;&amp;做勤学的学生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lang w:eastAsia="zh-CN"/>
        </w:rPr>
        <w:t>　　铭记自己是一名学生，学习是自己的首要任务。每天都应该按计划完成一定的寒假作业，养成每天学习的习惯，通过温习进一步提高学习能力，为下学期的学习做好准备。假期中，要好读书、读好书、多读书，精读或泛读地多读几本书，做好读书札记，写点读后感。通过假期的学习和阅读，来积累词汇和信息，了解社会热点的本质和精髓，提高自己的知识水平。</w:t>
      </w:r>
      <w:r>
        <w:rPr>
          <w:lang w:eastAsia="zh-CN"/>
        </w:rPr>
        <w:br/>
      </w:r>
      <w:r>
        <w:rPr>
          <w:lang w:eastAsia="zh-CN"/>
        </w:rPr>
        <w:t>　　四、增进谈心交流&amp;&amp;做父母贴心人</w:t>
      </w:r>
      <w:r>
        <w:rPr>
          <w:lang w:eastAsia="zh-CN"/>
        </w:rPr>
        <w:br/>
      </w:r>
      <w:r>
        <w:rPr>
          <w:lang w:eastAsia="zh-CN"/>
        </w:rPr>
        <w:t>　　寒假期间，同学们的更多的时间是在家里，其间也免不了要走亲访友，这都是和亲人之间增进交流的好机会。要坐下来和亲人谈谈心，交流感情，汇报学习与成长等方面情况以及努力方向，也可以和亲人讨论一些社会热点，加深对社会的理解。寒假期间，还应帮父母做些力所能及的家务事，做父母的小帮手。走亲访友等社交活动中，要做到尊老爱幼。</w:t>
      </w:r>
      <w:r>
        <w:rPr>
          <w:lang w:eastAsia="zh-CN"/>
        </w:rPr>
        <w:br/>
      </w:r>
      <w:r>
        <w:rPr>
          <w:lang w:eastAsia="zh-CN"/>
        </w:rPr>
        <w:t>　　五.加强自我保护&amp;&amp;安全牢记心中</w:t>
      </w:r>
      <w:r>
        <w:rPr>
          <w:lang w:eastAsia="zh-CN"/>
        </w:rPr>
        <w:br/>
      </w:r>
      <w:r>
        <w:rPr>
          <w:lang w:eastAsia="zh-CN"/>
        </w:rPr>
        <w:t>　　提高自我保护意识，安全每一天，愉快过寒假。注意食品安全，饮食要有度。走亲访友，外出游玩要提高警惕，遵守交通法规。不燃放烟花爆竹。外出和到家要记得向父母打招呼，未经家长同意不得在外住宿。</w:t>
      </w:r>
      <w:r>
        <w:rPr>
          <w:lang w:eastAsia="zh-CN"/>
        </w:rPr>
        <w:br/>
      </w:r>
      <w:r>
        <w:rPr>
          <w:lang w:eastAsia="zh-CN"/>
        </w:rPr>
        <w:t>　　以上就是我今天对同学们的寒假生活提出几点建议。</w:t>
      </w:r>
      <w:r>
        <w:rPr>
          <w:lang w:eastAsia="zh-CN"/>
        </w:rPr>
        <w:br/>
      </w:r>
      <w:r>
        <w:rPr>
          <w:lang w:eastAsia="zh-CN"/>
        </w:rPr>
        <w:t>　　最后，祝老师们、同学们寒假快乐!</w:t>
      </w:r>
      <w:r>
        <w:rPr>
          <w:lang w:eastAsia="zh-CN"/>
        </w:rPr>
        <w:br/>
      </w:r>
      <w:r>
        <w:rPr>
          <w:lang w:eastAsia="zh-CN"/>
        </w:rPr>
        <w:t>　　谢谢!</w:t>
      </w:r>
      <w:r>
        <w:rPr>
          <w:lang w:eastAsia="zh-CN"/>
        </w:rPr>
        <w:br/>
      </w:r>
      <w:r>
        <w:rPr>
          <w:lang w:eastAsia="zh-CN"/>
        </w:rPr>
        <w:t xml:space="preserve">    遵纪守法老师国旗下讲话稿 篇6 </w:t>
      </w:r>
      <w:r>
        <w:rPr>
          <w:lang w:eastAsia="zh-CN"/>
        </w:rPr>
        <w:br/>
      </w:r>
      <w:r>
        <w:rPr>
          <w:lang w:eastAsia="zh-CN"/>
        </w:rPr>
        <w:t>　　大家好!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lang w:eastAsia="zh-CN"/>
        </w:rPr>
        <w:t>　　我是_，我讲话的题目是《尊重老师从点滴做起》。有人说，他是蜡烛，燃烧了自己照亮了别人，可我要说，他比蜡烛更纯粹;有人说，他是园丁，辛勤地浇灌着花朵却无怨无悔;可我要说，他比园丁更无私;有人说，他是太阳，无私地将光芒和温暖洒向万物，可我要说，他比太阳更公正。如果说人生就是在教育与被教育的过程中成长的话，那么所有的教育都离不开一个同样的名字——人民教师。教师是先进文化的传递者和智慧的开发者，教师是科学文化知识的传播者和思想品格的塑造者，教师是人类灵魂的工程师，教师是太阳底下最光辉的职业。尊重老师自古以来便是我们中华民族的优良传统。《礼记·学记》云：“师严然后道尊，道尊然后民之敬学。”</w:t>
      </w:r>
      <w:r>
        <w:rPr>
          <w:lang w:eastAsia="zh-CN"/>
        </w:rPr>
        <w:br/>
      </w:r>
      <w:r>
        <w:rPr>
          <w:lang w:eastAsia="zh-CN"/>
        </w:rPr>
        <w:t>　　《荀子·大略》中说：“国将兴，必贵师而重傅，国将衰，必贱师而轻傅。”同学们，在改革开放，经济迅猛发展的今天，我们更应传承尊师重教的文明火种，发自内心的敬爱我们的老师，以实际行动回报我们的老师。我们无需大张旗鼓，更无须高喊口号，只需从身边做起，从点滴做起。课堂上，一道坚定的目光，一个轻轻的点头，证明了你全身心的投入，你在专心的听课，这便是尊重。下课后，在走廊里看到了老师，一抹淡淡的微笑，一声礼貌的“老师好”，这也是一种尊重。放学了，向老师招招手，说上一句“老师再见”，这依然是对老师的尊重。</w:t>
      </w:r>
      <w:r>
        <w:rPr>
          <w:lang w:eastAsia="zh-CN"/>
        </w:rPr>
        <w:br/>
      </w:r>
      <w:r>
        <w:rPr>
          <w:lang w:eastAsia="zh-CN"/>
        </w:rPr>
        <w:t xml:space="preserve">    遵纪守法老师国旗下讲话稿 篇7 </w:t>
      </w:r>
      <w:r>
        <w:rPr>
          <w:lang w:eastAsia="zh-CN"/>
        </w:rPr>
        <w:br/>
      </w:r>
      <w:r>
        <w:rPr>
          <w:lang w:eastAsia="zh-CN"/>
        </w:rPr>
        <w:t>　　各位老师，各位同学：</w:t>
      </w:r>
      <w:r>
        <w:rPr>
          <w:lang w:eastAsia="zh-CN"/>
        </w:rPr>
        <w:br/>
      </w:r>
      <w:r>
        <w:rPr>
          <w:lang w:eastAsia="zh-CN"/>
        </w:rPr>
        <w:t>　　大家好!</w:t>
      </w:r>
      <w:r>
        <w:rPr>
          <w:lang w:eastAsia="zh-CN"/>
        </w:rPr>
        <w:br/>
      </w:r>
      <w:r>
        <w:rPr>
          <w:lang w:eastAsia="zh-CN"/>
        </w:rPr>
        <w:t>　　我今天为大家演讲的题目是《尊师重教传承中华》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lang w:eastAsia="zh-CN"/>
        </w:rPr>
        <w:t>　　九月，秋风飒飒，秋叶飘飘。这是农民收获的季节，也是老师们收获的季节，更是学生们回报的季节。一个人无论他的低位有多高，成就有多大，都不应该忘记老师在自己成长的道路上所花费的心血，饮水思源怀师感恩。</w:t>
      </w:r>
      <w:r>
        <w:rPr>
          <w:lang w:eastAsia="zh-CN"/>
        </w:rPr>
        <w:br/>
      </w:r>
      <w:r>
        <w:rPr>
          <w:lang w:eastAsia="zh-CN"/>
        </w:rPr>
        <w:t>　　从发春秋战国的孔曰成仁，孟曰取义，到近代伟人的好好学习，天天向上。数千年历史的中华民族，饱经沧桑的岁月，遗留下里了许许多多的传统美德，而尊师重教就是中华民族传统美德的精华与精髓，那么我们就一起来看看关于尊师重教的例子把，一起学习什么是尊师重教，什么事文明行为，以及如何做到尊师重教，行为文明。</w:t>
      </w:r>
      <w:r>
        <w:rPr>
          <w:lang w:eastAsia="zh-CN"/>
        </w:rPr>
        <w:br/>
      </w:r>
      <w:r>
        <w:rPr>
          <w:lang w:eastAsia="zh-CN"/>
        </w:rPr>
        <w:t>　　我们中华民族尊师重教的风尚源远流长，春秋时期孔子的三千弟子为报恩师，四处奔波，传播他的仁政思想，南宋时期的岳飞，为师父披麻戴孝，一生牢记师父教诲，精忠报国，死而后已。尊师是一个民族文明进步的体现，是尊重知识，尊重人才的体现。</w:t>
      </w:r>
      <w:r>
        <w:rPr>
          <w:lang w:eastAsia="zh-CN"/>
        </w:rPr>
        <w:br/>
      </w:r>
      <w:r>
        <w:rPr>
          <w:lang w:eastAsia="zh-CN"/>
        </w:rPr>
        <w:t>　　疾学在于尊师，在我们求学的道路上，老师永远是奉献的代名词。我们的老师，常常孜孜不倦地教育我们，一丝不拘地奋斗在自己的岗位上，晚上常有他们忙碌批阅的身影，清晨常有他们箭步疾飞的身姿......。老师的教育让我们明白;我们能从失败中汲取教训，在困难中积蓄力量，在黑暗中寻找光明，他们给我们智慧，去开动脑筋，</w:t>
      </w:r>
      <w:r>
        <w:rPr>
          <w:lang w:eastAsia="zh-CN"/>
        </w:rPr>
        <w:br/>
      </w:r>
      <w:r>
        <w:rPr>
          <w:lang w:eastAsia="zh-CN"/>
        </w:rPr>
        <w:t>　　他们给我们勇气让我们襟怀坦荡，正直为人。他们将美放在我们心中，给我们教诲，见识和想象。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lang w:eastAsia="zh-CN"/>
        </w:rPr>
        <w:t>　　或许老师讲课的每一个细节随着时光的流逝会被我们所淡忘，但他们的热情，勇气和慈爱会永远保留在我们心中，他们的无私奉献，爱岗敬业，甘做人梯，愿做牛马的精神是永远值得我们学习和爱戴的，所以我们应尊重老师的教诲，学习感恩。尊师重教不是一句口号，而是实实在在的行动，这不仅仅是教师节才有的专利，而是落实到日常生活中。同学们，用你的心，用你的言语，用你的行动老表达对老师的尊敬和爱戴吧!</w:t>
      </w:r>
      <w:r>
        <w:rPr>
          <w:lang w:eastAsia="zh-CN"/>
        </w:rPr>
        <w:br/>
      </w:r>
      <w:r>
        <w:rPr>
          <w:lang w:eastAsia="zh-CN"/>
        </w:rPr>
        <w:t>　　同学们，在改革开放的今天，我们更应该传承我们中华民族的传统美德，传承尊师重教的文明火种，发自内心的敬爱我们的老师，以实际行动回报我们的老师。我们无需大张旗鼓，更无需高喊口号，只需从身边做起，从点滴做起。路遇老师时，报以轻声的问候与微笑，那会令老师温馨;上课前，擦净讲桌、黑板，那会令老师愉悦;上课时认真听讲、练习，那会令老师欣慰......</w:t>
      </w:r>
      <w:r>
        <w:rPr>
          <w:lang w:eastAsia="zh-CN"/>
        </w:rPr>
        <w:br/>
      </w:r>
      <w:r>
        <w:rPr>
          <w:lang w:eastAsia="zh-CN"/>
        </w:rPr>
        <w:t>　　同学们，就让我们将心底的那份对老师的挚爱以简单的方式表达出来，让我们以回报恩师为动力，以理想信心为针，以勤奋、拼搏为丝，去编织自己彩色的梦! 谢谢大家。</w:t>
      </w:r>
      <w:r>
        <w:rPr>
          <w:lang w:eastAsia="zh-CN"/>
        </w:rPr>
        <w:br/>
      </w:r>
      <w:r>
        <w:rPr>
          <w:lang w:eastAsia="zh-CN"/>
        </w:rPr>
        <w:t xml:space="preserve">    遵纪守法老师国旗下讲话稿 篇8 </w:t>
      </w:r>
      <w:r>
        <w:rPr>
          <w:lang w:eastAsia="zh-CN"/>
        </w:rPr>
        <w:br/>
      </w:r>
      <w:r>
        <w:rPr>
          <w:lang w:eastAsia="zh-CN"/>
        </w:rPr>
        <w:t>　　老师们、同学们，大家上午好：</w:t>
      </w:r>
      <w:r>
        <w:rPr>
          <w:lang w:eastAsia="zh-CN"/>
        </w:rPr>
        <w:br/>
      </w:r>
      <w:r>
        <w:rPr>
          <w:lang w:eastAsia="zh-CN"/>
        </w:rPr>
        <w:t>　　刚过了教师节和中秋节，今天我们又迎来了一个特殊的节日——全国推广普通话宣传周。今年的9月11日至17日是第十四届全国推广普通话宣传周。今年推普周的主题是：“规范使用国家通用语言文字，弘扬中华优秀文化传统”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lang w:eastAsia="zh-CN"/>
        </w:rPr>
        <w:t>　　一个伟大的国家，一片辽阔的国土，尽管有着各种不同的方言，但同时却拥有一种最亲切的乡音，一种令海内外所有中国人最自豪的语言，那就是普通话——我们的母语。</w:t>
      </w:r>
      <w:r>
        <w:rPr>
          <w:lang w:eastAsia="zh-CN"/>
        </w:rPr>
        <w:br/>
      </w:r>
      <w:r>
        <w:rPr>
          <w:lang w:eastAsia="zh-CN"/>
        </w:rPr>
        <w:t>　　我们爱祖国，我们爱讲普通话，这应该是我们每一个人的共同的心愿。五千年文化的沉淀，五千年华语的传承，学好普通话，讲好普通话，这是我们每一个中国人责无旁贷的职责。随着祖国的强大，甚至连许多外国人也纷纷跨入了学汉语的行列。同学们，我们生活在祖国这么好的语言环境，我们还有什么理由不讲普通话呢?</w:t>
      </w:r>
      <w:r>
        <w:rPr>
          <w:lang w:eastAsia="zh-CN"/>
        </w:rPr>
        <w:br/>
      </w:r>
      <w:r>
        <w:rPr>
          <w:lang w:eastAsia="zh-CN"/>
        </w:rPr>
        <w:t>　　普通话是校园语言，我想，“说普通话，写规范字”的意识和能力，是每一位教师，每一位在校学生自身素养的体现。我们老师和同学，对于说好普通话，写好规范字都应该有一份责任在心中。请记住：“普通话与素质同在，与形象为伴，与文明同行。”</w:t>
      </w:r>
      <w:r>
        <w:rPr>
          <w:lang w:eastAsia="zh-CN"/>
        </w:rPr>
        <w:br/>
      </w:r>
      <w:r>
        <w:rPr>
          <w:lang w:eastAsia="zh-CN"/>
        </w:rPr>
        <w:t>　　我们希望全体同学在推普周里积极参与、热情投入，要把推普当作重要的语文实践来对待，认真学习有关规范用字的标准，进一步学习文字知识，努力在实践中培养热爱祖国语言文字的情感，提高语文素养，培养合作精神</w:t>
      </w:r>
      <w:r>
        <w:rPr>
          <w:lang w:eastAsia="zh-CN"/>
        </w:rPr>
        <w:br/>
      </w:r>
      <w:r>
        <w:rPr>
          <w:lang w:eastAsia="zh-CN"/>
        </w:rPr>
        <w:t>　　老师们、同学们，“推普周”是短暂的，但“推普”的任务是延续的。让我们从自己身边做起，从我做起，说好普通话，用好规范字。</w:t>
      </w:r>
      <w:r>
        <w:rPr>
          <w:lang w:eastAsia="zh-CN"/>
        </w:rPr>
        <w:br/>
      </w:r>
      <w:r>
        <w:rPr>
          <w:lang w:eastAsia="zh-CN"/>
        </w:rPr>
        <w:t xml:space="preserve">    遵纪守法老师国旗下讲话稿 篇9 </w:t>
      </w:r>
      <w:r>
        <w:rPr>
          <w:lang w:eastAsia="zh-CN"/>
        </w:rPr>
        <w:br/>
      </w:r>
      <w:r>
        <w:rPr>
          <w:lang w:eastAsia="zh-CN"/>
        </w:rPr>
        <w:t>　　爱的老师、同学们：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lang w:eastAsia="zh-CN"/>
        </w:rPr>
        <w:t>　　读一本好书，就像交了一个益友。书籍是人类进步的阶梯，没有书，就像没有了知识，如果没有了知识，就像小鸟没有了羽毛，不能自由的飞翔，书籍让我从牙牙学语的小孩，变成了有知识的四好少年。</w:t>
      </w:r>
      <w:r>
        <w:rPr>
          <w:lang w:eastAsia="zh-CN"/>
        </w:rPr>
        <w:br/>
      </w:r>
      <w:r>
        <w:rPr>
          <w:lang w:eastAsia="zh-CN"/>
        </w:rPr>
        <w:t>　　当我还在幼儿园时，我就非常喜欢听爸爸妈妈讲故事，或是听录音机。我最喜欢《黑猫警长》、《狮子王》、《西游记》等故事，在故事的陪伴中，让我爱上了读书。等我再大一点儿，上了二年级的时候，赵老师带着我们读绘本，并引导我们写绘本作业。三年级的时候，我开始自己读一些童话故事、寓言故事，科幻侦探故事，比如《笑猫日记》、《福尔摩斯探案集》、《中古寓言故事》等等。我最喜欢《笑猫日记&amp;&amp;能闻出孩子味的乌龟》这本书，是这本书让我知道孩子的一生是很快乐的，但是有的妈妈给孩子增加很多的课外负担，把孩子的心都变老了，没有一点孩子味。</w:t>
      </w:r>
      <w:r>
        <w:rPr>
          <w:lang w:eastAsia="zh-CN"/>
        </w:rPr>
        <w:br/>
      </w:r>
      <w:r>
        <w:rPr>
          <w:lang w:eastAsia="zh-CN"/>
        </w:rPr>
        <w:t>　　我爱上了读书，每读完一本书，我都要写一篇读后感。书让我收获了很多的知识，所以我们应该多读书，读好书，书让我们变得更聪明、更快乐。</w:t>
      </w:r>
      <w:r>
        <w:rPr>
          <w:lang w:eastAsia="zh-CN"/>
        </w:rPr>
        <w:br/>
      </w:r>
      <w:r>
        <w:rPr>
          <w:lang w:eastAsia="zh-CN"/>
        </w:rPr>
        <w:t xml:space="preserve">    遵纪守法老师国旗下讲话稿 篇10 </w:t>
      </w:r>
      <w:r>
        <w:rPr>
          <w:lang w:eastAsia="zh-CN"/>
        </w:rPr>
        <w:br/>
      </w:r>
      <w:r>
        <w:rPr>
          <w:lang w:eastAsia="zh-CN"/>
        </w:rPr>
        <w:t>　　尊敬的各位领导、老师，亲爱的同学们： 大家早上好!今天我们演讲的题目是《七月，党旗飘扬》。</w:t>
      </w:r>
      <w:r>
        <w:rPr>
          <w:lang w:eastAsia="zh-CN"/>
        </w:rPr>
        <w:br/>
      </w:r>
      <w:r>
        <w:rPr>
          <w:lang w:eastAsia="zh-CN"/>
        </w:rPr>
        <w:t>　　七月，党旗飘飘;</w:t>
      </w:r>
      <w:r>
        <w:rPr>
          <w:lang w:eastAsia="zh-CN"/>
        </w:rPr>
        <w:br/>
      </w:r>
      <w:r>
        <w:rPr>
          <w:lang w:eastAsia="zh-CN"/>
        </w:rPr>
        <w:t>　　七月，军歌嘹亮;</w:t>
      </w:r>
      <w:r>
        <w:rPr>
          <w:lang w:eastAsia="zh-CN"/>
        </w:rPr>
        <w:br/>
      </w:r>
      <w:r>
        <w:rPr>
          <w:lang w:eastAsia="zh-CN"/>
        </w:rPr>
        <w:t>　　七月，承载着一段辉煌的历史;</w:t>
      </w:r>
      <w:r>
        <w:rPr>
          <w:lang w:eastAsia="zh-CN"/>
        </w:rPr>
        <w:br/>
      </w:r>
      <w:r>
        <w:rPr>
          <w:lang w:eastAsia="zh-CN"/>
        </w:rPr>
        <w:t>　　七月，吟唱着一首经久不衰的歌!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lang w:eastAsia="zh-CN"/>
        </w:rPr>
        <w:t>　　七月，我们即将迎来中国共产党的92岁华诞，在这激动人心的日子里，我们静心凝望，92年的岁月历程一一在心头上演。</w:t>
      </w:r>
      <w:r>
        <w:rPr>
          <w:lang w:eastAsia="zh-CN"/>
        </w:rPr>
        <w:br/>
      </w:r>
      <w:r>
        <w:rPr>
          <w:lang w:eastAsia="zh-CN"/>
        </w:rPr>
        <w:t>　　回顾92年，中国从山河破碎到祖国统一，从受人欺辱到倍受尊重，从贫穷落后到繁荣昌盛，发生了天翻地覆的巨变。</w:t>
      </w:r>
      <w:r>
        <w:rPr>
          <w:lang w:eastAsia="zh-CN"/>
        </w:rPr>
        <w:br/>
      </w:r>
      <w:r>
        <w:rPr>
          <w:lang w:eastAsia="zh-CN"/>
        </w:rPr>
        <w:t>　　悠悠92载，走过了多少坎坷与荆棘，品尝了多少屈辱和血泪，更记载了多少沧海变桑田的伟大业绩!</w:t>
      </w:r>
      <w:r>
        <w:rPr>
          <w:lang w:eastAsia="zh-CN"/>
        </w:rPr>
        <w:br/>
      </w:r>
      <w:r>
        <w:rPr>
          <w:lang w:eastAsia="zh-CN"/>
        </w:rPr>
        <w:t>　　曾记得：1921年7月1日，嘉兴南湖，中国共产党成立。巨人般的呐喊，犹如春雷轰鸣，唤醒了沉睡东方的雄狮，似灯塔般照亮了漫长而阴霾的黑夜，于迷茫之中，指人以方向。</w:t>
      </w:r>
      <w:r>
        <w:rPr>
          <w:lang w:eastAsia="zh-CN"/>
        </w:rPr>
        <w:br/>
      </w:r>
      <w:r>
        <w:rPr>
          <w:lang w:eastAsia="zh-CN"/>
        </w:rPr>
        <w:t>　　曾记得：1949年10月1日，毛主席巍然的站在天安门广场上高呼：中华人民共和国成立了，中国人民站起来了!?那一时，举国同庆;那一刻，举世同欢;那一天，永世难忘。</w:t>
      </w:r>
      <w:r>
        <w:rPr>
          <w:lang w:eastAsia="zh-CN"/>
        </w:rPr>
        <w:br/>
      </w:r>
      <w:r>
        <w:rPr>
          <w:lang w:eastAsia="zh-CN"/>
        </w:rPr>
        <w:t>　　曾记得：1966年到1976年吗?这个让每一个中国人都不堪回首的十年，十年啊!党、国家和人民遭受到了建国以来最大的挫折和损失，但，人民是坚强的，国家是坚强的，中国共产党是坚强的!他终是站起来了，于风雨飘摇里经受洗礼，再踏征途，从此中国共产党变得愈加凝练，变得越加强大</w:t>
      </w:r>
      <w:r>
        <w:rPr>
          <w:lang w:eastAsia="zh-CN"/>
        </w:rPr>
        <w:br/>
      </w:r>
      <w:r>
        <w:rPr>
          <w:lang w:eastAsia="zh-CN"/>
        </w:rPr>
        <w:t>　　这一切的一切，我们永远记得。这一切的一切，也炼就了新中国面对种种困难不挫不挠的勇敢气魄。</w:t>
      </w:r>
      <w:r>
        <w:rPr>
          <w:lang w:eastAsia="zh-CN"/>
        </w:rPr>
        <w:br/>
      </w:r>
      <w:r>
        <w:rPr>
          <w:lang w:eastAsia="zh-CN"/>
        </w:rPr>
        <w:t>　　20__年南方雪灾时，人民子弟兵冲锋向前，在漫天雪花中清除积雪。 汶川地震时，中国共产党及时的调动人力、物力，在第一时刻冲上前线。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lang w:eastAsia="zh-CN"/>
        </w:rPr>
        <w:t>　　温，冒着余震的危险亲自来到汶川，慰问群众，鼓励孩子，把关心和温暖送到了每一个人的心田。</w:t>
      </w:r>
      <w:r>
        <w:rPr>
          <w:lang w:eastAsia="zh-CN"/>
        </w:rPr>
        <w:br/>
      </w:r>
      <w:r>
        <w:rPr>
          <w:lang w:eastAsia="zh-CN"/>
        </w:rPr>
        <w:t>　　20__年奥运会，20__年世博会，20__年神十又上天，将一个个惊艳华美传送到世界面前，成就了我国举世瞩目的精彩辉煌!</w:t>
      </w:r>
      <w:r>
        <w:rPr>
          <w:lang w:eastAsia="zh-CN"/>
        </w:rPr>
        <w:br/>
      </w:r>
      <w:r>
        <w:rPr>
          <w:lang w:eastAsia="zh-CN"/>
        </w:rPr>
        <w:t>　　一庄庄一件件，又承载了多少荣誉和骄傲!</w:t>
      </w:r>
      <w:r>
        <w:rPr>
          <w:lang w:eastAsia="zh-CN"/>
        </w:rPr>
        <w:br/>
      </w:r>
      <w:r>
        <w:rPr>
          <w:lang w:eastAsia="zh-CN"/>
        </w:rPr>
        <w:t>　　回首92年，共产党带领我们迈进了新时代的大门，过上了幸福安康的生活。</w:t>
      </w:r>
      <w:r>
        <w:rPr>
          <w:lang w:eastAsia="zh-CN"/>
        </w:rPr>
        <w:br/>
      </w:r>
      <w:r>
        <w:rPr>
          <w:lang w:eastAsia="zh-CN"/>
        </w:rPr>
        <w:t>　　看今朝，两位关于中国梦的讲话，让我们青年人热血沸腾，心潮澎湃，我们的中国梦正在慢慢实现：我们在明亮的教室里学习,在宽阔的操场上活动。书本是免费的，鸡蛋和牛奶是免费的，体检有免费项目，到图书馆可以免费阅读，到公园游玩也可以享受优待</w:t>
      </w:r>
      <w:r>
        <w:rPr>
          <w:lang w:eastAsia="zh-CN"/>
        </w:rPr>
        <w:br/>
      </w:r>
      <w:r>
        <w:rPr>
          <w:lang w:eastAsia="zh-CN"/>
        </w:rPr>
        <w:t>　　在党的光辉的旗帜下，我们健康成长，快乐学习，</w:t>
      </w:r>
      <w:r>
        <w:rPr>
          <w:lang w:eastAsia="zh-CN"/>
        </w:rPr>
        <w:br/>
      </w:r>
      <w:r>
        <w:rPr>
          <w:lang w:eastAsia="zh-CN"/>
        </w:rPr>
        <w:t>　　在党的正确领导下，我们幸福生活!</w:t>
      </w:r>
      <w:r>
        <w:rPr>
          <w:lang w:eastAsia="zh-CN"/>
        </w:rPr>
        <w:br/>
      </w:r>
      <w:r>
        <w:rPr>
          <w:lang w:eastAsia="zh-CN"/>
        </w:rPr>
        <w:t>　　我们热爱党和国家，我们把党比母亲，慈爱的抚育我成长;我们把党比太阳，温暖的阳光普照在我们的心间;我们爱国，我们更拥护中国共产党!我们要时刻要求自己：好好学习，报效祖国，用行动创造祖国美好的明天!</w:t>
      </w:r>
      <w:r>
        <w:rPr>
          <w:lang w:eastAsia="zh-CN"/>
        </w:rPr>
        <w:br/>
      </w:r>
      <w:r>
        <w:rPr>
          <w:lang w:eastAsia="zh-CN"/>
        </w:rPr>
        <w:t>　　七月，创造了一个奇迹;</w:t>
      </w:r>
      <w:r>
        <w:rPr>
          <w:lang w:eastAsia="zh-CN"/>
        </w:rPr>
        <w:br/>
      </w:r>
      <w:r>
        <w:rPr>
          <w:lang w:eastAsia="zh-CN"/>
        </w:rPr>
        <w:t>　　七月，孕育了一支队伍;</w:t>
      </w:r>
      <w:r>
        <w:rPr>
          <w:lang w:eastAsia="zh-CN"/>
        </w:rPr>
        <w:br/>
      </w:r>
      <w:r>
        <w:rPr>
          <w:lang w:eastAsia="zh-CN"/>
        </w:rPr>
        <w:t>　　七月，唱响了一首歌曲;</w:t>
      </w:r>
      <w:r>
        <w:rPr>
          <w:lang w:eastAsia="zh-CN"/>
        </w:rPr>
        <w:br/>
      </w:r>
      <w:r>
        <w:rPr>
          <w:lang w:eastAsia="zh-CN"/>
        </w:rPr>
        <w:t>　　七月，铸就了一座丰碑;</w:t>
      </w:r>
      <w:r>
        <w:rPr>
          <w:lang w:eastAsia="zh-CN"/>
        </w:rPr>
        <w:br/>
      </w:r>
      <w:r>
        <w:rPr>
          <w:lang w:eastAsia="zh-CN"/>
        </w:rPr>
        <w:t>　　我们热爱七月，热爱七月带给我们的一切。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lang w:eastAsia="zh-CN"/>
        </w:rPr>
        <w:t>　　我们热爱中国共产党，在您历经沧桑岁月，风霜洗礼的92年后，依然自强奋进、蓬勃不息，为我们指引着前进的方向!</w:t>
      </w:r>
      <w:r>
        <w:rPr>
          <w:lang w:eastAsia="zh-CN"/>
        </w:rPr>
        <w:br/>
      </w:r>
      <w:r>
        <w:rPr>
          <w:lang w:eastAsia="zh-CN"/>
        </w:rPr>
        <w:t>　　我爱您，亲爱的党，</w:t>
      </w:r>
      <w:r>
        <w:rPr>
          <w:lang w:eastAsia="zh-CN"/>
        </w:rPr>
        <w:br/>
      </w:r>
      <w:r>
        <w:rPr>
          <w:lang w:eastAsia="zh-CN"/>
        </w:rPr>
        <w:t>　　愿您光辉的旗帜永远飘扬!</w:t>
      </w:r>
      <w:r>
        <w:rPr>
          <w:lang w:eastAsia="zh-CN"/>
        </w:rPr>
        <w:br/>
      </w:r>
      <w:r>
        <w:rPr>
          <w:lang w:eastAsia="zh-CN"/>
        </w:rPr>
        <w:t xml:space="preserve">    遵纪守法老师国旗下讲话稿 篇11 </w:t>
      </w:r>
      <w:r>
        <w:rPr>
          <w:lang w:eastAsia="zh-CN"/>
        </w:rPr>
        <w:br/>
      </w:r>
      <w:r>
        <w:rPr>
          <w:lang w:eastAsia="zh-CN"/>
        </w:rPr>
        <w:t>　　老师们、同学们：</w:t>
      </w:r>
      <w:r>
        <w:rPr>
          <w:lang w:eastAsia="zh-CN"/>
        </w:rPr>
        <w:br/>
      </w:r>
      <w:r>
        <w:rPr>
          <w:lang w:eastAsia="zh-CN"/>
        </w:rPr>
        <w:t>　　大家好!</w:t>
      </w:r>
      <w:r>
        <w:rPr>
          <w:lang w:eastAsia="zh-CN"/>
        </w:rPr>
        <w:br/>
      </w:r>
      <w:r>
        <w:rPr>
          <w:lang w:eastAsia="zh-CN"/>
        </w:rPr>
        <w:t>　　春意盎然，阳光明媚，滨海小学首届体育节今天隆重开幕了! 在此，我代表学校对本次运动会的召开表示热烈的祝贺!对精心筹备本届运动会的体育组老师表示诚挚的谢意，向全体裁判员、运动员致以亲切的问候、崇高的敬意!</w:t>
      </w:r>
      <w:r>
        <w:rPr>
          <w:lang w:eastAsia="zh-CN"/>
        </w:rPr>
        <w:br/>
      </w:r>
      <w:r>
        <w:rPr>
          <w:lang w:eastAsia="zh-CN"/>
        </w:rPr>
        <w:t>　　体育节是我校深入开展阳光体育活动，活跃校园生活，增强学生体质，促进学生全面发展，推进素质教育的一项重大活动。本次体育节，我们将进行趣味运动会、田径运动会、1分钟跳绳、25米往返接力、健康教育课、袋鼠跳接力、两人三足接力、集体长绳、拔河比赛等项目，为展示班级凝聚力、学生个人体育才能和良好的精神面貌提供了一个大舞台。</w:t>
      </w:r>
      <w:r>
        <w:rPr>
          <w:lang w:eastAsia="zh-CN"/>
        </w:rPr>
        <w:br/>
      </w:r>
      <w:r>
        <w:rPr>
          <w:lang w:eastAsia="zh-CN"/>
        </w:rPr>
        <w:t>　　古希腊有这样一句格言：如果你想强壮，跑步吧!如果你想健美，跑步吧!如果你想聪明，跑步吧!我也曾读到过这样一首诗，它告诉了我什么是运动：风对我耳语运动是我这样的轻盈岁月!，雨对我耳语</w:t>
      </w:r>
      <w:r>
        <w:rPr>
          <w:lang w:eastAsia="zh-CN"/>
        </w:rPr>
        <w:t xml:space="preserve"> 运动是我这样的淋漓尽致!，雷对我耳语</w:t>
      </w:r>
      <w:r>
        <w:rPr>
          <w:lang w:eastAsia="zh-CN"/>
        </w:rPr>
        <w:t xml:space="preserve"> 运动是我这样的铿锵有力!，电对我耳语</w:t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运动是我这样的亮丽透明!同学们，生命有限，运动无限，让我们大家动起来、跑起来、跳起来，积极参与到体育节的各项活动中，在合作、自信、勇敢、公平竞争中享受运动、享受健康、享受快乐，感受生命的精彩。希望全体运动员能以高昂的斗志和顽强的精神，积极参赛，赛出风格、赛出成绩，为班级争光;充分享受体育带给我们的快乐!比赛时要严守纪律，遵守规则和赛程规定，同时注意过程安全。希望全体裁判员老师，严格按规程操作，做到公平、公正，以我们细致的工作为运动会做好服务，维护赛场纪律，保证赛场安全，让赛场成为师生情感互通的一个场所，让赛场成为别样的和谐的教室。</w:t>
      </w:r>
      <w:r>
        <w:rPr>
          <w:lang w:eastAsia="zh-CN"/>
        </w:rPr>
        <w:br/>
      </w:r>
      <w:r>
        <w:rPr>
          <w:lang w:eastAsia="zh-CN"/>
        </w:rPr>
        <w:t>　　最后，预祝体育节圆满成功!谢谢大家!</w:t>
      </w:r>
      <w:r>
        <w:rPr>
          <w:lang w:eastAsia="zh-CN"/>
        </w:rPr>
        <w:br/>
      </w:r>
      <w:r>
        <w:rPr>
          <w:lang w:eastAsia="zh-CN"/>
        </w:rPr>
        <w:t xml:space="preserve">    遵纪守法老师国旗下讲话稿 篇12 </w:t>
      </w:r>
      <w:r>
        <w:rPr>
          <w:lang w:eastAsia="zh-CN"/>
        </w:rPr>
        <w:br/>
      </w:r>
      <w:r>
        <w:rPr>
          <w:lang w:eastAsia="zh-CN"/>
        </w:rPr>
        <w:t>　　亲爱的老师：</w:t>
      </w:r>
      <w:r>
        <w:rPr>
          <w:lang w:eastAsia="zh-CN"/>
        </w:rPr>
        <w:br/>
      </w:r>
      <w:r>
        <w:rPr>
          <w:lang w:eastAsia="zh-CN"/>
        </w:rPr>
        <w:t>　　您好!</w:t>
      </w:r>
      <w:r>
        <w:rPr>
          <w:lang w:eastAsia="zh-CN"/>
        </w:rPr>
        <w:br/>
      </w:r>
      <w:r>
        <w:rPr>
          <w:lang w:eastAsia="zh-CN"/>
        </w:rPr>
        <w:t>　　请允许我代表全校同学在教师节来临之际对您说一声：“你辛苦了!”</w:t>
      </w:r>
      <w:r>
        <w:rPr>
          <w:lang w:eastAsia="zh-CN"/>
        </w:rPr>
        <w:br/>
      </w:r>
      <w:r>
        <w:rPr>
          <w:lang w:eastAsia="zh-CN"/>
        </w:rPr>
        <w:t>　　在我们嬉笑打闹时，老师，您却在无私地批改着我们的作业。其实我们都看见了，您对我们无私的爱，我们永远都记得。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lang w:eastAsia="zh-CN"/>
        </w:rPr>
        <w:t>　　在深夜里，您偷偷地流着眼泪，能使您眼泪夺眶而出的只有我们。我们睡在甜甜的梦乡时，您在修改着我们的作文并写上不少于50字的评语。我们全班有53名同学，相当于您至少要写两千多个字，而且还要修改我们的错别字和不通顺的语句。每一个修改呼号都那么认真，认真得让我们感动。第二天您带着疲惫不堪、病怏怏的身子来给我们上课，您已经坚持不下去了，可您咬咬牙还是坚持住了，还微笑地看着我们，我们真是看在眼里，疼在心里。您真的为我们付出太多了，真的!我们偷偷地哭了，我们真以您这样的老师而感到骄傲!</w:t>
      </w:r>
      <w:r>
        <w:rPr>
          <w:lang w:eastAsia="zh-CN"/>
        </w:rPr>
        <w:br/>
      </w:r>
      <w:r>
        <w:rPr>
          <w:lang w:eastAsia="zh-CN"/>
        </w:rPr>
        <w:t>　　都说父母是孩子的第一任老师，小学老师就是孩子的第二任老师。您就是我们的第二个父母，您对我们的关心难道还比父母少吗?</w:t>
      </w:r>
      <w:r>
        <w:rPr>
          <w:lang w:eastAsia="zh-CN"/>
        </w:rPr>
        <w:br/>
      </w:r>
      <w:r>
        <w:rPr>
          <w:lang w:eastAsia="zh-CN"/>
        </w:rPr>
        <w:t>　　大家总把您比作园丁，而我们是花，您辛苦地栽培我们。可是!我不这么认为，我就得老师您是一位天使，而我们是一群调皮捣蛋的云，我们发脾气就会变成乌云，而您却好好教导我们不要发脾气做一个好云朵，我们就变成白云了。您是一把大伞帮我们挡大雨，而您却愿意遭受风吹的冷，雨淋的痛。时间过得真快，从一个不懂事调皮的小女孩变成了一个聪明大方得体的女生了。这都多亏老师您的培养，很快，我们就会离开我们的母校，离开您了，我们会去陌生而又向往的初中了，谢谢您对我们公平的对待和真诚的爱!</w:t>
      </w:r>
      <w:r>
        <w:rPr>
          <w:lang w:eastAsia="zh-CN"/>
        </w:rPr>
        <w:br/>
      </w:r>
      <w:r>
        <w:rPr>
          <w:lang w:eastAsia="zh-CN"/>
        </w:rPr>
        <w:t>　　祝您身体健康，事业顺利，万事如意!</w:t>
      </w:r>
      <w:r>
        <w:rPr>
          <w:lang w:eastAsia="zh-CN"/>
        </w:rPr>
        <w:br/>
      </w:r>
      <w:r>
        <w:rPr>
          <w:lang w:eastAsia="zh-CN"/>
        </w:rPr>
        <w:t>　　我的演讲完毕。</w:t>
      </w:r>
      <w:r>
        <w:rPr>
          <w:lang w:eastAsia="zh-CN"/>
        </w:rPr>
        <w:br/>
      </w:r>
      <w:r>
        <w:rPr>
          <w:lang w:eastAsia="zh-CN"/>
        </w:rPr>
        <w:t>　　谢谢大家!</w:t>
      </w:r>
      <w:r>
        <w:rPr>
          <w:lang w:eastAsia="zh-CN"/>
        </w:rPr>
        <w:br/>
      </w:r>
      <w:r>
        <w:rPr>
          <w:lang w:eastAsia="zh-CN"/>
        </w:rPr>
        <w:t xml:space="preserve">    遵纪守法老师国旗下讲话稿 篇13 </w:t>
      </w:r>
      <w:r>
        <w:rPr>
          <w:lang w:eastAsia="zh-CN"/>
        </w:rPr>
        <w:br/>
      </w:r>
      <w:r>
        <w:rPr>
          <w:lang w:eastAsia="zh-CN"/>
        </w:rPr>
        <w:t>　　尊敬的家长，亲爱的老师和小朋友们：</w:t>
      </w:r>
      <w:r>
        <w:rPr>
          <w:lang w:eastAsia="zh-CN"/>
        </w:rPr>
        <w:br/>
      </w:r>
      <w:r>
        <w:rPr>
          <w:lang w:eastAsia="zh-CN"/>
        </w:rPr>
        <w:t>　　早上好，我是中二班的陈老师，今天很高兴站在国旗下讲话，我今天要讲的主题是《冬天不怕冷，运动健康身体棒》。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>
        <w:rPr>
          <w:lang w:eastAsia="zh-CN"/>
        </w:rPr>
        <w:t>　　小朋友们，你们知道现在是什么季节了吗?秋姑娘走了,冬爷爷悄悄的来临了,北风呼呼的刮起来了,它告诉我们寒冷的冬天已经到来了。有一只小白兔和一只小灰兔它们是如何挑战冬天的呢?和老师一起来欣赏一个故事：《冬天也要锻炼身体》</w:t>
      </w:r>
      <w:r>
        <w:rPr>
          <w:lang w:eastAsia="zh-CN"/>
        </w:rPr>
        <w:br/>
      </w:r>
      <w:r>
        <w:rPr>
          <w:lang w:eastAsia="zh-CN"/>
        </w:rPr>
        <w:t>　　在一棵大树的树洞里，住着小灰兔和小白兔，他俩是好朋友，常常在一起劳动，一起锻炼身体，一起做游戏。</w:t>
      </w:r>
      <w:r>
        <w:rPr>
          <w:lang w:eastAsia="zh-CN"/>
        </w:rPr>
        <w:br/>
      </w:r>
      <w:r>
        <w:rPr>
          <w:lang w:eastAsia="zh-CN"/>
        </w:rPr>
        <w:t>　　冬天到了，西北风呼&amp;&amp;呼&amp;&amp;呼地吹，树上的叶子落光了，树枝变得光秃秃的。小河里的水也结成冰了，天气真冷啊!</w:t>
      </w:r>
      <w:r>
        <w:rPr>
          <w:lang w:eastAsia="zh-CN"/>
        </w:rPr>
        <w:br/>
      </w:r>
      <w:r>
        <w:rPr>
          <w:lang w:eastAsia="zh-CN"/>
        </w:rPr>
        <w:t>　　有一天，小白兔对小灰兔说：小灰，冬天也要锻炼身体，我们出去跑步好吗?小灰兔说：不，我不去，外面俺么冷，还是在屋子里暖和。小白兔说：冷怕什么，冬天也要锻炼身体，我们一起去吧!小灰兔还是不愿意去。小白兔只好自个儿到树洞外面去了，她伸伸腿，弯弯腰，蹦蹦跳跳地做起了早操。</w:t>
      </w:r>
      <w:r>
        <w:rPr>
          <w:lang w:eastAsia="zh-CN"/>
        </w:rPr>
        <w:br/>
      </w:r>
      <w:r>
        <w:rPr>
          <w:lang w:eastAsia="zh-CN"/>
        </w:rPr>
        <w:t>　　小灰兔躺在树洞里的稻草堆上，听见小白兔一二三四、二二三四地喊得那么有劲，就把头伸出洞口，瞧了一瞧，说：外面真冷呀!还是屋子里暖和。他又赶紧把头缩了回来。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>
        <w:rPr>
          <w:lang w:eastAsia="zh-CN"/>
        </w:rPr>
        <w:t>　　小白兔做完早操，浑身可舒服啦，他喊着：小灰，快出来，我们一起跑步吧!小灰兔说：不，外面那么冷，还是屋子里暖和。小白兔听了摇了摇头说：你不来，我就自己跑吧!说完，他围着大树跑了几圈，头上就冒汗了，身上一点也不觉得冷。小白兔跳进树洞里，对小灰兔说：小灰，冬天也要锻炼身体，你越怕冷就越冷，活动活动就暖和了，你摸摸我的手多热呀!小灰兔摸了摸小白兔的手，真的，小白兔的手热乎乎的，可自己的手，确是冷冰冰的，他再一看，哟!小白兔的头上都出汗了。小灰兔刚想说话，忽然觉得身上很冷，鼻子里又痒痒的，阿嚏!打了个喷嚏。小白兔说：你着凉了，快出去锻炼一下吧，跑跑跳跳身体会暖和的。小灰兔点了点头，小白兔和小灰兔手拉手，从洞里走出来，一起在太阳底下锻炼起来。他们伸伸腿，弯弯腰，蹦呀跳呀，一会儿，小灰兔浑身就暖和了。他高高兴兴地对小白兔说：小白，你说得对，冬天也要锻炼身体，活动活动就暖和了，以后我要天天和你一起锻炼身体。</w:t>
      </w:r>
      <w:r>
        <w:rPr>
          <w:lang w:eastAsia="zh-CN"/>
        </w:rPr>
        <w:br/>
      </w:r>
      <w:r>
        <w:rPr>
          <w:lang w:eastAsia="zh-CN"/>
        </w:rPr>
        <w:t>　　好了，好听的故事听完了，我们应该向谁学习呢?(小白兔)</w:t>
      </w:r>
      <w:r>
        <w:rPr>
          <w:lang w:eastAsia="zh-CN"/>
        </w:rPr>
        <w:br/>
      </w:r>
      <w:r>
        <w:rPr>
          <w:lang w:eastAsia="zh-CN"/>
        </w:rPr>
        <w:t>　　那我们小朋友要多多参加体育锻炼!早晨起来去跑跑步放学回家跳跳绳,打打球,在幼儿园里坚持认真做操,这样我们的抵抗力就会增强,身体就越来越棒,各种病菌就不敢来找我们的麻烦了.俗话说冬天动一动，少闹一场病;冬天懒一懒，多喝药一碗就是这个道理。</w:t>
      </w:r>
      <w:r>
        <w:rPr>
          <w:lang w:eastAsia="zh-CN"/>
        </w:rPr>
        <w:br/>
      </w:r>
      <w:r>
        <w:rPr>
          <w:lang w:eastAsia="zh-CN"/>
        </w:rPr>
        <w:t>　　冬季天气寒冷干燥,我们皮肤中的水分散失较多,皮肤容易出现干裂发痒,只要我们讲究卫生、多晒太阳,多吃蔬菜、水果,多喝开水,并常用热水洗手洗脸,适当搽点护肤霜.我们就能远离疾病成为一个健康快乐的小朋友了.天气冷了,但是我们也不能只顾着保暖,还要多开窗通风,不能让室内的空气不流通,那样容易感冒,也不能因为天冷了,就不锻炼身体.早上也不能因为天冷,就躲在被窝里不肯起床,不肯来幼儿园,或者每天来幼儿园都迟到.天气再怎么冷,我们都不应该害怕,而是应该对着冬天说,天冷我不怕。</w:t>
      </w:r>
      <w:r>
        <w:rPr>
          <w:lang w:eastAsia="zh-CN"/>
        </w:rPr>
        <w:br/>
      </w:r>
      <w:r>
        <w:rPr>
          <w:lang w:eastAsia="zh-CN"/>
        </w:rPr>
        <w:t>　　希望你们在寒冷的冬天里，每天都坚持锻炼,像冬天里不怕寒冷的小松树一样健康茁壮地成长!</w:t>
      </w:r>
      <w:r>
        <w:rPr>
          <w:lang w:eastAsia="zh-CN"/>
        </w:rPr>
        <w:br/>
      </w:r>
      <w:r>
        <w:rPr>
          <w:lang w:eastAsia="zh-CN"/>
        </w:rPr>
        <w:t>　　我今天的讲话就分享到这里了，谢谢大家!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   遵纪守法老师国旗下讲话稿 篇14 </w:t>
      </w:r>
      <w:r>
        <w:rPr>
          <w:lang w:eastAsia="zh-CN"/>
        </w:rPr>
        <w:br/>
      </w:r>
      <w:r>
        <w:rPr>
          <w:lang w:eastAsia="zh-CN"/>
        </w:rPr>
        <w:t>　　敬爱的老师，亲爱的同学们：</w:t>
      </w:r>
      <w:r>
        <w:rPr>
          <w:lang w:eastAsia="zh-CN"/>
        </w:rPr>
        <w:br/>
      </w:r>
      <w:r>
        <w:rPr>
          <w:lang w:eastAsia="zh-CN"/>
        </w:rPr>
        <w:t>　　大家早上好!</w:t>
      </w:r>
      <w:r>
        <w:rPr>
          <w:lang w:eastAsia="zh-CN"/>
        </w:rPr>
        <w:br/>
      </w:r>
      <w:r>
        <w:rPr>
          <w:lang w:eastAsia="zh-CN"/>
        </w:rPr>
        <w:t>　　今天，我国旗下讲话的题目是《让嘹亮的歌声响彻校园》。</w:t>
      </w:r>
      <w:r>
        <w:rPr>
          <w:lang w:eastAsia="zh-CN"/>
        </w:rPr>
        <w:br/>
      </w:r>
      <w:r>
        <w:rPr>
          <w:lang w:eastAsia="zh-CN"/>
        </w:rPr>
        <w:t>　　有人说，歌声，是心灵的翅膀。的确，每当我走进美丽的朝天校园，耳边响起的是嘹亮的歌声，我的心也随着那动听的歌声飞扬起来。</w:t>
      </w:r>
      <w:r>
        <w:rPr>
          <w:lang w:eastAsia="zh-CN"/>
        </w:rPr>
        <w:br/>
      </w:r>
      <w:r>
        <w:rPr>
          <w:lang w:eastAsia="zh-CN"/>
        </w:rPr>
        <w:t>　　一二年级弟弟妹妹们的歌声稚嫩可爱，洋溢着天真的笑容，把快乐写在脸上;三四年级的弟弟妹妹，摇头晃脑，聚精会神，眼里满是憧憬和期待;五六年级的哥哥姐姐们，动作整齐，目光坚定，那歌声犹如百灵鸟一样婉转动听;还有那些小指挥，有的一眼一板，有的行云流水，有的动作夸张，那架势，简直就是舞蹈家在聚光灯下翩翩起舞。</w:t>
      </w:r>
      <w:r>
        <w:rPr>
          <w:lang w:eastAsia="zh-CN"/>
        </w:rPr>
        <w:br/>
      </w:r>
      <w:r>
        <w:rPr>
          <w:lang w:eastAsia="zh-CN"/>
        </w:rPr>
        <w:t>　　音乐大师贝多芬曾经说过：“音乐是比一切智能，一切哲学更高的启示”。在音乐里，我们能丢下疲惫，愉悦身心;在歌声里，我们能忘却烦恼，传递爱心;在歌声里，我感受到了老师的无私奉献，朋友的关爱;在歌声里，我寻找到了战胜困难与挫折的勇气和力量。</w:t>
      </w:r>
      <w:r>
        <w:rPr>
          <w:lang w:eastAsia="zh-CN"/>
        </w:rPr>
        <w:br/>
      </w:r>
      <w:r>
        <w:rPr>
          <w:lang w:eastAsia="zh-CN"/>
        </w:rPr>
        <w:t>　　“请把我的歌带回你的家，请把你的微笑留下，明天这歌声，飞遍海角天涯，明天这微笑，将是遍野春花”。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>
        <w:rPr>
          <w:lang w:eastAsia="zh-CN"/>
        </w:rPr>
        <w:t>　　同学们，课前一歌，是我们朝天小学的优良传统，也是朝小一张金色的名片，本周四，我们将迎来我校第八届课前一歌比赛，又到了展示我们优美歌喉的时候了。让我们在老师的指导下，积极训练，努力提高演唱水平，充分发挥自己的特长，为班级增添一份荣誉。</w:t>
      </w:r>
      <w:r>
        <w:rPr>
          <w:lang w:eastAsia="zh-CN"/>
        </w:rPr>
        <w:br/>
      </w:r>
      <w:r>
        <w:rPr>
          <w:lang w:eastAsia="zh-CN"/>
        </w:rPr>
        <w:t>　　同学们，让我们的童年随着歌声的翅膀，在蔚蓝的天空中自由飞翔! 谢谢大家!</w:t>
      </w:r>
      <w:r>
        <w:rPr>
          <w:lang w:eastAsia="zh-CN"/>
        </w:rPr>
        <w:br/>
      </w:r>
      <w:r>
        <w:rPr>
          <w:lang w:eastAsia="zh-CN"/>
        </w:rPr>
        <w:t xml:space="preserve">    遵纪守法老师国旗下讲话稿 篇15 </w:t>
      </w:r>
      <w:r>
        <w:rPr>
          <w:lang w:eastAsia="zh-CN"/>
        </w:rPr>
        <w:br/>
      </w:r>
      <w:r>
        <w:rPr>
          <w:lang w:eastAsia="zh-CN"/>
        </w:rPr>
        <w:t>　　尊敬的校领导，老师，亲爱的同学们：</w:t>
      </w:r>
      <w:r>
        <w:rPr>
          <w:lang w:eastAsia="zh-CN"/>
        </w:rPr>
        <w:br/>
      </w:r>
      <w:r>
        <w:rPr>
          <w:lang w:eastAsia="zh-CN"/>
        </w:rPr>
        <w:t>　　大家早上好!</w:t>
      </w:r>
      <w:r>
        <w:rPr>
          <w:lang w:eastAsia="zh-CN"/>
        </w:rPr>
        <w:br/>
      </w:r>
      <w:r>
        <w:rPr>
          <w:lang w:eastAsia="zh-CN"/>
        </w:rPr>
        <w:t>　　今天，我要演讲的是： 元旦，奋发向上!</w:t>
      </w:r>
      <w:r>
        <w:rPr>
          <w:lang w:eastAsia="zh-CN"/>
        </w:rPr>
        <w:br/>
      </w:r>
      <w:r>
        <w:rPr>
          <w:lang w:eastAsia="zh-CN"/>
        </w:rPr>
        <w:t>　　静静回眸即将过去的20__年，翘首企盼20__年的到来。愿我们伴随着新年的钟声在快乐中杨帆，在幸福着起航!</w:t>
      </w:r>
      <w:r>
        <w:rPr>
          <w:lang w:eastAsia="zh-CN"/>
        </w:rPr>
        <w:br/>
      </w:r>
      <w:r>
        <w:rPr>
          <w:lang w:eastAsia="zh-CN"/>
        </w:rPr>
        <w:t>　　东晋诗人陶渊明曾经说过：盛年不重来，一日再难晨。及岁月不饶人。元为一切之始的意思。旦，字为波光粼粼海面上旭日东升的照样，意味晨曦。当喜庆火红的爆竹声响起，人们将以蓬勃的朝气和奋发的斗志来迎接崭新的一年。</w:t>
      </w:r>
      <w:r>
        <w:rPr>
          <w:lang w:eastAsia="zh-CN"/>
        </w:rPr>
        <w:br/>
      </w:r>
      <w:r>
        <w:rPr>
          <w:lang w:eastAsia="zh-CN"/>
        </w:rPr>
        <w:t>　　张灯结彩，琼楼玉宇。春节期间四处洋溢着群众的笑脸。手握金榜题名的桂冠迎取阖家欢乐。生逢此时，荣幸又艰巨，我们要有理想，有追求，有目标，肯勤劳，脚踏实地地前进，才无愧于华彩青春与父母的一番心血。聪明的人，会检查昨天，抓紧今天，规划明天;愚蠢的人，则会哀叹昨天，挥霍今天，梦幻明天。</w:t>
      </w:r>
      <w:r>
        <w:rPr>
          <w:lang w:eastAsia="zh-CN"/>
        </w:rPr>
        <w:br/>
      </w:r>
      <w:r>
        <w:rPr>
          <w:lang w:eastAsia="zh-CN"/>
        </w:rPr>
        <w:t>　　20__年，是新的开始，是新的未来。我们应有无怨无悔的昨天，丰硕盈实的今天，充满希望的明天!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</w:pPr>
      <w:r>
        <w:rPr>
          <w:lang w:eastAsia="zh-CN"/>
        </w:rPr>
        <w:t>　　最后，祝全体师生在即将到来的新的一年中喜迎元旦，奋发向上!我的演讲到此结束，谢谢大家!</w:t>
      </w:r>
      <w:r>
        <w:rPr>
          <w:lang w:eastAsia="zh-CN"/>
        </w:rPr>
        <w:br/>
      </w:r>
      <w:r>
        <w:rPr>
          <w:lang w:eastAsia="zh-CN"/>
        </w:rPr>
        <w:t xml:space="preserve">    遵纪守法老师国旗下讲话稿 篇16 </w:t>
      </w:r>
      <w:r>
        <w:rPr>
          <w:lang w:eastAsia="zh-CN"/>
        </w:rPr>
        <w:br/>
      </w:r>
      <w:r>
        <w:rPr>
          <w:lang w:eastAsia="zh-CN"/>
        </w:rPr>
        <w:t>　　老师，传授我们知识，启迪我们智慧，他们让我敬仰，让我爱戴，其中我七年级时的数学老师现在回忆起来感到还是那么的温馨。</w:t>
      </w:r>
      <w:r>
        <w:rPr>
          <w:lang w:eastAsia="zh-CN"/>
        </w:rPr>
        <w:br/>
      </w:r>
      <w:r>
        <w:rPr>
          <w:lang w:eastAsia="zh-CN"/>
        </w:rPr>
        <w:t>　　他姓尤，在同学们眼中，他是一个严厉，冷酷，不近人情的老师。起初，我也这样认为，每次上数学课，只要望着他的眼睛，我就不禁肃然起敬。我不敢接近他，甚至不敢跟他说话，他那双尖利敏锐又可怕的眼睛使我没有安全感，因此，数学课便成了我的噩梦，加上他每次都摆着面孔，每次瞅我们都是用着很严厉的目光，更加让我对数学没有了信心，我渐渐的疏远了他。</w:t>
      </w:r>
      <w:r>
        <w:rPr>
          <w:lang w:eastAsia="zh-CN"/>
        </w:rPr>
        <w:br/>
      </w:r>
      <w:r>
        <w:rPr>
          <w:lang w:eastAsia="zh-CN"/>
        </w:rPr>
        <w:t>　　直到有一次，我作业做错了，他把我叫进办公室。我心里很恐慌，手不停的发抖，总觉得会有不好的事发生，我低着头走进办公室，小心翼翼地走到尤老师跟前，原以为他会把我臭骂一顿，哪知，他竞语重心长地为我讲题目。他讲得很仔细，很认真，我忍不住惊奇地望着他，我突然发现尤老师也有和蔼可亲的一面。从此，我不再觉得他可怕，于是对数学渐渐有了好感，但心中始终压抑着一份恐惧，上课也十分小心，尽量集中注意力去听课。</w:t>
      </w:r>
      <w:r>
        <w:rPr>
          <w:lang w:eastAsia="zh-CN"/>
        </w:rPr>
        <w:br/>
      </w:r>
      <w:r>
        <w:rPr>
          <w:lang w:eastAsia="zh-CN"/>
        </w:rPr>
        <w:t>　　日子一天天的过去，那一份恐惧始终埋藏在我心里。无意之中，我听到别的老师议论尤老师，他们说，尤老师是一位特别负责，勤奋的老师，每次吃午饭，总会见到尤老师一人坐在办公室批改作业，找资料给我们复习……我不由的感到自责，不明白为什么我心中的那份恐惧会埋得这么深，我很疑惑。</w:t>
      </w:r>
      <w:r>
        <w:rPr>
          <w:lang w:eastAsia="zh-CN"/>
        </w:rPr>
        <w:br/>
      </w:r>
      <w:r>
        <w:rPr>
          <w:lang w:eastAsia="zh-CN"/>
        </w:rPr>
        <w:br/>
      </w:r>
      <w:r>
        <w:rPr>
          <w:lang w:eastAsia="zh-CN"/>
        </w:rP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https://d.book118.com/168036143071006045</w:t>
        </w:r>
      </w:hyperlink>
    </w:p>
    <w:p w:rsidR="001B1F19">
      <w:pPr>
        <w:rPr>
          <w:lang w:eastAsia="zh-CN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9D07D03"/>
    <w:multiLevelType w:val="multilevel"/>
    <w:tmpl w:val="3AE4B26C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20273113">
    <w:abstractNumId w:val="0"/>
  </w:num>
  <w:num w:numId="2" w16cid:durableId="1499691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22227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250009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84274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334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19"/>
    <w:rsid w:val="00012D24"/>
    <w:rsid w:val="000B76DB"/>
    <w:rsid w:val="001B1F19"/>
    <w:rsid w:val="002E2E1D"/>
    <w:rsid w:val="0093765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8D8A34"/>
  <w15:docId w15:val="{83B6B1C2-FF47-43CC-85A6-22B37870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a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1">
    <w:name w:val="标题 1 字符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">
    <w:name w:val="标题 2 字符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">
    <w:name w:val="标题 3 字符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le">
    <w:name w:val="Title"/>
    <w:basedOn w:val="Normal"/>
    <w:next w:val="Normal"/>
    <w:link w:val="a1"/>
    <w:uiPriority w:val="10"/>
    <w:qFormat/>
    <w:rsid w:val="00FC693F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1">
    <w:name w:val="标题 字符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a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2">
    <w:name w:val="副标题 字符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a3"/>
    <w:uiPriority w:val="99"/>
    <w:unhideWhenUsed/>
    <w:rsid w:val="00AA1D8D"/>
    <w:pPr>
      <w:spacing w:after="120"/>
    </w:pPr>
  </w:style>
  <w:style w:type="character" w:customStyle="1" w:styleId="a3">
    <w:name w:val="正文文本 字符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20"/>
    <w:uiPriority w:val="99"/>
    <w:unhideWhenUsed/>
    <w:rsid w:val="00AA1D8D"/>
    <w:pPr>
      <w:spacing w:after="120" w:line="480" w:lineRule="auto"/>
    </w:pPr>
  </w:style>
  <w:style w:type="character" w:customStyle="1" w:styleId="20">
    <w:name w:val="正文文本 2 字符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3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a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4">
    <w:name w:val="宏文本 字符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a5"/>
    <w:uiPriority w:val="29"/>
    <w:qFormat/>
    <w:rsid w:val="00FC693F"/>
    <w:rPr>
      <w:i/>
      <w:iCs/>
      <w:color w:val="000000" w:themeColor="text1"/>
    </w:rPr>
  </w:style>
  <w:style w:type="character" w:customStyle="1" w:styleId="a5">
    <w:name w:val="引用 字符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4">
    <w:name w:val="标题 4 字符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">
    <w:name w:val="标题 5 字符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">
    <w:name w:val="标题 6 字符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标题 8 字符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">
    <w:name w:val="标题 9 字符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a6"/>
    <w:uiPriority w:val="30"/>
    <w:qFormat/>
    <w:rsid w:val="00FC693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6">
    <w:name w:val="明显引用 字符"/>
    <w:basedOn w:val="DefaultParagraphFont"/>
    <w:link w:val="IntenseQuote"/>
    <w:uiPriority w:val="30"/>
    <w:rsid w:val="00FC693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6803614307100604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Leslie Kang</cp:lastModifiedBy>
  <cp:revision>6</cp:revision>
  <dcterms:created xsi:type="dcterms:W3CDTF">2024-01-11T00:28:00Z</dcterms:created>
  <dcterms:modified xsi:type="dcterms:W3CDTF">2024-02-08T13:34:00Z</dcterms:modified>
</cp:coreProperties>
</file>