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公司新员工个人工作总结（31篇）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公司新员工个人工作总结（精选31篇）</w:t>
      </w:r>
      <w:r>
        <w:rPr>
          <w:lang w:eastAsia="zh-CN"/>
        </w:rPr>
        <w:br/>
      </w:r>
      <w:r>
        <w:rPr>
          <w:lang w:eastAsia="zh-CN"/>
        </w:rPr>
        <w:t xml:space="preserve">    公司新员工个人工作总结 篇1 </w:t>
      </w:r>
      <w:r>
        <w:rPr>
          <w:lang w:eastAsia="zh-CN"/>
        </w:rPr>
        <w:br/>
      </w:r>
      <w:r>
        <w:rPr>
          <w:lang w:eastAsia="zh-CN"/>
        </w:rPr>
        <w:t>　　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r>
        <w:rPr>
          <w:lang w:eastAsia="zh-CN"/>
        </w:rPr>
        <w:br/>
      </w:r>
    </w:p>
    <w:p w:rsidR="001B1F19" w14:textId="0AE8485B">
      <w:pPr>
        <w:pStyle w:val="Heading1"/>
        <w:jc w:val="center"/>
        <w:rPr>
          <w:rFonts w:hint="eastAsia"/>
          <w:lang w:eastAsia="zh-CN"/>
        </w:rPr>
      </w:pPr>
      <w:r>
        <w:rPr>
          <w:sz w:val="44"/>
          <w:lang w:eastAsia="zh-CN"/>
        </w:rPr>
        <w:t>公司新员工个人工作总结（31篇）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公司新员工个人工作总结（精选31篇）</w:t>
      </w:r>
      <w:r>
        <w:rPr>
          <w:lang w:eastAsia="zh-CN"/>
        </w:rPr>
        <w:br/>
      </w:r>
      <w:r>
        <w:rPr>
          <w:lang w:eastAsia="zh-CN"/>
        </w:rPr>
        <w:t xml:space="preserve">    公司新员工个人工作总结 篇1 </w:t>
      </w:r>
      <w:r>
        <w:rPr>
          <w:lang w:eastAsia="zh-CN"/>
        </w:rPr>
        <w:br/>
      </w:r>
      <w:r>
        <w:rPr>
          <w:lang w:eastAsia="zh-CN"/>
        </w:rPr>
        <w:t>　　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r>
        <w:rPr>
          <w:lang w:eastAsia="zh-CN"/>
        </w:rPr>
        <w:br/>
      </w:r>
      <w:r>
        <w:rPr>
          <w:lang w:eastAsia="zh-CN"/>
        </w:rPr>
        <w:t>　　拥有积极的心态，就会拥有一生的成功。</w:t>
      </w:r>
      <w:r>
        <w:rPr>
          <w:lang w:eastAsia="zh-CN"/>
        </w:rPr>
        <w:br/>
      </w:r>
      <w:r>
        <w:rPr>
          <w:lang w:eastAsia="zh-CN"/>
        </w:rPr>
        <w:t>　　其次，对我一年来的工作状况做一个小结。</w:t>
      </w:r>
      <w:r>
        <w:rPr>
          <w:lang w:eastAsia="zh-CN"/>
        </w:rPr>
        <w:br/>
      </w:r>
      <w:r>
        <w:rPr>
          <w:lang w:eastAsia="zh-CN"/>
        </w:rPr>
        <w:t>　　（一）学习无止境，注重自身的职业发展，多参加管理培训课程。职业生涯只是学生生涯的一种延续，重要的是将学校里学的理论知识运用到工作中，并进一步提高、升华。</w:t>
      </w:r>
      <w:r>
        <w:rPr>
          <w:lang w:eastAsia="zh-CN"/>
        </w:rPr>
        <w:br/>
      </w:r>
      <w:r>
        <w:rPr>
          <w:lang w:eastAsia="zh-CN"/>
        </w:rPr>
        <w:t>　　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r>
        <w:rPr>
          <w:lang w:eastAsia="zh-CN"/>
        </w:rPr>
        <w:br/>
      </w:r>
      <w:r>
        <w:rPr>
          <w:lang w:eastAsia="zh-CN"/>
        </w:rPr>
        <w:t>　　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r>
        <w:rPr>
          <w:lang w:eastAsia="zh-CN"/>
        </w:rPr>
        <w:br/>
      </w:r>
      <w:r>
        <w:rPr>
          <w:lang w:eastAsia="zh-CN"/>
        </w:rPr>
        <w:t>　　（二）即使是最基础的工作，也需要不断地创新求进，以提高工作效率。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r>
        <w:rPr>
          <w:lang w:eastAsia="zh-CN"/>
        </w:rPr>
        <w:br/>
      </w:r>
      <w:r>
        <w:rPr>
          <w:lang w:eastAsia="zh-CN"/>
        </w:rPr>
        <w:t>　　当然，我在工作中还存在着一些不足之处，如过于注重工作的进度对工作内容的全面性考虑不足等。在接下来的工作中，我将本着对本职工作的认真和责任心，把工作做好做精。</w:t>
      </w:r>
      <w:r>
        <w:rPr>
          <w:lang w:eastAsia="zh-CN"/>
        </w:rPr>
        <w:br/>
      </w:r>
      <w:r>
        <w:rPr>
          <w:lang w:eastAsia="zh-CN"/>
        </w:rPr>
        <w:t>　　总之，我将以公司的经营理念为坐标，将自己的知识背景和公司的具体环境相互融合，利用自己精力充沛、接受能力强的优势努力学习业务知识和技术，为公司的发展尽我绵薄之力。</w:t>
      </w:r>
      <w:r>
        <w:rPr>
          <w:lang w:eastAsia="zh-CN"/>
        </w:rPr>
        <w:br/>
      </w:r>
      <w:r>
        <w:rPr>
          <w:lang w:eastAsia="zh-CN"/>
        </w:rPr>
        <w:t>　　非常感谢大家阅读公司新员工个人工作总结范文，更多精彩内容等着大家，欢迎持续关注，一起成长！</w:t>
      </w:r>
      <w:r>
        <w:rPr>
          <w:lang w:eastAsia="zh-CN"/>
        </w:rPr>
        <w:br/>
      </w:r>
      <w:r>
        <w:rPr>
          <w:lang w:eastAsia="zh-CN"/>
        </w:rPr>
        <w:t xml:space="preserve">    公司新员工个人工作总结 篇2 </w:t>
      </w:r>
      <w:r>
        <w:rPr>
          <w:lang w:eastAsia="zh-CN"/>
        </w:rPr>
        <w:br/>
      </w:r>
      <w:r>
        <w:rPr>
          <w:lang w:eastAsia="zh-CN"/>
        </w:rPr>
        <w:t>　　时间一晃而过，转眼间到某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这三个月的时间里，在领导和同事们的悉心关怀和指导下，通过自身的努力，各方面均取得了一定的进步，现将我的工作情况作如下汇报。</w:t>
      </w:r>
      <w:r>
        <w:rPr>
          <w:lang w:eastAsia="zh-CN"/>
        </w:rPr>
        <w:br/>
      </w:r>
      <w:r>
        <w:rPr>
          <w:lang w:eastAsia="zh-CN"/>
        </w:rPr>
        <w:t>　　一、通过培训学习和日常工作积累使我对大发有了一定的认识。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7月份杭州高级人才交流会上认识了杜总，我拿到的第一份资料就是某介绍新厂画册，当时只是觉得企业规模很大，和杜总交谈后，感觉老板很平易近人。对其它方面就不太知道了，特别是对化纤行业几乎一无所知。通过三个月的亲身体会，对化纤行业和某公司有了一定了解。某公司的理念被杜总通俗的解释为五个发，确实是很恰当，本人对这一理念非常认同。公司发展不忘回报社会的壮举，令人敬佩。公司以人为本、尊重人才的思想在实际工作中贯彻，这是大发能发展壮大的重要原因。某在十一年时间实现跨越发展的确很不容易，争做全球第一是大发的雄心壮志，也是凝聚人才的核心动力。现在某在涤纶短纤行业起到了举足轻重的地位，今后还将更加辉煌。</w:t>
      </w:r>
      <w:r>
        <w:rPr>
          <w:lang w:eastAsia="zh-CN"/>
        </w:rPr>
        <w:br/>
      </w:r>
      <w:r>
        <w:rPr>
          <w:lang w:eastAsia="zh-CN"/>
        </w:rPr>
        <w:t>　　二、遵守各项规章制度，认真工作，使自己素养不断得到提高。</w:t>
      </w:r>
      <w:r>
        <w:rPr>
          <w:lang w:eastAsia="zh-CN"/>
        </w:rPr>
        <w:br/>
      </w:r>
      <w:r>
        <w:rPr>
          <w:lang w:eastAsia="zh-CN"/>
        </w:rPr>
        <w:t>　　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r>
        <w:rPr>
          <w:lang w:eastAsia="zh-CN"/>
        </w:rPr>
        <w:br/>
      </w:r>
      <w:r>
        <w:rPr>
          <w:lang w:eastAsia="zh-CN"/>
        </w:rPr>
        <w:t>　　三、认真学习岗位职能，工作能力得到了一定的提高。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r>
        <w:rPr>
          <w:lang w:eastAsia="zh-CN"/>
        </w:rPr>
        <w:br/>
      </w:r>
      <w:r>
        <w:rPr>
          <w:lang w:eastAsia="zh-CN"/>
        </w:rPr>
        <w:t>　　四、几点体会</w:t>
      </w:r>
      <w:r>
        <w:rPr>
          <w:lang w:eastAsia="zh-CN"/>
        </w:rPr>
        <w:br/>
      </w:r>
      <w:r>
        <w:rPr>
          <w:lang w:eastAsia="zh-CN"/>
        </w:rPr>
        <w:t>　　一是公司前景广阔，令人精神振奋。目前公司资产已经有3个多亿，加上即将接受的资产，公司资产将达到几十个亿，上百家下属企业。同时，随着四大平台的建设，我相信__公司将发展成为一个实力雄厚的集团企业，个人也将大有作为。</w:t>
      </w:r>
      <w:r>
        <w:rPr>
          <w:lang w:eastAsia="zh-CN"/>
        </w:rPr>
        <w:br/>
      </w:r>
      <w:r>
        <w:rPr>
          <w:lang w:eastAsia="zh-CN"/>
        </w:rPr>
        <w:t>　　二是国有资产管理政策性、法律性很强。国有资产管理，涉及到很多政策、法律，作为公司文秘，我得不断地加强学习，才能适应工作需要，才能成为一名合格的员工。</w:t>
      </w:r>
      <w:r>
        <w:rPr>
          <w:lang w:eastAsia="zh-CN"/>
        </w:rPr>
        <w:br/>
      </w:r>
      <w:r>
        <w:rPr>
          <w:lang w:eastAsia="zh-CN"/>
        </w:rPr>
        <w:t>　　三是公司是一个温暖的大家庭。__公司是一个有凝聚力和团结合作精神的团队，我虽是公司的新员工，却在工作和生活上，得到了公司领导与同事的关心与帮助，让我倍感动。我在今后工作中也将继承与发扬这种团结、友谊、互助的优良作风</w:t>
      </w:r>
      <w:r>
        <w:rPr>
          <w:lang w:eastAsia="zh-CN"/>
        </w:rPr>
        <w:br/>
      </w:r>
      <w:r>
        <w:rPr>
          <w:lang w:eastAsia="zh-CN"/>
        </w:rPr>
        <w:t>　　五、不足和需改进方面。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虽然到某来了近三个月，对生产工艺还不太了解，到生产现场时间不多，人员熟悉程度也不够，对分工的工作还没考，试大收集整理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某的发展贡献自己的力量。</w:t>
      </w:r>
      <w:r>
        <w:rPr>
          <w:lang w:eastAsia="zh-CN"/>
        </w:rPr>
        <w:br/>
      </w:r>
      <w:r>
        <w:rPr>
          <w:lang w:eastAsia="zh-CN"/>
        </w:rPr>
        <w:t>　　六、几点建议。</w:t>
      </w:r>
      <w:r>
        <w:rPr>
          <w:lang w:eastAsia="zh-CN"/>
        </w:rPr>
        <w:br/>
      </w:r>
      <w:r>
        <w:rPr>
          <w:lang w:eastAsia="zh-CN"/>
        </w:rPr>
        <w:t>　　某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某成立十一年了，当年创业的壮年人已经逐渐变成了老年人，这也是客观规律，从现在起，要做好老同志的传帮带工作，把他们的好做法传下来，永远留在某。第四，既要引进人才，还要用好人才，特别是要挖掘公司内部现有人才，最大限度发挥各类人才的作用。</w:t>
      </w:r>
      <w:r>
        <w:rPr>
          <w:lang w:eastAsia="zh-CN"/>
        </w:rPr>
        <w:br/>
      </w:r>
      <w:r>
        <w:rPr>
          <w:lang w:eastAsia="zh-CN"/>
        </w:rPr>
        <w:t xml:space="preserve">    公司新员工个人工作总结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时光似箭，岁月如梭，转眼进入公司已经有半年多的时间，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各位领导和同事表示最衷心的感谢，有你们的关心才能使我在工作中得心应手，也因有你们的帮助，才能令我在公司的发展上一个台阶。</w:t>
      </w:r>
      <w:r>
        <w:rPr>
          <w:lang w:eastAsia="zh-CN"/>
        </w:rPr>
        <w:br/>
      </w:r>
      <w:r>
        <w:rPr>
          <w:lang w:eastAsia="zh-CN"/>
        </w:rPr>
        <w:t>　　作为公司经营部的预算人员，在此期间，我充分的认识到这份工作的重要性，同时也发现了自己工作的差距，也使自己明确了下一步努力的方向，现对自己在公司经营部所做的工作做一下回顾和总结：</w:t>
      </w:r>
      <w:r>
        <w:rPr>
          <w:lang w:eastAsia="zh-CN"/>
        </w:rPr>
        <w:br/>
      </w:r>
      <w:r>
        <w:rPr>
          <w:lang w:eastAsia="zh-CN"/>
        </w:rPr>
        <w:t>　　1、工作情况：</w:t>
      </w:r>
      <w:r>
        <w:rPr>
          <w:lang w:eastAsia="zh-CN"/>
        </w:rPr>
        <w:br/>
      </w:r>
      <w:r>
        <w:rPr>
          <w:lang w:eastAsia="zh-CN"/>
        </w:rPr>
        <w:t>　　在经营部6个多月的时间中，为了更快更好地融入公司这个团队，为以后的工作打好铺垫，我加紧对公司的各项规章制度进行了解，熟悉公司的企业文化。熟悉经营部运作流程，熟悉有关水利水电建筑预算的定额，参与标书的编制。</w:t>
      </w:r>
      <w:r>
        <w:rPr>
          <w:lang w:eastAsia="zh-CN"/>
        </w:rPr>
        <w:br/>
      </w:r>
      <w:r>
        <w:rPr>
          <w:lang w:eastAsia="zh-CN"/>
        </w:rPr>
        <w:t>　　2、对于工作新的认识：</w:t>
      </w:r>
      <w:r>
        <w:rPr>
          <w:lang w:eastAsia="zh-CN"/>
        </w:rPr>
        <w:br/>
      </w:r>
      <w:r>
        <w:rPr>
          <w:lang w:eastAsia="zh-CN"/>
        </w:rPr>
        <w:t>　　对于预算工作，我觉得态度决定一切，对于工作如果没有一个好态度，一切也就无从谈起，只有以认真的态度、以主人翁的精神去对待自己的工作，才会实现公司利益的化。</w:t>
      </w:r>
      <w:r>
        <w:rPr>
          <w:lang w:eastAsia="zh-CN"/>
        </w:rPr>
        <w:br/>
      </w:r>
      <w:r>
        <w:rPr>
          <w:lang w:eastAsia="zh-CN"/>
        </w:rPr>
        <w:t>　　3、工作中存在不足：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由于自身的局限性，对于有些细节方面处理地不是太准确，因为预算工作有一部分是需要时间和经验的积累，不过我相信经验上的不足可以通过勤奋来弥补。对相关知识情况了解的还不够详细和充实，掌握的技术手段还不够多；需要继续学习以提高自己的知识水平和操作能力，加强分析和解决实际问题的能力；同时团队协作能力也需要进一步增强等。</w:t>
      </w:r>
      <w:r>
        <w:rPr>
          <w:lang w:eastAsia="zh-CN"/>
        </w:rPr>
        <w:br/>
      </w:r>
      <w:r>
        <w:rPr>
          <w:lang w:eastAsia="zh-CN"/>
        </w:rPr>
        <w:t>　　在今后的工作中，我会加强自身学习，结合实际，多从细节考虑，认真做好本职工作，积极配合同事工作项目。积极向同事学习，虚心请教，并以实践带动学习，全方位提高自己的工作能力。克服自己本身存在的诸多缺点，加强学习，为公司的发展壮大贡献自己的绵薄之力。</w:t>
      </w:r>
      <w:r>
        <w:rPr>
          <w:lang w:eastAsia="zh-CN"/>
        </w:rPr>
        <w:br/>
      </w:r>
      <w:r>
        <w:rPr>
          <w:lang w:eastAsia="zh-CN"/>
        </w:rPr>
        <w:t>　　末，真诚的感谢所有的同事，谢谢你们半年多的相伴，让我倍感温暖和亲切。感谢公司能给刚毕业什么也不懂的我一个这么好的学习平台，让我在这些日子里学到了太多不曾有过的东西。也真挚的希望我们在__年越走越好。</w:t>
      </w:r>
      <w:r>
        <w:rPr>
          <w:lang w:eastAsia="zh-CN"/>
        </w:rPr>
        <w:br/>
      </w:r>
      <w:r>
        <w:rPr>
          <w:lang w:eastAsia="zh-CN"/>
        </w:rPr>
        <w:t xml:space="preserve">    公司新员工个人工作总结 篇4 </w:t>
      </w:r>
      <w:r>
        <w:rPr>
          <w:lang w:eastAsia="zh-CN"/>
        </w:rPr>
        <w:br/>
      </w:r>
      <w:r>
        <w:rPr>
          <w:lang w:eastAsia="zh-CN"/>
        </w:rPr>
        <w:t>　　大学毕业到现在已经几年了，毕业以后我就考取了现在的工作，来到已拿回那个工作后我被分配做银行的信贷员。在刚开始的时候我并不熟悉我的工作，还好我认真努力的工作，积极的熟悉我的工作业务，我终于平稳的度过的实习期，我开始了我在公司做正式工作人员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鉴于此，现将这期间工作总结如下：</w:t>
      </w:r>
      <w:r>
        <w:rPr>
          <w:lang w:eastAsia="zh-CN"/>
        </w:rPr>
        <w:br/>
      </w:r>
      <w:r>
        <w:rPr>
          <w:lang w:eastAsia="zh-CN"/>
        </w:rPr>
        <w:t>　　首先，对我半年来的工作状况做一个小结。</w:t>
      </w:r>
      <w:r>
        <w:rPr>
          <w:lang w:eastAsia="zh-CN"/>
        </w:rPr>
        <w:br/>
      </w:r>
      <w:r>
        <w:rPr>
          <w:lang w:eastAsia="zh-CN"/>
        </w:rPr>
        <w:t>　　1、即使是最基础的工作，也需要不断地创新求进，以提高工作效率。</w:t>
      </w:r>
      <w:r>
        <w:rPr>
          <w:lang w:eastAsia="zh-CN"/>
        </w:rPr>
        <w:br/>
      </w:r>
      <w:r>
        <w:rPr>
          <w:lang w:eastAsia="zh-CN"/>
        </w:rPr>
        <w:t>　　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r>
        <w:rPr>
          <w:lang w:eastAsia="zh-CN"/>
        </w:rPr>
        <w:br/>
      </w:r>
      <w:r>
        <w:rPr>
          <w:lang w:eastAsia="zh-CN"/>
        </w:rPr>
        <w:t>　　2、学习无止境，职业生涯只是学生生涯的一种延续，重要的是将学校里学的理论知识运用到工作中，并进一步提高、升华。</w:t>
      </w:r>
      <w:r>
        <w:rPr>
          <w:lang w:eastAsia="zh-CN"/>
        </w:rPr>
        <w:br/>
      </w:r>
      <w:r>
        <w:rPr>
          <w:lang w:eastAsia="zh-CN"/>
        </w:rPr>
        <w:t>　　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r>
        <w:rPr>
          <w:lang w:eastAsia="zh-CN"/>
        </w:rPr>
        <w:br/>
      </w:r>
      <w:r>
        <w:rPr>
          <w:lang w:eastAsia="zh-CN"/>
        </w:rPr>
        <w:t>　　其次，谈谈自己这段时间心态的转变。</w:t>
      </w:r>
      <w:r>
        <w:rPr>
          <w:lang w:eastAsia="zh-CN"/>
        </w:rPr>
        <w:br/>
      </w:r>
      <w:r>
        <w:rPr>
          <w:lang w:eastAsia="zh-CN"/>
        </w:rPr>
        <w:t>　　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w:t>
      </w:r>
      <w:r>
        <w:rPr>
          <w:lang w:eastAsia="zh-CN"/>
        </w:rPr>
        <w:br/>
      </w:r>
      <w:r>
        <w:rPr>
          <w:lang w:eastAsia="zh-CN"/>
        </w:rPr>
        <w:t>　　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r>
        <w:rPr>
          <w:lang w:eastAsia="zh-CN"/>
        </w:rPr>
        <w:br/>
      </w:r>
      <w:r>
        <w:rPr>
          <w:lang w:eastAsia="zh-CN"/>
        </w:rPr>
        <w:t>　　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当然，我在工作中还存在着一些不足之处，如过于注重工作的进度对工作内容的全面性考虑不足等。在接下来的工作中，我将本着对本职工作的认真和责任心，把工作做好做精。</w:t>
      </w:r>
      <w:r>
        <w:rPr>
          <w:lang w:eastAsia="zh-CN"/>
        </w:rPr>
        <w:br/>
      </w:r>
      <w:r>
        <w:rPr>
          <w:lang w:eastAsia="zh-CN"/>
        </w:rPr>
        <w:t>　　我将以公司的经营理念为坐标，做好个人工作计划，将自己的知识背景和公司的具体环境相互融合，利用自己精力充沛、接受能力强的优势努力学习业务知识和领先技术，为公司的发展尽我绵薄之力。</w:t>
      </w:r>
      <w:r>
        <w:rPr>
          <w:lang w:eastAsia="zh-CN"/>
        </w:rPr>
        <w:br/>
      </w:r>
      <w:r>
        <w:rPr>
          <w:lang w:eastAsia="zh-CN"/>
        </w:rPr>
        <w:t>　　我想说既然我参加了公司工作，那么我就应该做好，从小我养成的习惯便是如此，做事要认真，不达到成功的彼岸，就不要放手，只要认真努力了，就不会后悔，不会担心自己被现实所击倒。</w:t>
      </w:r>
      <w:r>
        <w:rPr>
          <w:lang w:eastAsia="zh-CN"/>
        </w:rPr>
        <w:br/>
      </w:r>
      <w:r>
        <w:rPr>
          <w:lang w:eastAsia="zh-CN"/>
        </w:rPr>
        <w:t>　　也许我这一生就会在概述工作上做一辈子，运气好的话，我也许可以升级，做一名公司的管理者，如果工作不好，那我也没有什么怨言，我会平衡好自己的心态，知足长乐，这才是为人之道。我相信只要我认真努力工作，我就会为公司的发展做出自己的贡献</w:t>
      </w:r>
      <w:r>
        <w:rPr>
          <w:lang w:eastAsia="zh-CN"/>
        </w:rPr>
        <w:br/>
      </w:r>
      <w:r>
        <w:rPr>
          <w:lang w:eastAsia="zh-CN"/>
        </w:rPr>
        <w:t xml:space="preserve">    公司新员工个人工作总结 篇5 </w:t>
      </w:r>
      <w:r>
        <w:rPr>
          <w:lang w:eastAsia="zh-CN"/>
        </w:rPr>
        <w:br/>
      </w:r>
      <w:r>
        <w:rPr>
          <w:lang w:eastAsia="zh-CN"/>
        </w:rPr>
        <w:t>　　转眼之间，我已经毕业来到中建一局三公司秦皇岛区域项目部参加工作快半年的时间了。从参加工作到现在，我的感想很多，最深的感觉就是自己从人生躁动的盛夏转入了收获的金秋!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和大多数年轻人一样，面对毕业时心里难免有过彷徨和惆怅，对未来的路感到迷茫。可是仔细想想，十年寒窗为的正是有朝一日能做自己想做的事情，做自己力所能及的事情，做能回报父母、回报社会的有意义的事情。所以我想我是幸运的，因为土木工程是我的第一志愿，施工现场是我最爱的舞台。当我得知可以进入秦皇岛项目这个大家庭时，新的希望和充沛的活力使我感到了无所畏惧，此刻的我觉得充满力量和热情，这股力量将前路上的一切未知的恐惧和迷茫一扫而光。</w:t>
      </w:r>
      <w:r>
        <w:rPr>
          <w:lang w:eastAsia="zh-CN"/>
        </w:rPr>
        <w:br/>
      </w:r>
      <w:r>
        <w:rPr>
          <w:lang w:eastAsia="zh-CN"/>
        </w:rPr>
        <w:t>　　20__年7月14日是我到秦皇岛项目的第一天，初来乍到的我还有点腼腆，说话还有点不好意思。可是经过了短短半天的相处，我就发现这个项目部更称得上是一个家，为了迎接新员工，给大家一个舒适的环境，那时我眼中的领导：张龙书记、海经理、沈经理、王宏斌王经理、王莹王经理全都亲手为我们打扫宿舍，整理床铺，我想这点点滴滴的付出就是为什么大家统一去掉头衔，发自内心的叫他们龙哥、海哥、沈哥、王哥、王姐的原因吧。20__年7月14日，我会永远的记住我加入这个大家庭的时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经过3天的适应，大家都带着各自的憧憬踏入不同的工作岗位，虽然岗位不同，但我知道大家的目的都是一样的，就是迅速的成长起来，为我们的项目部的壮大做出各自的贡献。7月17日，我怀揣梦想走进哈电重装常规岛厂房项目工程部的大门。自此，作为一名见习工长，才真正体会到了第一线的责任与意义。带着粗浅的未经过实践的知识来到了不算陌生却也不熟悉的工地现场后，我顿时感到了很多方面的无力，本打算大展拳脚的时候，却处处捉襟见肘。为人处世、接人待物的方法，现场人员及机械的安排，沟通协调能力等都处于盲目的状态。这时沈哥告诉我，不能急，俗话说得好慢工出细活，谁也不能一口吃成个胖子，起步阶段，一切都要按部就班、井井有条的进行，就像出生的孩子，要先学会走路，才能学会奔跑。积累经验及知识的过程就像漏斗，虽然得慢慢来，但是早晚会得到充实。常规岛我们一般称为三期，初到三期的时候，除龙哥沈哥以外，同是新员工的陈鹏和徐茂也算得上是工作上的老大哥，经过短短一年的实习，他们的工作能力和沟通能力上都比我要强很多，我从他们的身上学到了不少东西。我的起点不比他们低，所以在工作上我也不会服输，因为与身边的人比较可以让自己更快的进步。虽然他们已经如同两座小小的山峰，但却不是不可企及。我的短期目标就是起步、追赶、持平，之后甚至超越他们。于是，从认识身边的工人开始，我在努力的学习着所有老师们的经验知识，理论及技术上的进步是必须的，同时，作为工长，怎样指挥领导人工及机械，怎样与各个分包商协调沟通也尤为重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下面说说我所学到和想到的：首先，便是观察每个人的脾气秉性，来确定和他们的说话方式，其次再用他们更容易接受的方式接近他们，但是这距离又要保持一个度，过于疏远工人不会听从指挥，过于紧密又会使工作难以进行。所以可行的距离是既和每一个人熟悉，这样可以使工人听从指挥，又要在重要的问题上表现出我们项目部的权威，这个权威，是要靠丰富的知识为基础的，例如在影响质量、安全及进度的问题上，要做到不让步，而且用充分的理论依据来证明此项问题应该怎样解决，真正做到让人心服口服的听从指挥，相互熟识，而且还欺骗不了我，所以你只有好好的执行并完成目标任务。三期是大型钢结构厂房工程，其中包括了钢结构及土建方面的大量知识，这比单一的框架结构等类型工程要难得的多。在熟悉工人的阶段，我的任务是负责路面和降水的工作，由于正值雨季，现场路面异常泥泞湿滑，工作进展遇到了阻碍，我知道三通一平的重要性，路面畅通、场地平整是工作顺利进展的先题条件，这件工作不起眼，却最重要，而且龙哥说过：一天做好一件事，就是收获。我感觉到自己开始发挥作用了。雨季过后我所接触的是简单的围墙砌筑及墙面与钢结构连接处的工作，说起来简单，但是开始的时候还是会跟着工人的节奏来进行施工，很被动，但是通过2天的观察，我逐渐了解了工人的砌筑速度，再加上对施工图纸的砌筑部分和砌筑规范的研究，我总算做到了心中有数，这时再去对工人进行要求，明显感到得心应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围墙砌筑完成之后，我却又陷入了短暂的无方向了。我不想表现出来迷茫，可还是被朝夕相处的龙哥发现了。说起来惭愧，当时为什么不会给自己找事做?幸好，位于哈电重装二期厂房东侧的辅助厂房工程在9月底开工了。龙哥把我分到了辅助厂房工程。在海哥的带领下，开始一个崭新的工程。辅助厂房工程占地面积只有3000余平米，然而麻雀虽小，五脏俱全能全程的跟完一个工程，其积累的经验是何等宝贵的。我为能参加辅助厂房工程感到荣幸，十分感谢海哥的带领和龙哥的推荐。从9月底到现在，我们的过程是十分坎坷的，施工一开始，我们就遇到了难题，地质情况复杂，甲方又不能提供准确的地勘报告，设计-3.5m到达持力层，然而我们提前做的探坑开挖深度达到-10m仍未见持力层，基础施工无法进行。这时海哥及时的与甲方及设计协商，将基础改为桩基础，基础施工问题迎刃而解。在打桩施工过程中，我又学到了不少相关知识，包括孔深、桩径的控制，如何判断入岩，泥浆护壁的机理，孔底沉渣的处理等等。81根桩共用了我们37天的时间，打桩完成后，基础施工顺利进行，开始进入冬施阶段，冬施物资准备包括：防冻剂、0.3厚塑料薄膜、保温棉毡等。混凝土采用掺防冻剂的商品混凝土，并采用泵送，有效地进行了混凝土质量控制和加快施工进度。基础浇筑混凝土后及时进行保温处理，且施工时间基本都控制在了温度较高的白天进行。商混到场后都以最快的速度入模，减少了热量损失，虽然基础施工赶上了冬施，但是我们还是在保证了施工质量的情况下按照进度计划达成了目标。钢结构紧接着进场，12月20日，第一根钢柱顺利吊装完成，标志着土建施工阶段性胜利和钢结构工程顺利进行。由于钢结构生产厂家的种种问题，我们的钢结构部分施工进度稍有滞后,但是这并不影响我们年底达到冷封闭的决心。钢柱、钢梁、托梁、次梁、屋面水平支撑、门柱、门梁、窗的安装都已经基本完成，彩钢板也已经完成50%左右。在整个过程中，我更深刻的了解了每道工序的执行，施工进度的掌控，并且秉承前辈的管理理念，在见习工长的路上前进了一步。</w:t>
      </w:r>
      <w:r>
        <w:rPr>
          <w:lang w:eastAsia="zh-CN"/>
        </w:rPr>
        <w:br/>
      </w:r>
      <w:r>
        <w:rPr>
          <w:lang w:eastAsia="zh-CN"/>
        </w:rPr>
        <w:t>　　我的缺点是作为工长太糙，我的理解糙是对技术问题的忽视。在接下来的日子里，我要努力学习各项规范、图纸和图集，日常的工作中观察入微，真正做到眼观六路，耳听八方，做一个合格的工长!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半年的工作中，我深切感受到了领导的关心和悉心教育，关键时刻总是能挺身而出，为我解决疑惑，排除问题。我感觉到了自己的进步，同时也认识到了自身的缺点，我一定会努力改掉缺点，并将前辈们的优点发扬光大，努力工作，我热情不变，相信在作为一名工长的漫漫长路上，即使跌倒，也还会重新站起来，并最终越走越远。</w:t>
      </w:r>
      <w:r>
        <w:rPr>
          <w:lang w:eastAsia="zh-CN"/>
        </w:rPr>
        <w:br/>
      </w:r>
      <w:r>
        <w:rPr>
          <w:lang w:eastAsia="zh-CN"/>
        </w:rPr>
        <w:t xml:space="preserve">    公司新员工个人工作总结 篇6 </w:t>
      </w:r>
      <w:r>
        <w:rPr>
          <w:lang w:eastAsia="zh-CN"/>
        </w:rPr>
        <w:br/>
      </w:r>
      <w:r>
        <w:rPr>
          <w:lang w:eastAsia="zh-CN"/>
        </w:rPr>
        <w:t>　　回想起三个月来的工作，我没有看到公司以前的迅速发展，却在我三月的工作中亲眼见证公司一步步走向成熟，规模也逐渐扩大。公司需要责任，公司的命运前途都系于每个员工身上，因此每个员工都应该强化自己的责任意识，提高自己的责任感，为公司尽自己的力量。我在学校的专业是城市燃气，所以深知天然气行业是个特殊又高危的行业，所以安全生产一直是头等大事，而安全则是重之最重。</w:t>
      </w:r>
      <w:r>
        <w:rPr>
          <w:lang w:eastAsia="zh-CN"/>
        </w:rPr>
        <w:br/>
      </w:r>
      <w:r>
        <w:rPr>
          <w:lang w:eastAsia="zh-CN"/>
        </w:rPr>
        <w:t>　　每天工作结束后我不断问自己，自己今天做什么了，今天的工作我尽力了吗？今天的任务我完成了吗？做好当天的每一项工作便是尽到了自己应尽的责任，完成了自己的工作。那是不是完成自己的工作、尽了自己的责任就没有什么了其他事情了？当然不是。我们应该做到真正的尽心尽责，就必须努力学习，不断提高完善自己的工作效率和综合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从来到公司的第一天，便开始接受一切的培训与学习，我深刻的感受到公司对于我们新人的重视和关心。也是由于行业的特殊性，因此刚来的很多时候我们多少会有点不理解，可是越往后越发现，其实一个制度下是需要很多人的心血和精力来维持的。我在这里算是半个外地人，初入社会的我真的感到幸运公司的每一位领导跟老员工对于我们的帮助和友好都是让我们所有新员工感到温暖和觉得这个公司是个大家庭，我们不管来自哪里，不论以前是做什么，在这里大家都是属于公司的一份子。</w:t>
      </w:r>
      <w:r>
        <w:rPr>
          <w:lang w:eastAsia="zh-CN"/>
        </w:rPr>
        <w:br/>
      </w:r>
      <w:r>
        <w:rPr>
          <w:lang w:eastAsia="zh-CN"/>
        </w:rPr>
        <w:t>　　南郑的实习阶段，我们实习生由各班长带领下熟悉场站的所有工艺流程，高危行业下的制度是相当严厉的，当然也是为了所有工作人员呢的生命安全着想，熟悉工艺设备的运作，在班长的协助下尝试进行简单的机器维修，和每天定点的巡检维护。加气站内各个安全措施到位，加气过程中注意安全，与司机做好沟通。树立窗口服务的良好的口碑。</w:t>
      </w:r>
      <w:r>
        <w:rPr>
          <w:lang w:eastAsia="zh-CN"/>
        </w:rPr>
        <w:br/>
      </w:r>
      <w:r>
        <w:rPr>
          <w:lang w:eastAsia="zh-CN"/>
        </w:rPr>
        <w:t>　　那么，如何才能提高自己的工作责任感和工作效率呢？</w:t>
      </w:r>
      <w:r>
        <w:rPr>
          <w:lang w:eastAsia="zh-CN"/>
        </w:rPr>
        <w:br/>
      </w:r>
      <w:r>
        <w:rPr>
          <w:lang w:eastAsia="zh-CN"/>
        </w:rPr>
        <w:t>　　第一，要认识自己，树立信心。要时刻检查查自己的不足和问题，及时改正，虚心听取领导和老员工提出的自己身上的问题，不断提高自己的理论能力，将书中学到的理论应用到工作当中去。对自己和公司要充满信心，既看到现实存在的巨大问题和苦难，又看公司的发展潜力和发展空间，要增强责任意识、危机意识、效益意识从小事做起、从点滴做起，从自身做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第二，要端正态度，改变作风。有个良好的心态，把公司当做大家庭，自己就是家庭的一个成员，把自己在学校的懒散情绪快速的抛弃掉，尽快增强成本意识，节约公司资源。将节约意识全面渗透到公司生产经营、日常工作中。</w:t>
      </w:r>
      <w:r>
        <w:rPr>
          <w:lang w:eastAsia="zh-CN"/>
        </w:rPr>
        <w:br/>
      </w:r>
      <w:r>
        <w:rPr>
          <w:lang w:eastAsia="zh-CN"/>
        </w:rPr>
        <w:t>　　第三，公司是个大集体，每个人都有明确的岗位和工作内容。对于我来说，在公司只是新人的，不能挑三拣四，从最基本的做起，熟悉整个公司基层情况，为自己以后打下坚实的基础。从南郑到留坝，短短的几个月时间一路过来我深刻认识自己需要做的地方很多很多。</w:t>
      </w:r>
      <w:r>
        <w:rPr>
          <w:lang w:eastAsia="zh-CN"/>
        </w:rPr>
        <w:br/>
      </w:r>
      <w:r>
        <w:rPr>
          <w:lang w:eastAsia="zh-CN"/>
        </w:rPr>
        <w:t>　　第四，来到留坝分公司虽然我们只有七个人，因为人员的有限，所以我们团结，因此我们是一个团队。一个人，再怎么有能力也不能把所有的工作都做完，所以就需要集体的力量。每个人来到公司，那么他的工作就是不可缺少的。在实际工作中，员工之间相互了解帮助，理解，宽容是十分重要的。我刚来已经过去两个多星期，慢慢的从一个地方再到另一个地方的熟悉已经转变很多，熟悉了分公司的各项工作，就是要努力将自己的力量全部付诸于行动。</w:t>
      </w:r>
      <w:r>
        <w:rPr>
          <w:lang w:eastAsia="zh-CN"/>
        </w:rPr>
        <w:br/>
      </w:r>
      <w:r>
        <w:rPr>
          <w:lang w:eastAsia="zh-CN"/>
        </w:rPr>
        <w:t>　　第五，要立足岗位，献计献策。积极主动开拓自己的思路，围绕制约公司发展的症结和关键问题，结合自身所在的岗位，深入生产、经营、管理各个环节，大胆开拓，勇于创新，出实招、献良策，提出适合企业实际的、可操作性较强的一些技术搞糟措施和创新管理办法等合理化建议，达到开源节流，增收增效的目的。与公司一起共同面对问题，为公司战胜困难，为公司实现又好又快的发展做出自己应有的贡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第六，树立自己和公司良好的形象，因为我们从进入公司这一刻起，我们每一个人都担负着树立公司形象责任和义务，而这个责任是我们不可推脱，是一定要承担的。走进公司后，我们每个员工的每一句话、每一个行为都代表着汉中天然气投资发展有限公司的形象和名誉。</w:t>
      </w:r>
      <w:r>
        <w:rPr>
          <w:lang w:eastAsia="zh-CN"/>
        </w:rPr>
        <w:br/>
      </w:r>
      <w:r>
        <w:rPr>
          <w:lang w:eastAsia="zh-CN"/>
        </w:rPr>
        <w:t>　　新的一年里我为自己制定了新的目标，那就是要加紧学习，更好的充实自己，以饱满的精神状态来迎接新时期的挑战。明年会有更多的机会和竞争在等着我们，我心里在暗暗的为自己鼓劲。要在竞争中站稳脚步。踏踏实实，目光不能只看到个人的一些小利益，更要着眼于大局，着眼于今后的发展。我也会向其它同事学习，取长补短，相互交流好的工作经验，共同进步，争取更好的工作成绩。</w:t>
      </w:r>
      <w:r>
        <w:rPr>
          <w:lang w:eastAsia="zh-CN"/>
        </w:rPr>
        <w:br/>
      </w:r>
      <w:r>
        <w:rPr>
          <w:lang w:eastAsia="zh-CN"/>
        </w:rPr>
        <w:t xml:space="preserve">    公司新员工个人工作总结 篇7 </w:t>
      </w:r>
      <w:r>
        <w:rPr>
          <w:lang w:eastAsia="zh-CN"/>
        </w:rPr>
        <w:br/>
      </w:r>
      <w:r>
        <w:rPr>
          <w:lang w:eastAsia="zh-CN"/>
        </w:rPr>
        <w:t>　　初入这个大家庭，让我印象深刻的是在金湖培训期间的企业文化培训，培训老师用自己的工作经历，让我们对__系统有了更深的认识，同时勉励我们要拿出严谨态度对待工作，多学多做。通过各种团队训练，锻炼了大家团队协作能力和执行力，让我明白了建设和加强团队凝聚力的重要性，告诉我要学会相信他人，团结就是力量。</w:t>
      </w:r>
      <w:r>
        <w:rPr>
          <w:lang w:eastAsia="zh-CN"/>
        </w:rPr>
        <w:br/>
      </w:r>
      <w:r>
        <w:rPr>
          <w:lang w:eastAsia="zh-CN"/>
        </w:rPr>
        <w:t>　　9月16日，怀着对工作的期待和即将进入一个新环境的紧张感，我来到了池潭水电厂。初次见到未来的家，便被池潭水电厂雄伟的办公大楼所震撼，大厅中一幅屏风上绚丽多彩、气势蓬勃的大金湖全景照深深地吸引了我，令人心潮澎湃，无限遐想。</w:t>
      </w:r>
      <w:r>
        <w:rPr>
          <w:lang w:eastAsia="zh-CN"/>
        </w:rPr>
        <w:br/>
      </w:r>
      <w:r>
        <w:rPr>
          <w:lang w:eastAsia="zh-CN"/>
        </w:rPr>
        <w:t>　　人文关怀显真情，和谐幸福暖人心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报道的第一天，人资部詹姐就带着我参观了整栋大楼，详细介绍了每一个职能部门的所在位置和职责，认识了许许多多的前辈，并且还和张厂长有了次面对面的交谈，一句句的悉心关怀、谆谆教导让我激动了许久，让我觉得张厂长是那么的和蔼可亲。在私底下，团委副书记邱雄经常和我们交流，给我们提供了很多帮助，在生活和未来的职业生涯上给了我们很多建议，带我们认识了许多小伙伴，常常把我们都聚集在一块学习、玩耍;他还帮我们拉进了池电团青和福建__之家的Q群，群里经常会有每个单位的团青信息、宣传报道上传，方便我们相互借鉴和学习。有条报道里写到福建公司团委“三全”品牌的工作思路，自从进入__我就感受到了这个“三全”品牌对我们团青的关爱和帮助，感受到团青队伍的茁壮成长和勃勃生机。</w:t>
      </w:r>
      <w:r>
        <w:rPr>
          <w:lang w:eastAsia="zh-CN"/>
        </w:rPr>
        <w:br/>
      </w:r>
      <w:r>
        <w:rPr>
          <w:lang w:eastAsia="zh-CN"/>
        </w:rPr>
        <w:t>　　企业文化自深厚，员工齐心把家建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9月20日，池潭水电厂承办了20__年泰宁县“鑫华杯”气排球邀请赛。身为工作人员，这是我第一次参加池潭水电厂的活动，心情非常激动。看到我厂的选手们在赛场上挥洒着汗水，大家互相加油，一起研究战术的合作精神，深深的感染了我，感受到我们虽然是老厂，但企业文化深厚，员工都是充满着活力的。10月12日，生产第一党支部携运行分工会来到了寨下大峡谷，开展“美化家乡和谐池电，幸福小家”主题的户外踏青活动，这是我第二次参加池潭水电厂的活动。分工会很贴心地邀请了我们一同前往，让初来乍到的我们能更好地感受泰宁。活动中，我们一边体验着户外天然氧吧，观赏着丹霞地貌典型的赤壁、洞穴、巷谷、线谷和堰塞湖，听着运行分工会的负责人为我们介绍了寨下大峡谷的特色，一边开展着环保志愿服务，美化生态环境，让我们的身心都得到了一次释放，一次净化。</w:t>
      </w:r>
      <w:r>
        <w:rPr>
          <w:lang w:eastAsia="zh-CN"/>
        </w:rPr>
        <w:br/>
      </w:r>
      <w:r>
        <w:rPr>
          <w:lang w:eastAsia="zh-CN"/>
        </w:rPr>
        <w:t>　　百废待兴求发展，梦想即将共翱翔</w:t>
      </w:r>
      <w:r>
        <w:rPr>
          <w:lang w:eastAsia="zh-CN"/>
        </w:rPr>
        <w:br/>
      </w:r>
      <w:r>
        <w:rPr>
          <w:lang w:eastAsia="zh-CN"/>
        </w:rPr>
        <w:t>　　来到池电一个月了，通过跟大家的交流学习，才知道我报道不久前池潭水电厂迎来了新的领导班子。这一个月以来，我看到了厂部制定了一系列的决策、部署，改善了大量管理制度和工作方法，全面提升了干部职工的工作效率。这一些创新、举措无一不让人感到振奋人心。同时，我也了解到池潭水电厂也要扩建，已经被省公司列入重点推进项目，目前正迎来一批批的专家进行现场勘察和方案审查。面对如此一个全新的局面，一个巨大的发展空间，作为一名新进员工，我感到万分幸运。在此，我将我的梦想植入池电，希望我的努力能为池电梦贡献一份微薄之力，也希望有一天我们的梦想能一同翱翔长空。</w:t>
      </w:r>
      <w:r>
        <w:rPr>
          <w:lang w:eastAsia="zh-CN"/>
        </w:rPr>
        <w:br/>
      </w:r>
      <w:r>
        <w:rPr>
          <w:lang w:eastAsia="zh-CN"/>
        </w:rPr>
        <w:t>　　最后，非常感谢大家的照顾，池电给了我一个家的感觉，让我感到非常的幸福。在接下来的日子里，我会以求真务实的态度对待工作，努力做一个有职业价值感和事业归属感的__一员。</w:t>
      </w:r>
      <w:r>
        <w:rPr>
          <w:lang w:eastAsia="zh-CN"/>
        </w:rPr>
        <w:br/>
      </w:r>
      <w:r>
        <w:rPr>
          <w:lang w:eastAsia="zh-CN"/>
        </w:rPr>
        <w:t xml:space="preserve">    公司新员工个人工作总结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时光飞逝，一年很快就要过去了，入职至今，我已经在公司工作了一年的时间了，作为一名新员工，我很庆幸自己在步入职场就能有这样的机会。这是我从事的第一份工作，是我职业生涯的一个起点，我对此也十分珍惜，尽最大努力去适应这一工作。经过一年来的不断学习，以及同事、领导的帮助，我也已经融入到了这个大家庭中，个人的工作技能也有了明显的提高，虽然工作中还存在这样那样的不足之处，但应该说这一年付出了不少，也收获了很多，感到自己成长了，也逐渐成熟了。以下是我的个人工作总结。</w:t>
      </w:r>
      <w:r>
        <w:rPr>
          <w:lang w:eastAsia="zh-CN"/>
        </w:rPr>
        <w:br/>
      </w:r>
      <w:r>
        <w:rPr>
          <w:lang w:eastAsia="zh-CN"/>
        </w:rPr>
        <w:t>　　一、回顾过去</w:t>
      </w:r>
      <w:r>
        <w:rPr>
          <w:lang w:eastAsia="zh-CN"/>
        </w:rPr>
        <w:br/>
      </w:r>
      <w:r>
        <w:rPr>
          <w:lang w:eastAsia="zh-CN"/>
        </w:rPr>
        <w:t>　　经过这一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r>
        <w:rPr>
          <w:lang w:eastAsia="zh-CN"/>
        </w:rPr>
        <w:br/>
      </w:r>
      <w:r>
        <w:rPr>
          <w:lang w:eastAsia="zh-CN"/>
        </w:rPr>
        <w:t>　　二、展望未来</w:t>
      </w:r>
      <w:r>
        <w:rPr>
          <w:lang w:eastAsia="zh-CN"/>
        </w:rPr>
        <w:br/>
      </w:r>
      <w:r>
        <w:rPr>
          <w:lang w:eastAsia="zh-CN"/>
        </w:rPr>
        <w:t>　　在即将结束的一年里，我的工作还有许多不足，我会努力加强学习并不断提高自己，新的一年意味着新的起点、新的机遇、新的挑战，我决心再接再厉，更上一层楼。在今后我将继续与公司同事一起努力配合领导更好的完成工作任务。新的一年有新的气象，面对新的任务新的压力，我也应该以新的面貌、更加积极主动的态度去迎接新的挑战，在岗位上发挥更大的作用，取得更大的进步。</w:t>
      </w:r>
      <w:r>
        <w:rPr>
          <w:lang w:eastAsia="zh-CN"/>
        </w:rPr>
        <w:br/>
      </w:r>
      <w:r>
        <w:rPr>
          <w:lang w:eastAsia="zh-CN"/>
        </w:rPr>
        <w:t>　　三、工作建议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r>
        <w:rPr>
          <w:lang w:eastAsia="zh-CN"/>
        </w:rPr>
        <w:br/>
      </w:r>
      <w:r>
        <w:rPr>
          <w:lang w:eastAsia="zh-CN"/>
        </w:rPr>
        <w:t>　　我看到公司也印有管理制度，上面明确发明了各岗位的职责与权利，但纵观全公司员工，敢说了解的恐怕不多，大部分人甚至不知道自己岗位对应的职责是什么，都有哪些权利，所以在工作中常出现一些职权混淆的事情，这对工作效率的影响非常严重，这个问题希望公司领导重视，并及时解决。</w:t>
      </w:r>
      <w:r>
        <w:rPr>
          <w:lang w:eastAsia="zh-CN"/>
        </w:rPr>
        <w:br/>
      </w:r>
      <w:r>
        <w:rPr>
          <w:lang w:eastAsia="zh-CN"/>
        </w:rPr>
        <w:t>　　总体来说，我对未来充满了期望，新年新气向，希望在新的一年里，大家相互勉励，共同打造出更好的团队！</w:t>
      </w:r>
      <w:r>
        <w:rPr>
          <w:lang w:eastAsia="zh-CN"/>
        </w:rPr>
        <w:br/>
      </w:r>
      <w:r>
        <w:rPr>
          <w:lang w:eastAsia="zh-CN"/>
        </w:rPr>
        <w:t xml:space="preserve">    公司新员工个人工作总结 篇9 </w:t>
      </w:r>
      <w:r>
        <w:rPr>
          <w:lang w:eastAsia="zh-CN"/>
        </w:rPr>
        <w:br/>
      </w:r>
      <w:r>
        <w:rPr>
          <w:lang w:eastAsia="zh-CN"/>
        </w:rPr>
        <w:t>　　今年，本人在公司领导和部门的领导的大力关怀和正确指导下，围绕着本职岗位工作职责，立足岗位，兢兢业业，踏实工作，较好的完成各项任务，现将个人工作情况具体总结如下。</w:t>
      </w:r>
      <w:r>
        <w:rPr>
          <w:lang w:eastAsia="zh-CN"/>
        </w:rPr>
        <w:br/>
      </w:r>
      <w:r>
        <w:rPr>
          <w:lang w:eastAsia="zh-CN"/>
        </w:rPr>
        <w:t>　　一、思想进步，态度端正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参加工作以来，本人在思想上严格要求自我，利用业余时间，不断加强自我的思想理论学习，关注时政，通过加强学习，努力提高自我的思想觉悟，提升自我的内涵素养，拓展视野，让自己更好的与时俱进，适应社会和岗位发展需求;个人能够认真学习热力公司的各项规章制度，认真领会公司各项决议。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r>
        <w:rPr>
          <w:lang w:eastAsia="zh-CN"/>
        </w:rPr>
        <w:br/>
      </w:r>
      <w:r>
        <w:rPr>
          <w:lang w:eastAsia="zh-CN"/>
        </w:rPr>
        <w:t>　　二、立足本职，做好工作</w:t>
      </w:r>
      <w:r>
        <w:rPr>
          <w:lang w:eastAsia="zh-CN"/>
        </w:rPr>
        <w:br/>
      </w:r>
      <w:r>
        <w:rPr>
          <w:lang w:eastAsia="zh-CN"/>
        </w:rPr>
        <w:t>　　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r>
        <w:rPr>
          <w:lang w:eastAsia="zh-CN"/>
        </w:rPr>
        <w:br/>
      </w:r>
      <w:r>
        <w:rPr>
          <w:lang w:eastAsia="zh-CN"/>
        </w:rPr>
        <w:t>　　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在库房账目方面，坚持财务管理制度，做到账库相符，账库相实;在内务方面，按时按质完成领导交办的各项工作任务，尤其是每日定时定期的做好办公环境的保洁工作，努力营造一个环境卫生，氛围良好的工作环境。</w:t>
      </w:r>
      <w:r>
        <w:rPr>
          <w:lang w:eastAsia="zh-CN"/>
        </w:rPr>
        <w:br/>
      </w:r>
      <w:r>
        <w:rPr>
          <w:lang w:eastAsia="zh-CN"/>
        </w:rPr>
        <w:t>　　三、存在问题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r>
        <w:rPr>
          <w:lang w:eastAsia="zh-CN"/>
        </w:rPr>
        <w:br/>
      </w:r>
      <w:r>
        <w:rPr>
          <w:lang w:eastAsia="zh-CN"/>
        </w:rPr>
        <w:t>　　在实践业务操作过程中，个人的业务能力仍需不断提升，在档案管理等相关业务实践过程中，自我还存在着业务素质和能力不强的现实状况，与公司的要求尚有一段差距。在工作中，个人对工作的安排和计划性仍需不断提升，常常会因为工作安排不合理，而造成手忙脚乱的局面，极大的影响了工作的效率，这是本人需要不断改进的地方。</w:t>
      </w:r>
      <w:r>
        <w:rPr>
          <w:lang w:eastAsia="zh-CN"/>
        </w:rPr>
        <w:br/>
      </w:r>
      <w:r>
        <w:rPr>
          <w:lang w:eastAsia="zh-CN"/>
        </w:rPr>
        <w:t>　　四、下步工作安排</w:t>
      </w:r>
      <w:r>
        <w:rPr>
          <w:lang w:eastAsia="zh-CN"/>
        </w:rPr>
        <w:br/>
      </w:r>
      <w:r>
        <w:rPr>
          <w:lang w:eastAsia="zh-CN"/>
        </w:rPr>
        <w:t>　　在未来的工作中，注重抓学习，重点学习公司的规章制度及热力行业专业知识，努力促进自我的全面发展。不断注重对于工作的科学安排和计划性，积极提高工作的效率;同时，努力增强对于工作的独立思考性，提升发现、分析和解决实际问题的能力。在未来工作中，个人将围绕着年度工作计划，科学安排，合理统筹，立足本职，认真遵守公司的各项规章制度，按期按质的确保个人年度工作任务的圆满完成，积极为公司的发展做出自己应尽的职责。</w:t>
      </w:r>
      <w:r>
        <w:rPr>
          <w:lang w:eastAsia="zh-CN"/>
        </w:rPr>
        <w:br/>
      </w:r>
      <w:r>
        <w:rPr>
          <w:lang w:eastAsia="zh-CN"/>
        </w:rPr>
        <w:t xml:space="preserve">    公司新员工个人工作总结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时光荏苒，我来公司已有将近四个月，作为一名新员工，非常感谢公司提供给我一个学习和成长的平台，让我在工作中不断的学习，不断的进步，慢慢的提升自身的素质和才能。回首过去的三个多月，公司陪伴我走过了人生很重要的一个阶段，使我学到了很多。在此我向公司的各位领导和同事表示最衷心的感谢，有你们的关心才能使我在工作中得心应手，也因有你们的帮助，才能令我在公司的发展上一个台阶。</w:t>
      </w:r>
      <w:r>
        <w:rPr>
          <w:lang w:eastAsia="zh-CN"/>
        </w:rPr>
        <w:br/>
      </w:r>
      <w:r>
        <w:rPr>
          <w:lang w:eastAsia="zh-CN"/>
        </w:rPr>
        <w:t>　　我深知，不管在什么岗位，我都要努力做好自己份内的事。在过去三个多月里，我主要从测量的内外业两个方面来提高自己，力争做到更好、更精确。下面就我三个多月的工作情况向领导作简要的汇报。</w:t>
      </w:r>
      <w:r>
        <w:rPr>
          <w:lang w:eastAsia="zh-CN"/>
        </w:rPr>
        <w:br/>
      </w:r>
      <w:r>
        <w:rPr>
          <w:lang w:eastAsia="zh-CN"/>
        </w:rPr>
        <w:t>　　一、努力学习，全面提升自身素质</w:t>
      </w:r>
      <w:r>
        <w:rPr>
          <w:lang w:eastAsia="zh-CN"/>
        </w:rPr>
        <w:br/>
      </w:r>
      <w:r>
        <w:rPr>
          <w:lang w:eastAsia="zh-CN"/>
        </w:rPr>
        <w:t>　　作为一名新员工，我首先学习了公司的各项管理制度，适应了公司的工作环境，针对公司的主要承揽项目，重点加深学习了地籍测量方面的知识，从最基本的操作仪器、成图软件的使用、勘界的内外业技术规范和操作流程、数据的采集、编辑到最终成果报告的编制。</w:t>
      </w:r>
      <w:r>
        <w:rPr>
          <w:lang w:eastAsia="zh-CN"/>
        </w:rPr>
        <w:br/>
      </w:r>
      <w:r>
        <w:rPr>
          <w:lang w:eastAsia="zh-CN"/>
        </w:rPr>
        <w:t>　　2.努力工作，顺利完成各项任务</w:t>
      </w:r>
      <w:r>
        <w:rPr>
          <w:lang w:eastAsia="zh-CN"/>
        </w:rPr>
        <w:br/>
      </w:r>
      <w:r>
        <w:rPr>
          <w:lang w:eastAsia="zh-CN"/>
        </w:rPr>
        <w:t>　　公司领导在会上强调，对于测量工作者，态度决定一切。这点我在工作中深有体会，尤其在处理数据的时候，稍不留神，一个小数点得错误可能给公司造成无法估量的损失，所以我在工作中，严格要求自己，以认真的态度完成公司交给的每一项工作任务!下面我列举近一个月的几例具体的工作向领导作简要的汇报。1.外业方面</w:t>
      </w:r>
      <w:r>
        <w:rPr>
          <w:lang w:eastAsia="zh-CN"/>
        </w:rPr>
        <w:br/>
      </w:r>
      <w:r>
        <w:rPr>
          <w:lang w:eastAsia="zh-CN"/>
        </w:rPr>
        <w:t>　　由于公司目前的大部分外业数据采集都是通过南方RTK来完成，近几个月我认真学习了RTK的操作说明书，现在能熟练操作仪器来完成外业数据的采集，包括仪器的日常检查，仪器的架设，仪器的连接，控制点数据的导入和校正，界址点数据的采集和保存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近期参加的外业项目如下：</w:t>
      </w:r>
      <w:r>
        <w:rPr>
          <w:lang w:eastAsia="zh-CN"/>
        </w:rPr>
        <w:br/>
      </w:r>
      <w:r>
        <w:rPr>
          <w:lang w:eastAsia="zh-CN"/>
        </w:rPr>
        <w:t>　　①王寺镇中隆寨村地类界界址点的外业数据采集②王寺镇纪杨寨村地类界界址点的外业数据采集③沣河治理高桥段外业数据的采集2、内业方面</w:t>
      </w:r>
      <w:r>
        <w:rPr>
          <w:lang w:eastAsia="zh-CN"/>
        </w:rPr>
        <w:br/>
      </w:r>
      <w:r>
        <w:rPr>
          <w:lang w:eastAsia="zh-CN"/>
        </w:rPr>
        <w:t>　　公司目前内业采用的软件主要是南方测绘公司急于CAD二次开发的CASS成图软件，在公司各位领导和同事的指导下，本人已经能熟练操作CASS来完成外业数据的编辑和成图。</w:t>
      </w:r>
      <w:r>
        <w:rPr>
          <w:lang w:eastAsia="zh-CN"/>
        </w:rPr>
        <w:br/>
      </w:r>
      <w:r>
        <w:rPr>
          <w:lang w:eastAsia="zh-CN"/>
        </w:rPr>
        <w:t>　　近期参加的外业项目如下：</w:t>
      </w:r>
      <w:r>
        <w:rPr>
          <w:lang w:eastAsia="zh-CN"/>
        </w:rPr>
        <w:br/>
      </w:r>
      <w:r>
        <w:rPr>
          <w:lang w:eastAsia="zh-CN"/>
        </w:rPr>
        <w:t>　　①蓝田县1：:10000土地利用现状图的矢量化②沣河治理高桥段土地利用现状图草图的绘制</w:t>
      </w:r>
      <w:r>
        <w:rPr>
          <w:lang w:eastAsia="zh-CN"/>
        </w:rPr>
        <w:br/>
      </w:r>
      <w:r>
        <w:rPr>
          <w:lang w:eastAsia="zh-CN"/>
        </w:rPr>
        <w:t>　　③陕北油井宗地图(油井、道路宗地图以及界址点成果表)其次，进过西北大学王超老师的培训，对功能强大的ArcGis软件的使用有了初步的了解，现能利用ArcGis软件对把CAD数据格式转换成ArcGis要求的数据格式，从而在ArcGis软件里编辑，还能进行一些图面的编辑等，目前自己正在学习中，争取能尽快掌握我们公司目前要用到的一些功能。</w:t>
      </w:r>
      <w:r>
        <w:rPr>
          <w:lang w:eastAsia="zh-CN"/>
        </w:rPr>
        <w:br/>
      </w:r>
      <w:r>
        <w:rPr>
          <w:lang w:eastAsia="zh-CN"/>
        </w:rPr>
        <w:t>　　回顾进入公司的这三个多月，发现我虽能爱岗敬业、积极主动的工作，取得了一些成绩，但仍有许多需要不断改进和完善，还需我努力并力求做得更好的地方。这主要表现在以下几个方面：</w:t>
      </w:r>
      <w:r>
        <w:rPr>
          <w:lang w:eastAsia="zh-CN"/>
        </w:rPr>
        <w:br/>
      </w:r>
      <w:r>
        <w:rPr>
          <w:lang w:eastAsia="zh-CN"/>
        </w:rPr>
        <w:t>　　第一，在工作中由于经验不足，在编辑图面时一些特殊的地物界线和符号等处理不当，造成图面累赘，影响出图效果。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第二，外业时对一些结构物和地物地貌的特征点把握不准，不清楚哪些点该采集，哪些点不用采集。</w:t>
      </w:r>
      <w:r>
        <w:rPr>
          <w:lang w:eastAsia="zh-CN"/>
        </w:rPr>
        <w:br/>
      </w:r>
      <w:r>
        <w:rPr>
          <w:lang w:eastAsia="zh-CN"/>
        </w:rPr>
        <w:t>　　第三，在工作的认真态度上还需进一步提高，争取避免一些不必要的错误。</w:t>
      </w:r>
      <w:r>
        <w:rPr>
          <w:lang w:eastAsia="zh-CN"/>
        </w:rPr>
        <w:br/>
      </w:r>
      <w:r>
        <w:rPr>
          <w:lang w:eastAsia="zh-CN"/>
        </w:rPr>
        <w:t>　　最后，请容许我对公司提一点点建议，仅代表个人意见：第一、近几个月的工作中发现，公司的测量成果数据管理有些混乱，没有一个专门的管理资料和统计报表，造成数据存放混乱，经常是这个人电脑上一组数据，另一个人电脑上又一组数据，这样我们在查找和调用数据的时候很吃力，经常要一个人一个人询问，甚至有数据丢失的情况出现，在一定程度上影响工作效率。个人建议，要用一台专门的电脑和专人来存放和管理数据，并建立数据台账，根据项目名称和成果报告类型分别存放，这样既方便数据的查找和调用，也能防止数据丢失，进一步考虑，还有可能为公司下一步业务的拓展提供基础数据。提高工作效率的同时还能给公司节约成本。</w:t>
      </w:r>
      <w:r>
        <w:rPr>
          <w:lang w:eastAsia="zh-CN"/>
        </w:rPr>
        <w:br/>
      </w:r>
      <w:r>
        <w:rPr>
          <w:lang w:eastAsia="zh-CN"/>
        </w:rPr>
        <w:t>　　第二、现在是网络时代，人们越来越倾向于借助网络的力量，为了公司的长远发展，建议制作一个公司的门户网站，这样有业务需求的客户可能会通过网络找到公司并和公司业务部取得联系，在一定程度上有利于公司的业务拓展。尽代表个人意见，因为我自己喜欢网络，经常会看一些网络方面的书籍，觉得借助网络的力量，网站在一定程度上会提高公司的知名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总之，心态决定状态，状态决定成败!对公司要有责任心，对社会要有爱心，对工作要有恒心，对同事要有热心，对自己要有信心!做最好的自己!以上就是我近三个多月在公司工作的总结，请领导批评指正，希望我能迅速成长，为公司的发展作出更大的贡献!</w:t>
      </w:r>
      <w:r>
        <w:rPr>
          <w:lang w:eastAsia="zh-CN"/>
        </w:rPr>
        <w:br/>
      </w:r>
      <w:r>
        <w:rPr>
          <w:lang w:eastAsia="zh-CN"/>
        </w:rPr>
        <w:t>　　2019年公司新员工个人工作总结</w:t>
      </w:r>
      <w:r>
        <w:rPr>
          <w:lang w:eastAsia="zh-CN"/>
        </w:rPr>
        <w:br/>
      </w:r>
      <w:r>
        <w:rPr>
          <w:lang w:eastAsia="zh-CN"/>
        </w:rPr>
        <w:t>　　忙忙碌碌间，我们即将走过充满感动和坚强的2019年。对我个人而言，这是收获颇丰的一年。</w:t>
      </w:r>
      <w:r>
        <w:rPr>
          <w:lang w:eastAsia="zh-CN"/>
        </w:rPr>
        <w:br/>
      </w:r>
      <w:r>
        <w:rPr>
          <w:lang w:eastAsia="zh-CN"/>
        </w:rPr>
        <w:t>　　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r>
        <w:rPr>
          <w:lang w:eastAsia="zh-CN"/>
        </w:rPr>
        <w:br/>
      </w:r>
      <w:r>
        <w:rPr>
          <w:lang w:eastAsia="zh-CN"/>
        </w:rPr>
        <w:t>　　一、思想意识的转变与提升</w:t>
      </w:r>
      <w:r>
        <w:rPr>
          <w:lang w:eastAsia="zh-CN"/>
        </w:rPr>
        <w:br/>
      </w:r>
      <w:r>
        <w:rPr>
          <w:lang w:eastAsia="zh-CN"/>
        </w:rPr>
        <w:t>　　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r>
        <w:rPr>
          <w:lang w:eastAsia="zh-CN"/>
        </w:rPr>
        <w:br/>
      </w:r>
      <w:r>
        <w:rPr>
          <w:lang w:eastAsia="zh-CN"/>
        </w:rPr>
        <w:t>　　二、工作学习的回顾与总结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r>
        <w:rPr>
          <w:lang w:eastAsia="zh-CN"/>
        </w:rPr>
        <w:br/>
      </w:r>
      <w:r>
        <w:rPr>
          <w:lang w:eastAsia="zh-CN"/>
        </w:rPr>
        <w:t>　　试用期是学习的主要阶段，所以在刚来公司时，在主控室跟着同事们值班的时间比较多，通过他们认真详细的讲解，我也学会了不少值班时涉及的工作内容以及变电站设备的专业知识。</w:t>
      </w:r>
      <w:r>
        <w:rPr>
          <w:lang w:eastAsia="zh-CN"/>
        </w:rPr>
        <w:br/>
      </w:r>
      <w:r>
        <w:rPr>
          <w:lang w:eastAsia="zh-CN"/>
        </w:rPr>
        <w:t>　　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r>
        <w:rPr>
          <w:lang w:eastAsia="zh-CN"/>
        </w:rPr>
        <w:br/>
      </w:r>
      <w:r>
        <w:rPr>
          <w:lang w:eastAsia="zh-CN"/>
        </w:rPr>
        <w:t>　　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r>
        <w:rPr>
          <w:lang w:eastAsia="zh-CN"/>
        </w:rPr>
        <w:br/>
      </w:r>
      <w:r>
        <w:rPr>
          <w:lang w:eastAsia="zh-CN"/>
        </w:rPr>
        <w:t>　　除此之外，配合同事工作、认真完成交办的各项任务也是我的主要工作之一。虽然工作很琐碎，但我仍会以积极的心态去对待，力所能及的去完成。</w:t>
      </w:r>
      <w:r>
        <w:rPr>
          <w:lang w:eastAsia="zh-CN"/>
        </w:rPr>
        <w:br/>
      </w:r>
      <w:r>
        <w:rPr>
          <w:lang w:eastAsia="zh-CN"/>
        </w:rPr>
        <w:t>　　三、存在的不足与今后的努力方向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r>
        <w:rPr>
          <w:lang w:eastAsia="zh-CN"/>
        </w:rPr>
        <w:br/>
      </w:r>
      <w:r>
        <w:rPr>
          <w:lang w:eastAsia="zh-CN"/>
        </w:rPr>
        <w:t>　　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r>
        <w:rPr>
          <w:lang w:eastAsia="zh-CN"/>
        </w:rPr>
        <w:br/>
      </w:r>
      <w:r>
        <w:rPr>
          <w:lang w:eastAsia="zh-CN"/>
        </w:rPr>
        <w:t xml:space="preserve">    公司新员工个人工作总结 篇11 </w:t>
      </w:r>
      <w:r>
        <w:rPr>
          <w:lang w:eastAsia="zh-CN"/>
        </w:rPr>
        <w:br/>
      </w:r>
      <w:r>
        <w:rPr>
          <w:lang w:eastAsia="zh-CN"/>
        </w:rPr>
        <w:t>　　今年已在忙碌而充实的脚步中走向尾声，回首一年的工作，有收获也有有遗憾，有成长也有辛酸，有欢笑也有泪水。好在生活一直在继续，我们一直在前行。现就今年工作做如下总结，以便能够扎实地走好未来的每一步。</w:t>
      </w:r>
      <w:r>
        <w:rPr>
          <w:lang w:eastAsia="zh-CN"/>
        </w:rPr>
        <w:br/>
      </w:r>
      <w:r>
        <w:rPr>
          <w:lang w:eastAsia="zh-CN"/>
        </w:rPr>
        <w:t>　　一、以培训为核心，找准需求，狠抓落实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作为培训文员，要时刻明确自身的职责和使命，做好培训工作是开展其他兼职工作的前提和基础。今年培训工作的开展在年初集团通过多次视频会议沟通，明确培训需求，通过自上而下和自下而上相结合的方式开展培训需求调研，根据公司发展战略、总经理指导思想以及部门实际需求，将主任层的培养作为公司级项目，将生产部筒仓车间精细化管理、人事行政部人事组自我提升、内勤统一管理三个项目作为部门级项目，并根据培训需求调研结果确认其他培训项目。</w:t>
      </w:r>
      <w:r>
        <w:rPr>
          <w:lang w:eastAsia="zh-CN"/>
        </w:rPr>
        <w:br/>
      </w:r>
      <w:r>
        <w:rPr>
          <w:lang w:eastAsia="zh-CN"/>
        </w:rPr>
        <w:t>　　二、做好兼职工作，高效执行，服务员工</w:t>
      </w:r>
      <w:r>
        <w:rPr>
          <w:lang w:eastAsia="zh-CN"/>
        </w:rPr>
        <w:br/>
      </w:r>
      <w:r>
        <w:rPr>
          <w:lang w:eastAsia="zh-CN"/>
        </w:rPr>
        <w:t>　　除培训工作外，我还兼职晋升、奖惩、工会、优化、企业文化宣导、企业形象管理、满意度调查、继续教育、员工慰问费用报销、员工体检等多项工作。领导交办的任何一项工作都是出于对我们的信任，因此对待每一项工作，我都秉承认真负责的工作态度，尽自己所能把工作做好，努力做到让领导放心，让员工满意。</w:t>
      </w:r>
      <w:r>
        <w:rPr>
          <w:lang w:eastAsia="zh-CN"/>
        </w:rPr>
        <w:br/>
      </w:r>
      <w:r>
        <w:rPr>
          <w:lang w:eastAsia="zh-CN"/>
        </w:rPr>
        <w:t>　　人事行政部的工作有时比较零散和琐碎，实际操作过程中，有时会分不清主次，每天处于“忙—盲—茫”的工作状态中，却没有做出成绩，也无法突显效果。因此，在以后的工作中，我会按照事情的轻重缓急进行合理规划和安排，增强条理性，做到忙而不乱，忙而不错，高效执行，不辜负领导和同事的信任。</w:t>
      </w:r>
      <w:r>
        <w:rPr>
          <w:lang w:eastAsia="zh-CN"/>
        </w:rPr>
        <w:br/>
      </w:r>
      <w:r>
        <w:rPr>
          <w:lang w:eastAsia="zh-CN"/>
        </w:rPr>
        <w:t>　　三、加强自身学习，提升技能，提高效率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入公司以来，随着工作时间的不断增长，越发使我认识到自身的问题和不足，尤其是在专业知识、沟通技巧等方面均有所欠缺，需要通过不断学习加以提高和完善。是一个非常宝贵的学习平台，如果能够按照集团的标准去严格要求自己，相信我们会以惊人的速度成长，今年我的学习效果差强人意，没有达到自己预期的目标，在下一年中，我一定要克服自身懒惰、拖延的习惯，加强自身专业知识的学习，通过理论学习和实际工作来不断提升自身的专业技能，提高工作效率，做一名优秀的员工！</w:t>
      </w:r>
      <w:r>
        <w:rPr>
          <w:lang w:eastAsia="zh-CN"/>
        </w:rPr>
        <w:br/>
      </w:r>
      <w:r>
        <w:rPr>
          <w:lang w:eastAsia="zh-CN"/>
        </w:rPr>
        <w:t>　　四、审视自身问题，明确目标，日臻完善</w:t>
      </w:r>
      <w:r>
        <w:rPr>
          <w:lang w:eastAsia="zh-CN"/>
        </w:rPr>
        <w:br/>
      </w:r>
      <w:r>
        <w:rPr>
          <w:lang w:eastAsia="zh-CN"/>
        </w:rPr>
        <w:t>　　针对我个人而言，我能够清楚地认识到自己的优点和不足，本人具有较强的亲和力和执行力，乐于与人沟通和帮助他人，工作积极主动，敢于承担责任和接受有挑战性的工作，有较强的组织协调能力，但是脾气较为急躁，缺少耐心，做事容易急于求成，常常因为追求速度而影响了工作质量。做人和做事一样，在发现问题后，均需要进行改进，在接下来的工作中，我会不断克制自己，不将个人情绪带到工作当中，端正态度，客观公正地处理问题。</w:t>
      </w:r>
      <w:r>
        <w:rPr>
          <w:lang w:eastAsia="zh-CN"/>
        </w:rPr>
        <w:br/>
      </w:r>
      <w:r>
        <w:rPr>
          <w:lang w:eastAsia="zh-CN"/>
        </w:rPr>
        <w:t>　　我唯有更努力、更用心去做好我的工作，去做一个有用的人，才担得起那些给予我指导和关怀的人们的厚望。在我们还年轻的时候，在这本应努力拼搏的好时光中，我们没有任何借口不去奋斗和进取，是的，没有任何借口，我们需要勇往直前！</w:t>
      </w:r>
      <w:r>
        <w:rPr>
          <w:lang w:eastAsia="zh-CN"/>
        </w:rPr>
        <w:br/>
      </w:r>
      <w:r>
        <w:rPr>
          <w:lang w:eastAsia="zh-CN"/>
        </w:rPr>
        <w:t xml:space="preserve">    公司新员工个人工作总结 篇12 </w:t>
      </w:r>
      <w:r>
        <w:rPr>
          <w:lang w:eastAsia="zh-CN"/>
        </w:rPr>
        <w:br/>
      </w:r>
      <w:r>
        <w:rPr>
          <w:lang w:eastAsia="zh-CN"/>
        </w:rPr>
        <w:t>　　我从入职至今已快一年了，这一年里，在领导和同事的帮助下，我对工作流程了解许多，后来又经过公司的专业培训，又使我了解了以“以情服务、用心做事、务实高效、开拓进取”为核心的企业文化及各项规章制度。以下是我的个人工作总结。</w:t>
      </w:r>
      <w:r>
        <w:rPr>
          <w:lang w:eastAsia="zh-CN"/>
        </w:rPr>
        <w:br/>
      </w:r>
      <w:r>
        <w:rPr>
          <w:lang w:eastAsia="zh-CN"/>
        </w:rPr>
        <w:t>　　一、以情服务、用心做事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r>
        <w:rPr>
          <w:lang w:eastAsia="zh-CN"/>
        </w:rPr>
        <w:br/>
      </w:r>
      <w:r>
        <w:rPr>
          <w:lang w:eastAsia="zh-CN"/>
        </w:rPr>
        <w:t>　　二、遵守制度、敢抓敢管</w:t>
      </w:r>
      <w:r>
        <w:rPr>
          <w:lang w:eastAsia="zh-CN"/>
        </w:rPr>
        <w:br/>
      </w:r>
      <w:r>
        <w:rPr>
          <w:lang w:eastAsia="zh-CN"/>
        </w:rPr>
        <w:t>　　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r>
        <w:rPr>
          <w:lang w:eastAsia="zh-CN"/>
        </w:rPr>
        <w:br/>
      </w:r>
      <w:r>
        <w:rPr>
          <w:lang w:eastAsia="zh-CN"/>
        </w:rPr>
        <w:t>　　三、任劳任怨、孜孜不倦</w:t>
      </w:r>
      <w:r>
        <w:rPr>
          <w:lang w:eastAsia="zh-CN"/>
        </w:rPr>
        <w:br/>
      </w:r>
      <w:r>
        <w:rPr>
          <w:lang w:eastAsia="zh-CN"/>
        </w:rPr>
        <w:t>　　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r>
        <w:rPr>
          <w:lang w:eastAsia="zh-CN"/>
        </w:rPr>
        <w:br/>
      </w:r>
      <w:r>
        <w:rPr>
          <w:lang w:eastAsia="zh-CN"/>
        </w:rPr>
        <w:t>　　工作中我也有很多不足处，但我时刻以严格的标准来要求自己，以同事为榜样去提醒自己，争取能做一名合格的__人，能在___这个大舞台上展示自己，能为___的辉煌奉献自己的一份力量。</w:t>
      </w:r>
      <w:r>
        <w:rPr>
          <w:lang w:eastAsia="zh-CN"/>
        </w:rPr>
        <w:br/>
      </w:r>
      <w:r>
        <w:rPr>
          <w:lang w:eastAsia="zh-CN"/>
        </w:rPr>
        <w:t xml:space="preserve">    公司新员工个人工作总结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时光飞逝，转眼间已到了20__年，到公司工作近一年了，感受颇多，收获颇多。一个刚出校门的学生，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亲如一家是我这近一年来切身的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公司的业务流程以及IT行业的一些基础知识。</w:t>
      </w:r>
      <w:r>
        <w:rPr>
          <w:lang w:eastAsia="zh-CN"/>
        </w:rPr>
        <w:br/>
      </w:r>
      <w:r>
        <w:rPr>
          <w:lang w:eastAsia="zh-CN"/>
        </w:rPr>
        <w:t>　　回顾总结一年的工作，主要总结汇报以下几个方面：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在这一年里，我工作认真负责，勤勤恳恳，按时并较好的完成领导安排的任务。内务方面，从原来的零散、杂乱到现在的整齐、有序。能方便、迅速地找到所需的文件资料;在政府采购方面，我与晓莉密切合作，认真及时做好标书，做到正确无误，在招标过程中，准确、灵活地回答各位评委提出的问题，并同招标公司和各招标单位都保持了良好的关系。尽自己的努力去宣传自己的公司，维护我们公司的形象，争取的利益。在硬件业务方面，鉴于我们公司客户的特殊性大多数都是行业类客户，所以前期在业务方面，我并未有什么作为。因此，一方面，我觉得我的价值并未能体现;另一方面我从内心上总有一点过意不去，有时候甚至怀疑自身的能力。然而，经过一段时间的学习和努力，我成功地开拓了__市第一人民医院这个新的客户，并一直保持着良好的关系，为以后的后续发展打下了良好的基矗同时我也从公司将来的利益出发，多与政府采购办和银桥招标办联系，多与他们进行沟通，并全面熟悉了他们的工作流程，与他们建立并保持了良好的关系。当然，从中我也学到了很多学校里根本学不到的东西，同时也明白了很多的道理，我相信这些都我以后的工作都将大有裨益。在其它方面，我全力协助各部门的工作，在公司人手较忙的时候，主动为公司分担事务，顺利地完成公司委派的各项任务。</w:t>
      </w:r>
      <w:r>
        <w:rPr>
          <w:lang w:eastAsia="zh-CN"/>
        </w:rPr>
        <w:br/>
      </w:r>
      <w:r>
        <w:rPr>
          <w:lang w:eastAsia="zh-CN"/>
        </w:rPr>
        <w:t>　　总结20__年的工作，尽管有了一定的进步和成绩，但在一些方面还存在着不足。对于一个刚出学校们的学生来说，缺乏工作经验是他的缺点，我也不例外，在工作中未能全面的考虑各方面的因素，不能很圆滑的处理各方面的关系;以及创造性的工作思路还不是很多，个别工作做的还不够完善，服务意识没有上升到一定的高度，这都有待于在今后的工作中加以改进。</w:t>
      </w:r>
      <w:r>
        <w:rPr>
          <w:lang w:eastAsia="zh-CN"/>
        </w:rPr>
        <w:br/>
      </w:r>
      <w:r>
        <w:rPr>
          <w:lang w:eastAsia="zh-CN"/>
        </w:rPr>
        <w:t>　　在新的一年里，我将认真学习各项规章制度、业务知识，努力使思想觉悟和工作效率全面进入一个新水平，为公司的发展做出更大更多的贡献;我将全面发展和协调各方面的关系，动用一切可以用的资源，将公司的业务不断做大、做强。我将以更加饱满的热情和不断进取的精神，去努力做好每一件事，努力开拓市场，为公司的发展壮大尽自己的一份薄力!</w:t>
      </w:r>
      <w:r>
        <w:rPr>
          <w:lang w:eastAsia="zh-CN"/>
        </w:rPr>
        <w:br/>
      </w:r>
      <w:r>
        <w:rPr>
          <w:lang w:eastAsia="zh-CN"/>
        </w:rPr>
        <w:t xml:space="preserve">    公司新员工个人工作总结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屈指算来，到公司已近一年的时间，经过领导关心、同事们的帮助和自己的努力和调整，现在已基本上融入了公司这个大家庭。同时对公司的组织结构，工作流程等各个方面都有了一些初步了解。以下是我的个人工作总结。</w:t>
      </w:r>
      <w:r>
        <w:rPr>
          <w:lang w:eastAsia="zh-CN"/>
        </w:rPr>
        <w:br/>
      </w:r>
      <w:r>
        <w:rPr>
          <w:lang w:eastAsia="zh-CN"/>
        </w:rPr>
        <w:t>　　一、心态的转变</w:t>
      </w:r>
      <w:r>
        <w:rPr>
          <w:lang w:eastAsia="zh-CN"/>
        </w:rPr>
        <w:br/>
      </w:r>
      <w:r>
        <w:rPr>
          <w:lang w:eastAsia="zh-CN"/>
        </w:rPr>
        <w:t>　　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w:t>
      </w:r>
      <w:r>
        <w:rPr>
          <w:lang w:eastAsia="zh-CN"/>
        </w:rPr>
        <w:br/>
      </w:r>
      <w:r>
        <w:rPr>
          <w:lang w:eastAsia="zh-CN"/>
        </w:rPr>
        <w:t>　　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最高尚的工作，也不过是个平庸的工匠。</w:t>
      </w:r>
      <w:r>
        <w:rPr>
          <w:lang w:eastAsia="zh-CN"/>
        </w:rPr>
        <w:br/>
      </w:r>
      <w:r>
        <w:rPr>
          <w:lang w:eastAsia="zh-CN"/>
        </w:rPr>
        <w:t>　　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r>
        <w:rPr>
          <w:lang w:eastAsia="zh-CN"/>
        </w:rPr>
        <w:br/>
      </w:r>
    </w:p>
    <w:p w:rsidR="001B1F19" w14:textId="27C3F48A">
      <w:pPr>
        <w:rPr>
          <w:rFonts w:hint="eastAsia"/>
          <w:lang w:eastAsia="zh-CN"/>
        </w:rPr>
      </w:pPr>
      <w:r>
        <w:rPr>
          <w:lang w:eastAsia="zh-CN"/>
        </w:rPr>
        <w:t>　　二、学习无止境</w:t>
      </w:r>
      <w:r>
        <w:rPr>
          <w:lang w:eastAsia="zh-CN"/>
        </w:rPr>
        <w:br/>
      </w:r>
      <w:r>
        <w:rPr>
          <w:lang w:eastAsia="zh-CN"/>
        </w:rPr>
        <w:t>　　职业生涯只是学生生涯的一种延续，重要的是将学校里学的理论知识运用到工作中，并进一步提高、升华。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r>
        <w:rPr>
          <w:lang w:eastAsia="zh-CN"/>
        </w:rPr>
        <w:br/>
      </w:r>
      <w:r>
        <w:rPr>
          <w:lang w:eastAsia="zh-CN"/>
        </w:rPr>
        <w:t>　　三、创新求进，提高效率</w:t>
      </w:r>
      <w:r>
        <w:rPr>
          <w:lang w:eastAsia="zh-CN"/>
        </w:rPr>
        <w:br/>
      </w:r>
      <w:r>
        <w:rPr>
          <w:lang w:eastAsia="zh-CN"/>
        </w:rPr>
        <w:t>　　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当然，我在工作中还存在着一些不足之处，如过于注重工作的进度对工作内容的全面性考虑不足等。在接下来的工作中，我将本着对本职工作的认真和责任心，把工作做好做精。</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https://d.book118.com/168037052056006042</w:t>
        </w:r>
      </w:hyperlink>
    </w:p>
    <w:p w:rsidR="001B1F19">
      <w:pPr>
        <w:rPr>
          <w:rFonts w:hint="eastAsia"/>
          <w:lang w:eastAsia="zh-CN"/>
        </w:rPr>
      </w:pPr>
    </w:p>
    <w:sectPr>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68037052056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