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1B1F19" w14:paraId="7F7A67AA" w14:textId="0AE8485B">
      <w:pPr>
        <w:pStyle w:val="Heading1"/>
        <w:jc w:val="center"/>
        <w:rPr>
          <w:rFonts w:hint="eastAsia"/>
          <w:lang w:eastAsia="zh-CN"/>
        </w:rPr>
      </w:pPr>
      <w:r>
        <w:rPr>
          <w:sz w:val="44"/>
          <w:lang w:eastAsia="zh-CN"/>
        </w:rPr>
        <w:t>2024小学生演讲稿600字（33篇）</w:t>
      </w:r>
    </w:p>
    <w:p w:rsidR="001B1F19" w14:paraId="15E7D7A0" w14:textId="27C3F48A">
      <w:pPr>
        <w:rPr>
          <w:rFonts w:hint="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lang w:eastAsia="zh-CN"/>
        </w:rPr>
        <w:br/>
      </w:r>
      <w:r>
        <w:rPr>
          <w:lang w:eastAsia="zh-CN"/>
        </w:rPr>
        <w:br/>
      </w:r>
      <w:r>
        <w:rPr>
          <w:lang w:eastAsia="zh-CN"/>
        </w:rPr>
        <w:t>2024小学生演讲稿600字（精选33篇）</w:t>
      </w:r>
      <w:r>
        <w:rPr>
          <w:lang w:eastAsia="zh-CN"/>
        </w:rPr>
        <w:br/>
      </w:r>
      <w:r>
        <w:rPr>
          <w:lang w:eastAsia="zh-CN"/>
        </w:rPr>
        <w:t xml:space="preserve">    2024小学生演讲稿600字 篇1 </w:t>
      </w:r>
      <w:r>
        <w:rPr>
          <w:lang w:eastAsia="zh-CN"/>
        </w:rPr>
        <w:br/>
      </w:r>
      <w:r>
        <w:rPr>
          <w:lang w:eastAsia="zh-CN"/>
        </w:rPr>
        <w:t>　　尊敬的各位老师，亲爱的同学们：</w:t>
      </w:r>
      <w:r>
        <w:rPr>
          <w:lang w:eastAsia="zh-CN"/>
        </w:rPr>
        <w:br/>
      </w:r>
      <w:r>
        <w:rPr>
          <w:lang w:eastAsia="zh-CN"/>
        </w:rPr>
        <w:t>　　大家上午好！</w:t>
      </w:r>
      <w:r>
        <w:rPr>
          <w:lang w:eastAsia="zh-CN"/>
        </w:rPr>
        <w:br/>
      </w:r>
      <w:r>
        <w:rPr>
          <w:lang w:eastAsia="zh-CN"/>
        </w:rPr>
        <w:t>　　今天我演讲的题目是《有梦想，更要有行动》。</w:t>
      </w:r>
      <w:r>
        <w:rPr>
          <w:lang w:eastAsia="zh-CN"/>
        </w:rPr>
        <w:br/>
      </w:r>
      <w:r>
        <w:rPr>
          <w:lang w:eastAsia="zh-CN"/>
        </w:rPr>
        <w:t>　　人不能没有梦想，梦想是美好的，但是如果梦想不付诸现实，都只能是一个美好的幻影。梦想的实现需要我们付出很多努力、艰辛。古语云：“天行健，君子以自强不息”，它告诉我们人要有一种积极进取、永不放弃的精神。你想成为什么样的学生，你想要什么样的人生，这是每个个体都无法回避的问题，理想和追求决定着我们行动的方向。记住，在这个世界上，你是独一无二的，我们虽然无法复制他人，但是我们可以借鉴。即便是自己存在弱势和不足，也可以试着扬长避短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lang w:eastAsia="zh-CN"/>
        </w:rPr>
        <w:t>　　如果说拥有梦想是一种智力，那么实现梦想就是一种能力。只要你舍得付出，梦想与现实就是一步之遥。如果你想坐享其成，梦想与现实就相隔千里。雄心壮志固然重要，但更重要的还在于行动，在于行动中没有坚韧的毅力，有没有顽强的信念。因此，我们可以试着把目标定在每一天。在一个巨大的目标面前，我们常常会因目标的遥远和艰辛而感到气馁，甚至怀疑自己的能力。而在一个小目标面前，我们却往往会充满信心地去完成。所以我们要学会把手头的学习当作唯一重要的事情去做，全身心的投入，你只有做好了眼前的这些事情你才有可能实现今天的目标，以至更长远的目标。追求梦想的道路上没有一蹴而就，只有脚踏实地。</w:t>
      </w:r>
      <w:r>
        <w:rPr>
          <w:lang w:eastAsia="zh-CN"/>
        </w:rPr>
        <w:br/>
      </w:r>
      <w:r>
        <w:rPr>
          <w:lang w:eastAsia="zh-CN"/>
        </w:rPr>
        <w:t>　　在通往理想的道路上必然会遇到各种各样的障碍，面对挫折，我们要学会坚持。我们改变不了环境，但可以改变自己；我们改变不了过去，但可以改变现在；我们不能预知明天，但可以把握今天。</w:t>
      </w:r>
      <w:r>
        <w:rPr>
          <w:lang w:eastAsia="zh-CN"/>
        </w:rPr>
        <w:br/>
      </w:r>
      <w:r>
        <w:rPr>
          <w:lang w:eastAsia="zh-CN"/>
        </w:rPr>
        <w:t>　　我要说，有梦想，更要有行动！努力吧，亲爱的同学们！</w:t>
      </w:r>
      <w:r>
        <w:rPr>
          <w:lang w:eastAsia="zh-CN"/>
        </w:rPr>
        <w:br/>
      </w:r>
      <w:r>
        <w:rPr>
          <w:lang w:eastAsia="zh-CN"/>
        </w:rPr>
        <w:t>　　我的演讲结束了，谢谢大家！</w:t>
      </w:r>
      <w:r>
        <w:rPr>
          <w:lang w:eastAsia="zh-CN"/>
        </w:rPr>
        <w:br/>
      </w:r>
      <w:r>
        <w:rPr>
          <w:lang w:eastAsia="zh-CN"/>
        </w:rPr>
        <w:t xml:space="preserve">    2024小学生演讲稿600字 篇2 </w:t>
      </w:r>
      <w:r>
        <w:rPr>
          <w:lang w:eastAsia="zh-CN"/>
        </w:rPr>
        <w:br/>
      </w:r>
      <w:r>
        <w:rPr>
          <w:lang w:eastAsia="zh-CN"/>
        </w:rPr>
        <w:t>　　美丽的学校——温暖的家。</w:t>
      </w:r>
      <w:r>
        <w:rPr>
          <w:lang w:eastAsia="zh-CN"/>
        </w:rPr>
        <w:br/>
      </w:r>
      <w:r>
        <w:rPr>
          <w:lang w:eastAsia="zh-CN"/>
        </w:rPr>
        <w:t>　　第一次走进那里，我被这个偌大的学校深深震撼了，呈此刻我眼前的，是一幢幢散发着青春气息的教学楼，还有那恬淡的色彩，我跳动不安的心在瞬间平静了下来，我明白，这座美丽的学校会属于我，它会给予那里的每一个人，一片绚丽的天空，从那一刻起，我便把它——我的学校，这所年轻而又充满活力的学校放在了心的最深处，因为它是我心灵的港湾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lang w:eastAsia="zh-CN"/>
        </w:rPr>
        <w:t>　　__学校我的家，在那里，我看见了矫健的身影，看见了专注的眼神，看见了明朗的笑容。在那里，我学会了勇敢，学会坚强，学会了执著，我感受着教师们阳光一般的关怀，感受着同学们真挚的情谊，也感受着自我的成长，在这片广阔的天空中，我勇敢地追求着自我的梦想，摔倒了，一双双热情的手会扶我起来，为我重新点燃信心之火；受伤了，一张张真诚的笑脸会抚平我的伤口，让我重新拾起期望，于是，在那里的每一天都是透明的，那里的每一个角落，都充满了阳光。</w:t>
      </w:r>
      <w:r>
        <w:rPr>
          <w:lang w:eastAsia="zh-CN"/>
        </w:rPr>
        <w:br/>
      </w:r>
      <w:r>
        <w:rPr>
          <w:lang w:eastAsia="zh-CN"/>
        </w:rPr>
        <w:t>　　花开花谢，云卷去舒，学校在一天天地成长，而我，对于她的爱，也在心中一点点积淀，看看蓝天，看看蓝天下熠熠生辉的办公大楼，看看阳光，看看阳光下水波粼粼的人工湖，还有那走道边绚丽夺目的株株花草，花草丛中的蜂飞蝶舞。我醉了，此时，我看见了那份只属于我的幸福。</w:t>
      </w:r>
      <w:r>
        <w:rPr>
          <w:lang w:eastAsia="zh-CN"/>
        </w:rPr>
        <w:br/>
      </w:r>
      <w:r>
        <w:rPr>
          <w:lang w:eastAsia="zh-CN"/>
        </w:rPr>
        <w:t>　　在这个美丽的学校里，有我成长的足迹，也有我以往的笑与泪，这所学校，把它的美，毫无保留地给了每一个人，这所学校默默的，倾听着我们每一个人的欢与悲，理解每一个人的祝福。</w:t>
      </w:r>
      <w:r>
        <w:rPr>
          <w:lang w:eastAsia="zh-CN"/>
        </w:rPr>
        <w:br/>
      </w:r>
      <w:r>
        <w:rPr>
          <w:lang w:eastAsia="zh-CN"/>
        </w:rPr>
        <w:t>　　我美丽的学校，给予了我许多，我为我的学校而深深骄傲，而我，却无法给予她相同的回报，我只渴望，将来的某一天，能够为我的学校。——我最温暖的家，谱写微笑着，辉煌的乐章。</w:t>
      </w:r>
      <w:r>
        <w:rPr>
          <w:lang w:eastAsia="zh-CN"/>
        </w:rPr>
        <w:br/>
      </w:r>
      <w:r>
        <w:rPr>
          <w:lang w:eastAsia="zh-CN"/>
        </w:rPr>
        <w:t xml:space="preserve">    2024小学生演讲稿600字 篇3 </w:t>
      </w:r>
      <w:r>
        <w:rPr>
          <w:lang w:eastAsia="zh-CN"/>
        </w:rPr>
        <w:br/>
      </w:r>
      <w:r>
        <w:rPr>
          <w:lang w:eastAsia="zh-CN"/>
        </w:rPr>
        <w:t>　　各位老师、同学们：</w:t>
      </w:r>
      <w:r>
        <w:rPr>
          <w:lang w:eastAsia="zh-CN"/>
        </w:rPr>
        <w:br/>
      </w:r>
      <w:r>
        <w:rPr>
          <w:lang w:eastAsia="zh-CN"/>
        </w:rPr>
        <w:t>　　早上好!</w:t>
      </w:r>
      <w:r>
        <w:rPr>
          <w:lang w:eastAsia="zh-CN"/>
        </w:rPr>
        <w:br/>
      </w:r>
      <w:r>
        <w:rPr>
          <w:lang w:eastAsia="zh-CN"/>
        </w:rPr>
        <w:t>　　今天，我演讲的题目是《微笑着流泪》。</w:t>
      </w:r>
      <w:r>
        <w:rPr>
          <w:lang w:eastAsia="zh-CN"/>
        </w:rPr>
        <w:br/>
      </w:r>
      <w:r>
        <w:rPr>
          <w:lang w:eastAsia="zh-CN"/>
        </w:rPr>
        <w:t>　　温暖平和的成长岁月伴随着周而复始的快乐，尽管它有时带着迷茫和困惑，但逝去之后，却换来了快乐永恒的升华。</w:t>
      </w:r>
      <w:r>
        <w:rPr>
          <w:lang w:eastAsia="zh-CN"/>
        </w:rPr>
        <w:br/>
      </w:r>
      <w:r>
        <w:rPr>
          <w:lang w:eastAsia="zh-CN"/>
        </w:rPr>
        <w:t>　　人总是有情感的，因此，你也会拥有属于你自己的理想。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lang w:eastAsia="zh-CN"/>
        </w:rPr>
        <w:t>　　成长的岁月如路，我们正在此路上走着，有的人小心翼翼，有的人昂首悠闲。</w:t>
      </w:r>
      <w:r>
        <w:rPr>
          <w:lang w:eastAsia="zh-CN"/>
        </w:rPr>
        <w:br/>
      </w:r>
      <w:r>
        <w:rPr>
          <w:lang w:eastAsia="zh-CN"/>
        </w:rPr>
        <w:t>　　到初中已经很久了吧?回头，感觉像一支笔，书写着自己的人生，感觉不是很久，却已经写了很久。</w:t>
      </w:r>
      <w:r>
        <w:rPr>
          <w:lang w:eastAsia="zh-CN"/>
        </w:rPr>
        <w:br/>
      </w:r>
      <w:r>
        <w:rPr>
          <w:lang w:eastAsia="zh-CN"/>
        </w:rPr>
        <w:t>　　我会以紧张的姿态，去迎接或完美或凄惨的结局。每一个结局我都会在自己的心灵里装入希望。不管结果会如何，我还是会微笑，毕竟，我能勇敢地对自己说：我已经尽力了!</w:t>
      </w:r>
      <w:r>
        <w:rPr>
          <w:lang w:eastAsia="zh-CN"/>
        </w:rPr>
        <w:br/>
      </w:r>
      <w:r>
        <w:rPr>
          <w:lang w:eastAsia="zh-CN"/>
        </w:rPr>
        <w:t>　　生命就像一座山，重要的不是它的高低，而在于灵秀;人生就像一场雨，重要的不是它的大小，而在于及时。今天，过了今天，不久，就是期末考试了吧?其实，有的人在乎名利、成绩，其实，只要我们努力便是了，不必去想，想得太多，想多了，就紧张了，紧张了，便失去了，失去了真正的考试，考试的真谛!</w:t>
      </w:r>
      <w:r>
        <w:rPr>
          <w:lang w:eastAsia="zh-CN"/>
        </w:rPr>
        <w:br/>
      </w:r>
      <w:r>
        <w:rPr>
          <w:lang w:eastAsia="zh-CN"/>
        </w:rPr>
        <w:t>　　成绩与知识，其关系裨上只是一支笔与一支笔芯，知识即笔芯，成绩乃笔也，有了知识才便能入笔写字了，写出那人生优美的文字。</w:t>
      </w:r>
      <w:r>
        <w:rPr>
          <w:lang w:eastAsia="zh-CN"/>
        </w:rPr>
        <w:br/>
      </w:r>
      <w:r>
        <w:rPr>
          <w:lang w:eastAsia="zh-CN"/>
        </w:rPr>
        <w:t>　　有了知识，就拥有了成绩，成绩是每一个人理想的站台，最永恒的信念，而信念是雨中航行时对岸不灭的灯塔，是狂风肆虐苍鹰不停歇的身姿。拥有了信念，一根小小的火柴，可以点亮一片心灵;拥有信念，一片小小的绿叶，可以装点整个夏天;拥有信念，一叶小小的扁舟，可以惊动一片汪洋。</w:t>
      </w:r>
      <w:r>
        <w:rPr>
          <w:lang w:eastAsia="zh-CN"/>
        </w:rPr>
        <w:br/>
      </w:r>
      <w:r>
        <w:rPr>
          <w:lang w:eastAsia="zh-CN"/>
        </w:rPr>
        <w:t>　　信念仅仅是信念，并不能够真的代表什么，真正的关键在于付诸行动，去追求，追求是刚发芽的幼苗，而彩虹是那盛开着朵朵鲜花的枝干。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lang w:eastAsia="zh-CN"/>
        </w:rPr>
        <w:t>　　成功是梦寐以求的那朵红玫瑰，挫折正是那遍及周围的针刺。快乐是辛勤耕耘获得的果实，悲伤正是那成熟前的秕粒。</w:t>
      </w:r>
      <w:r>
        <w:rPr>
          <w:lang w:eastAsia="zh-CN"/>
        </w:rPr>
        <w:br/>
      </w:r>
      <w:r>
        <w:rPr>
          <w:lang w:eastAsia="zh-CN"/>
        </w:rPr>
        <w:t>　　因为天空收容着每一片云彩，不论其美丑，所以天空宽阔无边!</w:t>
      </w:r>
      <w:r>
        <w:rPr>
          <w:lang w:eastAsia="zh-CN"/>
        </w:rPr>
        <w:br/>
      </w:r>
      <w:r>
        <w:rPr>
          <w:lang w:eastAsia="zh-CN"/>
        </w:rPr>
        <w:t>　　因为大地拥抱着每一寸土地，不论起贫富，所以大地广袤无垠!</w:t>
      </w:r>
      <w:r>
        <w:rPr>
          <w:lang w:eastAsia="zh-CN"/>
        </w:rPr>
        <w:br/>
      </w:r>
      <w:r>
        <w:rPr>
          <w:lang w:eastAsia="zh-CN"/>
        </w:rPr>
        <w:t>　　付出了，就一定会有收获，收获的，在于你付出多少。</w:t>
      </w:r>
      <w:r>
        <w:rPr>
          <w:lang w:eastAsia="zh-CN"/>
        </w:rPr>
        <w:br/>
      </w:r>
      <w:r>
        <w:rPr>
          <w:lang w:eastAsia="zh-CN"/>
        </w:rPr>
        <w:t>　　告诉自己，坚强地成长，自己已经努力了，不管成功与失败，成功了，流出欢喜的眼泪;失败了，流出乐观的眼泪。微笑着流泪，为自己，也为爱我和我爱的人!</w:t>
      </w:r>
      <w:r>
        <w:rPr>
          <w:lang w:eastAsia="zh-CN"/>
        </w:rPr>
        <w:br/>
      </w:r>
      <w:r>
        <w:rPr>
          <w:lang w:eastAsia="zh-CN"/>
        </w:rPr>
        <w:t>　　人生在世，请为自己的心灵，为自己，为充实自己而努力吧!</w:t>
      </w:r>
      <w:r>
        <w:rPr>
          <w:lang w:eastAsia="zh-CN"/>
        </w:rPr>
        <w:br/>
      </w:r>
      <w:r>
        <w:rPr>
          <w:lang w:eastAsia="zh-CN"/>
        </w:rPr>
        <w:t>　　还有几日就期末考试了，在此，祝大家都能考出优异的成绩!</w:t>
      </w:r>
      <w:r>
        <w:rPr>
          <w:lang w:eastAsia="zh-CN"/>
        </w:rPr>
        <w:br/>
      </w:r>
      <w:r>
        <w:rPr>
          <w:lang w:eastAsia="zh-CN"/>
        </w:rPr>
        <w:t>　　谢谢大家。</w:t>
      </w:r>
      <w:r>
        <w:rPr>
          <w:lang w:eastAsia="zh-CN"/>
        </w:rPr>
        <w:br/>
      </w:r>
      <w:r>
        <w:rPr>
          <w:lang w:eastAsia="zh-CN"/>
        </w:rPr>
        <w:t xml:space="preserve">    2024小学生演讲稿600字 篇4 </w:t>
      </w:r>
      <w:r>
        <w:rPr>
          <w:lang w:eastAsia="zh-CN"/>
        </w:rPr>
        <w:br/>
      </w:r>
      <w:r>
        <w:rPr>
          <w:lang w:eastAsia="zh-CN"/>
        </w:rPr>
        <w:t>　　尊敬的各位、老师、亲爱的同学们：</w:t>
      </w:r>
      <w:r>
        <w:rPr>
          <w:lang w:eastAsia="zh-CN"/>
        </w:rPr>
        <w:br/>
      </w:r>
      <w:r>
        <w:rPr>
          <w:lang w:eastAsia="zh-CN"/>
        </w:rPr>
        <w:t>　　你们好!</w:t>
      </w:r>
      <w:r>
        <w:rPr>
          <w:lang w:eastAsia="zh-CN"/>
        </w:rPr>
        <w:br/>
      </w:r>
      <w:r>
        <w:rPr>
          <w:lang w:eastAsia="zh-CN"/>
        </w:rPr>
        <w:t>　　理想是风，吹动生命的船。理想是雨，滋润生命的花。一只雄鹰有了对蓝天的渴望，才能翱翔天空;一棵大树有了对阳光的向往，才能直插云霄;一个人有了对理想的追求，才能在人生的道路上走得更远。放飞理想，就是放飞未来;放飞理想，就是放飞生命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lang w:eastAsia="zh-CN"/>
        </w:rPr>
        <w:t>　　在这理想的接力赛中，我们用球场上搏击的洒脱、教室里读书的宁静，操场上奔跑的坚强，课堂上聆听老师讲课的认真和伏案苦读的辛劳，把握着时间的脉搏。因为我们知道：人的生命是有限的，人的青春是短暂的。居里夫人曾说过：“当你有一个伟大的目标时，你就会把工作当成休息”。同样，当我们有了远大的理想，我们就会把学习当成享受，因为那是理想的阶梯，是成功的必由之路。</w:t>
      </w:r>
      <w:r>
        <w:rPr>
          <w:lang w:eastAsia="zh-CN"/>
        </w:rPr>
        <w:br/>
      </w:r>
      <w:r>
        <w:rPr>
          <w:lang w:eastAsia="zh-CN"/>
        </w:rPr>
        <w:t>　　周恩来在少年时期便立志报国，道出“为中华之崛起而读书”的豪言壮语，最终他成为一代伟人，开国元勋。岳飞儿时，便立下了“精忠报国”的宏志，最终他以自己的行动证明了自己，实现了理想。只有勇于放飞理想的人，才会在人生前进的道路上挥剑斩荆棘，不畏失败，勇往直前;只有勇于放飞理想的人，才能找到自己奋斗的目标，前进的方向;只有勇于放飞理想的人，才能在生活的大舞台上找到自己的位置，演绎精彩的人生，装饰平淡的生活。纵然有楼高百尺;纵使有花繁千树。我们仍需有那率真的性情和高尚的理想;我们仍需怀着饱满的激情和昂扬的气度，将自我心中的理想向湛蓝湛蓝的天空勇敢而坚定地去放飞。</w:t>
      </w:r>
      <w:r>
        <w:rPr>
          <w:lang w:eastAsia="zh-CN"/>
        </w:rPr>
        <w:br/>
      </w:r>
      <w:r>
        <w:rPr>
          <w:lang w:eastAsia="zh-CN"/>
        </w:rPr>
        <w:t>　　俗话说：“有志者，事竟成。”同学们，让我们放飞自己的理想，在困难面前不低头，在挫折面前不言弃，勇于挑战自我、超越自我、完善自我，相信一定会有梦想成真的那一天!</w:t>
      </w:r>
      <w:r>
        <w:rPr>
          <w:lang w:eastAsia="zh-CN"/>
        </w:rPr>
        <w:br/>
      </w:r>
      <w:r>
        <w:rPr>
          <w:lang w:eastAsia="zh-CN"/>
        </w:rPr>
        <w:t xml:space="preserve">    2024小学生演讲稿600字 篇5 </w:t>
      </w:r>
      <w:r>
        <w:rPr>
          <w:lang w:eastAsia="zh-CN"/>
        </w:rPr>
        <w:br/>
      </w:r>
      <w:r>
        <w:rPr>
          <w:lang w:eastAsia="zh-CN"/>
        </w:rPr>
        <w:t>　　我听说，近期动物园里有一只长颈鹿死了，它不是死于疾病，也不是死于衰老。而是死于白色污染——塑料袋。我想我原来在动物园观赏动物时，看见许多人把塑料袋包着食物一起扔到动物面前，没想过会造成这么严重的后果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lang w:eastAsia="zh-CN"/>
        </w:rPr>
        <w:t>　　现在有非常多的人使用塑料袋，菜市场里用塑料袋装菜、餐厅里打包用塑料袋、卖水果用塑料袋、用泡沫饭盒吃早饭.……由此可见用塑料袋非常多。但是，这就是大家在制造白色污染。</w:t>
      </w:r>
      <w:r>
        <w:rPr>
          <w:lang w:eastAsia="zh-CN"/>
        </w:rPr>
        <w:br/>
      </w:r>
      <w:r>
        <w:rPr>
          <w:lang w:eastAsia="zh-CN"/>
        </w:rPr>
        <w:t>　　白色污染对地球环境有非常大的危害，如：污染环境、污染水体、还容易引起火灾；白色垃圾可能成为有害生物的巢穴。废旧塑料包装物进入土地后，由于很难降解，造成长期的，深层次的生态环境问题。</w:t>
      </w:r>
      <w:r>
        <w:rPr>
          <w:lang w:eastAsia="zh-CN"/>
        </w:rPr>
        <w:br/>
      </w:r>
      <w:r>
        <w:rPr>
          <w:lang w:eastAsia="zh-CN"/>
        </w:rPr>
        <w:t>　　要通过大力开展宣传教育，让公众认识到问题的严重性，同时也要让大家明白，解决白色污染问题不是某个人或几个部门能办到的，最重要的在于，要树立良好的节约习惯，增强环境意识和社会公德，要自觉遵守法规，少用或不用一次性塑料制品，关系环境，制止身边的不良行为。</w:t>
      </w:r>
      <w:r>
        <w:rPr>
          <w:lang w:eastAsia="zh-CN"/>
        </w:rPr>
        <w:br/>
      </w:r>
      <w:r>
        <w:rPr>
          <w:lang w:eastAsia="zh-CN"/>
        </w:rPr>
        <w:t>　　如果没有白色污染，那么地球该多美呀！</w:t>
      </w:r>
      <w:r>
        <w:rPr>
          <w:lang w:eastAsia="zh-CN"/>
        </w:rPr>
        <w:br/>
      </w:r>
      <w:r>
        <w:rPr>
          <w:lang w:eastAsia="zh-CN"/>
        </w:rPr>
        <w:t xml:space="preserve">    2024小学生演讲稿600字 篇6 </w:t>
      </w:r>
      <w:r>
        <w:rPr>
          <w:lang w:eastAsia="zh-CN"/>
        </w:rPr>
        <w:br/>
      </w:r>
      <w:r>
        <w:rPr>
          <w:lang w:eastAsia="zh-CN"/>
        </w:rPr>
        <w:t>　　尊敬的老师，亲爱的同学：</w:t>
      </w:r>
      <w:r>
        <w:rPr>
          <w:lang w:eastAsia="zh-CN"/>
        </w:rPr>
        <w:br/>
      </w:r>
      <w:r>
        <w:rPr>
          <w:lang w:eastAsia="zh-CN"/>
        </w:rPr>
        <w:t>　　大家下午好：</w:t>
      </w:r>
      <w:r>
        <w:rPr>
          <w:lang w:eastAsia="zh-CN"/>
        </w:rPr>
        <w:br/>
      </w:r>
      <w:r>
        <w:rPr>
          <w:lang w:eastAsia="zh-CN"/>
        </w:rPr>
        <w:t>　　我原先认为，语文语文，顾名思义，就是仅有在语文课上学到的东西，那才叫做语文，之后有一件事改变了我对语文的看法。</w:t>
      </w:r>
      <w:r>
        <w:rPr>
          <w:lang w:eastAsia="zh-CN"/>
        </w:rPr>
        <w:br/>
      </w:r>
      <w:r>
        <w:rPr>
          <w:lang w:eastAsia="zh-CN"/>
        </w:rPr>
        <w:t>　　那天休息日，我百般无赖，从小书柜上随意拿出一本杂志就看了起来，那是一本是我认为很不错的杂志，我认真地看，我突然一激动，拿出笔记本，准备做笔记。我挑了一篇很不错的文章认真地做起笔记来。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lang w:eastAsia="zh-CN"/>
        </w:rPr>
        <w:t>　　最终做完了，我伸了伸懒腰，仔细看一看，惊叫了一声。真没想到，在我做的笔记上，居然看到了，在语文中能出现的字眼，什么比喻句啦，拟人句啦，排比句啦等等。我当时很吃惊，不对劲呀，这些明摆着是语文的东西，怎样会跑到我记的笔记中去了?难道说做笔记也离不开语文吗?在广阔一些，生活处处都有语文吗?</w:t>
      </w:r>
      <w:r>
        <w:rPr>
          <w:lang w:eastAsia="zh-CN"/>
        </w:rPr>
        <w:br/>
      </w:r>
      <w:r>
        <w:rPr>
          <w:lang w:eastAsia="zh-CN"/>
        </w:rPr>
        <w:t>　　我问妈妈：“是不是生活处处都有语文呢?”妈妈的回答很富有诗意：“语文如蒲公英的种子，遍布了全世界，也钻进了你的生活。也就是说，生活处处有语文。”我听了妈妈的话，陷入了深深地思考。</w:t>
      </w:r>
      <w:r>
        <w:rPr>
          <w:lang w:eastAsia="zh-CN"/>
        </w:rPr>
        <w:br/>
      </w:r>
      <w:r>
        <w:rPr>
          <w:lang w:eastAsia="zh-CN"/>
        </w:rPr>
        <w:t>　　语文是我们中国的国语，也就是说语文是中国人必不可少的东西，语文不仅仅是用来说话的工具，也是心灵沟通和情感交换的桥梁。语文就自然而然的走进了我们的生活。</w:t>
      </w:r>
      <w:r>
        <w:rPr>
          <w:lang w:eastAsia="zh-CN"/>
        </w:rPr>
        <w:br/>
      </w:r>
      <w:r>
        <w:rPr>
          <w:lang w:eastAsia="zh-CN"/>
        </w:rPr>
        <w:t>　　当你读书看报时，你想没想过语文在帮你进行心灵的传递;当你和别人谈话时，你想没想过语文在帮你表达你的意思;当你写日记或作文时，你想没想过语文在帮你传递你的感情?</w:t>
      </w:r>
      <w:r>
        <w:rPr>
          <w:lang w:eastAsia="zh-CN"/>
        </w:rPr>
        <w:br/>
      </w:r>
      <w:r>
        <w:rPr>
          <w:lang w:eastAsia="zh-CN"/>
        </w:rPr>
        <w:t>　　语文好似因特网一般，它用一条条细长的丝线把生活的细节串起来，它则是主要指挥着生活的大脑。所以，生活需要语文，生活中就处处有语文了。</w:t>
      </w:r>
      <w:r>
        <w:rPr>
          <w:lang w:eastAsia="zh-CN"/>
        </w:rPr>
        <w:br/>
      </w:r>
      <w:r>
        <w:rPr>
          <w:lang w:eastAsia="zh-CN"/>
        </w:rPr>
        <w:t xml:space="preserve">    2024小学生演讲稿600字 篇7 </w:t>
      </w:r>
      <w:r>
        <w:rPr>
          <w:lang w:eastAsia="zh-CN"/>
        </w:rPr>
        <w:br/>
      </w:r>
      <w:r>
        <w:rPr>
          <w:lang w:eastAsia="zh-CN"/>
        </w:rPr>
        <w:t>　　美丽的学校，我的家</w:t>
      </w:r>
      <w:r>
        <w:rPr>
          <w:lang w:eastAsia="zh-CN"/>
        </w:rPr>
        <w:br/>
      </w:r>
      <w:r>
        <w:rPr>
          <w:lang w:eastAsia="zh-CN"/>
        </w:rPr>
        <w:t>　　美丽的学校——温暖的家。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lang w:eastAsia="zh-CN"/>
        </w:rPr>
        <w:t>　　第一次走进那里，我被这个偌大的学校深深震撼了，呈此刻我眼前的，是一幢幢散发着青春气息的教学楼，还有那恬淡的色彩，我跳动不安的心在瞬间平静了下来，我明白，这座美丽的学校会属于我，它会给予那里的每一个人，一片绚丽的天空，从那一刻起，我便把它——我的学校，这所年轻而又充满活力的学校放在了心的最深处，因为它是我心灵的港湾。</w:t>
      </w:r>
      <w:r>
        <w:rPr>
          <w:lang w:eastAsia="zh-CN"/>
        </w:rPr>
        <w:br/>
      </w:r>
      <w:r>
        <w:rPr>
          <w:lang w:eastAsia="zh-CN"/>
        </w:rPr>
        <w:t>　　~~学校我的家，在那里，我看见了矫健的身影，看见了专注的眼神，看见了明朗的笑容。在那里，我学会了勇敢，学会坚强，学会了执著，我感受着教师们阳光一般的关怀，感受着同学们真挚的情谊，也感受着自我的成长，在这片广阔的天空中，我勇敢地追求着自我的梦想，摔倒了，一双双热情的手会扶我起来，为我重新点燃信心之火;受伤了，一张张真诚的笑脸会抚平我的伤口，让我重新拾起期望，于是，在那里的每一天都是透明的，那里的每一个角落，都充满了阳光。</w:t>
      </w:r>
      <w:r>
        <w:rPr>
          <w:lang w:eastAsia="zh-CN"/>
        </w:rPr>
        <w:br/>
      </w:r>
      <w:r>
        <w:rPr>
          <w:lang w:eastAsia="zh-CN"/>
        </w:rPr>
        <w:t>　　花开花谢，云卷去舒，学校在一天天地成长，而我，对于她的爱，也在心中一点点积淀，看看蓝天，看看蓝天下熠熠生辉的办公大楼，看看阳光，看看阳光下水波粼粼的人工湖，还有那走道边绚丽夺目的株株花草，花草丛中的蜂飞蝶舞。我醉了，此时，我看见了那份只属于我的幸福。</w:t>
      </w:r>
      <w:r>
        <w:rPr>
          <w:lang w:eastAsia="zh-CN"/>
        </w:rPr>
        <w:br/>
      </w:r>
      <w:r>
        <w:rPr>
          <w:lang w:eastAsia="zh-CN"/>
        </w:rPr>
        <w:t>　　在这个美丽的学校里，有我成长的足迹，也有我以往的笑与泪，这所学校，把它的美，毫无保留地给了每一个人，这所学校默默的，倾听着我们每一个人的欢与悲，理解每一个人的祝福。</w:t>
      </w:r>
      <w:r>
        <w:rPr>
          <w:lang w:eastAsia="zh-CN"/>
        </w:rPr>
        <w:br/>
      </w:r>
      <w:r>
        <w:rPr>
          <w:lang w:eastAsia="zh-CN"/>
        </w:rPr>
        <w:t>　　我美丽的学校，给予了我许多，我为我的学校而深深骄傲，而我，却无法给予她相同的回报，我只渴望，将来的某一天，能够为我的学校。——我最温暖的家，谱写微笑着，辉煌的乐章。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lang w:eastAsia="zh-CN"/>
        </w:rPr>
        <w:t xml:space="preserve">    2024小学生演讲稿600字 篇8 </w:t>
      </w:r>
      <w:r>
        <w:rPr>
          <w:lang w:eastAsia="zh-CN"/>
        </w:rPr>
        <w:br/>
      </w:r>
      <w:r>
        <w:rPr>
          <w:lang w:eastAsia="zh-CN"/>
        </w:rPr>
        <w:t>　　尊敬的各位老师，同学们：</w:t>
      </w:r>
      <w:r>
        <w:rPr>
          <w:lang w:eastAsia="zh-CN"/>
        </w:rPr>
        <w:br/>
      </w:r>
      <w:r>
        <w:rPr>
          <w:lang w:eastAsia="zh-CN"/>
        </w:rPr>
        <w:t>　　大家好！我是。今天，我演讲的题目是《梦，我的梦》。</w:t>
      </w:r>
      <w:r>
        <w:rPr>
          <w:lang w:eastAsia="zh-CN"/>
        </w:rPr>
        <w:br/>
      </w:r>
      <w:r>
        <w:rPr>
          <w:lang w:eastAsia="zh-CN"/>
        </w:rPr>
        <w:t>　　每个人都有自己的梦想，我也有自己的梦想。在我上幼儿园的时候，我的梦想是当一名厨师，自己开一家饭店。那样自己就可以吃到各种各样的好东西了，还可以把爸爸、妈妈、姥姥、姥爷等好多好多的长辈和朋友请到饭店里做客。当我上一年级的时候，我的梦想是当一名受人尊敬的老师。因为当老师能给同学们传播知识，能把很多很多不懂事的孩子培育成祖国有用的人才。当我上二年级的时候，正值我国航天事业的飞速发展，我的梦想是要像杨利伟、刘洋那样当一名航天员，能够驾驶着“神舟号”飞船遨游太空，为祖国的航天事业做贡献。现在，我的梦想就是等我长大以后要当一名儿童文学作家 , 为千千万万的小朋友写很多很多有意思，受小朋友们喜爱的文学故事，让小朋友们开发智力，培养自己丰富的想象力，挖掘的潜能，让大家都喜欢我的书和作品。为了锻炼自己，我早就养成了每天写一的好习惯。</w:t>
      </w:r>
      <w:r>
        <w:rPr>
          <w:lang w:eastAsia="zh-CN"/>
        </w:rPr>
        <w:br/>
      </w:r>
      <w:r>
        <w:rPr>
          <w:lang w:eastAsia="zh-CN"/>
        </w:rPr>
        <w:t>　　随着年龄的增长和知识的不断更新，或许还会有更多的梦想，这些梦想会一直指引着我健康的成长。有了梦想就要实现梦想，而实现梦想就必须付出艰辛的劳动和努力。</w:t>
      </w:r>
      <w:r>
        <w:rPr>
          <w:lang w:eastAsia="zh-CN"/>
        </w:rPr>
        <w:br/>
      </w:r>
      <w:r>
        <w:rPr>
          <w:lang w:eastAsia="zh-CN"/>
        </w:rPr>
        <w:t>　　“</w:t>
      </w:r>
      <w:r>
        <w:rPr>
          <w:lang w:eastAsia="zh-CN"/>
        </w:rPr>
        <w:t xml:space="preserve"> 利剑锋从</w:t>
      </w:r>
      <w:r>
        <w:rPr>
          <w:lang w:eastAsia="zh-CN"/>
        </w:rPr>
        <w:t xml:space="preserve"> 磨砺出</w:t>
      </w:r>
      <w:r>
        <w:rPr>
          <w:lang w:eastAsia="zh-CN"/>
        </w:rPr>
        <w:t xml:space="preserve"> ,</w:t>
      </w:r>
      <w:r>
        <w:rPr>
          <w:lang w:eastAsia="zh-CN"/>
        </w:rPr>
        <w:t xml:space="preserve"> 梅花香自苦寒来</w:t>
      </w:r>
      <w:r>
        <w:rPr>
          <w:lang w:eastAsia="zh-CN"/>
        </w:rPr>
        <w:t xml:space="preserve"> ”，</w:t>
      </w:r>
      <w:r>
        <w:rPr>
          <w:lang w:eastAsia="zh-CN"/>
        </w:rPr>
        <w:t xml:space="preserve"> 我们应该懂得这句诗的真正含义。我们作为一名小学生，应该从小就学会让自己有一种勤奋好学的品德，要有</w:t>
      </w:r>
      <w:r>
        <w:rPr>
          <w:lang w:eastAsia="zh-CN"/>
        </w:rPr>
        <w:t xml:space="preserve"> 废寝忘食和头悬梁锥刺股</w:t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lang w:eastAsia="zh-CN"/>
        </w:rPr>
        <w:t xml:space="preserve"> 的学习，要有谦虚谨慎虚心接受别人批评教育的态度，只有这样，才能实现自己的伟大梦想。</w:t>
      </w:r>
      <w:r>
        <w:rPr>
          <w:lang w:eastAsia="zh-CN"/>
        </w:rPr>
        <w:br/>
      </w:r>
      <w:r>
        <w:rPr>
          <w:lang w:eastAsia="zh-CN"/>
        </w:rPr>
        <w:t>　　亲爱的同学们，让我们一起努力学习，不断积累更多的知识，来实现自己的梦想吧。我相信 : 我们一定会实现自己的伟大梦想的 ! 希望你能成功 !</w:t>
      </w:r>
      <w:r>
        <w:rPr>
          <w:lang w:eastAsia="zh-CN"/>
        </w:rPr>
        <w:br/>
      </w:r>
      <w:r>
        <w:rPr>
          <w:lang w:eastAsia="zh-CN"/>
        </w:rPr>
        <w:t>　　我的演讲结束了 , 谢谢大家 !</w:t>
      </w:r>
      <w:r>
        <w:rPr>
          <w:lang w:eastAsia="zh-CN"/>
        </w:rPr>
        <w:br/>
      </w:r>
      <w:r>
        <w:rPr>
          <w:lang w:eastAsia="zh-CN"/>
        </w:rPr>
        <w:t xml:space="preserve">    2024小学生演讲稿600字 篇9 </w:t>
      </w:r>
      <w:r>
        <w:rPr>
          <w:lang w:eastAsia="zh-CN"/>
        </w:rPr>
        <w:br/>
      </w:r>
      <w:r>
        <w:rPr>
          <w:lang w:eastAsia="zh-CN"/>
        </w:rPr>
        <w:t>　　亲爱的老师们，亲爱的学生们：</w:t>
      </w:r>
      <w:r>
        <w:rPr>
          <w:lang w:eastAsia="zh-CN"/>
        </w:rPr>
        <w:br/>
      </w:r>
      <w:r>
        <w:rPr>
          <w:lang w:eastAsia="zh-CN"/>
        </w:rPr>
        <w:t>　　大家好！</w:t>
      </w:r>
      <w:r>
        <w:rPr>
          <w:lang w:eastAsia="zh-CN"/>
        </w:rPr>
        <w:br/>
      </w:r>
      <w:r>
        <w:rPr>
          <w:lang w:eastAsia="zh-CN"/>
        </w:rPr>
        <w:t>　　我是_班的，今天要谈到梦想，我认为每个人都是应该要有梦想，其实梦想是美好的，我觉得在现在这个大好时代，我们的机会很多，甚至很多人都是完成了自己梦想，我们作为一名新时代的小学生，必须要有信心，对自己各方面比较严格一点，这些还是非常关键的，作为一名小学生我们应该要认清楚在自己的方向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lang w:eastAsia="zh-CN"/>
        </w:rPr>
        <w:t>　　在我心中，一直有一个科幻梦，我总是梦想自己能够发明一种造福人类高科技，所以成为一名科学家也是我一直以来的梦想，很多时候我都觉得自己的这个梦想不太现实，毕竟这离我过于遥远，但是我认为一个人一定要有这样的心态，要让自己有这方面的意识，不是什么的事情都是一蹴而就的，更多时候还是需要时间的沉淀，证明自己或许是需要一定的时间，但是也会随着时间的推移慢慢的变得更加的有信心，这方面我还是感觉非常真切的，现在虽然我还是一名小学生，梦想的里程也才刚刚开始，甚至可以说是非常遥远，但是一定要有好的心态，首先自己就应该要努力去做好本职，作为一名学生一定要对自己有信心。</w:t>
      </w:r>
      <w:r>
        <w:rPr>
          <w:lang w:eastAsia="zh-CN"/>
        </w:rPr>
        <w:br/>
      </w:r>
      <w:r>
        <w:rPr>
          <w:lang w:eastAsia="zh-CN"/>
        </w:rPr>
        <w:t>　　同学们，我们现在还非常的年轻，强大自己才能够去自己想做的事情，让自己更加的优秀这是毋庸置疑的，也是未来应该要有的态度，在此之际还是会有更多的东西等着我们去完善好，这也是作为一名学生应该要有的心态，考虑到这些之后，我更加是充满了很多信心，我们现阶段的主要任务就是搞好学习，这是第一点，也是比较难的，所以说今后的学习当中，一定要认真去思考，只有自己心里清楚才能够做成更加优秀的事情来，作为一名学生，应该时刻清楚，自己的方向。</w:t>
      </w:r>
      <w:r>
        <w:rPr>
          <w:lang w:eastAsia="zh-CN"/>
        </w:rPr>
        <w:br/>
      </w:r>
      <w:r>
        <w:rPr>
          <w:lang w:eastAsia="zh-CN"/>
        </w:rPr>
        <w:t>　　在这样的环境下面，我觉得自己还是做的比较认真的，也从很多方面证明了自己，我特别希望可以做出好的成绩来，为班级争光为自己的争光，许多年以后也希望自己可以完成梦想，这是现在的我，为了以后而努力而奋斗的自己是非常可爱的，如今的学习还是非常紧张的，所以还是希望能够做出好的成绩来，让学习变得更加有动力，感激学校的培养，这一阶段是自己的成长，也是我的机会，相信以后可以做的更好的，让我们放飞梦想，努力去追寻，造就更好的自己。</w:t>
      </w:r>
      <w:r>
        <w:rPr>
          <w:lang w:eastAsia="zh-CN"/>
        </w:rPr>
        <w:br/>
      </w:r>
      <w:r>
        <w:rPr>
          <w:lang w:eastAsia="zh-CN"/>
        </w:rPr>
        <w:t xml:space="preserve">    2024小学生演讲稿600字 篇10 </w:t>
      </w:r>
      <w:r>
        <w:rPr>
          <w:lang w:eastAsia="zh-CN"/>
        </w:rPr>
        <w:br/>
      </w:r>
      <w:r>
        <w:rPr>
          <w:lang w:eastAsia="zh-CN"/>
        </w:rPr>
        <w:t>　　尊敬的各位老师：</w:t>
      </w:r>
      <w:r>
        <w:rPr>
          <w:lang w:eastAsia="zh-CN"/>
        </w:rPr>
        <w:br/>
      </w:r>
      <w:r>
        <w:rPr>
          <w:lang w:eastAsia="zh-CN"/>
        </w:rPr>
        <w:t>　　大家好！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lang w:eastAsia="zh-CN"/>
        </w:rPr>
        <w:t>　　在这个鲜花盛开、绿草如茵的初夏季节，我们聚在一起庆祝我们的儿童节——六一儿童节，对我来说是非常幸福的。我们将在这里度过一个美好的假期。</w:t>
      </w:r>
      <w:r>
        <w:rPr>
          <w:lang w:eastAsia="zh-CN"/>
        </w:rPr>
        <w:br/>
      </w:r>
      <w:r>
        <w:rPr>
          <w:lang w:eastAsia="zh-CN"/>
        </w:rPr>
        <w:t>　　同学们，我们处在一个新时代。我们是祖国的未来。小学阶段，我们的任务是学习。我们应该努力学习，将来为祖国服务。我们学校始终走研究型学校、质量型强的办学道路，努力更新教育教学观念，提高教育教学质量。我们必须在这个优秀的环境中努力学习。</w:t>
      </w:r>
      <w:r>
        <w:rPr>
          <w:lang w:eastAsia="zh-CN"/>
        </w:rPr>
        <w:br/>
      </w:r>
      <w:r>
        <w:rPr>
          <w:lang w:eastAsia="zh-CN"/>
        </w:rPr>
        <w:t>　　我们的童年</w:t>
      </w:r>
      <w:r>
        <w:rPr>
          <w:lang w:eastAsia="zh-CN"/>
        </w:rPr>
        <w:br/>
      </w:r>
      <w:r>
        <w:rPr>
          <w:lang w:eastAsia="zh-CN"/>
        </w:rPr>
        <w:t>　　是美好的，我们的童年是幸福的，谁都想有一个无忧无虑的童年，谁都想留住童年那美好的时光，今天是我们的节日，我们要尽情的放松，尽情的歌唱，绽放出我们童年的魅力，大海在召唤你扬帆远航，高山在激励你奋力攀登，人生是不平凡的，他就像坎坷不平的小路，懦弱者不敢前进，勇敢者勇往直前，让我们在新的旅程上，迎接人生中的艰辛与快乐。我们是新世纪的雏鹰，今天，我们磨练羽翼；明天，我们将搏击长空！我们在知识的海洋中，踏浪而歌，奋勇前进。是金子，总会发光，是花朵，总会绽放。为我们的未来努力，让我们的明天更加美好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lang w:eastAsia="zh-CN"/>
        </w:rPr>
        <w:t>　　今天是我们的节日，同学们，你们知道儿童节的来历吗？1942年6月，德国法西斯枪杀了捷克利迪策村16岁以上的男性公民140余人和全部婴儿，并把妇女和90名儿童押往集中营。村里的房舍、建筑物均被烧毁，好端端的一个村庄就这样被德国法西斯给毁了。为了悼念利迪策村和全世界所有在法西斯侵略战争中死难的儿童，反对帝国主义战争贩子虐杀和毒害儿童，保障儿童权利，1949年11月国际民主妇女联合会在莫斯科召开执委会，正式决定每年6月1日为全世界少年儿童的节日，即国际儿童节，这是为了我们更好的成长才建立的节日。我们要珍惜这节日，我们要努力学习，以后报效祖国。</w:t>
      </w:r>
      <w:r>
        <w:rPr>
          <w:lang w:eastAsia="zh-CN"/>
        </w:rPr>
        <w:br/>
      </w:r>
      <w:r>
        <w:rPr>
          <w:lang w:eastAsia="zh-CN"/>
        </w:rPr>
        <w:t>　　谢谢大家。</w:t>
      </w:r>
      <w:r>
        <w:rPr>
          <w:lang w:eastAsia="zh-CN"/>
        </w:rPr>
        <w:br/>
      </w:r>
      <w:r>
        <w:rPr>
          <w:lang w:eastAsia="zh-CN"/>
        </w:rPr>
        <w:t xml:space="preserve">    2024小学生演讲稿600字 篇11 </w:t>
      </w:r>
      <w:r>
        <w:rPr>
          <w:lang w:eastAsia="zh-CN"/>
        </w:rPr>
        <w:br/>
      </w:r>
      <w:r>
        <w:rPr>
          <w:lang w:eastAsia="zh-CN"/>
        </w:rPr>
        <w:t>　　尊敬的老师，亲爱的同学们：</w:t>
      </w:r>
      <w:r>
        <w:rPr>
          <w:lang w:eastAsia="zh-CN"/>
        </w:rPr>
        <w:br/>
      </w:r>
      <w:r>
        <w:rPr>
          <w:lang w:eastAsia="zh-CN"/>
        </w:rPr>
        <w:t>　　大家好！今天我来和大家谈论一下“素质”，大家别看这连一个四字成语都不是。可却影响着这个人的家教和个人的好坏，同时也是影响一生的东西。</w:t>
      </w:r>
      <w:r>
        <w:rPr>
          <w:lang w:eastAsia="zh-CN"/>
        </w:rPr>
        <w:br/>
      </w:r>
      <w:r>
        <w:rPr>
          <w:lang w:eastAsia="zh-CN"/>
        </w:rPr>
        <w:t>　　我就举几个在我身边的例子吧：我家住在保利东郡，这是一座新小区，我们住的比较早，所以每天都有装潢的声音，楼下的商场也正在装潢，所以，非常的吵闹。但是这个时候有人装潢也是很正常的。</w:t>
      </w:r>
      <w:r>
        <w:rPr>
          <w:lang w:eastAsia="zh-CN"/>
        </w:rPr>
        <w:br/>
      </w:r>
      <w:r>
        <w:rPr>
          <w:lang w:eastAsia="zh-CN"/>
        </w:rPr>
        <w:t>　　可是有些素质低的居民们居然晚上有的装潢，这样，不仅人家工作也得不到休息，还让小区变得不安宁了！</w:t>
      </w:r>
      <w:r>
        <w:rPr>
          <w:lang w:eastAsia="zh-CN"/>
        </w:rPr>
        <w:br/>
      </w:r>
      <w:r>
        <w:rPr>
          <w:lang w:eastAsia="zh-CN"/>
        </w:rPr>
        <w:t>　　还有一件事情，我相信住在居民楼里的同学们都有这样的经历：一天晚上，我自己打开厕所的窗户，就惊住了，厕所窗户旁边有一大堆头发，上面还掺杂着白色的什么东西，让人觉得特别恶心。爸爸妈妈也找楼上，谈这个问题，可是丝毫没有任何好转，依然每天都有人从上面扔下来头发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lang w:eastAsia="zh-CN"/>
        </w:rPr>
        <w:t>　　更可笑的还有另外一件事，有一户人家正在装潢床，厨房的窗户是开着的，第二天，住户到家里看了看，惊住了，厨房的台子上居然有一杯卡旺卡奶茶的瓶子，不用说，也知道是从楼上扔下来的，所以，请大家一定不要做一个素质低的同学，不要让别人对自己另眼相看。</w:t>
      </w:r>
      <w:r>
        <w:rPr>
          <w:lang w:eastAsia="zh-CN"/>
        </w:rPr>
        <w:br/>
      </w:r>
      <w:r>
        <w:rPr>
          <w:lang w:eastAsia="zh-CN"/>
        </w:rPr>
        <w:t>　　同学们，你们知道从窗户上丢下来一个东西的威力有多大吗？如果你从30层楼的高空扔下来一个瓶子，如果这个瓶子的质量很好的话，车玻璃都会被砸碎。更别提你从上面下来一个砖头了，这都是能砸死人的。</w:t>
      </w:r>
      <w:r>
        <w:rPr>
          <w:lang w:eastAsia="zh-CN"/>
        </w:rPr>
        <w:br/>
      </w:r>
      <w:r>
        <w:rPr>
          <w:lang w:eastAsia="zh-CN"/>
        </w:rPr>
        <w:t>　　所以请同学们做一个高素质的居民，让变得更加强大！</w:t>
      </w:r>
      <w:r>
        <w:rPr>
          <w:lang w:eastAsia="zh-CN"/>
        </w:rPr>
        <w:br/>
      </w:r>
      <w:r>
        <w:rPr>
          <w:lang w:eastAsia="zh-CN"/>
        </w:rPr>
        <w:t xml:space="preserve">    2024小学生演讲稿600字 篇12 </w:t>
      </w:r>
      <w:r>
        <w:rPr>
          <w:lang w:eastAsia="zh-CN"/>
        </w:rPr>
        <w:br/>
      </w:r>
      <w:r>
        <w:rPr>
          <w:lang w:eastAsia="zh-CN"/>
        </w:rPr>
        <w:t>　　尊敬的老师，亲爱的同学：</w:t>
      </w:r>
      <w:r>
        <w:rPr>
          <w:lang w:eastAsia="zh-CN"/>
        </w:rPr>
        <w:br/>
      </w:r>
      <w:r>
        <w:rPr>
          <w:lang w:eastAsia="zh-CN"/>
        </w:rPr>
        <w:t>　　大家好！我叫牛宇楠，我来自河北省保定市。在我们这个年龄，每个人都会有自己的梦想，它就像海洋中的灯塔，指引我们努力的方向，标示我们奋斗的目标！</w:t>
      </w:r>
      <w:r>
        <w:rPr>
          <w:lang w:eastAsia="zh-CN"/>
        </w:rPr>
        <w:br/>
      </w:r>
      <w:r>
        <w:rPr>
          <w:lang w:eastAsia="zh-CN"/>
        </w:rPr>
        <w:t>　　我的梦想是长大以后当一名天文学家。从我很小的时候，每次抬头仰望浩瀚的星空，心中便会充满好奇，好奇激发兴趣，兴趣催生梦想，于是，我便开始阅读各种天文书籍，其中，我最喜欢的书是《太空十万个为什么》和《探索发现之宇宙》从它们里边，我了解了宇宙的起源，黑洞的奥秘，个星系之间的关系和它们的运行，为我对太空的探索了很大的帮助。我徜徉在无尽的太空，由浅及深，乐此不疲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lang w:eastAsia="zh-CN"/>
        </w:rPr>
        <w:t>　　伴着这些书籍，我一天天长大，随着知识的积累，我的梦想也越来越清晰！嫦娥二号的发射让人振奋，它发射会的每一张照片都牵动着我的心弦！明年，我国将发射飞船探测火星，也是明年，我国将拥有自己的空间站。日益强大的祖国，飞速发展的航天科技，更加坚定了我的信念。将来，我要建造更好的太空飞船，到月球上开辟空中花园，那里的固态水将为我们所用，解决地球上紧缺的水资源；我要建一座巨型空间站，在上面造一个太空蔬菜基地，生产出可口的太空蔬菜，让地球人也能品尝到来自太空的香甜；我要在航天飞机上炼制出坚实耐用的钢铁，减少二氧化碳的污染；我还要制造一种雷电收集器，当雷雨天时，就可以自动收集雷电，转化成超高磁声波，用于治疗人们的疾病，让健康满人间！</w:t>
      </w:r>
      <w:r>
        <w:rPr>
          <w:lang w:eastAsia="zh-CN"/>
        </w:rPr>
        <w:br/>
      </w:r>
      <w:r>
        <w:rPr>
          <w:lang w:eastAsia="zh-CN"/>
        </w:rPr>
        <w:t>　　将来，我要做的事还有许多，今天，我们在祖国的怀抱中健康成长，明天，我们将肩负建设祖国的重担，为了明天的美好，为了崛起的中华，我一定要努力学习，奋发向上，早日把自己的梦想放飞蓝天！</w:t>
      </w:r>
      <w:r>
        <w:rPr>
          <w:lang w:eastAsia="zh-CN"/>
        </w:rPr>
        <w:br/>
      </w:r>
      <w:r>
        <w:rPr>
          <w:lang w:eastAsia="zh-CN"/>
        </w:rPr>
        <w:t>　　谢谢大家！</w:t>
      </w:r>
      <w:r>
        <w:rPr>
          <w:lang w:eastAsia="zh-CN"/>
        </w:rPr>
        <w:br/>
      </w:r>
      <w:r>
        <w:rPr>
          <w:lang w:eastAsia="zh-CN"/>
        </w:rPr>
        <w:t xml:space="preserve">    2024小学生演讲稿600字 篇13 </w:t>
      </w:r>
      <w:r>
        <w:rPr>
          <w:lang w:eastAsia="zh-CN"/>
        </w:rPr>
        <w:br/>
      </w:r>
      <w:r>
        <w:rPr>
          <w:lang w:eastAsia="zh-CN"/>
        </w:rPr>
        <w:t>　　尊敬的领导、敬爱的老师、亲爱的同学们：</w:t>
      </w:r>
      <w:r>
        <w:rPr>
          <w:lang w:eastAsia="zh-CN"/>
        </w:rPr>
        <w:br/>
      </w:r>
      <w:r>
        <w:rPr>
          <w:lang w:eastAsia="zh-CN"/>
        </w:rPr>
        <w:t>　　大家好！今天我演讲的题目是：老师，您辛苦了，我们感谢您！</w:t>
      </w:r>
      <w:r>
        <w:rPr>
          <w:lang w:eastAsia="zh-CN"/>
        </w:rPr>
        <w:br/>
      </w:r>
      <w:r>
        <w:rPr>
          <w:lang w:eastAsia="zh-CN"/>
        </w:rPr>
        <w:t>　　在这收获喜悦和幸福的季节里，我们高兴地迎来了我们国家的第二十六个教师节。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>
        <w:rPr>
          <w:lang w:eastAsia="zh-CN"/>
        </w:rPr>
        <w:t>　　这是一个令人感动的日子，此时此刻，无论用什么方式、也难以表达我对我们老师的感恩之心！敬爱的老师阿在这个特殊的日子里，我只想对您说：老师、您辛苦了！我们感谢您！</w:t>
      </w:r>
      <w:r>
        <w:rPr>
          <w:lang w:eastAsia="zh-CN"/>
        </w:rPr>
        <w:br/>
      </w:r>
      <w:r>
        <w:rPr>
          <w:lang w:eastAsia="zh-CN"/>
        </w:rPr>
        <w:t>　　记得那年我们初（20__中队长演讲稿）入校园时，同学们年幼的心灵几乎是一片空白。</w:t>
      </w:r>
      <w:r>
        <w:rPr>
          <w:lang w:eastAsia="zh-CN"/>
        </w:rPr>
        <w:br/>
      </w:r>
      <w:r>
        <w:rPr>
          <w:lang w:eastAsia="zh-CN"/>
        </w:rPr>
        <w:t>　　转眼间几年飞过，如今我们已是小学五年级的学生了。小学生教师节演讲稿20__小学生教师节演讲稿20__。这些年来、是老师您手把手地教会了我们写字、演题、绘画、唱歌，自然、科技、打球和做操；几年来，同学们在您为我们开启的知识殿堂里汲取营养、茁壮成长。在阳光下，是您教我们如何搏击风雨、怎样正确面对人生；在风雨中，又是您激励我们勇于战胜挫折、将来报效祖国。求学网</w:t>
      </w:r>
      <w:r>
        <w:rPr>
          <w:lang w:eastAsia="zh-CN"/>
        </w:rPr>
        <w:br/>
      </w:r>
      <w:r>
        <w:rPr>
          <w:lang w:eastAsia="zh-CN"/>
        </w:rPr>
        <w:t>　　日复一日、年复一年，您就像勤劳的园丁一样默默无闻地在我们稚嫩的心田里挥汗如雨、耕耘播种。有劳动、就有收获，我们坚信：不久的将来，在您辛勤劳作的土地上一定会硕果累累、桃李飘香。</w:t>
      </w:r>
      <w:r>
        <w:rPr>
          <w:lang w:eastAsia="zh-CN"/>
        </w:rPr>
        <w:br/>
      </w:r>
      <w:r>
        <w:rPr>
          <w:lang w:eastAsia="zh-CN"/>
        </w:rPr>
        <w:t>　　敬爱的老师啊，在教师节这个神圣特殊的日子里，即使千言万语也难以表达我们对您的感激之情。为了不辜负您对我们的深情寄托，在新学年里，我们将自觉遵守学校和班级的各项规章制度，以百倍的求知热情、空前的刻苦精神完成学业，用我们拳拳的感恩之心、拿出自己优异的各科成绩向老师、向学校、向祖国献上厚礼。敬爱的老师啊，您辛苦了，我们真诚地感谢您！</w:t>
      </w:r>
      <w:r>
        <w:rPr>
          <w:lang w:eastAsia="zh-CN"/>
        </w:rPr>
        <w:br/>
      </w:r>
      <w:r>
        <w:rPr>
          <w:lang w:eastAsia="zh-CN"/>
        </w:rPr>
        <w:t xml:space="preserve">    2024小学生演讲稿600字 篇14 </w:t>
      </w:r>
      <w:r>
        <w:rPr>
          <w:lang w:eastAsia="zh-CN"/>
        </w:rPr>
        <w:br/>
      </w:r>
      <w:r>
        <w:rPr>
          <w:lang w:eastAsia="zh-CN"/>
        </w:rPr>
        <w:t>　　老师们，同学们：早上好！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</w:pPr>
      <w:r>
        <w:rPr>
          <w:lang w:eastAsia="zh-CN"/>
        </w:rPr>
        <w:t>　　今天我的演讲主题是：学会宽容。宽容精神是做人必备的美德，不仅对今天也未来。人际交往离不开你我他以及其中宽容的内涵。同时，在一个促进多元文化发展、鼓励民主对话的新世纪，宽容已从我们身边走向世界。</w:t>
      </w:r>
      <w:r>
        <w:rPr>
          <w:lang w:eastAsia="zh-CN"/>
        </w:rPr>
        <w:br/>
      </w:r>
      <w:r>
        <w:rPr>
          <w:lang w:eastAsia="zh-CN"/>
        </w:rPr>
        <w:t>　　人能具有宽容精神是不容易的，首先要从看得见摸得着琐事做起。</w:t>
      </w:r>
      <w:r>
        <w:rPr>
          <w:lang w:eastAsia="zh-CN"/>
        </w:rPr>
        <w:br/>
      </w:r>
      <w:r>
        <w:rPr>
          <w:lang w:eastAsia="zh-CN"/>
        </w:rPr>
        <w:t>　　当人们遇到矛盾的时候，往往找别人的毛病，推卸自己的责任。老师批评一个学生，这个学生首先想到如何为自己辩护。老师表扬一个学生，其他学生就会说出被表扬者的许多缺点。谁都不从自己这里找责任，谁都不从别人那里找长处。如此这般，何处寻宽容？谅解、宽容、忍耐是一种很伟大的精神。很多人在经历了磨难之后才明白这个道理。</w:t>
      </w:r>
      <w:r>
        <w:rPr>
          <w:lang w:eastAsia="zh-CN"/>
        </w:rPr>
        <w:br/>
      </w:r>
      <w:r>
        <w:rPr>
          <w:lang w:eastAsia="zh-CN"/>
        </w:rPr>
        <w:t>　　苛刻会把简单的事情变的复杂，而宽容则可以把复杂的事情简单化。我们没有意识到，在生活中的很多时候，我们其实是在做得不偿失的事，使本来十分简单的事情变的复杂，然后再用复杂的办法去解决，结果越来越复杂。世界上的事情也是如此，本来可以通过谈判解决的矛盾，非用针尖对麦芒的方法以武力对待，结果问题就越发难以解决。</w:t>
      </w:r>
      <w:r>
        <w:rPr>
          <w:lang w:eastAsia="zh-CN"/>
        </w:rPr>
        <w:br/>
      </w:r>
      <w:r>
        <w:rPr>
          <w:lang w:eastAsia="zh-CN"/>
        </w:rPr>
        <w:t>　　包容一切的宽广胸襟，能溶解所有的残冰败雪，使万物焕发新的生机每个生命都在以不同的方式表达自己。存在的独特性、多样性便构成了大千世界、万般人生。生命相关相连，维系你我他和万物的，便是人类离不开的，对今天也对未来的--宽容精神.</w:t>
      </w:r>
      <w:r>
        <w:rPr>
          <w:lang w:eastAsia="zh-CN"/>
        </w:rPr>
        <w:br/>
      </w:r>
      <w:r>
        <w:rPr>
          <w:rFonts w:hint="eastAsia"/>
          <w:lang w:eastAsia="zh-CN"/>
        </w:rPr>
        <w:br/>
      </w:r>
      <w:r>
        <w:rPr>
          <w:rFonts w:hint="eastAsia"/>
          <w:lang w:eastAsia="zh-CN"/>
        </w:rP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https://d.book118.com/175220122243011102</w:t>
        </w:r>
      </w:hyperlink>
    </w:p>
    <w:p w:rsidR="001B1F19">
      <w:pPr>
        <w:rPr>
          <w:rFonts w:hint="eastAsia"/>
          <w:lang w:eastAsia="zh-CN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9D07D03"/>
    <w:multiLevelType w:val="multilevel"/>
    <w:tmpl w:val="3AE4B26C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20273113">
    <w:abstractNumId w:val="0"/>
  </w:num>
  <w:num w:numId="2" w16cid:durableId="1499691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2222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50009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84274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3348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F19"/>
    <w:rsid w:val="00012D24"/>
    <w:rsid w:val="000B76DB"/>
    <w:rsid w:val="001B1F19"/>
    <w:rsid w:val="002E2E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8D8A34"/>
  <w15:docId w15:val="{83B6B1C2-FF47-43CC-85A6-22B37870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1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">
    <w:name w:val="页眉 字符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a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0">
    <w:name w:val="页脚 字符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1">
    <w:name w:val="标题 1 字符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">
    <w:name w:val="标题 2 字符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">
    <w:name w:val="标题 3 字符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le">
    <w:name w:val="Title"/>
    <w:basedOn w:val="Normal"/>
    <w:next w:val="Normal"/>
    <w:link w:val="a1"/>
    <w:uiPriority w:val="10"/>
    <w:qFormat/>
    <w:rsid w:val="00FC693F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1">
    <w:name w:val="标题 字符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a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2">
    <w:name w:val="副标题 字符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a3"/>
    <w:uiPriority w:val="99"/>
    <w:unhideWhenUsed/>
    <w:rsid w:val="00AA1D8D"/>
    <w:pPr>
      <w:spacing w:after="120"/>
    </w:pPr>
  </w:style>
  <w:style w:type="character" w:customStyle="1" w:styleId="a3">
    <w:name w:val="正文文本 字符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20"/>
    <w:uiPriority w:val="99"/>
    <w:unhideWhenUsed/>
    <w:rsid w:val="00AA1D8D"/>
    <w:pPr>
      <w:spacing w:after="120" w:line="480" w:lineRule="auto"/>
    </w:pPr>
  </w:style>
  <w:style w:type="character" w:customStyle="1" w:styleId="20">
    <w:name w:val="正文文本 2 字符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3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0">
    <w:name w:val="正文文本 3 字符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a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4">
    <w:name w:val="宏文本 字符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a5"/>
    <w:uiPriority w:val="29"/>
    <w:qFormat/>
    <w:rsid w:val="00FC693F"/>
    <w:rPr>
      <w:i/>
      <w:iCs/>
      <w:color w:val="000000" w:themeColor="text1"/>
    </w:rPr>
  </w:style>
  <w:style w:type="character" w:customStyle="1" w:styleId="a5">
    <w:name w:val="引用 字符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4">
    <w:name w:val="标题 4 字符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">
    <w:name w:val="标题 5 字符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">
    <w:name w:val="标题 6 字符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">
    <w:name w:val="标题 7 字符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">
    <w:name w:val="标题 8 字符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9">
    <w:name w:val="标题 9 字符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a6"/>
    <w:uiPriority w:val="30"/>
    <w:qFormat/>
    <w:rsid w:val="00FC693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6">
    <w:name w:val="明显引用 字符"/>
    <w:basedOn w:val="DefaultParagraphFont"/>
    <w:link w:val="IntenseQuote"/>
    <w:uiPriority w:val="30"/>
    <w:rsid w:val="00FC693F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75220122243011102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Leslie Kang</cp:lastModifiedBy>
  <cp:revision>5</cp:revision>
  <dcterms:created xsi:type="dcterms:W3CDTF">2024-01-11T00:28:00Z</dcterms:created>
  <dcterms:modified xsi:type="dcterms:W3CDTF">2024-01-11T07:22:00Z</dcterms:modified>
</cp:coreProperties>
</file>