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2024小学秋季开学典礼教师代表发言稿（34篇）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2024小学秋季开学典礼教师代表发言稿（精选34篇）</w:t>
      </w:r>
      <w:r>
        <w:rPr>
          <w:lang w:eastAsia="zh-CN"/>
        </w:rPr>
        <w:br/>
      </w:r>
      <w:r>
        <w:rPr>
          <w:lang w:eastAsia="zh-CN"/>
        </w:rPr>
        <w:t xml:space="preserve">    2024小学秋季开学典礼教师代表发言稿 篇1 </w:t>
      </w:r>
      <w:r>
        <w:rPr>
          <w:lang w:eastAsia="zh-CN"/>
        </w:rPr>
        <w:br/>
      </w:r>
      <w:r>
        <w:rPr>
          <w:lang w:eastAsia="zh-CN"/>
        </w:rPr>
        <w:t>　　尊敬的各位领导、各位老师，亲爱的同学们：</w:t>
      </w:r>
      <w:r>
        <w:rPr>
          <w:lang w:eastAsia="zh-CN"/>
        </w:rPr>
        <w:br/>
      </w:r>
      <w:r>
        <w:rPr>
          <w:lang w:eastAsia="zh-CN"/>
        </w:rPr>
        <w:t>　　大家好！</w:t>
      </w:r>
      <w:r>
        <w:rPr>
          <w:lang w:eastAsia="zh-CN"/>
        </w:rPr>
        <w:br/>
      </w:r>
      <w:r>
        <w:rPr>
          <w:lang w:eastAsia="zh-CN"/>
        </w:rPr>
        <w:t>　　很荣性冬我今天能够代表全体教师在这里发言。一起庆祝我校今秋的开学。</w:t>
      </w:r>
      <w:r>
        <w:rPr>
          <w:lang w:eastAsia="zh-CN"/>
        </w:rPr>
        <w:br/>
      </w:r>
      <w:r>
        <w:rPr>
          <w:lang w:eastAsia="zh-CN"/>
        </w:rPr>
        <w:t>　　离别了炎夏的不安与躁动，凉爽怡人的秋天向我们展开了笑颜；离别了假期的安静与沉寂，期待的校园又布满了欢声笑语。玄月一日，对于学校，对于教师，是个激动人心的日子。新学期的开始，带着希看，带着憧憬，怀着激动，怀着兴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作为教师，在新学期里，我们依然会本着“对学生负责”的宗旨，以敬业务实的工作精神开拓进取；立足于讲台，向课堂教学要效率、要质量，奏响大面积进步教学质量的凯歌！用新鲜的活水浇灌求知的心灵，用灵动的聪明音符往弹奏学生的“心灵之乐”，用和煦的道德微风往抚慰学生稚嫩的灵魂！力争在新的学期里取得更大的成绩。学生的内心世界就像一张纯洁的白纸，让我们用爱和聪明描绘一幅幅多姿多彩的图画，谱写出一曲曲美妙的乐章；让我们用生命之火点燃孩子们理想的明灯。固然我们的名字不会名垂千古，流芳百世，但我们会骄傲地说：“我们的青春和生命将在一批又一批学生身上得到延续和永生！”“人间春色本无价，笔底耕耘总有情”只要从内心深处布满了对教育事业的无穷忠诚，就能实现我们中国人高素质、高修养的宏学伟习目网标。</w:t>
      </w:r>
      <w:r>
        <w:rPr>
          <w:lang w:eastAsia="zh-CN"/>
        </w:rPr>
        <w:br/>
      </w:r>
      <w:r>
        <w:rPr>
          <w:lang w:eastAsia="zh-CN"/>
        </w:rPr>
        <w:t>　　作为教师，我们早已做好预备，我们愿倾我们所有，全力以赴。由于选择了这个职业，就注定我们的梦想荣誉都与你们连在了一起，你们是幸福的，我们就是欢快的，你们是进步的，我们就是欣慰的，你们是成功的，我们才是优秀的。</w:t>
      </w:r>
      <w:r>
        <w:rPr>
          <w:lang w:eastAsia="zh-CN"/>
        </w:rPr>
        <w:br/>
      </w:r>
      <w:r>
        <w:rPr>
          <w:lang w:eastAsia="zh-CN"/>
        </w:rPr>
        <w:t>　　良好的开端是成功的一半。一个好的开始，就意味着同学们应该树立起一个远大的理想，就像一棵树，正是有了对阳光的渴看，它才可能直插云霄；就像一只鹰，正是有了对蓝天的向往，它才可能翱翔天际。所以，只有有理想的人生才是积极的人生，才能飞得更高，才能飞得更远，才能真正体会到“会当凌尽顶，一览众山斜的境界。</w:t>
      </w:r>
      <w:r>
        <w:rPr>
          <w:lang w:eastAsia="zh-CN"/>
        </w:rPr>
        <w:br/>
      </w:r>
      <w:r>
        <w:rPr>
          <w:lang w:eastAsia="zh-CN"/>
        </w:rPr>
        <w:t>　　人生非坦途。同学们应该有充分的心理预备，学习中一定会有很多困难。所以，拿出你“天生我才必有用”的信心，拿出你“吹尽黄沙始到金”的毅力，拿出你“直挂云帆济沧海”的勇气，往迎接人生风雨的洗礼，究竟只有经历风雨，我们才可能见到美丽的彩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新的学期又开始了，在我们每个人的眼前都摊开了一张新白纸，那么我们将如何在这张白纸上画出人生的又一幅出色的画卷呢？同学们，选择了勤勉和奋斗，也就选择了希看与收获；选择了纪律与约束，也就选择了理智与自由；选择了痛苦与艰难，也就选择了练达与成熟；选择了拼搏与超越，也就选择了成功与辉煌！高中那么就请用我们的勤奋和汗水，用我们的聪明和热情，捉住这宝贵的今天，师生团结一心，努力在今朝，往创造美好的明天吧。</w:t>
      </w:r>
      <w:r>
        <w:rPr>
          <w:lang w:eastAsia="zh-CN"/>
        </w:rPr>
        <w:br/>
      </w:r>
      <w:r>
        <w:rPr>
          <w:lang w:eastAsia="zh-CN"/>
        </w:rPr>
        <w:t>　　最后深深地祝福中心校的全体师生，在新的学期里工作顺利、小学生作文网学习进步，祝福我们的中心校越办越辉煌！</w:t>
      </w:r>
      <w:r>
        <w:rPr>
          <w:lang w:eastAsia="zh-CN"/>
        </w:rPr>
        <w:br/>
      </w:r>
      <w:r>
        <w:rPr>
          <w:lang w:eastAsia="zh-CN"/>
        </w:rPr>
        <w:t>　　谢谢大家！</w:t>
      </w:r>
      <w:r>
        <w:rPr>
          <w:lang w:eastAsia="zh-CN"/>
        </w:rPr>
        <w:br/>
      </w:r>
      <w:r>
        <w:rPr>
          <w:lang w:eastAsia="zh-CN"/>
        </w:rPr>
        <w:t xml:space="preserve">    2024小学秋季开学典礼教师代表发言稿 篇2 </w:t>
      </w:r>
      <w:r>
        <w:rPr>
          <w:lang w:eastAsia="zh-CN"/>
        </w:rPr>
        <w:br/>
      </w:r>
      <w:r>
        <w:rPr>
          <w:lang w:eastAsia="zh-CN"/>
        </w:rPr>
        <w:t>　　同学们，我们刚刚度过了一个安全、充实、愉快而有意义的暑假。暑假里，我们原本漂亮的校园又发生了一些变化。学校一天天在发展，环境一天天在改善。</w:t>
      </w:r>
      <w:r>
        <w:rPr>
          <w:lang w:eastAsia="zh-CN"/>
        </w:rPr>
        <w:br/>
      </w:r>
      <w:r>
        <w:rPr>
          <w:lang w:eastAsia="zh-CN"/>
        </w:rPr>
        <w:t>　　回首刚刚过去的一学期，我校全体师生在上级领导的热切关注下，团结一心，扎实工作，开拓创新，各项工作都取得了长足的进步。校园建设进一步发展，教育教学质量全面提升，常规管理落实到位，课堂改革不断深化。</w:t>
      </w:r>
      <w:r>
        <w:rPr>
          <w:lang w:eastAsia="zh-CN"/>
        </w:rPr>
        <w:br/>
      </w:r>
      <w:r>
        <w:rPr>
          <w:lang w:eastAsia="zh-CN"/>
        </w:rPr>
        <w:t>　　我们取得的每一个进步、每一份成绩都与全校师生的顽强拼搏和辛勤付出是分不开的。今天，新的学年开始了，新的形势、新的机遇和挑战，需要全校师生抖擞精神，以高昂的干劲、踏实的作风和崭新的思路去做好每一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老师们，让我们继续发扬爱生敬业、甘于奉献的优良作风；以高尚的师德实践“为人师表”、“身正为范”的教育诺言，以纯洁的心灵塑造青年学生的灵魂，以健康的人格魅力带动学生的品格养成，从而营造我校和谐健康，洋溢着人文色彩的人际氛围，努力实践教育促进人的发展的崇高目标。</w:t>
      </w:r>
      <w:r>
        <w:rPr>
          <w:lang w:eastAsia="zh-CN"/>
        </w:rPr>
        <w:br/>
      </w:r>
      <w:r>
        <w:rPr>
          <w:lang w:eastAsia="zh-CN"/>
        </w:rPr>
        <w:t>　　同学们，作为国小的莘莘学子，你们首先要珍惜宝贵的学习机会和大好的青春时光，从点滴做起，专心致志、争取以优异成绩回报父母、回报学校。积极主动地学习，发扬顽强拼搏、不怕困难、敢于竞争的精神，勤于思考、善于总结、学会学习、学会创造，为进一步提高学习成绩而努力。还有，你们要继续发扬遵规守纪的良好习惯，严格遵守《小学生日常行为规范》和学校的管理制度，加强责任感，不断规范自身的言行，学会做人，学会合作，及早成为一名具有品格高尚、人格健全、志向远大的优秀学生。</w:t>
      </w:r>
      <w:r>
        <w:rPr>
          <w:lang w:eastAsia="zh-CN"/>
        </w:rPr>
        <w:br/>
      </w:r>
      <w:r>
        <w:rPr>
          <w:lang w:eastAsia="zh-CN"/>
        </w:rPr>
        <w:t>　　老师们、同学们，让我们共同携手，为开创国际实验学校的美好明天而共同努力！</w:t>
      </w:r>
      <w:r>
        <w:rPr>
          <w:lang w:eastAsia="zh-CN"/>
        </w:rPr>
        <w:br/>
      </w:r>
      <w:r>
        <w:rPr>
          <w:lang w:eastAsia="zh-CN"/>
        </w:rPr>
        <w:t>　　祝老师们在新学期里工作顺利、精神愉快！祝同学们学习进步、健康成长！</w:t>
      </w:r>
      <w:r>
        <w:rPr>
          <w:lang w:eastAsia="zh-CN"/>
        </w:rPr>
        <w:br/>
      </w:r>
      <w:r>
        <w:rPr>
          <w:lang w:eastAsia="zh-CN"/>
        </w:rPr>
        <w:t xml:space="preserve">    2024小学秋季开学典礼教师代表发言稿 篇3 </w:t>
      </w:r>
      <w:r>
        <w:rPr>
          <w:lang w:eastAsia="zh-CN"/>
        </w:rPr>
        <w:br/>
      </w:r>
      <w:r>
        <w:rPr>
          <w:lang w:eastAsia="zh-CN"/>
        </w:rPr>
        <w:t>　　尊敬的各位领导、老师，亲爱的同学们：</w:t>
      </w:r>
      <w:r>
        <w:rPr>
          <w:lang w:eastAsia="zh-CN"/>
        </w:rPr>
        <w:br/>
      </w:r>
      <w:r>
        <w:rPr>
          <w:lang w:eastAsia="zh-CN"/>
        </w:rPr>
        <w:t>　　大家下午好！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年好景君须记，最是橙黄橘绿时。秋天，是一个令人向往的收获的季节，更是一个充满希望的金色的季节。今天，在这特殊的时刻，我很荣幸能站在这里，代表新进教师发言。能成为城区二小这个优秀大家庭的一员，我感到非常自豪，感谢学校领导给了我这么好一个实现人生抱负的机会和展示自我风采的舞台。现在，请允许我代表新教师向各位领导、老师和同学们致以新学期最美好的祝愿和最真挚的祝福！</w:t>
      </w:r>
      <w:r>
        <w:rPr>
          <w:lang w:eastAsia="zh-CN"/>
        </w:rPr>
        <w:br/>
      </w:r>
      <w:r>
        <w:rPr>
          <w:lang w:eastAsia="zh-CN"/>
        </w:rPr>
        <w:t>　　新的学期意味着新的希望、新的憧憬和新的征程。新的学期迎接我们的将是新的挑战。但是，我们不怕！因为我们学校有一个开拓进取、求真务实的领导班子，有一个优秀的教师团队！我们一定会本着“对学生负责”的宗旨，以敬业爱岗的工作精神开拓进取；立足讲台，向课堂教学要效率，奏响教学质量的新凯歌！我们一定要用鲜活的知识去满足学生求知的欲望，用灵动的音符去弹奏学生心灵的乐章，用和煦的师德春风去抚慰学生稚嫩的灵魂！“甘将心血化时雨，润出桃花一片红”。</w:t>
      </w:r>
      <w:r>
        <w:rPr>
          <w:lang w:eastAsia="zh-CN"/>
        </w:rPr>
        <w:br/>
      </w:r>
      <w:r>
        <w:rPr>
          <w:lang w:eastAsia="zh-CN"/>
        </w:rPr>
        <w:t>　　亲爱的同学们，俗话说：“良好的开端是成功的一半。”新的学期刚刚拉开新的帷幕，在新的学习征程中，希望同学们带上三样法宝：第一，带上理想和目标；第二，带上自信和坚强；第三，带上勤奋和努力。拿出你“天生我材必有用”的信心，拿出你“吹尽黄沙始见金”的毅力，拿出你“直挂云帆济沧海”的勇气，去迎接人生风雨的洗礼。大浪淘沙，方显英雄本色；暴雨冲过，更见青松巍峨！</w:t>
      </w:r>
      <w:r>
        <w:rPr>
          <w:lang w:eastAsia="zh-CN"/>
        </w:rPr>
        <w:br/>
      </w:r>
      <w:r>
        <w:rPr>
          <w:lang w:eastAsia="zh-CN"/>
        </w:rPr>
        <w:t>　　“谁持彩练当空舞，且看今朝二小人。”让我们鼓起勇气，扬起风帆，怀着梦想，放飞希望，去创造城区二小更加辉煌灿烂的明天！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谢谢大家！</w:t>
      </w:r>
      <w:r>
        <w:rPr>
          <w:lang w:eastAsia="zh-CN"/>
        </w:rPr>
        <w:br/>
      </w:r>
      <w:r>
        <w:rPr>
          <w:lang w:eastAsia="zh-CN"/>
        </w:rPr>
        <w:t xml:space="preserve">    2024小学秋季开学典礼教师代表发言稿 篇4 </w:t>
      </w:r>
      <w:r>
        <w:rPr>
          <w:lang w:eastAsia="zh-CN"/>
        </w:rPr>
        <w:br/>
      </w:r>
      <w:r>
        <w:rPr>
          <w:lang w:eastAsia="zh-CN"/>
        </w:rPr>
        <w:t>　　在这金风送爽丹桂飘香的季节我们迎来了又一个新的学年。此时我能够站在这里代表高三老师发言，感到非常荣幸!今天是开学典礼，但是我们部分高三的学生已经在酷暑炎炎中学习了半个月，早已提前进入了高三生活。我们为的是什么呢? 只为了世界上最有魅力的两个字：梦想!</w:t>
      </w:r>
      <w:r>
        <w:rPr>
          <w:lang w:eastAsia="zh-CN"/>
        </w:rPr>
        <w:br/>
      </w:r>
      <w:r>
        <w:rPr>
          <w:lang w:eastAsia="zh-CN"/>
        </w:rPr>
        <w:t>　　一个人没有梦想就没有了生命力，一个组织没有梦想就没有了凝聚力，一个民族没有了梦想就没有了战斗力。马丁路德金就是用他那篇I have a dream的伟大演讲震撼了美国和全世界，终于为美国黑人喊出了自由和平等;海伦凯勒的一篇Three days to see表达了一个盲人希望用自己的双眼看一看这个美好世界的梦想，使得多少人从此无比珍惜身边的一草一木、一丝白云和一缕阳光。梦想给人带来希望，梦想给人带来勇气，梦想给人带来力量。因为梦想一定和未来相连，有未来在心中的人，不管现实生活多么艰难和痛苦，都会积聚足够的勇气和力量向未来出发。</w:t>
      </w:r>
      <w:r>
        <w:rPr>
          <w:lang w:eastAsia="zh-CN"/>
        </w:rPr>
        <w:br/>
      </w:r>
      <w:r>
        <w:rPr>
          <w:lang w:eastAsia="zh-CN"/>
        </w:rPr>
        <w:t>　　我们的梦想是2019年的高考取得好的成绩，考上理想的大学。在这里我想对同学们说：只要你们真心面对，梦想不会遥远，岁月不会有悔，胜利一定属于你们。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但是，亲爱的同学们，为了心中的梦想，你们准备好了吗?高三更多地意味着吃苦，看不完的书，写不完的卷子，改不完的错题，总结不完的规律，甚至没有节假日和休息日，这些你们都准备好了么?在这期间，也许有的同学会抱怨，会不甘，会无奈。同学们，别害怕，别灰心，有问题找老师，请别忘了，在你们的背后，早已站好了一排整装待发的老师，还有一直支持我们的领导和家长。</w:t>
      </w:r>
      <w:r>
        <w:rPr>
          <w:lang w:eastAsia="zh-CN"/>
        </w:rPr>
        <w:br/>
      </w:r>
      <w:r>
        <w:rPr>
          <w:lang w:eastAsia="zh-CN"/>
        </w:rPr>
        <w:t>　　希望所有高三的同学们能明确自己的目标，立足基础，完善细节，讲求学法，提高效率，你们要相信：山高高不过脚心，山硬硬不过决心。是雄鹰，就要翱翔蓝天;是骏马，就要驰骋草原。</w:t>
      </w:r>
      <w:r>
        <w:rPr>
          <w:lang w:eastAsia="zh-CN"/>
        </w:rPr>
        <w:br/>
      </w:r>
      <w:r>
        <w:rPr>
          <w:lang w:eastAsia="zh-CN"/>
        </w:rPr>
        <w:t>　　二战的严峻时刻丘吉尔说：我没什么可以奉献，有的只是热血、辛劳、眼泪和汗水。摆在我们面前的，是一场极为痛苦的严峻的考验。你们问：我们的目标是什么?我可以用一个词来回答：胜利&amp;&amp;不惜一切代价，去赢得胜利。无论多么可怕，也要赢得胜利，无论道路多么遥远和艰难也要赢得胜利。因为没有胜利，就不能生存。我要说：来吧，让我们同心协力，一道前进。亲爱的同学们即使你处于再卑微的状态，只要你有了梦想并为之付出努力，你就能够过上有尊严的生活。</w:t>
      </w:r>
      <w:r>
        <w:rPr>
          <w:lang w:eastAsia="zh-CN"/>
        </w:rPr>
        <w:br/>
      </w:r>
      <w:r>
        <w:rPr>
          <w:lang w:eastAsia="zh-CN"/>
        </w:rPr>
        <w:t>　　如果你荒废了高一高二，那你就更应该抓住这高三最宝贵的时间;千万不能破罐子破摔。成功与失败往往是取决于能否坚持住，坚持就是胜利。从现在开始，用你们的勤奋和努力为梦想插上腾飞的翅膀吧!相信，不久的将来你就会看到它们最终变成现实。不要放弃希望，也不要错过机会，奇迹就在你的不懈努力中产生。</w:t>
      </w:r>
      <w:r>
        <w:rPr>
          <w:lang w:eastAsia="zh-CN"/>
        </w:rPr>
        <w:br/>
      </w:r>
      <w:r>
        <w:rPr>
          <w:lang w:eastAsia="zh-CN"/>
        </w:rPr>
        <w:t>　　从今天起,发誓做一个上进的人,瞄准目标,誓死达到。</w:t>
      </w:r>
      <w:r>
        <w:rPr>
          <w:lang w:eastAsia="zh-CN"/>
        </w:rPr>
        <w:br/>
      </w:r>
      <w:r>
        <w:rPr>
          <w:lang w:eastAsia="zh-CN"/>
        </w:rPr>
        <w:t>　　从今天起,发誓做一个认真的人,聚精会神,精益求精。</w:t>
      </w:r>
      <w:r>
        <w:rPr>
          <w:lang w:eastAsia="zh-CN"/>
        </w:rPr>
        <w:t xml:space="preserve"> 从今天起,发誓做一个大气的人,激情飞扬,胸怀坦荡。</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从今天起,发誓做一个坚强的人,完善修养,百炼成钢。</w:t>
      </w:r>
      <w:r>
        <w:rPr>
          <w:lang w:eastAsia="zh-CN"/>
        </w:rPr>
        <w:t xml:space="preserve"> 从今天起,发誓做一个执著的人,坚持到底,永不放弃!</w:t>
      </w:r>
      <w:r>
        <w:rPr>
          <w:lang w:eastAsia="zh-CN"/>
        </w:rPr>
        <w:t xml:space="preserve"> 最后愿我们一起</w:t>
      </w:r>
      <w:r>
        <w:rPr>
          <w:lang w:eastAsia="zh-CN"/>
        </w:rPr>
        <w:br/>
      </w:r>
      <w:r>
        <w:rPr>
          <w:lang w:eastAsia="zh-CN"/>
        </w:rPr>
        <w:t>　　登极峰 做强者 挥洒青春热血 藐沧海 磨利剑 再创二高辉煌!</w:t>
      </w:r>
      <w:r>
        <w:rPr>
          <w:lang w:eastAsia="zh-CN"/>
        </w:rPr>
        <w:br/>
      </w:r>
      <w:r>
        <w:rPr>
          <w:lang w:eastAsia="zh-CN"/>
        </w:rPr>
        <w:t xml:space="preserve">    2024小学秋季开学典礼教师代表发言稿 篇5 </w:t>
      </w:r>
      <w:r>
        <w:rPr>
          <w:lang w:eastAsia="zh-CN"/>
        </w:rPr>
        <w:br/>
      </w:r>
      <w:r>
        <w:rPr>
          <w:lang w:eastAsia="zh-CN"/>
        </w:rPr>
        <w:t>　　尊敬的各位、老师，亲爱的同学们：</w:t>
      </w:r>
      <w:r>
        <w:rPr>
          <w:lang w:eastAsia="zh-CN"/>
        </w:rPr>
        <w:br/>
      </w:r>
      <w:r>
        <w:rPr>
          <w:lang w:eastAsia="zh-CN"/>
        </w:rPr>
        <w:t>　　金秋时节，丹桂飘香，经过一个愉快的暑假，今天，我们迎来了新的学年，美丽的校园因为你们的到来而更加充满生机。借此学年开学典礼之际，我代表全校老师，欢迎一年级的新同学加入我们人民路小学这个温暖的大家庭，欢迎其他同学重返校园。</w:t>
      </w:r>
      <w:r>
        <w:rPr>
          <w:lang w:eastAsia="zh-CN"/>
        </w:rPr>
        <w:br/>
      </w:r>
      <w:r>
        <w:rPr>
          <w:lang w:eastAsia="zh-CN"/>
        </w:rPr>
        <w:t>　　新学期,我们每一位教师都会用良好的师德和高尚的情操去感化每一位学生;用广博的知识和精湛的技艺去吸引每一位学生;用饱满的激情和真诚的微笑去感染每一位学生;爱是教育的前提，爱是教师的天职。作为教师，我们会努力做到关心爱护每一位学生，把教师的爱均匀地洒向每位学生的心田!我们会努力做到爱与严的结合——厚爱严管。对学生严格要求,以严导其行，以爱暖其心，积极与学生加强情感交流，时时处处做学生的表率，努力做到教书育人、为人师表，并虚心向其他老师学习，向学生学习，不断改进教学方法，力争在新的学期里取得更大的成绩!我们不会辜负学校的殷切希望，不会辜负家长和同学们的高度信任，我们会团结协作、共同奋斗。为建设一流的校风，一流的学风，一流的班风，作出努力。</w:t>
      </w:r>
      <w:r>
        <w:rPr>
          <w:lang w:eastAsia="zh-CN"/>
        </w:rPr>
        <w:br/>
      </w:r>
      <w:r>
        <w:rPr>
          <w:lang w:eastAsia="zh-CN"/>
        </w:rPr>
        <w:t>　　亲爱的同学们，在这样一个充满朝气的新学期里，希望你们与我们的学校共同成长进步，用我们的实际行动来证明吧!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最后，祝同学们学习进步，心想事成!</w:t>
      </w:r>
      <w:r>
        <w:rPr>
          <w:lang w:eastAsia="zh-CN"/>
        </w:rPr>
        <w:br/>
      </w:r>
      <w:r>
        <w:rPr>
          <w:lang w:eastAsia="zh-CN"/>
        </w:rPr>
        <w:t xml:space="preserve">    2024小学秋季开学典礼教师代表发言稿 篇6 </w:t>
      </w:r>
      <w:r>
        <w:rPr>
          <w:lang w:eastAsia="zh-CN"/>
        </w:rPr>
        <w:br/>
      </w:r>
      <w:r>
        <w:rPr>
          <w:lang w:eastAsia="zh-CN"/>
        </w:rPr>
        <w:t>　　大家好！很荣幸，我今天能够代表全体教师在这里发言。轻风锁不住流云，流云带走了岁月。我们告别了假期的安静与沉寂，在这秋风送爽，硕果飘香时节，美丽的校园又充满了欢声笑语，在欢声笑语中，我们迎来了新学年的开学典礼。在这里我代表全校老师向七年级新同学的到来表示最热烈的欢迎！</w:t>
      </w:r>
      <w:r>
        <w:rPr>
          <w:lang w:eastAsia="zh-CN"/>
        </w:rPr>
        <w:br/>
      </w:r>
      <w:r>
        <w:rPr>
          <w:lang w:eastAsia="zh-CN"/>
        </w:rPr>
        <w:t>　　同学们，你们是幸运的！我们柘中不仅拥有一个理念先进的领导集体，还拥有一个优秀的教师群体。正是他们的殚精竭虑才换来了同学们的进步与成长，为学校创造了一个又一个辉煌。今年的中考，我们又夺得了骄人的成绩，刘冲同学更是以748分的成绩摘得了全县第一的桂冠，这是我们全体柘中人的光荣！</w:t>
      </w:r>
      <w:r>
        <w:rPr>
          <w:lang w:eastAsia="zh-CN"/>
        </w:rPr>
        <w:br/>
      </w:r>
      <w:r>
        <w:rPr>
          <w:lang w:eastAsia="zh-CN"/>
        </w:rPr>
        <w:t>　　作为柘汪中学的教师，我们也是幸运的。我们拥有同样优秀的你们！从今天开始，我们将携手并肩，共绘明天美好蓝图。</w:t>
      </w:r>
      <w:r>
        <w:rPr>
          <w:lang w:eastAsia="zh-CN"/>
        </w:rPr>
        <w:br/>
      </w:r>
      <w:r>
        <w:rPr>
          <w:lang w:eastAsia="zh-CN"/>
        </w:rPr>
        <w:t>　　在新学期，我们依然会本着“一切为了学生”的宗旨，更加珍惜现在的工作环境，兢兢业业，踏实工作，不辜负学校领导的殷切希望，不辜负家长的高度信任，团结协作，共同奋斗。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教学上，我们会更加努力学习，深入研究，改变教育观念，加强课堂教学改革，不断提高教育教学水平。我们始终会紧抓课堂教学这一关键环节，专心写好每一个教案，细心上好每一节课，耐心辅导每一个学生。在实施教学中，以“让爱传递”为仁爱课堂的核心理念，形成精讲多展示的教学方式，力争做到多民主、少强制，多激励、少批评，多引导、少说教，多用情、少用气。作为教师我们依然会努力做到关心爱护每一位学生，把爱均匀地洒向每一位学生的心田！努力做到爱与严的结合，严中有宽，宽中有爱，爱中有教。</w:t>
      </w:r>
      <w:r>
        <w:rPr>
          <w:lang w:eastAsia="zh-CN"/>
        </w:rPr>
        <w:br/>
      </w:r>
      <w:r>
        <w:rPr>
          <w:lang w:eastAsia="zh-CN"/>
        </w:rPr>
        <w:t>　　良好的开端是成功的一半。新的学习征程已开始，希望同学们带上理想和目标，带上自信和坚强，带上勤奋和努力，让我们一起出发，共同奋进。柘中将会见证我们风雨同舟，柘中将会留下我们奋进的足迹。今天，我们都站在了实现梦想的起跑线上，想要向蓝天翱翔，便需张开你的翅膀；想要让智慧闪光，便需把握时机、放射光芒！我相信：成功一定会属于我们，因为我们志存高远，因为我们脚踏实地，因为我们惜时如金，因为我们持之以恒。就让我们期待明天更为丰硕的成果，在更为激烈的竞争中乘风破浪吧！</w:t>
      </w:r>
      <w:r>
        <w:rPr>
          <w:lang w:eastAsia="zh-CN"/>
        </w:rPr>
        <w:br/>
      </w:r>
      <w:r>
        <w:rPr>
          <w:lang w:eastAsia="zh-CN"/>
        </w:rPr>
        <w:t>　　最后，祝愿亲爱的同学们学习进步，健康成长！祝愿我们的领导、老师事业成功，心想事成！祝愿我们的学校和谐、平安、大步向前，今年的中再创辉煌！</w:t>
      </w:r>
      <w:r>
        <w:rPr>
          <w:lang w:eastAsia="zh-CN"/>
        </w:rPr>
        <w:br/>
      </w:r>
      <w:r>
        <w:rPr>
          <w:lang w:eastAsia="zh-CN"/>
        </w:rPr>
        <w:t>　　谢谢大家！</w:t>
      </w:r>
      <w:r>
        <w:rPr>
          <w:lang w:eastAsia="zh-CN"/>
        </w:rPr>
        <w:br/>
      </w:r>
      <w:r>
        <w:rPr>
          <w:lang w:eastAsia="zh-CN"/>
        </w:rPr>
        <w:t xml:space="preserve">    2024小学秋季开学典礼教师代表发言稿 篇7 </w:t>
      </w:r>
      <w:r>
        <w:rPr>
          <w:lang w:eastAsia="zh-CN"/>
        </w:rPr>
        <w:br/>
      </w:r>
      <w:r>
        <w:rPr>
          <w:lang w:eastAsia="zh-CN"/>
        </w:rPr>
        <w:t>　　尊敬的各位领导、老师，亲爱的同学们：</w:t>
      </w:r>
      <w:r>
        <w:rPr>
          <w:lang w:eastAsia="zh-CN"/>
        </w:rPr>
        <w:br/>
      </w:r>
      <w:r>
        <w:rPr>
          <w:lang w:eastAsia="zh-CN"/>
        </w:rPr>
        <w:t>　　大家好！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今天，在这个秋高气爽丹桂飘香的日子里，我作为新教师的代表在这里发言，与大家一起迎接郑州58中新学期的开始，内心倍感荣幸。因为此前，我就听说过58中凭借严谨的教风、踏实的学风、硬朗的校风，曾经在这片热土上书写过一个又一个辉煌，已渐渐成为高新区教育一张响当当的名片。当我一踏入58中的校园，就被她洁净的校园环境、浓郁的育人氛围所吸引；今天，我又为同学们开学第一天饱满的激情和文雅的举止而折服。我为能进入这样一个和谐温馨、昂扬向上的大家庭而由衷地感到高兴。</w:t>
      </w:r>
      <w:r>
        <w:rPr>
          <w:lang w:eastAsia="zh-CN"/>
        </w:rPr>
        <w:br/>
      </w:r>
      <w:r>
        <w:rPr>
          <w:lang w:eastAsia="zh-CN"/>
        </w:rPr>
        <w:t>　　尽管此前，我拥有十五年的教学经历，但在现代教育理念、课堂教学方法等方面，与58中的同仁们还有不少差距；对生活环境暂时还不太熟悉。不过，我相信在各位学校领导关怀与同事们的帮助下，我定会很快适应与胜任目前的工作与岗位。</w:t>
      </w:r>
      <w:r>
        <w:rPr>
          <w:lang w:eastAsia="zh-CN"/>
        </w:rPr>
        <w:br/>
      </w:r>
      <w:r>
        <w:rPr>
          <w:lang w:eastAsia="zh-CN"/>
        </w:rPr>
        <w:t>　　在此，我谨代表新加入58中团队的17名教师，向全校师生庄严承诺：</w:t>
      </w:r>
      <w:r>
        <w:rPr>
          <w:lang w:eastAsia="zh-CN"/>
        </w:rPr>
        <w:br/>
      </w:r>
      <w:r>
        <w:rPr>
          <w:lang w:eastAsia="zh-CN"/>
        </w:rPr>
        <w:t>　　一，做58中学校的好教师。</w:t>
      </w:r>
      <w:r>
        <w:rPr>
          <w:lang w:eastAsia="zh-CN"/>
        </w:rPr>
        <w:br/>
      </w:r>
      <w:r>
        <w:rPr>
          <w:lang w:eastAsia="zh-CN"/>
        </w:rPr>
        <w:t>　　恪守教师职业道德，依法执教，时刻以58中的执教要求规范自己言行，服从学校安排，听从级段管理，高标准高要求地完成学校交付的各项工作。立足于平凡的教学岗位上，保持谦虚谨慎的学习态度，牢记刻苦钻研的治学精神，吃透课标理念，把握教改精髓，灵活运用教材教法，用丰厚的知识底蕴把学生教好，培育好，引导好。</w:t>
      </w:r>
      <w:r>
        <w:rPr>
          <w:lang w:eastAsia="zh-CN"/>
        </w:rPr>
        <w:br/>
      </w:r>
      <w:r>
        <w:rPr>
          <w:lang w:eastAsia="zh-CN"/>
        </w:rPr>
        <w:t>　　二、做58中教师的好伙伴。</w:t>
      </w:r>
      <w:r>
        <w:rPr>
          <w:lang w:eastAsia="zh-CN"/>
        </w:rPr>
        <w:br/>
      </w:r>
      <w:r>
        <w:rPr>
          <w:lang w:eastAsia="zh-CN"/>
        </w:rPr>
        <w:t>　　尊敬每一位同事，虚心听取建议，认真汲取经验，勤学多问，以诚心，细心和耐心的态度，用勤学、勤问、勤看的方法，积极参与学科活动，尽早融入这个温馨的团体。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三、做58中学生的好朋友。</w:t>
      </w:r>
      <w:r>
        <w:rPr>
          <w:lang w:eastAsia="zh-CN"/>
        </w:rPr>
        <w:br/>
      </w:r>
      <w:r>
        <w:rPr>
          <w:lang w:eastAsia="zh-CN"/>
        </w:rPr>
        <w:t>　　关爱每一个学生，尊重他们人格，倾听他们心声，懂得他们泪水，宽容他们弱点，静待他们成长，用新鲜的知识活水浇灌他们求知的心田，用灵动的智慧音符去弹奏他们的心灵乐章，用自己旺盛的生命之火去点燃他们理想的明灯，用心做好他们人生旅途的引路人。</w:t>
      </w:r>
      <w:r>
        <w:rPr>
          <w:lang w:eastAsia="zh-CN"/>
        </w:rPr>
        <w:br/>
      </w:r>
      <w:r>
        <w:rPr>
          <w:lang w:eastAsia="zh-CN"/>
        </w:rPr>
        <w:t>　　作为新加入的教师，我们早已经做好融入、奉献的准备，情愿倾尽所能，全力以赴，为与58中师生一道成长而不懈努力。我们为自己这一无悔的选择而自豪。尽管在接下来前行的日子里，也许充满痛苦与艰辛，但我们坚信最终会收获成功与辉煌！请相信，在接下来的日子里，我们定会用勤奋和汗水、智慧和热情，为58中更加美好的明天而辛勤耕耘！</w:t>
      </w:r>
      <w:r>
        <w:rPr>
          <w:lang w:eastAsia="zh-CN"/>
        </w:rPr>
        <w:br/>
      </w:r>
      <w:r>
        <w:rPr>
          <w:lang w:eastAsia="zh-CN"/>
        </w:rPr>
        <w:t>　　最后深深地祝福58中的全体教师，在新的学期里工作顺利、身体健康；祝愿58中的全体学生，学习进步，再登高峰；也顺便祝愿咱们58中更辉煌！谢谢大家！</w:t>
      </w:r>
      <w:r>
        <w:rPr>
          <w:lang w:eastAsia="zh-CN"/>
        </w:rPr>
        <w:br/>
      </w:r>
      <w:r>
        <w:rPr>
          <w:lang w:eastAsia="zh-CN"/>
        </w:rPr>
        <w:t xml:space="preserve">    2024小学秋季开学典礼教师代表发言稿 篇8 </w:t>
      </w:r>
      <w:r>
        <w:rPr>
          <w:lang w:eastAsia="zh-CN"/>
        </w:rPr>
        <w:br/>
      </w:r>
      <w:r>
        <w:rPr>
          <w:lang w:eastAsia="zh-CN"/>
        </w:rPr>
        <w:t>　　尊敬的各位、老师，亲爱的同学们：</w:t>
      </w:r>
      <w:r>
        <w:rPr>
          <w:lang w:eastAsia="zh-CN"/>
        </w:rPr>
        <w:br/>
      </w:r>
      <w:r>
        <w:rPr>
          <w:lang w:eastAsia="zh-CN"/>
        </w:rPr>
        <w:t>　　大家下午好!</w:t>
      </w:r>
      <w:r>
        <w:rPr>
          <w:lang w:eastAsia="zh-CN"/>
        </w:rPr>
        <w:br/>
      </w:r>
      <w:r>
        <w:rPr>
          <w:lang w:eastAsia="zh-CN"/>
        </w:rPr>
        <w:t>　　在这万物复苏、播种希望的季节里，我们又一次相聚在美丽的学校。作为教师代表，我感到非常荣幸。在这里，我首先祝老师们在新学期里身体健康，工作顺利，万事如意!祝同学们学步，全面发展，茁壮成长!</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俗话说：一年之计在于春。新学期的开始，意味着新的希望、新的憧憬和新的征程。</w:t>
      </w:r>
      <w:r>
        <w:rPr>
          <w:lang w:eastAsia="zh-CN"/>
        </w:rPr>
        <w:t xml:space="preserve"> 作为教师，在新学期里，我们依然会本着对学生负责的宗旨，以敬业务实的工作开拓进取;立足于讲台，向课堂教学要效率、要质量，奏响大面积提高教学质量的凯歌!用新鲜的活水浇灌求知的心灵，用灵动的智慧音符，去弹奏学生的心灵的乐章!用和煦的师德春风去抚慰学生稚嫩的灵魂!</w:t>
      </w:r>
      <w:r>
        <w:rPr>
          <w:lang w:eastAsia="zh-CN"/>
        </w:rPr>
        <w:br/>
      </w:r>
      <w:r>
        <w:rPr>
          <w:lang w:eastAsia="zh-CN"/>
        </w:rPr>
        <w:t>　　甘将心血化时雨，润出桃花一片红。我们愿倾我们所有，全力以赴，爱岗敬业，教书育人!因为我们选择了教师这个职业，就注定我们的梦想、荣誉都与同学们连在了一起。你们是幸福的，我们才是快乐的;你们是进步的，我们才是欣慰的;你们是优秀的，我们才是成功的! 良好的开端等于成功的一半。新的学习征程开始了，希望同学们树立远大的理想，带上自己的梦想和目标，积极投入新学期的学习和工作。</w:t>
      </w:r>
      <w:r>
        <w:rPr>
          <w:lang w:eastAsia="zh-CN"/>
        </w:rPr>
        <w:br/>
      </w:r>
      <w:r>
        <w:rPr>
          <w:lang w:eastAsia="zh-CN"/>
        </w:rPr>
        <w:t>　　在学习和生活实践中，文明上进做学生，认真自觉做事情，学会做人、学会求知，学会生存、学会协作、学会健体!努力做到自尊自爱、自律自强，注意安全，自理自护!养成良好的学习习惯、卫生习惯和生活习惯，让自己成为家庭的好孩子、学校的好学生、社会的好少年!一步一个脚印，不断努力走向成功、走向辉煌! 最后，衷心祝福各位老师和同学，在新的学期里工作顺利、学步，生活快乐!</w:t>
      </w:r>
      <w:r>
        <w:rPr>
          <w:lang w:eastAsia="zh-CN"/>
        </w:rPr>
        <w:br/>
      </w:r>
      <w:r>
        <w:rPr>
          <w:lang w:eastAsia="zh-CN"/>
        </w:rPr>
        <w:t>　　祝福我们的学校明天会更好! 谢谢大家!</w:t>
      </w:r>
      <w:r>
        <w:rPr>
          <w:lang w:eastAsia="zh-CN"/>
        </w:rPr>
        <w:br/>
      </w:r>
      <w:r>
        <w:rPr>
          <w:lang w:eastAsia="zh-CN"/>
        </w:rPr>
        <w:t xml:space="preserve">    2024小学秋季开学典礼教师代表发言稿 篇9 </w:t>
      </w:r>
      <w:r>
        <w:rPr>
          <w:lang w:eastAsia="zh-CN"/>
        </w:rPr>
        <w:br/>
      </w:r>
      <w:r>
        <w:rPr>
          <w:lang w:eastAsia="zh-CN"/>
        </w:rPr>
        <w:t>　　尊敬的各位、各位老师，亲爱的同学们：</w:t>
      </w:r>
      <w:r>
        <w:rPr>
          <w:lang w:eastAsia="zh-CN"/>
        </w:rPr>
        <w:br/>
      </w:r>
      <w:r>
        <w:rPr>
          <w:lang w:eastAsia="zh-CN"/>
        </w:rPr>
        <w:t>　　大家好！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我很荣幸，在这个春风起，温暖飘香的时节成为了一员。</w:t>
      </w:r>
      <w:r>
        <w:rPr>
          <w:lang w:eastAsia="zh-CN"/>
        </w:rPr>
        <w:br/>
      </w:r>
      <w:r>
        <w:rPr>
          <w:lang w:eastAsia="zh-CN"/>
        </w:rPr>
        <w:t>　　迈进校园，同事们一张张温和真诚的笑脸，孩子们一张张可爱稚嫩的脸让我如沐春风；校园里，一棵棵葱绿挺拔的树木，一处处别具匠心的设计让我爽心悦目。从踏入校门的那一刻起，我就深深地喜欢上了奥林，喜欢这里的一草一木，一景一物，一颦一笑！我也为自己成为奥林的一员感到骄傲和自豪，同时，油然而生一种责任感和使命感。</w:t>
      </w:r>
      <w:r>
        <w:rPr>
          <w:lang w:eastAsia="zh-CN"/>
        </w:rPr>
        <w:br/>
      </w:r>
      <w:r>
        <w:rPr>
          <w:lang w:eastAsia="zh-CN"/>
        </w:rPr>
        <w:t>　　在我们的校园里赫然写着我们的办学目标：家园、学园和乐园！孩子们，在这里我代表我们奥林教职员工向你们郑重承诺，我们将竭尽所能将学校打造成你们舒适生活的家园，健康成长的乐园和快乐生活的学园。</w:t>
      </w:r>
      <w:r>
        <w:rPr>
          <w:lang w:eastAsia="zh-CN"/>
        </w:rPr>
        <w:br/>
      </w:r>
      <w:r>
        <w:rPr>
          <w:lang w:eastAsia="zh-CN"/>
        </w:rPr>
        <w:t>　　虽然你们在学校，但是我们要让你们没有远离家庭的失落，没有离别父母的孤独，更没有离别家乡的不适。在这里，这里有热情，有关爱，有温馨，这里会让你们觉得和家里一样安全舒适。亲爱的孩子们，我也希望你们在接受爱的同时，还要学会传递爱，爱的传递者。</w:t>
      </w:r>
      <w:r>
        <w:rPr>
          <w:lang w:eastAsia="zh-CN"/>
        </w:rPr>
        <w:br/>
      </w:r>
      <w:r>
        <w:rPr>
          <w:lang w:eastAsia="zh-CN"/>
        </w:rPr>
        <w:t>　　我们不但会在生活上无微不至地关怀你们，我们还会关注你们的其他方面，让你们能深刻感悟生命的意义，充分感受成长的快乐，奥林就是你们健康成长的乐园。</w:t>
      </w:r>
      <w:r>
        <w:rPr>
          <w:lang w:eastAsia="zh-CN"/>
        </w:rPr>
        <w:br/>
      </w:r>
      <w:r>
        <w:rPr>
          <w:lang w:eastAsia="zh-CN"/>
        </w:rPr>
        <w:t>　　作为教师，我将和我的同事们努力提高自己的业务素质，提升自己的课堂教学水平，让你们能感受学习的乐趣，爱上学习，我也衷心地希望你们能严格要求自己，认真学习，努力进取！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最后，我将最诚挚的祝福送给所有的孩子们，希望你们学习进步，健康成长，将最美好的祝福送给我们的教职员工，祝你们工作顺利，身体健康；将最美丽的祝福送给我们的奥林学校，希望我们奥林的明天更辉煌更灿烂！</w:t>
      </w:r>
      <w:r>
        <w:rPr>
          <w:lang w:eastAsia="zh-CN"/>
        </w:rPr>
        <w:br/>
      </w:r>
      <w:r>
        <w:rPr>
          <w:lang w:eastAsia="zh-CN"/>
        </w:rPr>
        <w:t>　　谢谢大家！</w:t>
      </w:r>
      <w:r>
        <w:rPr>
          <w:lang w:eastAsia="zh-CN"/>
        </w:rPr>
        <w:br/>
      </w:r>
      <w:r>
        <w:rPr>
          <w:lang w:eastAsia="zh-CN"/>
        </w:rPr>
        <w:t xml:space="preserve">    2024小学秋季开学典礼教师代表发言稿 篇10 </w:t>
      </w:r>
      <w:r>
        <w:rPr>
          <w:lang w:eastAsia="zh-CN"/>
        </w:rPr>
        <w:br/>
      </w:r>
      <w:r>
        <w:rPr>
          <w:lang w:eastAsia="zh-CN"/>
        </w:rPr>
        <w:t>　　尊敬的各位领导、老师、亲爱的同学们：</w:t>
      </w:r>
      <w:r>
        <w:rPr>
          <w:lang w:eastAsia="zh-CN"/>
        </w:rPr>
        <w:br/>
      </w:r>
      <w:r>
        <w:rPr>
          <w:lang w:eastAsia="zh-CN"/>
        </w:rPr>
        <w:t>　　大家上午好！</w:t>
      </w:r>
      <w:r>
        <w:rPr>
          <w:lang w:eastAsia="zh-CN"/>
        </w:rPr>
        <w:br/>
      </w:r>
      <w:r>
        <w:rPr>
          <w:lang w:eastAsia="zh-CN"/>
        </w:rPr>
        <w:t>　　天高云淡金秋爽，春种秋收硕果香！在忙碌的脚步声中，我们又迎来了第__个教师节，在这美好的日子里，新的学期又开始了。我很荣幸，今天能够代表全体教师在开学典礼上发言。首先，祝各位领导、老师在新学期里身体健康，工作顺利！祝同学们在新学年里学业进步，健康快乐的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秋天是一个收获的季节，每一个新的年级都是从秋天开始我们新的征程。可爱的一年级新生们，军训的洗礼在思想和行为习惯方面树立了良好的向导，马上进入的是紧张的学习生活和丰富的文体活动，你们期待吗？亲爱的老生们，祝贺你们新学期又升高了一级，你们成为了学校的中流砥柱，但这也意味着你们肩上的责任和担子更沉重了一些，新的课程，新的知识，新的挑战，你们准备好了吗？作为教师，我们已经准备好了；学校也已经准备好了，我们愿倾其所有，一切为了学生，为了学生的一切！同学们，你们的快乐是我们最大的幸福；你们的进步是我们最大的欣慰；你们的成功是我们最大的期盼！良好的开端是成功的一半。新的学年，我们再一次站在了同一起跑线上，我们希望同学们在一段新征程上，确立奋斗目标、端正学习态度、遵规守纪、刻苦学习，用拼搏书写一支奋斗的战歌，用热情谱写一曲昂扬的旋律。作为老师，我们会关注你们的成长，指导你们的学习，我们会为你们的努力加油鼓气，会为你们的进步欢呼欣喜！也许有时我们显得很严厉，这个“不许”、那个“必须”，那是因为我们深知：在你们通往成功的道路上布满了太多荆棘，我们要对你们严格要求，培养你们战胜困难的勇气和能力。学高为师，身正为范。请领导放心，请家长宽心，请学生安心，我们将继续本着以生为本的原则，对学生负责，开拓进取、积极实践、勤奋工作，向课堂要质量，向辅导要效率；关注每一个环节，关心每一个学生；团结协作、共同奋斗，在新的学年、新的起点、新的层次，以新的姿态、新的干劲、展示新的风采！</w:t>
      </w:r>
      <w:r>
        <w:rPr>
          <w:lang w:eastAsia="zh-CN"/>
        </w:rPr>
        <w:br/>
      </w:r>
      <w:r>
        <w:rPr>
          <w:lang w:eastAsia="zh-CN"/>
        </w:rPr>
        <w:t>　　作为一名教师代表，今天借此机会，送三句话与同学们共勉：</w:t>
      </w:r>
      <w:r>
        <w:rPr>
          <w:lang w:eastAsia="zh-CN"/>
        </w:rPr>
        <w:br/>
      </w:r>
      <w:r>
        <w:rPr>
          <w:lang w:eastAsia="zh-CN"/>
        </w:rPr>
        <w:t>　　第一，做一个自信的人，因为我们有严谨科学的学校管理层，有优秀的教师团队，更有朝气蓬勃、青春向上的你们！</w:t>
      </w:r>
      <w:r>
        <w:rPr>
          <w:lang w:eastAsia="zh-CN"/>
        </w:rPr>
        <w:br/>
      </w:r>
      <w:r>
        <w:rPr>
          <w:lang w:eastAsia="zh-CN"/>
        </w:rPr>
        <w:t>　　第二，做一个拼搏的人。有一首歌曲唱得好：“爱拼才会赢”。因为成功只属于那些勇于拼搏、持之以恒的人！</w:t>
      </w:r>
      <w:r>
        <w:rPr>
          <w:lang w:eastAsia="zh-CN"/>
        </w:rPr>
        <w:br/>
      </w:r>
      <w:r>
        <w:rPr>
          <w:lang w:eastAsia="zh-CN"/>
        </w:rPr>
        <w:t>　　第三，做一个高尚的人。让生物机电师生都成为一面旗帜，不管走到哪里，都会让人觉得自信又有品味！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努力吧！亲爱的同学们，为自己的青春留下一段无悔的记忆，为我们生物机电学校的史册增加浓墨重彩的一笔！让我们携手努力，创造出更加优异的成绩！</w:t>
      </w:r>
      <w:r>
        <w:rPr>
          <w:lang w:eastAsia="zh-CN"/>
        </w:rPr>
        <w:br/>
      </w:r>
      <w:r>
        <w:rPr>
          <w:lang w:eastAsia="zh-CN"/>
        </w:rPr>
        <w:t>　　最后，再次衷心地祝福各位老师节日快乐，祝福各位同学学有所成，也祝愿我们生物机电学校的明天更加精彩、辉煌！</w:t>
      </w:r>
      <w:r>
        <w:rPr>
          <w:lang w:eastAsia="zh-CN"/>
        </w:rPr>
        <w:br/>
      </w:r>
      <w:r>
        <w:rPr>
          <w:lang w:eastAsia="zh-CN"/>
        </w:rPr>
        <w:t>　　谢谢大家！</w:t>
      </w:r>
      <w:r>
        <w:rPr>
          <w:lang w:eastAsia="zh-CN"/>
        </w:rPr>
        <w:br/>
      </w:r>
      <w:r>
        <w:rPr>
          <w:lang w:eastAsia="zh-CN"/>
        </w:rPr>
        <w:t xml:space="preserve">    2024小学秋季开学典礼教师代表发言稿 篇11 </w:t>
      </w:r>
      <w:r>
        <w:rPr>
          <w:lang w:eastAsia="zh-CN"/>
        </w:rPr>
        <w:br/>
      </w:r>
      <w:r>
        <w:rPr>
          <w:lang w:eastAsia="zh-CN"/>
        </w:rPr>
        <w:t>　　尊敬的各位、老师、家长们，亲爱的同学们：</w:t>
      </w:r>
      <w:r>
        <w:rPr>
          <w:lang w:eastAsia="zh-CN"/>
        </w:rPr>
        <w:br/>
      </w:r>
      <w:r>
        <w:rPr>
          <w:lang w:eastAsia="zh-CN"/>
        </w:rPr>
        <w:t>　　大家好!</w:t>
      </w:r>
      <w:r>
        <w:rPr>
          <w:lang w:eastAsia="zh-CN"/>
        </w:rPr>
        <w:br/>
      </w:r>
      <w:r>
        <w:rPr>
          <w:lang w:eastAsia="zh-CN"/>
        </w:rPr>
        <w:t>　　告别了炎夏的不安和躁动，凉爽怡人的秋天向我们展开了笑颜;告别了暑假的安静和沉寂，美丽的校园又充满了欢声笑语。在这个庆模表先大会上我能作为教师代表发言，心情非常激动。</w:t>
      </w:r>
      <w:r>
        <w:rPr>
          <w:lang w:eastAsia="zh-CN"/>
        </w:rPr>
        <w:br/>
      </w:r>
      <w:r>
        <w:rPr>
          <w:lang w:eastAsia="zh-CN"/>
        </w:rPr>
        <w:t>　　时光匆匆，转眼间我已踏上讲台十余个年头了。回顾过去，我为自己能在__小学工作而感到自豪。因为这里有们无微不至的关心和爱护，有同事们无私热忱的帮助和照顾，有全校广大学子真诚的爱戴和信任，有各位家长殷切的期望和理解。我们没有理由不勤奋、不踏实地工作;没有理由不乐于学习、勤于钻研;没有理由不用忠诚和热情谱写__小学未来的诗。我们在心中刻着誓言：我爱__小学，我们愿扎根__小学，我们一定会用自己的汗水和爱心去浇灌__小学的一草一木，用辛苦和智慧去培育__小学的一批又一批学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__小学是我们共同的家，在这个家中，我们每位教师都有责任来共同管理好这个特殊的大家庭。有这么一句名言说过“爱是教育的前提，爱是教师的天职”。所以作为__小学的每位教师都会努力做到关心爱护每一位学生，在今后的工作中，我们会一如既往地把人民教师对学生的爱均匀地洒向每位学生的心田，努力做到爱与严的结合，对学生严格要求，以严导其行，以爱暖其心，不断改进教学方法，力争在新的学期里有更大的成绩，为建设一流的校风，一流的学风，一流的班风，而不断努力!</w:t>
      </w:r>
      <w:r>
        <w:rPr>
          <w:lang w:eastAsia="zh-CN"/>
        </w:rPr>
        <w:br/>
      </w:r>
      <w:r>
        <w:rPr>
          <w:lang w:eastAsia="zh-CN"/>
        </w:rPr>
        <w:t>　　誓言无声，行动能语。同学们，新的学期，我们愿倾尽我们所有，全力以赴。你们是幸福的，我们就是快乐的;你们是进步的，我们就是欣慰的;你们是成功的，我们才是优秀的!</w:t>
      </w:r>
      <w:r>
        <w:rPr>
          <w:lang w:eastAsia="zh-CN"/>
        </w:rPr>
        <w:br/>
      </w:r>
      <w:r>
        <w:rPr>
          <w:lang w:eastAsia="zh-CN"/>
        </w:rPr>
        <w:t>　　“雄关漫道真如铁，而今迈步从头越”。亲爱的同学们，在这样一个充满朝气的新学期里，希望你们与我们的学校共同成长进步，用我们的实际行动来证明吧!</w:t>
      </w:r>
      <w:r>
        <w:rPr>
          <w:lang w:eastAsia="zh-CN"/>
        </w:rPr>
        <w:br/>
      </w:r>
      <w:r>
        <w:rPr>
          <w:lang w:eastAsia="zh-CN"/>
        </w:rPr>
        <w:t>　　最后祝各位老师工作顺利!祝各位家长身体健康!祝同学们学习进步，心想事成!祝愿我们的__小学明天更加灿烂辉煌!</w:t>
      </w:r>
      <w:r>
        <w:rPr>
          <w:lang w:eastAsia="zh-CN"/>
        </w:rPr>
        <w:br/>
      </w:r>
      <w:r>
        <w:rPr>
          <w:lang w:eastAsia="zh-CN"/>
        </w:rPr>
        <w:t>　　谢谢大家!</w:t>
      </w:r>
      <w:r>
        <w:rPr>
          <w:lang w:eastAsia="zh-CN"/>
        </w:rPr>
        <w:br/>
      </w:r>
      <w:r>
        <w:rPr>
          <w:lang w:eastAsia="zh-CN"/>
        </w:rPr>
        <w:t xml:space="preserve">    2024小学秋季开学典礼教师代表发言稿 篇12 </w:t>
      </w:r>
      <w:r>
        <w:rPr>
          <w:lang w:eastAsia="zh-CN"/>
        </w:rPr>
        <w:br/>
      </w:r>
      <w:r>
        <w:rPr>
          <w:lang w:eastAsia="zh-CN"/>
        </w:rPr>
        <w:t>　　尊敬的各位领导、老师们，亲爱的同学们：</w:t>
      </w:r>
      <w:r>
        <w:rPr>
          <w:lang w:eastAsia="zh-CN"/>
        </w:rPr>
        <w:br/>
      </w:r>
      <w:r>
        <w:rPr>
          <w:lang w:eastAsia="zh-CN"/>
        </w:rPr>
        <w:t>　　大家好！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当九月，天空透出第一缕晨曦，九月，朝阳划破第一缕沉寂，我们踏进了全新的校园，全新的楼房，全新的亭台，全新的器材，仿佛连空气也是全新的，此时此刻，我真想大声告诉你我心中的激动和感动，为这全新的校园。但，更让我们欢呼和雀跃的，更让我们想要高声传递的，是我们联中过去一年的累累硕果，九年级中考，我们成绩可喜，七年级八年级统考，我们全区领先，作为联中人，我们能不骄傲吗？我们能不自豪吗？我们有理由不欢呼吗？那么，让我们把这一切的喜悦，一切的自豪，一切的欢呼化做最最热烈的掌声。</w:t>
      </w:r>
      <w:r>
        <w:rPr>
          <w:lang w:eastAsia="zh-CN"/>
        </w:rPr>
        <w:br/>
      </w:r>
      <w:r>
        <w:rPr>
          <w:lang w:eastAsia="zh-CN"/>
        </w:rPr>
        <w:t>　　每一个联中人，都心存感激，感谢我们深爱的校园，在您怀抱里我们幸福成长；感谢我的同事们，是你们对事业的无比热爱，才书写了联中一次又一次的辉煌；感谢联中每一位学子，是你们的拼搏和努力，才让联中有了不断前进的动力！</w:t>
      </w:r>
      <w:r>
        <w:rPr>
          <w:lang w:eastAsia="zh-CN"/>
        </w:rPr>
        <w:br/>
      </w:r>
      <w:r>
        <w:rPr>
          <w:lang w:eastAsia="zh-CN"/>
        </w:rPr>
        <w:t>　　我不想说成绩只属于过去，我不想说我们的脚步才刚刚启程，我们肩上的责任重大。我只想说，做好自己该做的，永远有一份责任感，作为联中的老师，在工作中我们永远会牢记并践行这样两个词。</w:t>
      </w:r>
      <w:r>
        <w:rPr>
          <w:lang w:eastAsia="zh-CN"/>
        </w:rPr>
        <w:br/>
      </w:r>
      <w:r>
        <w:rPr>
          <w:lang w:eastAsia="zh-CN"/>
        </w:rPr>
        <w:t>　　第一：爱。爱是教育的前提，爱是我们的天职。我们会努力做到关爱每一位学生，把爱的甘露播洒向他们的心田。有爱，我们的工作，我们的生活才会幸福精彩！</w:t>
      </w:r>
      <w:r>
        <w:rPr>
          <w:lang w:eastAsia="zh-CN"/>
        </w:rPr>
        <w:br/>
      </w:r>
      <w:r>
        <w:rPr>
          <w:lang w:eastAsia="zh-CN"/>
        </w:rPr>
        <w:t>　　第二：责任。我们联中始终走在教育的前端，以课改为重要理念，课改的成效显而易见，我们的成绩就足以说明这一点，联中教育者努力践行课改，“让学生成为课堂的主人”，这是我们的特色，更是我们的责任。</w:t>
      </w:r>
      <w:r>
        <w:rPr>
          <w:lang w:eastAsia="zh-CN"/>
        </w:rPr>
        <w:br/>
      </w:r>
      <w:r>
        <w:rPr>
          <w:lang w:eastAsia="zh-CN"/>
        </w:rPr>
        <w:t>　　为了你们，我们会把爱和责任放在肩上，那么，七年级的同学们，来吧！让我们牵你的手，联中从此就是你的家。九层之台，起于垒土；千里之行，始于足下。今天，你们从联中这里起步；明天，你们一定能走上幸福的大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八年级的同学们，放开你的脚步，追吧！经过一年的历练，联中见证了你们的成长，你们不再懵懂，你们明白肩负着承上启下的重任，希望你们再接再厉，努力拼搏，为明天的飞翔练就坚实的翅膀。</w:t>
      </w:r>
      <w:r>
        <w:rPr>
          <w:lang w:eastAsia="zh-CN"/>
        </w:rPr>
        <w:br/>
      </w:r>
      <w:r>
        <w:rPr>
          <w:lang w:eastAsia="zh-CN"/>
        </w:rPr>
        <w:t>　　三年级的同学们，甩开你的臂膀，冲吧！在中考冲刺的路上，你们会坚持，会笑傲，联中人就应该有这样的豪迈。只要你一如既往地奋发向上，你就永远是骄傲的联中人。</w:t>
      </w:r>
      <w:r>
        <w:rPr>
          <w:lang w:eastAsia="zh-CN"/>
        </w:rPr>
        <w:br/>
      </w:r>
      <w:r>
        <w:rPr>
          <w:lang w:eastAsia="zh-CN"/>
        </w:rPr>
        <w:t>　　我们所拥有的是青春，我们所拥有的是智慧，梦想，从不曾失去，我的老师们，我的同学们，伸出你的手，我的手，献出你的心，我的心，让我们共同托起联中更加光辉灿烂的明天！</w:t>
      </w:r>
      <w:r>
        <w:rPr>
          <w:lang w:eastAsia="zh-CN"/>
        </w:rPr>
        <w:br/>
      </w:r>
      <w:r>
        <w:rPr>
          <w:lang w:eastAsia="zh-CN"/>
        </w:rPr>
        <w:t xml:space="preserve">    2024小学秋季开学典礼教师代表发言稿 篇13 </w:t>
      </w:r>
      <w:r>
        <w:rPr>
          <w:lang w:eastAsia="zh-CN"/>
        </w:rPr>
        <w:br/>
      </w:r>
      <w:r>
        <w:rPr>
          <w:lang w:eastAsia="zh-CN"/>
        </w:rPr>
        <w:t>　　尊敬的领导、老师，亲爱的同学们：</w:t>
      </w:r>
      <w:r>
        <w:rPr>
          <w:lang w:eastAsia="zh-CN"/>
        </w:rPr>
        <w:br/>
      </w:r>
      <w:r>
        <w:rPr>
          <w:lang w:eastAsia="zh-CN"/>
        </w:rPr>
        <w:t>　　大家好！</w:t>
      </w:r>
      <w:r>
        <w:rPr>
          <w:lang w:eastAsia="zh-CN"/>
        </w:rPr>
        <w:br/>
      </w:r>
      <w:r>
        <w:rPr>
          <w:lang w:eastAsia="zh-CN"/>
        </w:rPr>
        <w:t>　　秋天，是一个令人向往的、收获的季节，更是一个充满希望的、金色的季节，今天我们隆重举行新学年开学庆典，很荣幸，我能够代表全体教师在这里发言。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花开花落，云卷云舒，开学已经两周了。作为老师，此时此刻，我的心中感想颇多。借此机会，我代表全体老师对同学们提出几点希望：高三的同学们，你们距离高考仅有九个月了，你们是新的希望，社会、学校、家长对你们寄以很高的期望，希望你们不负众望，从我做起，从现在做起，争分夺秒，刻苦学习，运用恰当的学习方法，认真地把握好每一天，从各个方面为学弟学妹们作出表率，为母校争光添彩，用追求、成功和辉煌感动所有关心你们的人！高二的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w:t>
      </w:r>
      <w:r>
        <w:rPr>
          <w:lang w:eastAsia="zh-CN"/>
        </w:rPr>
        <w:br/>
      </w:r>
      <w:r>
        <w:rPr>
          <w:lang w:eastAsia="zh-CN"/>
        </w:rPr>
        <w:t>　　作为老师，我们早已做好准备，我们愿倾我们所有，全力以赴。作为老师，我们深知肩上所负的重任。我们将不断加强自身修养，用教师的人格魅力影响你们，为你们的全面发展奠定基础；我们将继续努力钻研，不断形成自己的教学风格，以高超的教学艺术赢得你们的信赖；我们将本着不抛弃、不放弃的原则，引导不同层次的学生确定适合自己的目标，使每一位学生坚定信念，用拼搏和汗水努力开创属于自己的一片新天地。我将和全体老师们以最饱满的热情，最先进的教学理念，最优秀的教学质量，为你们保驾护航、摇旗呐喊，和你们风雨同舟，手牵手、肩并肩共绘美好蓝天！</w:t>
      </w:r>
      <w:r>
        <w:rPr>
          <w:lang w:eastAsia="zh-CN"/>
        </w:rPr>
        <w:br/>
      </w:r>
      <w:r>
        <w:rPr>
          <w:lang w:eastAsia="zh-CN"/>
        </w:rPr>
        <w:t>　　剑已佩妥，学校也是江湖；酒尚余温，人生没有退路。同学们！校园并非一方没有竞争的乐土，唯有敢于亮剑的人才有资格当自己的英雄。奋斗也并非一蹴而就的易事，唯有终生学习不断超越的人才有资格说不负人生。</w:t>
      </w:r>
      <w:r>
        <w:rPr>
          <w:lang w:eastAsia="zh-CN"/>
        </w:rPr>
        <w:br/>
      </w:r>
      <w:r>
        <w:rPr>
          <w:lang w:eastAsia="zh-CN"/>
        </w:rPr>
        <w:t>　　最后祝大家在新学期里学习进步！快乐成长！祝愿全体教师身体健康，心想事成！祝愿明天更加辉煌！谢谢大家！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xml:space="preserve">    2024小学秋季开学典礼教师代表发言稿 篇14 </w:t>
      </w:r>
      <w:r>
        <w:rPr>
          <w:lang w:eastAsia="zh-CN"/>
        </w:rPr>
        <w:br/>
      </w:r>
      <w:r>
        <w:rPr>
          <w:lang w:eastAsia="zh-CN"/>
        </w:rPr>
        <w:t>　　尊敬的各位领导、各位老师，亲爱的同学们：</w:t>
      </w:r>
      <w:r>
        <w:rPr>
          <w:lang w:eastAsia="zh-CN"/>
        </w:rPr>
        <w:br/>
      </w:r>
      <w:r>
        <w:rPr>
          <w:lang w:eastAsia="zh-CN"/>
        </w:rPr>
        <w:t>　　大家好！</w:t>
      </w:r>
      <w:r>
        <w:rPr>
          <w:lang w:eastAsia="zh-CN"/>
        </w:rPr>
        <w:br/>
      </w:r>
      <w:r>
        <w:rPr>
          <w:lang w:eastAsia="zh-CN"/>
        </w:rPr>
        <w:t>　　很荣幸能够站在这里代表新教师发言。首先我代表全体新教师感谢学校给我们这个实现人生理想的机会和展示自我风采的舞台，我们都为能成为这个大家庭中的一员而感到高兴和自豪。请允许我代表全体新教师向各位领导、老师和同学们致以新学期最美好的祝愿和最真挚的祝福！祝愿同学们在这优美的校园里快乐学习！祝愿老师们在新的学年里开心工作，享受生活！值教师佳节之际，我祝愿各位领导、老师教师节快乐！</w:t>
      </w:r>
      <w:r>
        <w:rPr>
          <w:lang w:eastAsia="zh-CN"/>
        </w:rPr>
        <w:br/>
      </w:r>
      <w:r>
        <w:rPr>
          <w:lang w:eastAsia="zh-CN"/>
        </w:rPr>
        <w:t>　　记得以前常听人说，教师是蜡烛，是园丁，是人类灵魂的工程师，而当我怀着既激动又紧张的心情走进校园，看着一张张纯真的笑脸，我顿时发觉，原来我已成为了这光荣的一员。开学一个多星期了，看到教师们忙碌的身影，我也更真切的感受到“教师”这两个字所代表的神圣、崇高和责任重大。</w:t>
      </w:r>
      <w:r>
        <w:rPr>
          <w:lang w:eastAsia="zh-CN"/>
        </w:rPr>
        <w:br/>
      </w:r>
      <w:r>
        <w:rPr>
          <w:lang w:eastAsia="zh-CN"/>
        </w:rPr>
        <w:t>　　新学期新希望，新的憧憬和新的征程。在这崭新的起点上，作为新老师，我们将从以下几方面严格要求自己：</w:t>
      </w:r>
      <w:r>
        <w:rPr>
          <w:lang w:eastAsia="zh-CN"/>
        </w:rPr>
        <w:br/>
      </w:r>
      <w:r>
        <w:rPr>
          <w:lang w:eastAsia="zh-CN"/>
        </w:rPr>
        <w:t>　　第一，教书育人，为人师表。</w:t>
      </w:r>
      <w:r>
        <w:rPr>
          <w:lang w:eastAsia="zh-CN"/>
        </w:rPr>
        <w:br/>
      </w:r>
      <w:r>
        <w:rPr>
          <w:lang w:eastAsia="zh-CN"/>
        </w:rPr>
        <w:t>　　师者，所以传道、授业、解惑也。教育不仅要教，更在于育。成才必先，开发学生的潜能，把学生培养格健全的人是教育的最终目的。而这些，不仅要教师的引导，更需要教师的榜样作用。</w:t>
      </w:r>
      <w:r>
        <w:rPr>
          <w:lang w:eastAsia="zh-CN"/>
        </w:rPr>
        <w:br/>
      </w:r>
      <w:r>
        <w:rPr>
          <w:lang w:eastAsia="zh-CN"/>
        </w:rPr>
        <w:t>　　第二，终身学习，不断探索。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“问渠那得清如许，为当今世界，知识更新日益加快。因而我们必须持续不断学习，刻苦钻研业务，不断提升和完善自己，才能担负起教师的神圣职责。</w:t>
      </w:r>
      <w:r>
        <w:rPr>
          <w:lang w:eastAsia="zh-CN"/>
        </w:rPr>
        <w:br/>
      </w:r>
      <w:r>
        <w:rPr>
          <w:lang w:eastAsia="zh-CN"/>
        </w:rPr>
        <w:t>　　作为新教师，我们年轻，朝气，充满活力和热情，这是我们的优势，我们要在充分发挥自己的优势的同时，努力弥补自己的不足，虚心的向有经验的教师请教，勤学多问，以诚心，细心和耐心的态度，用勤学、勤问、勤看的方法，来实现自我的提高和完善。</w:t>
      </w:r>
      <w:r>
        <w:rPr>
          <w:lang w:eastAsia="zh-CN"/>
        </w:rPr>
        <w:br/>
      </w:r>
      <w:r>
        <w:rPr>
          <w:lang w:eastAsia="zh-CN"/>
        </w:rPr>
        <w:t>　　第三，尽心尽责，服务学生。</w:t>
      </w:r>
      <w:r>
        <w:rPr>
          <w:lang w:eastAsia="zh-CN"/>
        </w:rPr>
        <w:br/>
      </w:r>
      <w:r>
        <w:rPr>
          <w:lang w:eastAsia="zh-CN"/>
        </w:rPr>
        <w:t>　　经常听到有人问“什么样的教育才是的教育”，我认为爱的教育就是的教育。师者，爱也。教育家陶行知先生曾经说过，爱是一种伟大的力量，没有爱便没有教育，为人师者，应当爱满天下。我们会把更多的爱心、责任心，投入到我们的工作中去，以平等的心态和欣赏的目光去看待每一位学生，成为学生学习上、生活上的良师益友。为中的繁荣昌盛，使出洪荒之力！</w:t>
      </w:r>
      <w:r>
        <w:rPr>
          <w:lang w:eastAsia="zh-CN"/>
        </w:rPr>
        <w:br/>
      </w:r>
      <w:r>
        <w:rPr>
          <w:lang w:eastAsia="zh-CN"/>
        </w:rPr>
        <w:t>　　最后，我谨代表全体新教师祝各位领导、老师工作顺利，身体健康。祝各位同学学习进步，梦想成真。希望每个人身上积极和幸福的种子都能在这个温暖的大家庭里生根发芽、茁壮成长。相信，播种的季节不仅在春天，也在有希望的地方；收获不仅仅在秋天，也在创造的道路上。</w:t>
      </w:r>
      <w:r>
        <w:rPr>
          <w:lang w:eastAsia="zh-CN"/>
        </w:rPr>
        <w:br/>
      </w:r>
      <w:r>
        <w:rPr>
          <w:lang w:eastAsia="zh-CN"/>
        </w:rPr>
        <w:t>　　谢谢大家！</w:t>
      </w:r>
      <w:r>
        <w:rPr>
          <w:lang w:eastAsia="zh-CN"/>
        </w:rPr>
        <w:br/>
      </w:r>
      <w:r>
        <w:rPr>
          <w:lang w:eastAsia="zh-CN"/>
        </w:rPr>
        <w:t xml:space="preserve">    2024小学秋季开学典礼教师代表发言稿 篇15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随着暑假的悄然离去，我们也走过了炎热的夏季。秋季，在这收获的时节，我们迎来了新的学年，美丽的校园因为你们的到来而更加充满生机。今天举行开学典礼，我很荣幸地代表全校老师，欢迎一年级的新同学加入_小这个温暖的大家庭，欢迎其他同学们重返校园。新学期，对于同学们来说，就像是你们手中刚刚拿到的新书一样，散发着油墨的清香。</w:t>
      </w:r>
      <w:r>
        <w:rPr>
          <w:lang w:eastAsia="zh-CN"/>
        </w:rPr>
        <w:br/>
      </w:r>
      <w:r>
        <w:rPr>
          <w:lang w:eastAsia="zh-CN"/>
        </w:rPr>
        <w:t>　　同学们，新学年紧张的学习生活已经开始了，在这充满希望的金色季节，在这令人向往的收获季节里，站在新学期的起点上，起好步，开好头至关重要。新的学期已经向我们招手，你们就要有新的计划、新的目标，在班里、在年级里，要确定赶超对象，一定要树立信心，知难而上，形成一个后进赶先进，先进更先进的“比、学、赶、帮、超”的学习局面，相互竞争，相互帮助，共同提高。同学们，学习是紧张的，艰苦的，但又是无比快乐的，学校为我们创造了优良的学习条件和环境，又有那么多慈爱老师悉心教育和指导，只要我们每一位同学刻苦努力，你们一定能成为德智体美劳全面发展的人，这点不仅家长相信你，老师更相信你。作为一名小学生，请拿出你的勇气和斗志，不负自己、不负学校、不负父母、不负祖国的未来！__小学是我们共同的家，在这个家中，我们每位老师都有责任来共同管理好这个大家庭，都有为_小的发展贡献自己一份力量的决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以诱导的方式把学生引入知识的殿堂，是我们每位老师的神圣职责！一句富有哲理的名言说过：“爱是教育的前提，爱是教师的天职。”所以作为底小的每位教师都会努力做到关心爱护每一位学生，今后的工作中，在团结奋进的校领导领导下，我们每位老师会克服一切困难，一如既往地把人民教师对学生的爱均匀地洒向每位学生的心田！努力做到爱与严的结合。对学生严格要求以严导其行，以爱温其心，积极与学生加强情感交流，时时处处做学生的表率，努力做到教书育人、管理育人、为人师表，及时听取学生意见和要求，不断改进教学方法，力争在新的学期里取得更大的成绩。为建设一流的校风，一流的学风，一流的班风，作出努力。</w:t>
      </w:r>
      <w:r>
        <w:rPr>
          <w:lang w:eastAsia="zh-CN"/>
        </w:rPr>
        <w:br/>
      </w:r>
      <w:r>
        <w:rPr>
          <w:lang w:eastAsia="zh-CN"/>
        </w:rPr>
        <w:t>　　亲爱的同学们，在这样一个充满朝气的新学期里，希望你们与我们的学校共同成长进步，用自己的实际行动来证明：从现在开始，我们一定会做得更好！最后，祝愿大家在新的学期里有新的目标、有新的发展、有新的收获！</w:t>
      </w:r>
      <w:r>
        <w:rPr>
          <w:lang w:eastAsia="zh-CN"/>
        </w:rPr>
        <w:br/>
      </w:r>
      <w:r>
        <w:rPr>
          <w:lang w:eastAsia="zh-CN"/>
        </w:rPr>
        <w:t>　　谢谢。</w:t>
      </w:r>
      <w:r>
        <w:rPr>
          <w:lang w:eastAsia="zh-CN"/>
        </w:rPr>
        <w:br/>
      </w:r>
      <w:r>
        <w:rPr>
          <w:lang w:eastAsia="zh-CN"/>
        </w:rPr>
        <w:t xml:space="preserve">    2024小学秋季开学典礼教师代表发言稿 篇16 </w:t>
      </w:r>
      <w:r>
        <w:rPr>
          <w:lang w:eastAsia="zh-CN"/>
        </w:rPr>
        <w:br/>
      </w:r>
      <w:r>
        <w:rPr>
          <w:lang w:eastAsia="zh-CN"/>
        </w:rPr>
        <w:t>　　尊敬的各位、老师、亲爱的同学们：</w:t>
      </w:r>
      <w:r>
        <w:rPr>
          <w:lang w:eastAsia="zh-CN"/>
        </w:rPr>
        <w:br/>
      </w:r>
      <w:r>
        <w:rPr>
          <w:lang w:eastAsia="zh-CN"/>
        </w:rPr>
        <w:t>　　上午好！</w:t>
      </w:r>
      <w:r>
        <w:rPr>
          <w:lang w:eastAsia="zh-CN"/>
        </w:rPr>
        <w:br/>
      </w:r>
      <w:r>
        <w:rPr>
          <w:lang w:eastAsia="zh-CN"/>
        </w:rPr>
        <w:t>　　高天流云，大地流金，荷香销夏，菊气入秋，奇伟校园，拔地而起。咀嚼高考二十连冠和中考三连贯的硕果，我们又踏上了新的征程，迎来九月的第一缕晨曦。此时此刻，站在这方舞台，我眼前赫然一亮，在我们铆足了劲儿即将远航的队伍里，增添了那么多新鲜灿烂的笑脸。让我们对新老师、新同学的加盟报以最热烈的掌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踏进校园的一瞬间，激动与感动油然而生。从度节园到乾辉坤华，从雨竹楼到志勤、嘉溢和思远。亭台轩榭，雕梁画栋，别有洞天。这其中蕴含了多少为我校整体外迁而日夜奋战的工作人员的艰辛！他们不怕高温酷暑、满面尘灰，他们废寝忘食，挥汗如雨，赶工期，赶进度，一定要在新学期开学前掀开新校园的美丽面纱，好让我们在此安安稳稳地工作、学习和生活。我提议:让我们也把最热烈的掌声送给为我校整体外迁而不辞辛劳的全体工作人员！</w:t>
      </w:r>
      <w:r>
        <w:rPr>
          <w:lang w:eastAsia="zh-CN"/>
        </w:rPr>
        <w:br/>
      </w:r>
      <w:r>
        <w:rPr>
          <w:lang w:eastAsia="zh-CN"/>
        </w:rPr>
        <w:t>　　在新学期开学之际,作为一名老师,我感慨颇多。</w:t>
      </w:r>
      <w:r>
        <w:rPr>
          <w:lang w:eastAsia="zh-CN"/>
        </w:rPr>
        <w:br/>
      </w:r>
      <w:r>
        <w:rPr>
          <w:lang w:eastAsia="zh-CN"/>
        </w:rPr>
        <w:t>　　亲爱的老师们，二中__学校深受家长的信赖，社会的赞誉，我们执教于此，应不仅仅为此感到光荣，更是沉甸甸的责任。严谨治教，团结协作，业务精干，敬业奉献是我们的本色。牢记周校长在首次全校教职工大会上的箴言：教育是事业，事业的意义在于献身；教育是科学，科学的价值在于求真；教育是艺术，艺术的生命在于创新。认清我们的优势与前景，问题和不足，把握机遇，迎接挑战。我记得哲人说过：如果你要一年的繁荣，就去种庄稼吧！如果你要十年的昌盛就去培育人吧！我们的工作是极其平凡的，但这平凡中蕴藏着伟大与豪迈。一位青年诗人也说过：有时我们敢于面对强盗，却不敢面对一张白纸，是的，站在我们面前的孩子们就是一张张白纸，让我们以爱为笔，以智慧为墨，用我们的丹青妙手在白纸上描绘出最绚烂的图画。“人间春色本无价，笔底耕耘总有情”，用和煦的道德微风去抚慰学生稚嫩的灵魂，用新鲜的活水浇灌求知的心灵，用灵动的智慧音符去弹奏学生的“心灵之乐”！一切为了学生，为了学生的一切，为实现周校长提出的“1338”工作任务和措施而努力奋斗吧！</w:t>
      </w:r>
      <w:r>
        <w:rPr>
          <w:lang w:eastAsia="zh-CN"/>
        </w:rPr>
        <w:br/>
      </w:r>
    </w:p>
    <w:p w:rsidR="001B1F19" w14:textId="27C3F48A">
      <w:pPr>
        <w:rPr>
          <w:rFonts w:hint="eastAsia"/>
          <w:lang w:eastAsia="zh-CN"/>
        </w:rPr>
      </w:pPr>
      <w:r>
        <w:rPr>
          <w:lang w:eastAsia="zh-CN"/>
        </w:rPr>
        <w:t>　　亲爱的同学们，新学期的大幕已经缓缓开启，你就是这方舞台的主角，台下万众瞩目，面对压力，你准备好了吗？眼下是似火骄阳，再过些日子，又将遭遇砭人肌骨的寒冬，面对困难，你准备好了吗？有学必有考，面对各种考试竞争，你准备好了吗？“有信心的人，可以化渺小为伟大，化平庸为神奇”。初一的新同学们，希望你们尽快适应新的环境,努力做到自尊、自信、自强、自立，健康开心地投入到学习中去。学会生活，学会学习，学会合作。有了良好的开端，你们就成功了一半。“九层之台，起于垒土；千里之行，始于足下”，初二的同学们，你们肩负着承上启下的重任，希望你们脚踏实地，努力拼搏，再接再厉，为明年的学习打好坚实的基础，争取在各项常规工作中做好榜样，一年更比一年强！“待到秋来九月八，我花开尽百花杀。冲天香阵透长安，满城尽带黄金甲。”初三的同学们拿出这样的勇气和信心，你们是腾空白练，千里骏骨。你们是学校的希望，社会、学校、家长对你们寄以很高的期望，希望你们不负众望，从我做起，从现在做起，争分夺秒，勤学苦练，勇于拼搏，运用恰当的学习方法，认真地把握好每一天，从各个方面为学弟学妹们作出表率。明年六月，你们将是从这个校园中走出去的学子，你们的名字将彪炳学校发展的史册。</w:t>
      </w:r>
      <w:r>
        <w:rPr>
          <w:lang w:eastAsia="zh-CN"/>
        </w:rPr>
        <w:br/>
      </w:r>
      <w:r>
        <w:rPr>
          <w:lang w:eastAsia="zh-CN"/>
        </w:rPr>
        <w:t>　　老师们、同学们，选择了纪律与约束，也就选择了理智与自由；选择了痛苦与艰难，也就选择了练达与成熟；选择了勤勉和奋斗，也就选择了希望与收获！那就让我们师生齐心，携手奋进，建和谐校园，造美好明天吧！</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https://d.book118.com/175303013021011112</w:t>
        </w:r>
      </w:hyperlink>
    </w:p>
    <w:p w:rsidR="001B1F19">
      <w:pPr>
        <w:rPr>
          <w:rFonts w:hint="eastAsia"/>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7530301302101111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