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第一学期地理工作总结（34篇）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第一学期地理工作总结（精选34篇）</w:t>
      </w:r>
      <w:r>
        <w:rPr>
          <w:lang w:eastAsia="zh-CN"/>
        </w:rPr>
        <w:br/>
      </w:r>
      <w:r>
        <w:rPr>
          <w:lang w:eastAsia="zh-CN"/>
        </w:rPr>
        <w:t xml:space="preserve">    第一学期地理工作总结 篇1 </w:t>
      </w:r>
      <w:r>
        <w:rPr>
          <w:lang w:eastAsia="zh-CN"/>
        </w:rPr>
        <w:br/>
      </w:r>
      <w:r>
        <w:rPr>
          <w:lang w:eastAsia="zh-CN"/>
        </w:rPr>
        <w:t>　　本学期我任教七年级的.地理教育教学工作。在学校的教育指</w:t>
      </w:r>
      <w:r>
        <w:rPr>
          <w:lang w:eastAsia="zh-CN"/>
        </w:rPr>
        <w:br/>
      </w:r>
      <w:r>
        <w:rPr>
          <w:lang w:eastAsia="zh-CN"/>
        </w:rPr>
        <w:t>　　导下，兢兢业业，扎实完成了本学期教育教学工作，取得了较好的成绩。现将工作总结如下：</w:t>
      </w:r>
      <w:r>
        <w:rPr>
          <w:lang w:eastAsia="zh-CN"/>
        </w:rPr>
        <w:br/>
      </w:r>
      <w:r>
        <w:rPr>
          <w:lang w:eastAsia="zh-CN"/>
        </w:rPr>
        <w:t>　　一、学生分析</w:t>
      </w:r>
      <w:r>
        <w:rPr>
          <w:lang w:eastAsia="zh-CN"/>
        </w:rPr>
        <w:br/>
      </w:r>
      <w:r>
        <w:rPr>
          <w:lang w:eastAsia="zh-CN"/>
        </w:rPr>
        <w:t>　　制定切实可行的学期教育教学计划。本人承担七年级1--6班的地理教学任务，希望所教学生通过一学年的学习，了解地理学习的基本方法和基本的技能。地理课对七年级学生来说比较陌生。学期初通过与学生的沟通及间接了解，对他们的学习态度，学习方法，有了一个粗略的印象。从而制定切实可行教学计划。</w:t>
      </w:r>
      <w:r>
        <w:rPr>
          <w:lang w:eastAsia="zh-CN"/>
        </w:rPr>
        <w:br/>
      </w:r>
      <w:r>
        <w:rPr>
          <w:lang w:eastAsia="zh-CN"/>
        </w:rPr>
        <w:t>　　二、认真备课、上课，细致批阅作业。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上好课，前提还在于备课的质量好与坏。“向四十分钟要质量”，离不开夜以继日的研究教材及学生、查阅资料、学习各种新的教育教学思想、手段。所以，我经常为了备好一堂课，不厌其烦的问同事，尤其向那些在地理教学中积累丰富经验的老教师请教，从他们的经验中吸取教训；到图书室查找资料，到网络上查找各种媒体等，为上好一堂课竭尽所能，为课堂教学奠定了基础。精讲精练抓提高。教学中我力争做到了精讲，重知识体系、结构、联系和思维方法及解题思路，避免了面面俱到、拖泥带水等一些问题。在本学期的内容讲解中，我重点交给学生们如何总结归纳教材内容，把比较烦杂的内容梳理清楚，让学生掌握基本的学习方法。在课堂上讲究教学技巧和艺术，提高堂效益。训练题做到精选、精练，对出现问题的学生及时地指导，提高了学生的学习效果，增强了学习的兴趣。做到讲练结合，努力提高了学习效率。认真对待每个同学的作业，因材批阅，为每位同学的发展指明了方向。每一个班级的学生数都在四十人以上，每批改一次作业就是一项沉重的工作。每次面对堆积如山的作业本，我没有觉得是一种负担，而深感责任之重，是一种使命。对成绩差的同学的作业，我更显得认真仔细。要让他们真实的感受到老师的关爱，作业是与他们最直接的交流、与沟通。对他们的每一次进步，我都不吝笔墨，用鲜红的话语对他们进行表扬、鼓励，使之成为他们进步的起点、台阶地图训练抓能力。学生地理成绩的优劣，在很大程度上取决于学生对地理图表的理解、分析、运用能力的高低。在这学期的教学中，从一开始我就给学生强调地图的重要性，也在不断的教学中培养他们读图分析能力。教学中我善于指导学生掌握基本的地图知识，重点掌握最基本的地图阅读和使用方法，培养学生的图像思维能力，掌握读图技巧，将所学知识落实到地图上。熟练地掌握图文转换方法，逐步建立地理事物和地理现象的相互联系，完成对地理事物的准确定位，对重要大洲和重要国家的准确位置的掌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三、深入教研教改，加强校本研究，不断提高教育教学的水平。</w:t>
      </w:r>
      <w:r>
        <w:rPr>
          <w:lang w:eastAsia="zh-CN"/>
        </w:rPr>
        <w:br/>
      </w:r>
      <w:r>
        <w:rPr>
          <w:lang w:eastAsia="zh-CN"/>
        </w:rPr>
        <w:t>　　1、积极进行新教材、新教法、新教育思想的学习。我积极参加学校组织的各种教研教改的活动，把学习的方法应用到实践中来。在以后工作和学习中去我将会更加积极主动，以高昂的斗志投入教育。</w:t>
      </w:r>
      <w:r>
        <w:rPr>
          <w:lang w:eastAsia="zh-CN"/>
        </w:rPr>
        <w:br/>
      </w:r>
      <w:r>
        <w:rPr>
          <w:lang w:eastAsia="zh-CN"/>
        </w:rPr>
        <w:t>　　2、学以致用，课程整合，探索教育教学的新模式我大胆偿试，积极进行地理教学与信息技术的整合，摸索最佳的教育教学方法，有效的提高教学实效。把单纯的课堂教学模式，转为一种有声、有形，师生互动，快速、便捷，及时反馈的教学模式中。最后做到黑板教学与课件教学相结合，充分发挥各个模式的优长，达到最好的教学效果</w:t>
      </w:r>
      <w:r>
        <w:rPr>
          <w:lang w:eastAsia="zh-CN"/>
        </w:rPr>
        <w:br/>
      </w:r>
      <w:r>
        <w:rPr>
          <w:lang w:eastAsia="zh-CN"/>
        </w:rPr>
        <w:t>　　总之，本学期教学秩序正常，教学情况良好，学生成绩在不加重负担的情况下有所提高。在以后的教学工作中，我还要加强理论知识的学习，不断提升自己的理论水平和业务能力，争取更上一层楼。</w:t>
      </w:r>
      <w:r>
        <w:rPr>
          <w:lang w:eastAsia="zh-CN"/>
        </w:rPr>
        <w:br/>
      </w:r>
      <w:r>
        <w:rPr>
          <w:lang w:eastAsia="zh-CN"/>
        </w:rPr>
        <w:t xml:space="preserve">    第一学期地理工作总结 篇2 </w:t>
      </w:r>
      <w:r>
        <w:rPr>
          <w:lang w:eastAsia="zh-CN"/>
        </w:rPr>
        <w:br/>
      </w:r>
      <w:r>
        <w:rPr>
          <w:lang w:eastAsia="zh-CN"/>
        </w:rPr>
        <w:t>　　本学期，我校紧紧围绕建设“强富美高”新和全区“十三五”教育发展规划要求，全面推进依法治校和依法治教。学校以“教育科学转型和质量提升”为中心工作，教好地完成了各项教育教学工作。现总结如下：</w:t>
      </w:r>
      <w:r>
        <w:rPr>
          <w:lang w:eastAsia="zh-CN"/>
        </w:rPr>
        <w:br/>
      </w:r>
      <w:r>
        <w:rPr>
          <w:lang w:eastAsia="zh-CN"/>
        </w:rPr>
        <w:t>　　一、坚持德育为先，立德树人。</w:t>
      </w:r>
      <w:r>
        <w:rPr>
          <w:lang w:eastAsia="zh-CN"/>
        </w:rPr>
        <w:br/>
      </w:r>
      <w:r>
        <w:rPr>
          <w:lang w:eastAsia="zh-CN"/>
        </w:rPr>
        <w:t>　　（一）以“三有三讲”为核心，在实践中育人。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学期，我校德育工作继续以培育和践行社会主义核心价值观为主线，以“做一个有感恩心、有责任心、有进取心；讲文明、讲礼貌、讲道德的人（三有三讲）”为具体目标和核心内容，广泛深入地开展专题教育实践活动。</w:t>
      </w:r>
      <w:r>
        <w:rPr>
          <w:lang w:eastAsia="zh-CN"/>
        </w:rPr>
        <w:br/>
      </w:r>
      <w:r>
        <w:rPr>
          <w:lang w:eastAsia="zh-CN"/>
        </w:rPr>
        <w:t>　　“责任心”专题案例方案——“我的生活，我负责”：活动时间为9月至11月初。活动以“责任”为目标引领，通过“对自己负责、对集体负责、对社会负责”三个板块9个系列活动为载体，分低中高三个年级段进行体验式教育，有计划地培养学生的责任心。</w:t>
      </w:r>
      <w:r>
        <w:rPr>
          <w:lang w:eastAsia="zh-CN"/>
        </w:rPr>
        <w:br/>
      </w:r>
      <w:r>
        <w:rPr>
          <w:lang w:eastAsia="zh-CN"/>
        </w:rPr>
        <w:t>　　“进取心”专题案例方案——“充满希望积极进取”：活动时间为11月至12月底。活动以“进取”为目标引领，“找榜样、学榜样、做榜样”三个板块9个系列活动为载体，分低中高三个年级段进行体验式教育，有计划地培养学生的进取心。</w:t>
      </w:r>
      <w:r>
        <w:rPr>
          <w:lang w:eastAsia="zh-CN"/>
        </w:rPr>
        <w:br/>
      </w:r>
      <w:r>
        <w:rPr>
          <w:lang w:eastAsia="zh-CN"/>
        </w:rPr>
        <w:t>　　20__第7期《小学科学》杂志封二以题为《循道育人，播种希望》对我校专题案例教育活动进行了报道，产生了广泛的社会效应。</w:t>
      </w:r>
      <w:r>
        <w:rPr>
          <w:lang w:eastAsia="zh-CN"/>
        </w:rPr>
        <w:br/>
      </w:r>
      <w:r>
        <w:rPr>
          <w:lang w:eastAsia="zh-CN"/>
        </w:rPr>
        <w:t>　　（二）开展专项活动，在活动中育人。</w:t>
      </w:r>
      <w:r>
        <w:rPr>
          <w:lang w:eastAsia="zh-CN"/>
        </w:rPr>
        <w:br/>
      </w:r>
      <w:r>
        <w:rPr>
          <w:lang w:eastAsia="zh-CN"/>
        </w:rPr>
        <w:t>　　1、爱国主义教育。我们继续就中秋节、重阳节等传统节日开展主题教育活动。让学生了解我国传统的风俗习惯及文化，在传统节日中感受深厚的中华文化底蕴，培养学生对伟大祖国的深厚情感，从而更加热爱我们的祖国。结合第九届江苏省中小学诗歌竞赛，美丽中国手绘封设计比赛等开展了一系列丰富多彩的爱国主义教育实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法制安全教育活动。加强学生安全教育是学校教育工作的重要任务，所以在开学初就把安全教育紧抓在手，我们不仅在国旗下讲话进行宣传，还利用班队，晨会等对学生进行校园安全、预防地震、交通安全、防火消防安全等方面的教育。每月进行了安全逃生演练，把单一的说教和实际演练相结合，切实提高每一个学生的安全意识和自救自护能力。还重点抓好用餐纪律、课间纪律。充分发挥法制副校长的作用，开展法制讲座，加强学生的法制意识和法制观念，使学生从小就养成遵纪守法的良好习惯。我们每个班级的学生都能认真观看安全教育平台的视频，并按时完成相关作业。</w:t>
      </w:r>
      <w:r>
        <w:rPr>
          <w:lang w:eastAsia="zh-CN"/>
        </w:rPr>
        <w:br/>
      </w:r>
      <w:r>
        <w:rPr>
          <w:lang w:eastAsia="zh-CN"/>
        </w:rPr>
        <w:t>　　3、心理健康教育活动。本学期在“德育导师制”的引领下，构建“积极心理教育”模式，我们充分利用学校心理咨询室，邀请一些有经验的在职教师作为我们学生的心理导师，每周为学生排解困惑。我们还在四年级组内开展心理团体课和心理班会课等，组织老师进行观摩。</w:t>
      </w:r>
      <w:r>
        <w:rPr>
          <w:lang w:eastAsia="zh-CN"/>
        </w:rPr>
        <w:br/>
      </w:r>
      <w:r>
        <w:rPr>
          <w:lang w:eastAsia="zh-CN"/>
        </w:rPr>
        <w:t>　　4、做好扶贫帮困工作，加强外来务工子女教育工作。本学期我们要求班主任认真开展贫困学生的摸底调查，深入了解班级贫困学生的情况，做好贫困学生资助工作。12月份我们三（2）班与前进小学开展了联欢迎新活动。继续扎实开展“三节”（节粮、节水、节电）教育活动，组织学生参观污水处理厂，组织教师编水情教案，组织学生撰写“节约用水”作文，参加苏州市第五届“我的天堂我的水”主题征文活动，《节水、爱水、惜水》等5篇作文在苏州节水网上发表，成功创建了“苏州市节水型学校”。</w:t>
      </w:r>
      <w:r>
        <w:rPr>
          <w:lang w:eastAsia="zh-CN"/>
        </w:rPr>
        <w:br/>
      </w:r>
      <w:r>
        <w:rPr>
          <w:lang w:eastAsia="zh-CN"/>
        </w:rPr>
        <w:t>　　（三）拓宽家校空间，在合作中育人。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本学期我们认真举办每一年级段的家长培训活动，9月21日召开一年级学生家长会，孙浩良、沈佐明副校长分别作行为习惯和学习习惯培养讲座；10月20日举办了二、三年级家长培训活动，教科室主任唐妹作讲座；11月__日开展了六年级家长学校培训，沈佐明副校长作关于安全方面的讲座；12月14日组织了四五年级家长学校，顾芳芳校长进行“今天我们如何做父母”专题讲座。集合本校的资源，我们的行政领导作为主讲者，及时向家长朋友们宣传学校的教育观念，指导家长搞好家庭教育，使孩子在家长的正确指导下，加快良好习惯的养成。</w:t>
      </w:r>
      <w:r>
        <w:rPr>
          <w:lang w:eastAsia="zh-CN"/>
        </w:rPr>
        <w:br/>
      </w:r>
      <w:r>
        <w:rPr>
          <w:lang w:eastAsia="zh-CN"/>
        </w:rPr>
        <w:t>　　开展“百名教师访千家”活动，把家庭教育与学校教育紧密结合起来，共同关爱学生。整合德育人力资源，发挥学校关工委组织、校外辅导员及社会各界人士对青少年学生的教育作用。</w:t>
      </w:r>
      <w:r>
        <w:rPr>
          <w:lang w:eastAsia="zh-CN"/>
        </w:rPr>
        <w:br/>
      </w:r>
      <w:r>
        <w:rPr>
          <w:lang w:eastAsia="zh-CN"/>
        </w:rPr>
        <w:t>　　二、强化质量意识，转型提质。</w:t>
      </w:r>
      <w:r>
        <w:rPr>
          <w:lang w:eastAsia="zh-CN"/>
        </w:rPr>
        <w:br/>
      </w:r>
      <w:r>
        <w:rPr>
          <w:lang w:eastAsia="zh-CN"/>
        </w:rPr>
        <w:t>　　（一）教学常规求规范。</w:t>
      </w:r>
      <w:r>
        <w:rPr>
          <w:lang w:eastAsia="zh-CN"/>
        </w:rPr>
        <w:br/>
      </w:r>
      <w:r>
        <w:rPr>
          <w:lang w:eastAsia="zh-CN"/>
        </w:rPr>
        <w:t>　　1、严格“六认真”管理规范。期初根据教研室要求及学校实际，教学常规工作要求做到“备课求新、上课求实、作业求精、辅导求勤、评价求活”的要求，对学校的各科的备课、作业进行精细化管理与要求，坚持合作双赢，共同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课程实施监控落实到位。教师都能够严格按照学校排定的课表正常上课。加强了社团活动的督查与记录，期初分管校长与教导处根据学生的实际情况进行协调，从全面提高学生素养出发，落实丰富多彩的课外活动，保证学生阳光体育锻炼一小时。继续采用行政督察制度，每天当日值班的一位行政领导检查三幢教学楼，一至六年级任意挑选一个班，认真作好巡课记录，做到周周有反馈，及时发现并解决问题，促使教师努力做到“开齐、上足、教好”，促进各学科的均衡发展。</w:t>
      </w:r>
      <w:r>
        <w:rPr>
          <w:lang w:eastAsia="zh-CN"/>
        </w:rPr>
        <w:br/>
      </w:r>
      <w:r>
        <w:rPr>
          <w:lang w:eastAsia="zh-CN"/>
        </w:rPr>
        <w:t>　　3、持之以恒、严格规范各项业务检查。每月教务处确定备课或作业一项检查内容，组织教科研组长进行检查，注重检查过程，重点指出不足，凸显指导作用。每次检查，善于发现问题，及时解决、总结对从“不知”到“知之”的过程，并能有始有终。</w:t>
      </w:r>
      <w:r>
        <w:rPr>
          <w:lang w:eastAsia="zh-CN"/>
        </w:rPr>
        <w:br/>
      </w:r>
      <w:r>
        <w:rPr>
          <w:lang w:eastAsia="zh-CN"/>
        </w:rPr>
        <w:t>　　（二）校本教科研促成长。</w:t>
      </w:r>
      <w:r>
        <w:rPr>
          <w:lang w:eastAsia="zh-CN"/>
        </w:rPr>
        <w:br/>
      </w:r>
      <w:r>
        <w:rPr>
          <w:lang w:eastAsia="zh-CN"/>
        </w:rPr>
        <w:t>　　进一步明确教研组职能，规范教研组活动，转变教研范式，积极探索“微教研”活动，开展微型课展示、课例研究、课堂观察、课堂誓词个性解读活动等主题化活动，其最终目的是促教业成长成长，从而更好地促进学生发展。</w:t>
      </w:r>
      <w:r>
        <w:rPr>
          <w:lang w:eastAsia="zh-CN"/>
        </w:rPr>
        <w:br/>
      </w:r>
      <w:r>
        <w:rPr>
          <w:lang w:eastAsia="zh-CN"/>
        </w:rPr>
        <w:t>　　1、做活教科研，搞好教学。教务处按照区教育局、学校的要求，每学期开展六次重大的教科研活动求，给教科研组搭好大致框架，六次活动中必须要包含一次微课、一次青年教师研讨课暨有效课堂研究节活动等，其余活动由教研组自行承担，这样子既保证了活动形式的多样，又充分发挥教研组的自主性；另一方面，学校要求各行政人员深入教科研组，每个行政人员加入对教学六认真作业书写的检查，从而提升教师素质与学生整体质量，同时校级层面对教师的六认真做了有效的监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2、多样化的校本教科研模式探寻。本学期，各教科研组都完成了六次组内教科研活动，活动具有实效性。</w:t>
      </w:r>
      <w:r>
        <w:rPr>
          <w:lang w:eastAsia="zh-CN"/>
        </w:rPr>
        <w:br/>
      </w:r>
      <w:r>
        <w:rPr>
          <w:lang w:eastAsia="zh-CN"/>
        </w:rPr>
        <w:t>　　（1）课标解读活动，每位教师依据学校希望教育特色，结合自己学科教学特点发表了自己的个性解读观点。为教师更好的理解教材做好了铺垫。</w:t>
      </w:r>
      <w:r>
        <w:rPr>
          <w:lang w:eastAsia="zh-CN"/>
        </w:rPr>
        <w:br/>
      </w:r>
      <w:r>
        <w:rPr>
          <w:lang w:eastAsia="zh-CN"/>
        </w:rPr>
        <w:t>　　（2）主题研讨：如何打造活力学生。沙龙：评价语在希望课堂中的魅力。</w:t>
      </w:r>
      <w:r>
        <w:rPr>
          <w:lang w:eastAsia="zh-CN"/>
        </w:rPr>
        <w:br/>
      </w:r>
      <w:r>
        <w:rPr>
          <w:lang w:eastAsia="zh-CN"/>
        </w:rPr>
        <w:t>　　（3）微课。组内教师精心准备PPT或光盘，同题微课让教师更能体会到相同的教材，不同的处理带来的效果，组员在研讨中相互促进，共同成长。</w:t>
      </w:r>
      <w:r>
        <w:rPr>
          <w:lang w:eastAsia="zh-CN"/>
        </w:rPr>
        <w:br/>
      </w:r>
      <w:r>
        <w:rPr>
          <w:lang w:eastAsia="zh-CN"/>
        </w:rPr>
        <w:t>　　（4）微研究：在质量检测中研究学生。</w:t>
      </w:r>
      <w:r>
        <w:rPr>
          <w:lang w:eastAsia="zh-CN"/>
        </w:rPr>
        <w:br/>
      </w:r>
      <w:r>
        <w:rPr>
          <w:lang w:eastAsia="zh-CN"/>
        </w:rPr>
        <w:t>　　（5）青年教师开课暨有效课堂研究节活动、课堂观察等。</w:t>
      </w:r>
      <w:r>
        <w:rPr>
          <w:lang w:eastAsia="zh-CN"/>
        </w:rPr>
        <w:br/>
      </w:r>
      <w:r>
        <w:rPr>
          <w:lang w:eastAsia="zh-CN"/>
        </w:rPr>
        <w:t>　　（6）微研究：把握试卷区分度———青年教师制卷能力评比。</w:t>
      </w:r>
      <w:r>
        <w:rPr>
          <w:lang w:eastAsia="zh-CN"/>
        </w:rPr>
        <w:br/>
      </w:r>
      <w:r>
        <w:rPr>
          <w:lang w:eastAsia="zh-CN"/>
        </w:rPr>
        <w:t>　　（三）质量监控求实效。</w:t>
      </w:r>
      <w:r>
        <w:rPr>
          <w:lang w:eastAsia="zh-CN"/>
        </w:rPr>
        <w:br/>
      </w:r>
      <w:r>
        <w:rPr>
          <w:lang w:eastAsia="zh-CN"/>
        </w:rPr>
        <w:t>　　1、建立三级监控模式。建立校长室、教导处和学科教科研组、备课组、教师个人质量监控体系，实施分层管理，充分发挥质量监控体系的功能。坚持各司其职的原则。建立教师质量档案包括（班级一学期的成绩记载、五份二次批改后的单元练习卷）、年级组质量档案包括（各班级的质量分析表、汇总分析表、自编试卷样卷）从而不断提高南小的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开展校级平时调研和期末调研。调研选取了部分年级学科进行综合调研，每次调研后，教导处均能进行合理的分析，适时小结，总结存在问题，提出有针对性的措施。11月份，区教育局对我校的质量监控工作做了专项调研，肯定了学校的做法和亮点。</w:t>
      </w:r>
      <w:r>
        <w:rPr>
          <w:lang w:eastAsia="zh-CN"/>
        </w:rPr>
        <w:br/>
      </w:r>
      <w:r>
        <w:rPr>
          <w:lang w:eastAsia="zh-CN"/>
        </w:rPr>
        <w:t>　　另外，我们还组织了丰富的活动，如低语、高语组开展的规范汉字书写比赛、课外阅读等活动。沈迪斯三（5）班整班英语书写区三等奖。四（3）班沈春梅指导的整班钢笔字比赛获区二等奖。徐培荣指导的吴烨、张华英指导的钮煜雯获20__年区阅读之星。徐培荣指导的徐心妍、《假如给我三天光明》读后感获区一等奖，蒋俊楠《神秘的兵器》获区三等奖等。</w:t>
      </w:r>
      <w:r>
        <w:rPr>
          <w:lang w:eastAsia="zh-CN"/>
        </w:rPr>
        <w:br/>
      </w:r>
      <w:r>
        <w:rPr>
          <w:lang w:eastAsia="zh-CN"/>
        </w:rPr>
        <w:t>　　三、狠抓教育研究，助力发展。</w:t>
      </w:r>
      <w:r>
        <w:rPr>
          <w:lang w:eastAsia="zh-CN"/>
        </w:rPr>
        <w:br/>
      </w:r>
      <w:r>
        <w:rPr>
          <w:lang w:eastAsia="zh-CN"/>
        </w:rPr>
        <w:t>　　（一）以课题为引领，提高课题研究品质。</w:t>
      </w:r>
      <w:r>
        <w:rPr>
          <w:lang w:eastAsia="zh-CN"/>
        </w:rPr>
        <w:br/>
      </w:r>
      <w:r>
        <w:rPr>
          <w:lang w:eastAsia="zh-CN"/>
        </w:rPr>
        <w:t>　　1、扎实开展学校主课题的研究。学校主课题省“十二五”立项课题《城乡一体化背景下，培养有教养的小学生的实践研究》课题组继续开展研究工作，从前期研究中找到不足点，细化研究重点。作为课题研究目标培养学生做一个有教养的人，课题组重点以实践活动展示的方式呈现课题研究的显性成果。其次，完成了苏州市教育科学“十三五”规划20__年度课题申报工作。根据教育发展新形势和学校实际，设计并确立学校“十三五”主课题为《城乡一体化背景下希望教育的研究与实践》，使前后主课题具有延续性和关联性，拓展深化了“十二五”课题的研究内容。继续开展苏州市叶圣陶教育思想研究规划课题《“教是为了不教”教育思想指导下的课堂教学改革》的研究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积极做好学年课题的推进。我校的区第六批学年里项课题12个。开学初，教科室组织教师制定研究计划和重点，确立活动内容，指导教师在平时的活动的落实，使得学年课题能出好成果。本学期重点做好课题的过程性管理，每个课题做到每月一次研讨活动，每人安排发表一篇与课题高度相关的论文，争取明年能顺利结题。</w:t>
      </w:r>
      <w:r>
        <w:rPr>
          <w:lang w:eastAsia="zh-CN"/>
        </w:rPr>
        <w:br/>
      </w:r>
      <w:r>
        <w:rPr>
          <w:lang w:eastAsia="zh-CN"/>
        </w:rPr>
        <w:t>　　（二）以教育科研组织建设为抓手，提升学校教科研水平。</w:t>
      </w:r>
      <w:r>
        <w:rPr>
          <w:lang w:eastAsia="zh-CN"/>
        </w:rPr>
        <w:br/>
      </w:r>
      <w:r>
        <w:rPr>
          <w:lang w:eastAsia="zh-CN"/>
        </w:rPr>
        <w:t>　　根据区教科室工作意见要求，教学与科研融合要有新突破。本学期完善了各项管理制度，教研活动提倡务实与创新；突出“主题”教研，强调教研精致化；着眼教师专业成长，打磨精品教研团队；依托活动平台，提高教研成效，丰富教研成果。</w:t>
      </w:r>
      <w:r>
        <w:rPr>
          <w:lang w:eastAsia="zh-CN"/>
        </w:rPr>
        <w:br/>
      </w:r>
      <w:r>
        <w:rPr>
          <w:lang w:eastAsia="zh-CN"/>
        </w:rPr>
        <w:t>　　1、继续组织好读书沙龙活动。提高教师的理论修养，读专业书是必经之路。在前一阶段的阅读、学习的基础上，本学年，学校继续开展好读书活动，通过下发书籍、杂志，网络资料上传等形式，宣传教育的最新理念，促进教师在专业素养方面的提升，并在适时召开教科中心组、教研组、课题组等读书交流活动，交流读书体会和心得。本学期重点阅读张振鹏的《给教师的100条建议》，11月17日组织了青年教师读书交流会。</w:t>
      </w:r>
      <w:r>
        <w:rPr>
          <w:lang w:eastAsia="zh-CN"/>
        </w:rPr>
        <w:br/>
      </w:r>
      <w:r>
        <w:rPr>
          <w:lang w:eastAsia="zh-CN"/>
        </w:rPr>
        <w:t>　　2、每月组织教科研中心组活动。根据__区教育局的精神要求，突出教研与教科的融合，学校成立了教科研中心组，在学校教科室的统一安排下，每月开展一次集中研讨活动，提前确立主题，研讨时间为半天，促进教师业务能力的提高。教科室和教导处共同组织了各类课堂展示、教科研讲座、沙龙活动、专题培训活动等，每一次活动都提前告之，作好活动的前期准备工作，并作好过程资料的收集整理工作，力求使每一次活动都有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每个教研组围绕学校主题申报教研组主题，围绕主题开展活动。每两周一次活动，采用微型课、课堂观察、同题异构、一题再构等课例研究形式，实施“集体备课—上课—评课—再上课”课堂教学研讨活动，9月各教科研组开展了课程标准解读，把握教材体系活动；10月各组开展了教师教学基本功竞赛；11月15日到17日，各教科研组开展了同题异构的主题教科研活动；11、12月开展青年教师研讨课暨有效课堂研究节活动，构建希望课堂教学文化。</w:t>
      </w:r>
      <w:r>
        <w:rPr>
          <w:lang w:eastAsia="zh-CN"/>
        </w:rPr>
        <w:br/>
      </w:r>
      <w:r>
        <w:rPr>
          <w:lang w:eastAsia="zh-CN"/>
        </w:rPr>
        <w:t>　　3、结合课堂教学做好教学的反思撰写。本学期继续在“六认真”的备课本上实行教学反思的撰写活动，继续利用备课本做好一课一反思，把反思的重点放在改进课堂教学效率上。利用__区教研室下发的研修手册，开展系列的反思活动。本学期，针对所有教师，在教科室的组织下，围绕课堂教学方面的主题，进行一次教学反思的征文评比活动，分为两组，分别评选出校级奖次。教科室筛选出优秀的论文，通过修改，择优向杂志社推荐，争取更多的教师能发表文章，激发教师参与教科研的兴趣。</w:t>
      </w:r>
      <w:r>
        <w:rPr>
          <w:lang w:eastAsia="zh-CN"/>
        </w:rPr>
        <w:br/>
      </w:r>
      <w:r>
        <w:rPr>
          <w:lang w:eastAsia="zh-CN"/>
        </w:rPr>
        <w:t>　　4、继续探索开展“微教研”活动。本学期，进一步推广以“研究学生”为重点的教育“微研究”。特别是结合青年教师基本功比赛，进一步学习“研究学生”和“微研究”理论，开展与“研究学生”相结合的课堂研讨活动、案例分析及即兴演讲等，提高青年教师专业素养。</w:t>
      </w:r>
      <w:r>
        <w:rPr>
          <w:lang w:eastAsia="zh-CN"/>
        </w:rPr>
        <w:br/>
      </w:r>
      <w:r>
        <w:rPr>
          <w:lang w:eastAsia="zh-CN"/>
        </w:rPr>
        <w:t>　　（三）以服务教师为出发点，重视科研成果宣传。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组织参加区市级以上各类征文活动。教科室定期收集、反馈教科研信息，及时把市级以上有关征文、论文、成果评比等信息传达到每个教师。本学期重点组织了教师参加“教育学会”“陶研”“师陶杯”“五四杯”等论文评比，积极推荐教师优秀论文给有关报刊杂志，力争做到参赛面广，获奖率高。本学期在各级各类刊物上共发表文章19篇，__人次。</w:t>
      </w:r>
      <w:r>
        <w:rPr>
          <w:lang w:eastAsia="zh-CN"/>
        </w:rPr>
        <w:br/>
      </w:r>
      <w:r>
        <w:rPr>
          <w:lang w:eastAsia="zh-CN"/>
        </w:rPr>
        <w:t>　　2、对校刊《希望》的改版和编辑工作。在借鉴上学期的基础上，对学校的校刊《希望》进行改版，积极向各位教师征求好的文稿，提高稿件的质量，力求编辑的美观，切实有效改善了校刊的质量，得到了区教科室领导的好评。</w:t>
      </w:r>
      <w:r>
        <w:rPr>
          <w:lang w:eastAsia="zh-CN"/>
        </w:rPr>
        <w:br/>
      </w:r>
      <w:r>
        <w:rPr>
          <w:lang w:eastAsia="zh-CN"/>
        </w:rPr>
        <w:t>　　3、协助宣传好学校开展的各项活动。积极发挥教科室的策划作用，帮助各个部门做好活动的梳理和宣传工作，做好有活动参与，《书香浸润校园，课题助推陶研》《__小学“希望教育”特色构建的思考与实践》《践行生活教育思想提高作文教学效率》3篇文章收入于“__区省陶研会实验学校材料汇编”，做好“最美行知文化校园”申报工作，并获得成功。</w:t>
      </w:r>
      <w:r>
        <w:rPr>
          <w:lang w:eastAsia="zh-CN"/>
        </w:rPr>
        <w:br/>
      </w:r>
      <w:r>
        <w:rPr>
          <w:lang w:eastAsia="zh-CN"/>
        </w:rPr>
        <w:t>　　四、以“后勤服务”为保障，维护安稳。</w:t>
      </w:r>
      <w:r>
        <w:rPr>
          <w:lang w:eastAsia="zh-CN"/>
        </w:rPr>
        <w:br/>
      </w:r>
      <w:r>
        <w:rPr>
          <w:lang w:eastAsia="zh-CN"/>
        </w:rPr>
        <w:t>　　1、本学期重视消防安全、用电用气安全和门卫安全，完善安全管理制度，加强了安全管理队伍建设。借助苏州市安全教育平台，把安全教育纳入学校正常的教育教学内容之中，保障每两周1课时的安全教育时间。加强校车管理，确保人身安全。对随车人员和坐车学生进行了培训，牢固树立安全意识，确保每一次乘车都安全。总务处还每月对学校里的设施进行安全隐患的排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2、管理好食堂。开学初，对食堂工作人员进行了卫生操作、责任感等培训，努力提高职工的服务质量。期末，对食堂工作进行考评、反馈，并对请假不就餐学生，按实际用餐结算，余款退还。</w:t>
      </w:r>
      <w:r>
        <w:rPr>
          <w:lang w:eastAsia="zh-CN"/>
        </w:rPr>
        <w:br/>
      </w:r>
      <w:r>
        <w:rPr>
          <w:lang w:eastAsia="zh-CN"/>
        </w:rPr>
        <w:t>　　总结是为了更好地发现问题，本学期失分较多的是学校的综合实践活动，有待加强。十三五教育规划的蓝图已经展开，我们满怀希望，脚踏实地，力争全校上下齐心协力地做好每一项工作，力争在南小的发展史上创造辉煌！</w:t>
      </w:r>
      <w:r>
        <w:rPr>
          <w:lang w:eastAsia="zh-CN"/>
        </w:rPr>
        <w:br/>
      </w:r>
      <w:r>
        <w:rPr>
          <w:lang w:eastAsia="zh-CN"/>
        </w:rPr>
        <w:t xml:space="preserve">    第一学期地理工作总结 篇3 </w:t>
      </w:r>
      <w:r>
        <w:rPr>
          <w:lang w:eastAsia="zh-CN"/>
        </w:rPr>
        <w:br/>
      </w:r>
      <w:r>
        <w:rPr>
          <w:lang w:eastAsia="zh-CN"/>
        </w:rPr>
        <w:t>　　我校根据上级主管部门的相关要求，全体教职工于8月22日正式报到上班，开展暑期师德师风集训和新学期的开学准备工作。做到行动早、工作实，教职工激情高、状态佳，目前各项工作井然有序，开学工作顺利展开。</w:t>
      </w:r>
      <w:r>
        <w:rPr>
          <w:lang w:eastAsia="zh-CN"/>
        </w:rPr>
        <w:br/>
      </w:r>
      <w:r>
        <w:rPr>
          <w:lang w:eastAsia="zh-CN"/>
        </w:rPr>
        <w:t>　　一、师德教育真心交流聚人心</w:t>
      </w:r>
      <w:r>
        <w:rPr>
          <w:lang w:eastAsia="zh-CN"/>
        </w:rPr>
        <w:br/>
      </w:r>
      <w:r>
        <w:rPr>
          <w:lang w:eastAsia="zh-CN"/>
        </w:rPr>
        <w:t>　　8月25日，我校召开全体教师动员会，集中学习易局长在全市上半年工作总结及新学期工作部署会上的讲话。进一步明确本学期的工作目标是：加强师德教育，促进行风优化;抓实课题研究，提升教学水平;严细过程管理，提高教学质量;深化办学理念，推进教育创新;强化素质达标，确保质量再提升。为确保目标实现，在管理上深化“三个”加强，即加强过程监管，做到精细管理;加强典型引领，提升教师素质;加强文化建设，构建和谐校园。在质量上细化“五个”立足抓质量。一是立足教风抓质量，二是立足教研抓质量，三是学法抓质量，四是立足活动抓质量，五是立足立德树人抓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师德教育会上，学校提出了思想与师德、为人与做事、理解与支持三个问题，引发了老师们的热烈讨论。要求教师要以平常之心待人、上进之心工作、快乐之心生活，寻求职业幸福感;教师们明白了要以责任之心赢得口碑、以绩效之行确立位置、以创新之能引人关注，确立职业责任感。针对我校部分教师表现出的职业倦怠、浮躁情绪学校引导教师 “五想”“五看”即看自己的位置、想自己的工资;看自己的工作、想身边的人;看自己的工作环境、想下岗工人;看自己的工作压力、想大学失业者;看自己生活水平、想外面的生活压力。从而深入体会“爱岗敬业、惜岗乐业、奉献在岗位”的深刻内涵，做到人人讲师德、修炼自身的品格;讲师德、修炼自己的人格;讲师德、提升自己的人性;讲师德、追求自身的价值。</w:t>
      </w:r>
      <w:r>
        <w:rPr>
          <w:lang w:eastAsia="zh-CN"/>
        </w:rPr>
        <w:br/>
      </w:r>
      <w:r>
        <w:rPr>
          <w:lang w:eastAsia="zh-CN"/>
        </w:rPr>
        <w:t>　　二、老区走访锤炼师德爱教育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校组织教职工看光碟、听报告;重温师德承诺、深入自我剖析等多种师德培训活动。8月27、28日两天，组织部分老中青年教师代表冒着酷暑深入革命老区九岭岗进行“深入老区亲近学生”的社会实践活动。实践中，当好“三种人”即当好“教育的代言人”，主动宣传教育，增进家校理解;当好“家长的贴心人”，真心诚意为家长释疑解惑，帮助家长解决一些家庭教育问题;当好“学生的引路人”，通过家访真正了解学生德困惑，研究制定更切合实际的工作计划。老师们走近学生，听学生心声;走近家长，知家长建议;走进家庭，晓家庭状况;走近老区教师，问老区教师工作、生活的困苦。通过实地走访、现场交流、真情沟通达到怡情理性、强化监督、纠建并举的目的，从根本上促进我校教师“师风、教风、学风、行风”的优化，引导教师们努力做一个讲奉献的教师。</w:t>
      </w:r>
      <w:r>
        <w:rPr>
          <w:lang w:eastAsia="zh-CN"/>
        </w:rPr>
        <w:br/>
      </w:r>
      <w:r>
        <w:rPr>
          <w:lang w:eastAsia="zh-CN"/>
        </w:rPr>
        <w:t>　　三、开学准备扎实高效赢口碑</w:t>
      </w:r>
      <w:r>
        <w:rPr>
          <w:lang w:eastAsia="zh-CN"/>
        </w:rPr>
        <w:br/>
      </w:r>
      <w:r>
        <w:rPr>
          <w:lang w:eastAsia="zh-CN"/>
        </w:rPr>
        <w:t>　　(一)、在计划上突出一个“早”字。学校班子成员8月21日就到校，研究学校工作发展思路，安排部署开学工作，制定各部门新学期工作计划。教师8月22日全部报到上班，整理校园环境，参加政治业务学习，制定教学计划并备好第一堂课。</w:t>
      </w:r>
      <w:r>
        <w:rPr>
          <w:lang w:eastAsia="zh-CN"/>
        </w:rPr>
        <w:br/>
      </w:r>
      <w:r>
        <w:rPr>
          <w:lang w:eastAsia="zh-CN"/>
        </w:rPr>
        <w:t>　　(二)、在安排上突出一个“细”字。从师生到校、环境整理、计划制定到教育教学工作以及课本发放、新学期宣传标语和安全隐患排查等，都提出了详细的要求。</w:t>
      </w:r>
      <w:r>
        <w:rPr>
          <w:lang w:eastAsia="zh-CN"/>
        </w:rPr>
        <w:br/>
      </w:r>
      <w:r>
        <w:rPr>
          <w:lang w:eastAsia="zh-CN"/>
        </w:rPr>
        <w:t>　　(三)、在措施上突出一个“实”字。具体做到“几个一”，即升好第一次国旗，作好第一次国旗下讲话，安排好第一次学生常规纪律和安全教育，落实好第一次卫生大扫除，上好新学期第一堂课，精心设计并批改好第一次作业，组织好第一次师生谈话，出好第一期黑板报等等。</w:t>
      </w:r>
      <w:r>
        <w:rPr>
          <w:lang w:eastAsia="zh-CN"/>
        </w:rPr>
        <w:br/>
      </w:r>
      <w:r>
        <w:rPr>
          <w:lang w:eastAsia="zh-CN"/>
        </w:rPr>
        <w:t>　　由于计划早，行动快，工作到位，我校开学工作秩序井然，为做好新学期各项工作开了一个好头。本学期学生入学态势良好。全校学生共1090人，除正常异动外，其他学生全部按时入学。我们严格按照上级有关文件收费，并向社会公开承诺：严格执行政策，接受社会各界的监督，家长满意、社会反响好。</w:t>
      </w:r>
      <w:r>
        <w:rPr>
          <w:lang w:eastAsia="zh-CN"/>
        </w:rPr>
        <w:br/>
      </w:r>
      <w:r>
        <w:rPr>
          <w:lang w:eastAsia="zh-CN"/>
        </w:rPr>
        <w:t>　　四、教学教研快速推进求创新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校按照国家课程标准，开足开齐各门学科，目前，课表已上墙到班，9月1日举行开学典礼，按课表正式上课，教学工作迅速启动。进行了第一轮教师备批检查，从工整的书写笔迹及规范的备课格式看出了老师们认真的备课态度;从准确的教材分析、新颖的教学设计看到了老师们的专业水平在不断提高，从作业认真的批改及艺术而又贴切的评价看到了老师们的教学智慧。</w:t>
      </w:r>
      <w:r>
        <w:rPr>
          <w:lang w:eastAsia="zh-CN"/>
        </w:rPr>
        <w:br/>
      </w:r>
      <w:r>
        <w:rPr>
          <w:lang w:eastAsia="zh-CN"/>
        </w:rPr>
        <w:t>　　教研工作也在积极地谋划和进行中。我们提出：问题即研究，研究即工作，教研找问题的校本教研新思路。目前，“研究课题申报表”已经发放到各教研组，老师们根据自己平时教学中遇到的突出问题，自主提出本学期的研究专题。“研究课执教申报表”也已经发放到每位教师手中，自由申请执教研究课。经过充分准备，9月3日，学校开展了第一轮校本教研活动。总部的教研组长胡琼、李胜斌;分部的教研组长王芳、杨观莲等老师分别上了一堂示范课，课后组织相关学科教师评课、议课，真正做到整体提高、共同成长。</w:t>
      </w:r>
      <w:r>
        <w:rPr>
          <w:lang w:eastAsia="zh-CN"/>
        </w:rPr>
        <w:br/>
      </w:r>
      <w:r>
        <w:rPr>
          <w:lang w:eastAsia="zh-CN"/>
        </w:rPr>
        <w:t>　　同时，为了搞好学校食堂重建的校安工程，学校配合相关部门进行了前期的准备工作，正在着手制定安全方案和师生进餐的可行性方案，力争把工作做实、做细，确保万无一失。</w:t>
      </w:r>
      <w:r>
        <w:rPr>
          <w:lang w:eastAsia="zh-CN"/>
        </w:rPr>
        <w:br/>
      </w:r>
      <w:r>
        <w:rPr>
          <w:lang w:eastAsia="zh-CN"/>
        </w:rPr>
        <w:t xml:space="preserve">    第一学期地理工作总结 篇4 </w:t>
      </w:r>
      <w:r>
        <w:rPr>
          <w:lang w:eastAsia="zh-CN"/>
        </w:rPr>
        <w:br/>
      </w:r>
      <w:r>
        <w:rPr>
          <w:lang w:eastAsia="zh-CN"/>
        </w:rPr>
        <w:t>　　伴随着乒乓球比赛的结束，体育部这学期的工作也接近了尾声，由于一些客观条件的限制，我部这学期的工作并不是很繁重，主要是参与并组织了学生会素质拓展训练和乒乓球比赛，并积极配合其他部门完成一些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为了增强学生会成员之间的沟通与交流，更有利于学生会工作的展开，举办了此次学生会内部的.素质拓展训练。这次活动我部只是参与了一些方案的策划，这对我部成员的创新思维起到了一定的促进作用，当然对于整个活动的组织与现场的把握与控制还有一定的欠缺，还有待提高，我们在这次活动中吸取了教训、总结了经验，争取以后能够独立自主的完成活动。</w:t>
      </w:r>
      <w:r>
        <w:rPr>
          <w:lang w:eastAsia="zh-CN"/>
        </w:rPr>
        <w:br/>
      </w:r>
      <w:r>
        <w:rPr>
          <w:lang w:eastAsia="zh-CN"/>
        </w:rPr>
        <w:t>　　本学期我们的重头戏是组织策划面向08级同学的乒乓球比赛，由于种种原因，这次活动在曲折中圆满完成了，其中存在了一些优点与不足。策划的完成和报名工作都进行的不错，还有赛后我们对比赛结果进行了公示，还对获奖运动员进行了风采展示，这也是对他们的一种激励。同时还存在很多缺点，由于学生会的活动比较集中，我们部做出了让步，活动推迟了几周，又加上场地申请出现了点小问题，最后只能在室外进行，由于天气原因，活动一推再推，可能给同学们造成一些不便，也对我部的通知下达造成了很多不便，还有同学们对比赛场地不是很满意，这都活动的质量造成一定的影响。鉴于此，以后尽量把此类活动放在上半年，或活动尽量提前举行，减少天气的影响。最后对活动结果进行总结的时候出现一些懈怠，没能够及时完成。这一方面作为部长我负主要责任，以后要注意及时计划好、督促引导他们把工作及时完成。</w:t>
      </w:r>
      <w:r>
        <w:rPr>
          <w:lang w:eastAsia="zh-CN"/>
        </w:rPr>
        <w:br/>
      </w:r>
      <w:r>
        <w:rPr>
          <w:lang w:eastAsia="zh-CN"/>
        </w:rPr>
        <w:t>　　我部部分成还协助生活权益部举办了羽毛球比赛并帮忙策划09级趣味运动会，这不仅对他们是一种锻炼也增进了部门之间的交流与合作，为以后更好的工作打下了基础。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虽然在这些活动中都取得了一定的成绩，但我们看到的更多的是不足，在这些活动总结经验、吸取教训，争取把以后的活动办得更出彩。</w:t>
      </w:r>
      <w:r>
        <w:rPr>
          <w:lang w:eastAsia="zh-CN"/>
        </w:rPr>
        <w:br/>
      </w:r>
      <w:r>
        <w:rPr>
          <w:lang w:eastAsia="zh-CN"/>
        </w:rPr>
        <w:t>　　市场学系学生会体育部</w:t>
      </w:r>
      <w:r>
        <w:rPr>
          <w:lang w:eastAsia="zh-CN"/>
        </w:rPr>
        <w:br/>
      </w:r>
      <w:r>
        <w:rPr>
          <w:lang w:eastAsia="zh-CN"/>
        </w:rPr>
        <w:t>　　20__年12月9号</w:t>
      </w:r>
      <w:r>
        <w:rPr>
          <w:lang w:eastAsia="zh-CN"/>
        </w:rPr>
        <w:br/>
      </w:r>
      <w:r>
        <w:rPr>
          <w:lang w:eastAsia="zh-CN"/>
        </w:rPr>
        <w:t xml:space="preserve">    第一学期地理工作总结 篇5 </w:t>
      </w:r>
      <w:r>
        <w:rPr>
          <w:lang w:eastAsia="zh-CN"/>
        </w:rPr>
        <w:br/>
      </w:r>
      <w:r>
        <w:rPr>
          <w:lang w:eastAsia="zh-CN"/>
        </w:rPr>
        <w:t>　　明天就要回家了，带着一种久违的喜悦和激动的心情，我开始想象回家后的生活。没有了学校的喧嚣和人气，也没有了寝室的文化熏陶，更没有夜晚与室友的秉灯夜聊。不知道会有怎么的心态去面对……</w:t>
      </w:r>
      <w:r>
        <w:rPr>
          <w:lang w:eastAsia="zh-CN"/>
        </w:rPr>
        <w:br/>
      </w:r>
      <w:r>
        <w:rPr>
          <w:lang w:eastAsia="zh-CN"/>
        </w:rPr>
        <w:t>　　转眼间，我已走过了期盼已久的大一上学期，在回家之前，作一个小小的总结算是对自己的一个交代吧。</w:t>
      </w:r>
      <w:r>
        <w:rPr>
          <w:lang w:eastAsia="zh-CN"/>
        </w:rPr>
        <w:br/>
      </w:r>
      <w:r>
        <w:rPr>
          <w:lang w:eastAsia="zh-CN"/>
        </w:rPr>
        <w:t>　　在生活方面，自己开始第一次的完全的独立，开始是一种好奇和忐忑的心情，毕竟在家的时候，一切生活都是父母安排的，可以说是无微不至，那时侯总觉的他们做的事情很简单，只要我愿意去尝试就可以完成，但是我开始自己洗衣、打水、买饭的生活后发现，原来作这些原本看来很容易的事情也是那么复杂，有时候上大学未尝不是件好事，它让我们从一个个只知道学习孩子变的开始独立，开始渐渐的对人生有了全新的认识和理解，也不知道自己说的正确与否，不过这些确实是我的切身体会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父母们常常叮嘱的大概都是学习方面，由于自小养成的自习习惯，所以对与往返与寝室和学校的学习方式没有什么不习惯，我喜欢在教室里静静地看书，也喜欢在小树林里拿着英语课本诵读，没有什么地方比这两处更安静了，寝室里不是学习的好地方，不用说同学在一起难免会有些话题，习惯于高中上晚自习的日子，虽然辛苦但却受益匪浅，对于专业课的学习，我觉得课本很重要，但适当的习题也有助于理解课本，上学期就学习了四门专业课对于我们来说无疑是一种挑战，全新的大学学习方式，快节奏的授课，这些都给我们提出更高的要求，不过俗话说：万事开头难。相信在这个学期自己已经对专业课的学习方法有所揣摩，这样在以后的学习中会有很大的帮助！当然，大学并不是一个只让人埋头学习中的地方，各种社团活动和实践还是很多的，上学期我自己参加了不少活动，比如演讲比赛、加入学校的广播台和法学会等，并且还得了新生演讲比赛三等奖，我总觉的参加这些学校的活动可以锻炼自己，也可以使平凡的大学生活变的多姿多彩。在大学里面，我们的周围的环境会比以前变得复杂，但是同时我们也可以接受到更多新鲜的事物。身边的同学们来自全国各地，大家都是那么的勤奋刻苦，在他们的身上我可以学到很多受启发的东西，当然在学习之前，我们要懂得如何去发现去寻找别人身上的长处。懂得发现别人的优点并加以学习，改善自己的不足，我想这样会对不断完善自我是很有用处的。在学习他人的长处之前，我们必须要有一颗正常的心态去看待对方。也就是我们常说的：三人行，必有我师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除此之外，我觉得自己在下学期还应该注意的就是在课余的时间内因该多看一些有意义的书籍。图书馆里的藏书是足够我去阅读的，我学的法学专业也要求知识面要广要全但是如果能在专攻的时候同时使其他方面的能力也有所发展，那岂不是更好？</w:t>
      </w:r>
      <w:r>
        <w:rPr>
          <w:lang w:eastAsia="zh-CN"/>
        </w:rPr>
        <w:br/>
      </w:r>
      <w:r>
        <w:rPr>
          <w:lang w:eastAsia="zh-CN"/>
        </w:rPr>
        <w:t>　　能说的就这么多了，总之总结经验，吸取教训，发扬优点，改正缺点，希望对以后的大学生活有点帮助.。</w:t>
      </w:r>
      <w:r>
        <w:rPr>
          <w:lang w:eastAsia="zh-CN"/>
        </w:rPr>
        <w:br/>
      </w:r>
      <w:r>
        <w:rPr>
          <w:lang w:eastAsia="zh-CN"/>
        </w:rPr>
        <w:t>　　总结者：</w:t>
      </w:r>
      <w:r>
        <w:rPr>
          <w:lang w:eastAsia="zh-CN"/>
        </w:rPr>
        <w:br/>
      </w:r>
      <w:r>
        <w:rPr>
          <w:lang w:eastAsia="zh-CN"/>
        </w:rPr>
        <w:t xml:space="preserve">    第一学期地理工作总结 篇6 </w:t>
      </w:r>
      <w:r>
        <w:rPr>
          <w:lang w:eastAsia="zh-CN"/>
        </w:rPr>
        <w:br/>
      </w:r>
      <w:r>
        <w:rPr>
          <w:lang w:eastAsia="zh-CN"/>
        </w:rPr>
        <w:t>　　政教处全体工作人员本学期在学校的领导下，认真踏实，努力工作，现将这半年来的工作总结如下：</w:t>
      </w:r>
      <w:r>
        <w:rPr>
          <w:lang w:eastAsia="zh-CN"/>
        </w:rPr>
        <w:br/>
      </w:r>
      <w:r>
        <w:rPr>
          <w:lang w:eastAsia="zh-CN"/>
        </w:rPr>
        <w:t>　　一、常规管理</w:t>
      </w:r>
      <w:r>
        <w:rPr>
          <w:lang w:eastAsia="zh-CN"/>
        </w:rPr>
        <w:br/>
      </w:r>
      <w:r>
        <w:rPr>
          <w:lang w:eastAsia="zh-CN"/>
        </w:rPr>
        <w:t>　　1、全体工作人员按照分工做好课堂、课间及自习的纪律检查，通报检查结果。</w:t>
      </w:r>
      <w:r>
        <w:rPr>
          <w:lang w:eastAsia="zh-CN"/>
        </w:rPr>
        <w:br/>
      </w:r>
      <w:r>
        <w:rPr>
          <w:lang w:eastAsia="zh-CN"/>
        </w:rPr>
        <w:t>　　2、每天按时通报宿舍的纪律及卫生情况。</w:t>
      </w:r>
      <w:r>
        <w:rPr>
          <w:lang w:eastAsia="zh-CN"/>
        </w:rPr>
        <w:br/>
      </w:r>
      <w:r>
        <w:rPr>
          <w:lang w:eastAsia="zh-CN"/>
        </w:rPr>
        <w:t>　　3、每天检查各班卫生打扫情况，天天有记录，周周有汇总。</w:t>
      </w:r>
      <w:r>
        <w:rPr>
          <w:lang w:eastAsia="zh-CN"/>
        </w:rPr>
        <w:br/>
      </w:r>
      <w:r>
        <w:rPr>
          <w:lang w:eastAsia="zh-CN"/>
        </w:rPr>
        <w:t>　　4、政教处值班人员每天中午检查午休值班情况，检查每周一下午班会课的开展情况。</w:t>
      </w:r>
      <w:r>
        <w:rPr>
          <w:lang w:eastAsia="zh-CN"/>
        </w:rPr>
        <w:br/>
      </w:r>
      <w:r>
        <w:rPr>
          <w:lang w:eastAsia="zh-CN"/>
        </w:rPr>
        <w:t>　　5、排查安全隐患并做好记录，发现问题及时上报。</w:t>
      </w:r>
      <w:r>
        <w:rPr>
          <w:lang w:eastAsia="zh-CN"/>
        </w:rPr>
        <w:br/>
      </w:r>
      <w:r>
        <w:rPr>
          <w:lang w:eastAsia="zh-CN"/>
        </w:rPr>
        <w:t>　　二、其他工作</w:t>
      </w:r>
      <w:r>
        <w:rPr>
          <w:lang w:eastAsia="zh-CN"/>
        </w:rPr>
        <w:br/>
      </w:r>
      <w:r>
        <w:rPr>
          <w:lang w:eastAsia="zh-CN"/>
        </w:rPr>
        <w:t>　　1、定期召开宿管科全体人员会议，把宿舍管理中存在的问题及时反馈给级部。同时要求宿管科全体人员一定要加强安全意识，排查宿舍里的安全隐患，确保该住校的学生一个也不能少。</w:t>
      </w:r>
      <w:r>
        <w:rPr>
          <w:lang w:eastAsia="zh-CN"/>
        </w:rPr>
        <w:br/>
      </w:r>
      <w:r>
        <w:rPr>
          <w:lang w:eastAsia="zh-CN"/>
        </w:rPr>
        <w:t>　　2、开学初期，检查初二、初三的.早操情况。</w:t>
      </w:r>
      <w:r>
        <w:rPr>
          <w:lang w:eastAsia="zh-CN"/>
        </w:rPr>
        <w:br/>
      </w:r>
      <w:r>
        <w:rPr>
          <w:lang w:eastAsia="zh-CN"/>
        </w:rPr>
        <w:t>　　3、对教室内卫生、桌椅摆放进行检查。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4、加强仪容仪表检查，初一初二女生一律运动短发，男生一律平头，效果较好。</w:t>
      </w:r>
      <w:r>
        <w:rPr>
          <w:lang w:eastAsia="zh-CN"/>
        </w:rPr>
        <w:br/>
      </w:r>
      <w:r>
        <w:rPr>
          <w:lang w:eastAsia="zh-CN"/>
        </w:rPr>
        <w:t>　　5、检查各级部教室文化。</w:t>
      </w:r>
      <w:r>
        <w:rPr>
          <w:lang w:eastAsia="zh-CN"/>
        </w:rPr>
        <w:br/>
      </w:r>
      <w:r>
        <w:rPr>
          <w:lang w:eastAsia="zh-CN"/>
        </w:rPr>
        <w:t>　　6、检查各级部日常管理情况。</w:t>
      </w:r>
      <w:r>
        <w:rPr>
          <w:lang w:eastAsia="zh-CN"/>
        </w:rPr>
        <w:br/>
      </w:r>
      <w:r>
        <w:rPr>
          <w:lang w:eastAsia="zh-CN"/>
        </w:rPr>
        <w:t>　　以上检查均第一时间通报结果。</w:t>
      </w:r>
      <w:r>
        <w:rPr>
          <w:lang w:eastAsia="zh-CN"/>
        </w:rPr>
        <w:br/>
      </w:r>
      <w:r>
        <w:rPr>
          <w:lang w:eastAsia="zh-CN"/>
        </w:rPr>
        <w:t>　　7、协助20__级做好初一新生建籍工作。</w:t>
      </w:r>
      <w:r>
        <w:rPr>
          <w:lang w:eastAsia="zh-CN"/>
        </w:rPr>
        <w:br/>
      </w:r>
      <w:r>
        <w:rPr>
          <w:lang w:eastAsia="zh-CN"/>
        </w:rPr>
        <w:t>　　8、政教处全体工作人员积极配合各级部开展工作，期中表彰、第二届文化艺术节体育类项目及文艺汇演等。</w:t>
      </w:r>
      <w:r>
        <w:rPr>
          <w:lang w:eastAsia="zh-CN"/>
        </w:rPr>
        <w:br/>
      </w:r>
      <w:r>
        <w:rPr>
          <w:lang w:eastAsia="zh-CN"/>
        </w:rPr>
        <w:t>　　9、政教处全体工作人员积极配合学校指派的各项临时性工作。</w:t>
      </w:r>
      <w:r>
        <w:rPr>
          <w:lang w:eastAsia="zh-CN"/>
        </w:rPr>
        <w:br/>
      </w:r>
      <w:r>
        <w:rPr>
          <w:lang w:eastAsia="zh-CN"/>
        </w:rPr>
        <w:t>　　三、存在问题</w:t>
      </w:r>
      <w:r>
        <w:rPr>
          <w:lang w:eastAsia="zh-CN"/>
        </w:rPr>
        <w:br/>
      </w:r>
      <w:r>
        <w:rPr>
          <w:lang w:eastAsia="zh-CN"/>
        </w:rPr>
        <w:t>　　1、思想上还不能足够认识到自己所应该担负的职责，积极主动性稍差。</w:t>
      </w:r>
      <w:r>
        <w:rPr>
          <w:lang w:eastAsia="zh-CN"/>
        </w:rPr>
        <w:br/>
      </w:r>
      <w:r>
        <w:rPr>
          <w:lang w:eastAsia="zh-CN"/>
        </w:rPr>
        <w:t>　　2、管理力度不够，管理标准偏低。</w:t>
      </w:r>
      <w:r>
        <w:rPr>
          <w:lang w:eastAsia="zh-CN"/>
        </w:rPr>
        <w:br/>
      </w:r>
      <w:r>
        <w:rPr>
          <w:lang w:eastAsia="zh-CN"/>
        </w:rPr>
        <w:t>　　四、要求</w:t>
      </w:r>
      <w:r>
        <w:rPr>
          <w:lang w:eastAsia="zh-CN"/>
        </w:rPr>
        <w:br/>
      </w:r>
      <w:r>
        <w:rPr>
          <w:lang w:eastAsia="zh-CN"/>
        </w:rPr>
        <w:t>　　希望学校给配一台学籍专用电脑。以前不是在微机室就是在团委上学籍平台，用户名和密码存在安全隐患，望学校考虑。</w:t>
      </w:r>
      <w:r>
        <w:rPr>
          <w:lang w:eastAsia="zh-CN"/>
        </w:rPr>
        <w:br/>
      </w:r>
      <w:r>
        <w:rPr>
          <w:lang w:eastAsia="zh-CN"/>
        </w:rPr>
        <w:t>　　政教管理是学校管理中很重要的一个环节，下学期要进一步制定及细化管理目标及标准，让管理更捋顺，育人环境更轻松舒适，共创__文明校园。</w:t>
      </w:r>
      <w:r>
        <w:rPr>
          <w:lang w:eastAsia="zh-CN"/>
        </w:rPr>
        <w:br/>
      </w:r>
      <w:r>
        <w:rPr>
          <w:lang w:eastAsia="zh-CN"/>
        </w:rPr>
        <w:t xml:space="preserve">    第一学期地理工作总结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时间过得真快，转眼间一学期的工作将要结束了。本学期我从各方面严格要求自己，结合学生的实际情况，勤勤恳恳，兢兢业业，使教学工作有计划，有组织，有步骤地开展。现对本学期工作总结如下：</w:t>
      </w:r>
      <w:r>
        <w:rPr>
          <w:lang w:eastAsia="zh-CN"/>
        </w:rPr>
        <w:br/>
      </w:r>
      <w:r>
        <w:rPr>
          <w:lang w:eastAsia="zh-CN"/>
        </w:rPr>
        <w:t>　　一、教学工作</w:t>
      </w:r>
      <w:r>
        <w:rPr>
          <w:lang w:eastAsia="zh-CN"/>
        </w:rPr>
        <w:br/>
      </w:r>
      <w:r>
        <w:rPr>
          <w:lang w:eastAsia="zh-CN"/>
        </w:rPr>
        <w:t>　　1、认真备课。我结合教材的内容和学生的实际精心设计每一堂课的教学过程，不但考虑知识的相互联系，而且拟定采用的教学方法，以及各教学环节的自然衔接；既要突出本节课的重点，又要突破本节课的难点。</w:t>
      </w:r>
      <w:r>
        <w:rPr>
          <w:lang w:eastAsia="zh-CN"/>
        </w:rPr>
        <w:br/>
      </w:r>
      <w:r>
        <w:rPr>
          <w:lang w:eastAsia="zh-CN"/>
        </w:rPr>
        <w:t>　　2、认真钻研教材，认真上好每一节课，努力提高课堂40分钟的教学效果。上课时注重学生主动性的发挥，发散学生的思维，调动学生的积极性，加强师生交流。并通过联系现实生活，让学生们在生活中感知数学、学习数学、运用数学。</w:t>
      </w:r>
      <w:r>
        <w:rPr>
          <w:lang w:eastAsia="zh-CN"/>
        </w:rPr>
        <w:br/>
      </w:r>
      <w:r>
        <w:rPr>
          <w:lang w:eastAsia="zh-CN"/>
        </w:rPr>
        <w:t>　　3、关爱学生与严格要求相结合，尽量使每一位学生进步。</w:t>
      </w:r>
      <w:r>
        <w:rPr>
          <w:lang w:eastAsia="zh-CN"/>
        </w:rPr>
        <w:br/>
      </w:r>
      <w:r>
        <w:rPr>
          <w:lang w:eastAsia="zh-CN"/>
        </w:rPr>
        <w:t>　　4、认真批改作业。学生的作业批改及时、认真，并做到了面批面改。个别错题，当面讲解；出错率较高的，我认真作出分析，并进行集体讲评。</w:t>
      </w:r>
      <w:r>
        <w:rPr>
          <w:lang w:eastAsia="zh-CN"/>
        </w:rPr>
        <w:br/>
      </w:r>
      <w:r>
        <w:rPr>
          <w:lang w:eastAsia="zh-CN"/>
        </w:rPr>
        <w:t>　　5、做好课后辅导工作，注意分层教学。在课后，为不同层次的学生进行相应的辅导，以满足不同层次学生的需求。</w:t>
      </w:r>
      <w:r>
        <w:rPr>
          <w:lang w:eastAsia="zh-CN"/>
        </w:rPr>
        <w:br/>
      </w:r>
      <w:r>
        <w:rPr>
          <w:lang w:eastAsia="zh-CN"/>
        </w:rPr>
        <w:t>　　二、存在的问题</w:t>
      </w:r>
      <w:r>
        <w:rPr>
          <w:lang w:eastAsia="zh-CN"/>
        </w:rPr>
        <w:br/>
      </w:r>
      <w:r>
        <w:rPr>
          <w:lang w:eastAsia="zh-CN"/>
        </w:rPr>
        <w:t>　　1、部分学生学习目的不够明确，学习态度不端正，上课听讲不认真，作业不能按时完成。</w:t>
      </w:r>
      <w:r>
        <w:rPr>
          <w:lang w:eastAsia="zh-CN"/>
        </w:rPr>
        <w:br/>
      </w:r>
      <w:r>
        <w:rPr>
          <w:lang w:eastAsia="zh-CN"/>
        </w:rPr>
        <w:t>　　2、学生做题不认真，不会审题，抄错数的情况经常发生。</w:t>
      </w:r>
      <w:r>
        <w:rPr>
          <w:lang w:eastAsia="zh-CN"/>
        </w:rPr>
        <w:br/>
      </w:r>
      <w:r>
        <w:rPr>
          <w:lang w:eastAsia="zh-CN"/>
        </w:rPr>
        <w:t>　　3、班里尖子生不尖，优秀生人数不多，导致优秀率不高。</w:t>
      </w:r>
      <w:r>
        <w:rPr>
          <w:lang w:eastAsia="zh-CN"/>
        </w:rPr>
        <w:br/>
      </w:r>
      <w:r>
        <w:rPr>
          <w:lang w:eastAsia="zh-CN"/>
        </w:rPr>
        <w:t>　　4、教师评价语言不够丰富，不能有效激发学生的学习兴趣。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三、今后努力方向</w:t>
      </w:r>
      <w:r>
        <w:rPr>
          <w:lang w:eastAsia="zh-CN"/>
        </w:rPr>
        <w:br/>
      </w:r>
      <w:r>
        <w:rPr>
          <w:lang w:eastAsia="zh-CN"/>
        </w:rPr>
        <w:t>　　1、严格把关，做好基础知识的讲解。</w:t>
      </w:r>
      <w:r>
        <w:rPr>
          <w:lang w:eastAsia="zh-CN"/>
        </w:rPr>
        <w:br/>
      </w:r>
      <w:r>
        <w:rPr>
          <w:lang w:eastAsia="zh-CN"/>
        </w:rPr>
        <w:t>　　2、组织好课堂教学，关注后进生，注意信息反馈，调动学生的注意力，让其上课认真听讲。</w:t>
      </w:r>
      <w:r>
        <w:rPr>
          <w:lang w:eastAsia="zh-CN"/>
        </w:rPr>
        <w:br/>
      </w:r>
      <w:r>
        <w:rPr>
          <w:lang w:eastAsia="zh-CN"/>
        </w:rPr>
        <w:t>　　3、注重培养尖子生，照顾好基础差的学生。注重抓两头带中间。</w:t>
      </w:r>
      <w:r>
        <w:rPr>
          <w:lang w:eastAsia="zh-CN"/>
        </w:rPr>
        <w:br/>
      </w:r>
      <w:r>
        <w:rPr>
          <w:lang w:eastAsia="zh-CN"/>
        </w:rPr>
        <w:t>　　4、培养学生良好的学习习惯。学会做题认真审题，做完自觉检查的习惯。</w:t>
      </w:r>
      <w:r>
        <w:rPr>
          <w:lang w:eastAsia="zh-CN"/>
        </w:rPr>
        <w:br/>
      </w:r>
      <w:r>
        <w:rPr>
          <w:lang w:eastAsia="zh-CN"/>
        </w:rPr>
        <w:t>　　5、关心每一位学生，努力让每一位学生在学习中感受到学习的快乐，让学生在集体中积极参与，主动学习数学，感受到成功的喜悦。</w:t>
      </w:r>
      <w:r>
        <w:rPr>
          <w:lang w:eastAsia="zh-CN"/>
        </w:rPr>
        <w:br/>
      </w:r>
      <w:r>
        <w:rPr>
          <w:lang w:eastAsia="zh-CN"/>
        </w:rPr>
        <w:t>　　在今后的教学过程中，我将不断吸取别人的长处，弥补自己的不足，力争取得更好的成绩。</w:t>
      </w:r>
      <w:r>
        <w:rPr>
          <w:lang w:eastAsia="zh-CN"/>
        </w:rPr>
        <w:br/>
      </w:r>
      <w:r>
        <w:rPr>
          <w:lang w:eastAsia="zh-CN"/>
        </w:rPr>
        <w:t xml:space="preserve">    第一学期地理工作总结 篇8 </w:t>
      </w:r>
      <w:r>
        <w:rPr>
          <w:lang w:eastAsia="zh-CN"/>
        </w:rPr>
        <w:br/>
      </w:r>
      <w:r>
        <w:rPr>
          <w:lang w:eastAsia="zh-CN"/>
        </w:rPr>
        <w:t>　　经过二个多月的初三化学教学，期中考试也已经结束，学生成绩已经揭晓，我看过后感觉整体情况不是很难，学生应该能做好，但考下来的情况却不尽人意，为此为今后能更好进行教学对我在化学教学过程进行认真地反思。</w:t>
      </w:r>
      <w:r>
        <w:rPr>
          <w:lang w:eastAsia="zh-CN"/>
        </w:rPr>
        <w:br/>
      </w:r>
      <w:r>
        <w:rPr>
          <w:lang w:eastAsia="zh-CN"/>
        </w:rPr>
        <w:t>　　一、试卷分析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对于这次的试卷，总体感觉对于知识点的把握比较好，题目出的也很到位，但是题目对于刚刚接触化学的八年级学生来说，过于灵活。他们不会全面的分析问题，再加上基础知识掌握不牢，很难在脑中建立一个逻辑性比较强的知识网络。导致一时转不过弯，中等难度的题目分数拿不全，而难题就很难拿到分。在认真分析卷面后，发现了很多自认为学生不该出现的错误，如基础知识的掌握存在有很大的问题，基础都需要学生记忆，有的学生记住但不会灵活运用。导致成绩不理想。用分子性质的知识解释一些日常生活中的现象，如墙内开花墙外香，100毫升h2o和100毫升酒精混合体积小于200毫升，等这一解答题得分率也很低。经过认真分析错误的原因，我觉得这与我们在平时的教学中，总希望学生不要出错或少出错，教师总是考虑将学生易出错的地方讲细讲透，结果适得其反，到考试时，认为学生不该出错的反而都出现了。因此教师总抱怨学生不认真，脑笨，经过认真反思后，我觉得我们教师应转变教学观念，不应抑制学生出错，而应把帮助学生发现错误。改正错误作为教师的重要职责。考试不仅仅考查学生的知识掌握情况，也是检验他们的学习习惯的一个很好的机会。从这次考试中，我发现不少学生做题很浮躁，不能静下心来认真读题，积极思考。答题写字时，写错的大有人在，让人看了试卷就生气，还有的学生出现的了漏题的现象。这充分说明平时我们虽然提出要求，但没有促使学生从思想上真正认识粗心大意的危害性，自觉地养成认真细致的好习惯。</w:t>
      </w:r>
      <w:r>
        <w:rPr>
          <w:lang w:eastAsia="zh-CN"/>
        </w:rPr>
        <w:br/>
      </w:r>
      <w:r>
        <w:rPr>
          <w:lang w:eastAsia="zh-CN"/>
        </w:rPr>
        <w:t>　　二、改进措施：</w:t>
      </w:r>
      <w:r>
        <w:rPr>
          <w:lang w:eastAsia="zh-CN"/>
        </w:rPr>
        <w:br/>
      </w:r>
      <w:r>
        <w:rPr>
          <w:lang w:eastAsia="zh-CN"/>
        </w:rPr>
        <w:t>　　1、在以后的教学中对于我们的学生要分级制定要求，对于中上的学生要求要高一些，要学以致用，加强信息题和灵活题的练习。对于学习能力较差的学生，只要求他们掌握最基本的知识点就达到目的，努力向及格靠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2、狠抓基础，使学生在理解的基础上，掌握化学知识，加强落实检测。并在基础知识的灵活运用、综合运用上下功夫。</w:t>
      </w:r>
      <w:r>
        <w:rPr>
          <w:lang w:eastAsia="zh-CN"/>
        </w:rPr>
        <w:br/>
      </w:r>
      <w:r>
        <w:rPr>
          <w:lang w:eastAsia="zh-CN"/>
        </w:rPr>
        <w:t>　　3、研究学生心理，遵循学生的认知规律，研究易于学生接受的行之有效的方法，教学生乐于学习，学会学习，加强教学的针对性，使学生逐渐接受和掌握化学学习的基本方法。注重学科能力的培养和学科方法的指导。</w:t>
      </w:r>
      <w:r>
        <w:rPr>
          <w:lang w:eastAsia="zh-CN"/>
        </w:rPr>
        <w:br/>
      </w:r>
      <w:r>
        <w:rPr>
          <w:lang w:eastAsia="zh-CN"/>
        </w:rPr>
        <w:t>　　4、充分利用课堂的时间，利用好现有的学习资料。</w:t>
      </w:r>
      <w:r>
        <w:rPr>
          <w:lang w:eastAsia="zh-CN"/>
        </w:rPr>
        <w:br/>
      </w:r>
      <w:r>
        <w:rPr>
          <w:lang w:eastAsia="zh-CN"/>
        </w:rPr>
        <w:t>　　5、认真搜集和研究课程标准，尽量提高教学效率和实效性，争取不走或少走冤枉路。</w:t>
      </w:r>
      <w:r>
        <w:rPr>
          <w:lang w:eastAsia="zh-CN"/>
        </w:rPr>
        <w:br/>
      </w:r>
      <w:r>
        <w:rPr>
          <w:lang w:eastAsia="zh-CN"/>
        </w:rPr>
        <w:t>　　6、教学中引导学生重视实验，关注现实生活，多阅读，多思考，多表达。</w:t>
      </w:r>
      <w:r>
        <w:rPr>
          <w:lang w:eastAsia="zh-CN"/>
        </w:rPr>
        <w:br/>
      </w:r>
      <w:r>
        <w:rPr>
          <w:lang w:eastAsia="zh-CN"/>
        </w:rPr>
        <w:t>　　7、在教材的处理上，突出重点、难点，避免教学过程面面俱到，提高教学效率。</w:t>
      </w:r>
      <w:r>
        <w:rPr>
          <w:lang w:eastAsia="zh-CN"/>
        </w:rPr>
        <w:br/>
      </w:r>
      <w:r>
        <w:rPr>
          <w:lang w:eastAsia="zh-CN"/>
        </w:rPr>
        <w:t>　　8、运用多种教学方法，选择最恰当的方法，激发学生的学习兴趣，提高教学效率和教学效果。</w:t>
      </w:r>
      <w:r>
        <w:rPr>
          <w:lang w:eastAsia="zh-CN"/>
        </w:rPr>
        <w:br/>
      </w:r>
      <w:r>
        <w:rPr>
          <w:lang w:eastAsia="zh-CN"/>
        </w:rPr>
        <w:t>　　9、要保持与班主任老师的经常的交流，了解每一个学生的特点，为帮助学生的进步掌握较多的信息。</w:t>
      </w:r>
      <w:r>
        <w:rPr>
          <w:lang w:eastAsia="zh-CN"/>
        </w:rPr>
        <w:br/>
      </w:r>
      <w:r>
        <w:rPr>
          <w:lang w:eastAsia="zh-CN"/>
        </w:rPr>
        <w:t>　　再好的措施也需要学生的配合才能发挥出应有的效果。所以如何激发学生的学习动力和热情，使学生端正学习态度是今后教学工作中的重点和难点。</w:t>
      </w:r>
      <w:r>
        <w:rPr>
          <w:lang w:eastAsia="zh-CN"/>
        </w:rPr>
        <w:br/>
      </w:r>
      <w:r>
        <w:rPr>
          <w:lang w:eastAsia="zh-CN"/>
        </w:rPr>
        <w:t xml:space="preserve">    第一学期地理工作总结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此次月考是一测之后的又一次大型测试，题型与中考一样，共分为选择、填空、解答题，满分120分。题目难度适中，可以考查到学生的学习水平，是一次值得分析的一次考试，有助于老师对学生下一步的辅导进行改进。</w:t>
      </w:r>
      <w:r>
        <w:rPr>
          <w:lang w:eastAsia="zh-CN"/>
        </w:rPr>
        <w:br/>
      </w:r>
      <w:r>
        <w:rPr>
          <w:lang w:eastAsia="zh-CN"/>
        </w:rPr>
        <w:t>　　一、成绩分析</w:t>
      </w:r>
      <w:r>
        <w:rPr>
          <w:lang w:eastAsia="zh-CN"/>
        </w:rPr>
        <w:br/>
      </w:r>
      <w:r>
        <w:rPr>
          <w:lang w:eastAsia="zh-CN"/>
        </w:rPr>
        <w:t>　　从上表中可以看出，八班作为信息班，没有拿到更多的高分，甚至还出现了54分的超低分，综合平均分来说，与二班相差近三分，这是不能忽视的一点。七班作为重点班，也没有取得令人满意的成绩，尤其是优秀率上，没有一个优秀的学生，而低分率却有。</w:t>
      </w:r>
      <w:r>
        <w:rPr>
          <w:lang w:eastAsia="zh-CN"/>
        </w:rPr>
        <w:br/>
      </w:r>
      <w:r>
        <w:rPr>
          <w:lang w:eastAsia="zh-CN"/>
        </w:rPr>
        <w:t>　　二、原因分析</w:t>
      </w:r>
      <w:r>
        <w:rPr>
          <w:lang w:eastAsia="zh-CN"/>
        </w:rPr>
        <w:br/>
      </w:r>
      <w:r>
        <w:rPr>
          <w:lang w:eastAsia="zh-CN"/>
        </w:rPr>
        <w:t>　　在这一个月当中，对于每个班的学生来说，我都注重去抓基础，每天都有基础的课堂检测题，大概需要十分钟的时间，需要批改反馈，本想着会有效果，却发现不明显。可能对于现在的九年级来说，更多的是综合性的思维与解题能力，如果还是在基础知识上下更多的功夫，就有点失去重心了。</w:t>
      </w:r>
      <w:r>
        <w:rPr>
          <w:lang w:eastAsia="zh-CN"/>
        </w:rPr>
        <w:br/>
      </w:r>
      <w:r>
        <w:rPr>
          <w:lang w:eastAsia="zh-CN"/>
        </w:rPr>
        <w:t>　　对于学生课堂效率这一块，我觉得课堂容量还不够大，学生似乎学习的兴趣并不浓厚，这与我备课不够充分有关。每节课的模式局限于讲题做题，学生的疲惫之感多于学习兴趣，有时候会觉得自己很累，又是讲又是写，学生却没有真正学到东西，或者说听不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作业方面，七班能够做到每天的上交批改，但是流于形式，作业质量不高，很多的应付现象，所以评讲习题时会有不少的困惑，花费很多的时间。八班的作业一星期最多上交一次，评讲之前并不知道学生的情况，评讲的针对性就很弱。抓不住学生的易错点是很浪费时间的。</w:t>
      </w:r>
      <w:r>
        <w:rPr>
          <w:lang w:eastAsia="zh-CN"/>
        </w:rPr>
        <w:br/>
      </w:r>
      <w:r>
        <w:rPr>
          <w:lang w:eastAsia="zh-CN"/>
        </w:rPr>
        <w:t>　　培优方面做得不够好，有许多优秀的学生仅仅完成老师布置的任务，就没有主动的去思考更多的题目，也就是没有足够的去关注他们，他们的主动性就不高，当然不会有更好的成绩。有时候总想都关注到，其实是做不到的。</w:t>
      </w:r>
      <w:r>
        <w:rPr>
          <w:lang w:eastAsia="zh-CN"/>
        </w:rPr>
        <w:br/>
      </w:r>
      <w:r>
        <w:rPr>
          <w:lang w:eastAsia="zh-CN"/>
        </w:rPr>
        <w:t>　　三、改进措施</w:t>
      </w:r>
      <w:r>
        <w:rPr>
          <w:lang w:eastAsia="zh-CN"/>
        </w:rPr>
        <w:br/>
      </w:r>
      <w:r>
        <w:rPr>
          <w:lang w:eastAsia="zh-CN"/>
        </w:rPr>
        <w:t>　　接下里为数不多的时间里，我将做如下改进：</w:t>
      </w:r>
      <w:r>
        <w:rPr>
          <w:lang w:eastAsia="zh-CN"/>
        </w:rPr>
        <w:br/>
      </w:r>
      <w:r>
        <w:rPr>
          <w:lang w:eastAsia="zh-CN"/>
        </w:rPr>
        <w:t>　　1. 做好课前的备课工作，争取做到学生的练习题自己都要亲自做一遍，提前对学生的易错点进行估计，对学生的做题速度和时间进行估算，精细安排好上课的各项环节。</w:t>
      </w:r>
      <w:r>
        <w:rPr>
          <w:lang w:eastAsia="zh-CN"/>
        </w:rPr>
        <w:br/>
      </w:r>
      <w:r>
        <w:rPr>
          <w:lang w:eastAsia="zh-CN"/>
        </w:rPr>
        <w:t>　　2. 课堂提高效率，先提高学生的数学意识，培养良好的数学学习习惯，严格要求，向45分钟要效率。尤其是在课前准备这一块，做到提前两分钟进班，提醒学生做好各项准备，包括精神准备，下课不拖堂，把握好45分钟，以发挥学生的学习主动性为主，让学生爱上数学课。</w:t>
      </w:r>
      <w:r>
        <w:rPr>
          <w:lang w:eastAsia="zh-CN"/>
        </w:rPr>
        <w:br/>
      </w:r>
      <w:r>
        <w:rPr>
          <w:lang w:eastAsia="zh-CN"/>
        </w:rPr>
        <w:t>　　3. 作业批改认真及时，做好批改记录，有针对性的进行落实。作业布置做到精简有效，避免重复的劳动。</w:t>
      </w:r>
      <w:r>
        <w:rPr>
          <w:lang w:eastAsia="zh-CN"/>
        </w:rPr>
        <w:br/>
      </w:r>
      <w:r>
        <w:rPr>
          <w:lang w:eastAsia="zh-CN"/>
        </w:rPr>
        <w:t>　　4. 做好培优工作，认真挑选那些还有潜力的待进生，与他们做好沟通，鼓励他们向优秀的学生靠拢，真正愿意为数学学习付出努力，同时加以严格的要求，保证都能取得良好的成绩。</w:t>
      </w:r>
      <w:r>
        <w:rPr>
          <w:lang w:eastAsia="zh-CN"/>
        </w:rPr>
        <w:br/>
      </w:r>
      <w:r>
        <w:rPr>
          <w:lang w:eastAsia="zh-CN"/>
        </w:rPr>
        <w:t>　　成绩再差也成为过去，将压力化作动力，做到落实到位，相信会有进步。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第一学期地理工作总结 篇10 </w:t>
      </w:r>
      <w:r>
        <w:rPr>
          <w:lang w:eastAsia="zh-CN"/>
        </w:rPr>
        <w:br/>
      </w:r>
      <w:r>
        <w:rPr>
          <w:lang w:eastAsia="zh-CN"/>
        </w:rPr>
        <w:t>　　光阴似箭，大一的第二个学期也即将结束。在这个学期里，我班在学院团委和辅导员老师的带领下，团结奋进，务实创新，以提高我班同学的综合素质为目标，加强自我教育，取得了良好的效果。现做工作总结如下：</w:t>
      </w:r>
      <w:r>
        <w:rPr>
          <w:lang w:eastAsia="zh-CN"/>
        </w:rPr>
        <w:br/>
      </w:r>
      <w:r>
        <w:rPr>
          <w:lang w:eastAsia="zh-CN"/>
        </w:rPr>
        <w:t>　　时间匆匆而过，中班一学期很快就过去了，每位幼儿都能愉快地在幼儿园学习生活，不仅个头长高了，各方面的能力也有了不同水_的提高。幼儿在老师们的悉心教养下，良好的情感、态度正逐渐养成，能力、知识与技能也得到了进一步的发展。现将本学期的各项教育、教学工作加以总结，以便今后扬长避短，有利于班级工作的顺利开展。</w:t>
      </w:r>
      <w:r>
        <w:rPr>
          <w:lang w:eastAsia="zh-CN"/>
        </w:rPr>
        <w:br/>
      </w:r>
      <w:r>
        <w:rPr>
          <w:lang w:eastAsia="zh-CN"/>
        </w:rPr>
        <w:t>　　一、保育工作：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幼儿经过上学期的学习后觉得自己长大了，不再是幼儿园的小弟弟、小妹妹了，我们抓住幼儿渴望长大的契机，在一日生活各环节中加强观察与指导，积极鼓励幼儿学做自己的事。大多数幼儿会在老师的指导下独立地有顺序地穿脱衣服，并会将衣服叠放整齐。我们一方面耐心的给予帮助，另一方面也悉心地进行指导，让幼儿懂得自己的事情要学着自己做，在我们的努力下，动手能力有了明显的提高。幼儿园工作中，教育孩子的工作固然重要，但保育工作也不能忽视。只有一个干净的环境，孩子有一个健康的身体，才能愉快地学习和生活。所以，我班教师在注意了教育教学工作的同时更注意了保育工作的落实，严格按照安全、卫生制度，每天坚持教室的通风及室内外环境的清洁，定时消毒。在5月份，因为有“手足口病”这传染病，所以除了每天给玩具、桌椅消毒外，我们要仔细观察班上幼儿情况，对于个别体弱的幼儿，我们在生活上也给予较特殊的照顾，经常留心他们在进餐、午睡时的表现，户外活动中也特别关心他们的冷暖，提醒他们多喝水，用我们的细心照顾好每一个幼儿，使家长放心！</w:t>
      </w:r>
      <w:r>
        <w:rPr>
          <w:lang w:eastAsia="zh-CN"/>
        </w:rPr>
        <w:br/>
      </w:r>
      <w:r>
        <w:rPr>
          <w:lang w:eastAsia="zh-CN"/>
        </w:rPr>
        <w:t>　　二、教育工作：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对幼儿进行生活照顾的同时，我们在日常生活中也重视提高幼儿的身体素质，积极为幼儿提供户外活动的机会与空间，鼓励幼儿积极与材料互动。我们利用每天晨锻时间，组织丰富多彩集体游戏，有计划地锻炼各种基本动作，我们制作了纸球、沙锤等体育玩具，积极参与幼儿的活动，和幼儿一起跳，一起玩，我们的热情和投入感染了每个幼儿，大家都能积极愉快地参加户外活动，幼儿的.动作更加协调和灵敏。由于受幼儿年龄特点及周围环境的限制，幼儿自己生成活动机会较少，在幼儿周围熟识的生活和环境中，根据幼儿的兴趣和需要，有选择的直接提出主题，生成内容来推动幼儿学习。本学期我们两位老师以园的指导方针，结合本班幼儿发展情况，通过一日活动各个环节来促进每个幼儿富有个性的发展；开展了多种方式的活动来引导幼儿认识、体验并理解基本的行为规则，学会了自律，树立了规则意识；并结合了日常生活，开展安全教育，提高了幼儿的自我保护的意识和能力；帮助幼儿学习正确的阅读方法，培养幼儿阅读的兴趣；引导幼儿在人际交往中，懂得尊重他人，对人有礼貌，诚实、守信；培养了幼儿积极主动参加各项体育活动；使每位幼儿在原有的层次上得到全面的发展。</w:t>
      </w:r>
      <w:r>
        <w:rPr>
          <w:lang w:eastAsia="zh-CN"/>
        </w:rPr>
        <w:br/>
      </w:r>
      <w:r>
        <w:rPr>
          <w:lang w:eastAsia="zh-CN"/>
        </w:rPr>
        <w:t>　　三、家长工作：</w:t>
      </w:r>
      <w:r>
        <w:rPr>
          <w:lang w:eastAsia="zh-CN"/>
        </w:rPr>
        <w:br/>
      </w:r>
      <w:r>
        <w:rPr>
          <w:lang w:eastAsia="zh-CN"/>
        </w:rPr>
        <w:t>　　家长工作也是我们教育的一个重要部分。为了切实做好常规性的家长工作。为了使家长了解我们的工作，争取家长的理解与信任，我们积极利用家长会与家长进行沟通，通过多种形式（家园园地，多利用早、晚离园时与家长谈话、个别幼儿打电话、家园手册等形式）向家长介绍幼儿在园的生活、学习情况，同时我也了解幼儿在家的情况，以便我们做好工作，让家长更放心把他们的孩子交给我们。</w:t>
      </w:r>
      <w:r>
        <w:rPr>
          <w:lang w:eastAsia="zh-CN"/>
        </w:rPr>
        <w:br/>
      </w:r>
      <w:r>
        <w:rPr>
          <w:lang w:eastAsia="zh-CN"/>
        </w:rPr>
        <w:t>　　四、存在不足与努力方向：</w:t>
      </w:r>
      <w:r>
        <w:rPr>
          <w:lang w:eastAsia="zh-CN"/>
        </w:rPr>
        <w:br/>
      </w:r>
      <w:r>
        <w:rPr>
          <w:lang w:eastAsia="zh-CN"/>
        </w:rPr>
        <w:t>　　经过一个学期的努力，我们班的小朋友在各方面有了一定的发展，知识面丰富了，独立性增强了，但也存在着不足：</w:t>
      </w:r>
      <w:r>
        <w:rPr>
          <w:lang w:eastAsia="zh-CN"/>
        </w:rPr>
        <w:br/>
      </w:r>
      <w:r>
        <w:rPr>
          <w:lang w:eastAsia="zh-CN"/>
        </w:rPr>
        <w:t>　　1、个别幼儿挑食，有的不爱吃肉，有的不吃蔬菜，还有的幼儿不吃水果。一些幼儿进餐注意力不集中，速度慢，进餐习惯还有待改善。</w:t>
      </w:r>
      <w:r>
        <w:rPr>
          <w:lang w:eastAsia="zh-CN"/>
        </w:rPr>
        <w:br/>
      </w:r>
      <w:r>
        <w:rPr>
          <w:lang w:eastAsia="zh-CN"/>
        </w:rPr>
        <w:t>　　2、在学习习惯上，有的幼儿注意力不易集中；有的幼儿乐意发言，但不爱动脑筋，依样画葫芦；还有的幼儿爱插嘴，回答问题声音不够响亮等。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3、加强对特殊幼儿的观察与指导，培养幼儿“自我管理”的意识。在以后的学习中我们要在家长的共同配合下让孩子多了解一些新鲜的事物，以此来增长幼儿的知识。有了前行的目标，加上大家的努力，相信孩子们能健康地成长，明天我们将创造更灿烂的阳光！</w:t>
      </w:r>
      <w:r>
        <w:rPr>
          <w:lang w:eastAsia="zh-CN"/>
        </w:rPr>
        <w:br/>
      </w:r>
      <w:r>
        <w:rPr>
          <w:lang w:eastAsia="zh-CN"/>
        </w:rPr>
        <w:t xml:space="preserve">    第一学期地理工作总结 篇11 </w:t>
      </w:r>
      <w:r>
        <w:rPr>
          <w:lang w:eastAsia="zh-CN"/>
        </w:rPr>
        <w:br/>
      </w:r>
      <w:r>
        <w:rPr>
          <w:lang w:eastAsia="zh-CN"/>
        </w:rPr>
        <w:t>　　本学期思想提升与业务学习方面小结：认真学习新的教育理论，及时更新教育理念。积极参加校本培训，并做了大量的政治笔记与理论笔记。新的教育形式不允许我们在课堂上重复讲书，我们必须具有先进的教育观念，才能适应教育的发展。所以我不但注重集体的政治理论学习，还注意从书本中汲取营养，学习“最美老师”，写心得体会，努力做新形势下的一名好教师。本学期教育教学与班级管理（或分管工作）方面小结：要提高教学质量，关键是上好课。为了上好课，我做了下面的工作：</w:t>
      </w:r>
      <w:r>
        <w:rPr>
          <w:lang w:eastAsia="zh-CN"/>
        </w:rPr>
        <w:br/>
      </w:r>
      <w:r>
        <w:rPr>
          <w:lang w:eastAsia="zh-CN"/>
        </w:rPr>
        <w:t>　　1、课前准备：备好课。</w:t>
      </w:r>
      <w:r>
        <w:rPr>
          <w:lang w:eastAsia="zh-CN"/>
        </w:rPr>
        <w:br/>
      </w:r>
      <w:r>
        <w:rPr>
          <w:lang w:eastAsia="zh-CN"/>
        </w:rPr>
        <w:t>　　2、认真钻研教材，对教材的基本思想、基本概念，每句话、每个字都弄清楚，了解教材的结构，重点与难点，掌握知识的逻辑，能运用自如，知道应补充哪些资料，怎样才能教好。</w:t>
      </w:r>
      <w:r>
        <w:rPr>
          <w:lang w:eastAsia="zh-CN"/>
        </w:rPr>
        <w:br/>
      </w:r>
      <w:r>
        <w:rPr>
          <w:lang w:eastAsia="zh-CN"/>
        </w:rPr>
        <w:t>　　3、了解学生原有的知识技能的质量，他们的兴趣、需要、方法、习惯，学习新知识可能会有哪些困难，采取相应的预防措施。</w:t>
      </w:r>
      <w:r>
        <w:rPr>
          <w:lang w:eastAsia="zh-CN"/>
        </w:rPr>
        <w:br/>
      </w:r>
      <w:r>
        <w:rPr>
          <w:lang w:eastAsia="zh-CN"/>
        </w:rPr>
        <w:t>　　4、考虑教法，解决如何把已掌握的教材传授给学生，包括如何组织教材、如何安排每节课的活动。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5、课堂上的情况。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w:t>
      </w:r>
      <w:r>
        <w:rPr>
          <w:lang w:eastAsia="zh-CN"/>
        </w:rPr>
        <w:br/>
      </w:r>
      <w:r>
        <w:rPr>
          <w:lang w:eastAsia="zh-CN"/>
        </w:rPr>
        <w:t>　　6、热爱学生，平等的对待每一个学生，让他们都感受到老师的关心，良好的师生关系促进了学生的学习。</w:t>
      </w:r>
      <w:r>
        <w:rPr>
          <w:lang w:eastAsia="zh-CN"/>
        </w:rPr>
        <w:br/>
      </w:r>
      <w:r>
        <w:rPr>
          <w:lang w:eastAsia="zh-CN"/>
        </w:rPr>
        <w:t>　　本学期教学科研或教学思考方面小结：备课深入细致。平时认真研究教材，多方参阅各种资料，力求深入理解教材，准确把握难重点。在制定教学目的时，非常注意学生的实际情况。教案编写认真，并不断归纳总结经验教训。注重课堂教学效果。针对低年级学生特点，以愉快式教学为主，不搞满堂灌，坚持学生为主体，教师为主导、教学为主线，注重讲练结合。在教学中注意抓住重点，突破难点。</w:t>
      </w:r>
      <w:r>
        <w:rPr>
          <w:lang w:eastAsia="zh-CN"/>
        </w:rPr>
        <w:br/>
      </w:r>
      <w:r>
        <w:rPr>
          <w:lang w:eastAsia="zh-CN"/>
        </w:rPr>
        <w:t>　　总体的自我评价与今后努力方向：自我评价：爱岗敬业、认真尽职、满怀爱心。</w:t>
      </w:r>
      <w:r>
        <w:rPr>
          <w:lang w:eastAsia="zh-CN"/>
        </w:rPr>
        <w:br/>
      </w:r>
      <w:r>
        <w:rPr>
          <w:lang w:eastAsia="zh-CN"/>
        </w:rPr>
        <w:t>　　努力方向：课上，以素质教育为导向，积极采用启发式、讨论式等重“导”轻“灌”的教学法，培养学生的自学能力，拓宽学生的思路，发展学生的创新思维；采用灵活多样的教学方法，生动课堂教学，优化教学质量。下学期教育教学（或班级管理或分管工作等）工作预设或建议学校组织开展的活动：教育教学预设：要以新课标提出的：“倡导自主、合作、探究的学习方式”为指导，积极开展课堂教学改革。通过改革，转变教师的地位和角色，课堂教学体现学生的主体性和教师的主导性，提高学生学习的参与度，调动学生学习的积极性，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第一学期地理工作总结 篇12 </w:t>
      </w:r>
      <w:r>
        <w:rPr>
          <w:lang w:eastAsia="zh-CN"/>
        </w:rPr>
        <w:br/>
      </w:r>
      <w:r>
        <w:rPr>
          <w:lang w:eastAsia="zh-CN"/>
        </w:rPr>
        <w:t>　　我们结束了初中的第一个学期,在这一个学期中我们收获了很多,我不仅熟悉了初中的学习生活,结识了很多新同学与新朋友,还学到了许多知识,在学习中成长.通过这一学期的学习,我养成了良好的学习习惯,知道了课前预习和课后复习的重要性,我深深的知道这一个习惯的养成将对我的终生都会起到决定性的作用,与学习分不开的就是上课听讲的效果.听讲分为听讲和记笔记.我觉得在课上听讲做的还不够好.虽然听讲这方面做的还可以,但我回答问题和记笔记这方面还做的不好.回答问题可以使自己跟上老师的节奏.使自己永远保持认真听讲的状态.回答问题还可以发现自己的错误,并及时改正.而我有时上课不专心,也是因为不回答问题,我以后一定会改正我不爱回答问题的坏习惯.而记笔记可以记录老师所讲的知识,以免将来忘记.我记笔记不是做的特别勤,而且字迹不工整,也没有定期翻看,我以后也一定克服懒惰,让笔记发挥上大用处.作业是我们学习中每天都要做的一项,作业时老师为了让我们能够巩固课堂学习所精挑细选出来的练习,认真的完成作业可以帮助我们快速的熟悉知识并熟练运用,是至关重要的环节.</w:t>
      </w:r>
      <w:r>
        <w:rPr>
          <w:lang w:eastAsia="zh-CN"/>
        </w:rPr>
        <w:br/>
      </w:r>
      <w:r>
        <w:rPr>
          <w:lang w:eastAsia="zh-CN"/>
        </w:rPr>
        <w:t>　　总而言之,初一上学期已经愉快的度过了,我学到了很多,也认识到了自己的不足,对于不足要努力改进,不停的完善自己.</w:t>
      </w:r>
      <w:r>
        <w:rPr>
          <w:lang w:eastAsia="zh-CN"/>
        </w:rPr>
        <w:br/>
      </w:r>
      <w:r>
        <w:rPr>
          <w:lang w:eastAsia="zh-CN"/>
        </w:rPr>
        <w:t xml:space="preserve">    第一学期地理工作总结 篇13 </w:t>
      </w:r>
      <w:r>
        <w:rPr>
          <w:lang w:eastAsia="zh-CN"/>
        </w:rPr>
        <w:br/>
      </w:r>
      <w:r>
        <w:rPr>
          <w:lang w:eastAsia="zh-CN"/>
        </w:rPr>
        <w:t>　　仿佛__年9月1日仍在昨天，时间总是如此的匆忙，回过头来···我已经来到学校半年了！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这一学期的时光就这样过去了，回顾一学期的工作，想说的真是太多太多。这半年来，作为任教于初一年级的历史教师，和孩子们从陌生到熟悉、从距离到亲切，从师生关系到朋友关系，我们学习着、也快乐着，我喜欢这一群活泼可爱的孩子们！</w:t>
      </w:r>
      <w:r>
        <w:rPr>
          <w:lang w:eastAsia="zh-CN"/>
        </w:rPr>
        <w:br/>
      </w:r>
      <w:r>
        <w:rPr>
          <w:lang w:eastAsia="zh-CN"/>
        </w:rPr>
        <w:t>　　半年来的学习和工作让我深切感受到了作为人民教师的辛苦，作为新教师的自己，不仅要尽快适应环境还要尽快适应工作，并且要做好从学生到教师角色的转变，接下来，我主要从教学和德育两方面对自己的工作进行总结。</w:t>
      </w:r>
      <w:r>
        <w:rPr>
          <w:lang w:eastAsia="zh-CN"/>
        </w:rPr>
        <w:br/>
      </w:r>
      <w:r>
        <w:rPr>
          <w:lang w:eastAsia="zh-CN"/>
        </w:rPr>
        <w:t>　　一、教学方面</w:t>
      </w:r>
      <w:r>
        <w:rPr>
          <w:lang w:eastAsia="zh-CN"/>
        </w:rPr>
        <w:br/>
      </w:r>
      <w:r>
        <w:rPr>
          <w:lang w:eastAsia="zh-CN"/>
        </w:rPr>
        <w:t>　　如何备好课并上好课是我这半年来工作的重心。开学初，在历史教研组组长及成员的帮助下，我很快进入到教学的状态，并且做好和初一孩子们的磨合工作！在教学过程中我基本能做到认真钻研教材、教参及课标，并做好周前备课，为了上好一节课，我不断地修改教学设计并做好多媒体教学课件，在讲课的过程中力求抓住重点，突破难点，精讲精练，以达到良好的教学效果。俗话说“兴趣是最好的老师”，我希望学生们在我的带动下能对历史产生兴趣，不是“要我学”而是“我要学”，然而这不是一件轻而易举的事情，但我会不断摸索教学方法朝着那样的目标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这一学期里，特别要感谢各位老师对我在工作上的帮助，清楚的记得，在10月18日的第一次公开课上，我比较顺利的完成了参加工作后的第一次赛讲，那种紧张感和满足感至今仍记忆犹新。似乎杜老师和王校长的评课还在昨日，他们的谆谆教导还在耳边，还有教学中晓蕊给予的.帮助···</w:t>
      </w:r>
      <w:r>
        <w:rPr>
          <w:lang w:eastAsia="zh-CN"/>
        </w:rPr>
        <w:br/>
      </w:r>
      <w:r>
        <w:rPr>
          <w:lang w:eastAsia="zh-CN"/>
        </w:rPr>
        <w:t>　　为了能在考试中取得良好的成绩，针对学生的水平和特点，我特地在学生中开展以“芝麻开花，节节高！”为主题的历史每日必背活动，希望通过活动巩固和加强学生对基本知识的掌握程度，但是期中时的活动收效甚微。然而，我觉得这源于初一孩子们正处于对初中学习方式的适应阶段，随着教学的持续开展以及相互的配合，在期末考试中学生们取得了巨大的进步，真为他们感到高兴！这也是我以“芝麻开花，节节高！”为题进行个人总结的原因所在！就在每日的活动过程中，我更加地了解了学生，其实，去爱他们才是可持续发展的最好的路子！</w:t>
      </w:r>
      <w:r>
        <w:rPr>
          <w:lang w:eastAsia="zh-CN"/>
        </w:rPr>
        <w:br/>
      </w:r>
      <w:r>
        <w:rPr>
          <w:lang w:eastAsia="zh-CN"/>
        </w:rPr>
        <w:t>　　当然，在这半年来各个方面我都表现出不足，但我将不断的学习、不断的探索，争取三年内掌握好教学，形成自己的教学方式，同时也形成一种独特的管理学生的模式！</w:t>
      </w:r>
      <w:r>
        <w:rPr>
          <w:lang w:eastAsia="zh-CN"/>
        </w:rPr>
        <w:br/>
      </w:r>
      <w:r>
        <w:rPr>
          <w:lang w:eastAsia="zh-CN"/>
        </w:rPr>
        <w:t>　　二、德育方面</w:t>
      </w:r>
      <w:r>
        <w:rPr>
          <w:lang w:eastAsia="zh-CN"/>
        </w:rPr>
        <w:br/>
      </w:r>
      <w:r>
        <w:rPr>
          <w:lang w:eastAsia="zh-CN"/>
        </w:rPr>
        <w:t>　　“为师以德”，教师的重要性不仅仅表现在教好课，更重要的教好人。所以入职来的这一学期，我不断地走近学生，去了解他们关爱他们。其实，师爱是一种巨大的教育力量。正因为有了师爱，教师才能赢得学生的信赖，学生才乐于接受教育，教育才能收到良好的效果。虽然常常调皮捣蛋的学生也遭到我很严厉的批评，但希望他们明白，批评也是源于对他们的爱，希望他们好！在今后的日子里，我会不断地调整自己的角色，课上是师生关系，课下就是朋友关系，去做学生值得信赖的好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学期的工作着实让我收获很多，也让我成长很多，但所谓“路漫漫其修远兮，吾将上下而求索！”，不足的地方还有很多，我将不断努力，加强自身基本功的训练，注重对学生能力的培养，努力使班级学生的成绩在原有的基础上有更大的进步，同时对学生再多点关心、再多点爱心、再多点耐心，使他们在各方面取得更大进步。</w:t>
      </w:r>
      <w:r>
        <w:rPr>
          <w:lang w:eastAsia="zh-CN"/>
        </w:rPr>
        <w:br/>
      </w:r>
      <w:r>
        <w:rPr>
          <w:lang w:eastAsia="zh-CN"/>
        </w:rPr>
        <w:t>　　一份播种，一份收获，在教书育人的道路上我付出的是汗水和泪水，然而我收获的却是那一份份充实，一份份满足！一声声“老师好”，让我觉得所有的付出都是值得的，孩子们就像是田野里的那一簇簇向日葵，朝气蓬勃地努力生长，我想我们的教育正是那一缕缕灿烂的阳光，我爱孩子们，更爱这份阳光般的工作！</w:t>
      </w:r>
      <w:r>
        <w:rPr>
          <w:lang w:eastAsia="zh-CN"/>
        </w:rPr>
        <w:br/>
      </w:r>
      <w:r>
        <w:rPr>
          <w:lang w:eastAsia="zh-CN"/>
        </w:rPr>
        <w:t xml:space="preserve">    第一学期地理工作总结 篇14 </w:t>
      </w:r>
      <w:r>
        <w:rPr>
          <w:lang w:eastAsia="zh-CN"/>
        </w:rPr>
        <w:br/>
      </w:r>
      <w:r>
        <w:rPr>
          <w:lang w:eastAsia="zh-CN"/>
        </w:rPr>
        <w:t>　　时光如梭，一晃一学期就过去了。在大学已经呆了三个学期了，这段时间大学生活经历了很多，感受颇深。马上就进入我的第二个学年后一学期了，现在对我来说很特别，很多事物变成了新的，我也有了新的目标，对我来说这是一个新的开始。与以往不同，我将要把重心放在学业上，尽管我们还没正式开专业课。这学期我要准备英语六级，虽然现在分数还没出来，但是估计上次考得不怎么样，所以只有在这个学期加油。我也要好好学专业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学习上来说，大学的生活和以前十二年的读书生活完全不一样，属于完全自由，完全开放型。你不去上课没人会在意，不交作业没人会催你，甚至只要考试前突击看看书就能通过考试。这样的环境可以造就人才，也可以摧毁一个人，而大多数不知道自己要干啥的人被摧毁了。总结前面的经验教训，我要好好努力，这学期的任务有点严峻。计算机二级和英语六级就是我最大的门槛。</w:t>
      </w:r>
      <w:r>
        <w:rPr>
          <w:lang w:eastAsia="zh-CN"/>
        </w:rPr>
        <w:br/>
      </w:r>
      <w:r>
        <w:rPr>
          <w:lang w:eastAsia="zh-CN"/>
        </w:rPr>
        <w:t>　　进入大学的目的其实很明确就是要学习更多的知识，至于学什么知识完全凭借自己兴趣。在大学里面学习什么样的知识都是允许的，前提条件就是我们的课程必须全部合格。在这个前提下我们可以选择自己最感兴趣的东西去钻研，即便和自己专业无关。兴趣是最好的老师，在兴趣的指导下踏实钻研，假以时日，肯定可以成为在一方面有特长的人。这是每个大学生必须做的，不然我的大学后面两年将在我的历史上消失。</w:t>
      </w:r>
      <w:r>
        <w:rPr>
          <w:lang w:eastAsia="zh-CN"/>
        </w:rPr>
        <w:br/>
      </w:r>
      <w:r>
        <w:rPr>
          <w:lang w:eastAsia="zh-CN"/>
        </w:rPr>
        <w:t>　　在思想上，我觉得整个人成熟了很多，也变得更加乐观了。人总是会从年少到青春到成熟最后老去，只是每个人的经历不同而已。一天天的我们总会长大，也可以说，人的一生就是在时间赛跑，在这个过程中，我们不要去过多的在乎得失，重要的是要明白生命的目标和意义。人长大了，变得成熟了，做事也应该更加全面的、冷静的去做。在这个学期，我也为自己设定了目标，不管是近期的还是长远的，然后一步一步去完成。所以，我一定要时常的为自己设定目标，这样才能更有效率的去完成。现在很喜欢一句话：“幸福不是对往昔的回忆，而是对未来的憧憬”，我觉得说的很有道理，人的一生也就几十年，我们应该向前看。</w:t>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xml:space="preserve"> 生活上，在大学里面大部分时间都是在寝室呆着，一学期下来班里同学可能还不都说过话，当然这在我们寝室是不可能的。寝室就是在大学里面的家，一定要把家庭内的关系搞和谐了，我们寝室就是很和谐的。我们多多交流沟通，了解了对方自然能理解对方的行为用意。有些坏毛病，你觉得是，别人不觉得是，通过交流可以让大家达成一个共识，这个共识可以促进大家和睦相处。还有就是包容，很多人就是因为缺少了包容，导致无法和身边的人相处，每个人的人生观价值观都不同，小小的寝室就是社会的缩影，我觉得要学会包容各种想法各种行为，包容多元的社会。有时候多总结下自己，大多数时候问题都是出在了自己身上。</w:t>
      </w:r>
      <w:r>
        <w:rPr>
          <w:lang w:eastAsia="zh-CN"/>
        </w:rPr>
        <w:t xml:space="preserve"> 在大学里面的时间会有很多，这些自由分配的时间，我们可以在花时间在功课上，但除了这些之外必须留一块特定的时间给书。我也不想再向以前一样花时间在无聊的电视剧上。我们可以选读一些心理学的著作，也可以读一些经济学著作。对于你感兴趣的方面可以多选几本，网上有推荐书目。这些书，在大学不读，走上社会将很少再有时间去读他们了。</w:t>
      </w:r>
      <w:r>
        <w:rPr>
          <w:lang w:eastAsia="zh-CN"/>
        </w:rPr>
        <w:br/>
      </w:r>
      <w:r>
        <w:rPr>
          <w:lang w:eastAsia="zh-CN"/>
        </w:rPr>
        <w:t>　　在大学里的课余时间可以选择性的考取证书，一来可以证明你的实力，二来为以后走上社会打下基础。有些证书是必须拿到的，比如四六级证书，学位证书，会计证书，计算机证书都是必要的。在大学里永远没人会催我们考证书，如果你不主动去了解，你也永远不会清楚有哪些证书，怎么考证书。所以我想在这学期课余时间花点在证书上，稍加研究，安排一个考证书的阶段计划，并付出行动。</w:t>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大学就相当于一个小型的社会，作为一个步入社会的缓冲，我们可以从中学到好多的东西。这样可以利用剩余时间在外面打工，尤其是五一，十一，我通过打暑假工也知道了一些工作中的细节和与老板、同事间的处事的细节。最重要的是通过打工，我熟悉到了在与生疏人相处时，平等是第一位的，在与人交往中要将一些身份、地位去除——这样既有利于交往，又是尊重别人。</w:t>
      </w:r>
      <w:r>
        <w:rPr>
          <w:lang w:eastAsia="zh-CN"/>
        </w:rPr>
        <w:br/>
      </w:r>
      <w:r>
        <w:rPr>
          <w:lang w:eastAsia="zh-CN"/>
        </w:rPr>
        <w:t>　　最后一点，说下目标，目标随时都要有，机会随时都跟进。虽然计划会赶不上变化，但有计划一定比没有计划要好。</w:t>
      </w:r>
      <w:r>
        <w:rPr>
          <w:lang w:eastAsia="zh-CN"/>
        </w:rPr>
        <w:br/>
      </w:r>
      <w:r>
        <w:rPr>
          <w:lang w:eastAsia="zh-CN"/>
        </w:rPr>
        <w:t>　　大学二年级下学期规划主要内容有：</w:t>
      </w:r>
      <w:r>
        <w:rPr>
          <w:lang w:eastAsia="zh-CN"/>
        </w:rPr>
        <w:br/>
      </w:r>
      <w:r>
        <w:rPr>
          <w:lang w:eastAsia="zh-CN"/>
        </w:rPr>
        <w:t>　　(1)好好学习专业课，通过上网熟悉写自己的专业领域；</w:t>
      </w:r>
      <w:r>
        <w:rPr>
          <w:lang w:eastAsia="zh-CN"/>
        </w:rPr>
        <w:br/>
      </w:r>
      <w:r>
        <w:rPr>
          <w:lang w:eastAsia="zh-CN"/>
        </w:rPr>
        <w:t>　　(2)参加和专业有关的暑期工作，和同学交流求职工作心得体会；</w:t>
      </w:r>
      <w:r>
        <w:rPr>
          <w:lang w:eastAsia="zh-CN"/>
        </w:rPr>
        <w:br/>
      </w:r>
      <w:r>
        <w:rPr>
          <w:lang w:eastAsia="zh-CN"/>
        </w:rPr>
        <w:t>　　(3)努力学习英语，考六级，并在暑假多参加社会实践；</w:t>
      </w:r>
      <w:r>
        <w:rPr>
          <w:lang w:eastAsia="zh-CN"/>
        </w:rPr>
        <w:br/>
      </w:r>
      <w:r>
        <w:rPr>
          <w:lang w:eastAsia="zh-CN"/>
        </w:rPr>
        <w:t>　　(4)了解、搜集工作信息的渠道，并积极尝试。</w:t>
      </w:r>
      <w:r>
        <w:rPr>
          <w:lang w:eastAsia="zh-CN"/>
        </w:rPr>
        <w:br/>
      </w:r>
      <w:r>
        <w:rPr>
          <w:lang w:eastAsia="zh-CN"/>
        </w:rPr>
        <w:t>　　关于下个学期的展望，下个学期的任务还是很沉重的，学科的增多，学习压力也会随之增加。不过，我会更加努力的。</w:t>
      </w:r>
      <w:r>
        <w:rPr>
          <w:lang w:eastAsia="zh-CN"/>
        </w:rPr>
        <w:br/>
      </w:r>
      <w:r>
        <w:rPr>
          <w:lang w:eastAsia="zh-CN"/>
        </w:rPr>
        <w:t xml:space="preserve">    第一学期地理工作总结 篇15 </w:t>
      </w:r>
      <w:r>
        <w:rPr>
          <w:lang w:eastAsia="zh-CN"/>
        </w:rPr>
        <w:br/>
      </w:r>
      <w:r>
        <w:rPr>
          <w:lang w:eastAsia="zh-CN"/>
        </w:rPr>
        <w:t>　　闽侯县小学语文学科工作室成立一年了，一年里，我们在县教育局的领导下，在教师进修校的支持下，努力学习，认真研究，积极思考，乐于奉献，从无到有，从有到优，经历了建设与发展的初期阶段。过去的一个学期，我们乘教育改革东风，在县教育局搭建的“双名工程”的平台上，成长壮大起来，展示了我们的风采，取得了一定的成绩。现将20__—20__学年第一学期工作总结如下：</w:t>
      </w:r>
      <w:r>
        <w:rPr>
          <w:lang w:eastAsia="zh-CN"/>
        </w:rPr>
        <w:br/>
      </w:r>
      <w:r>
        <w:rPr>
          <w:lang w:eastAsia="zh-CN"/>
        </w:rPr>
        <w:t>　　一、重视自我“修炼”，建设学习型组织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过去的一个学期，工作室成员把学习放在首位，通过集中学习和个人自学的方式，努力提高个人素养，致力于把学科工作室建设为一个学习型组织，逐渐将工作室打造为一个学术团队。</w:t>
      </w:r>
      <w:r>
        <w:rPr>
          <w:lang w:eastAsia="zh-CN"/>
        </w:rPr>
        <w:br/>
      </w:r>
      <w:r>
        <w:rPr>
          <w:lang w:eastAsia="zh-CN"/>
        </w:rPr>
        <w:t>　　1、学习教育法规政策，学习县教育局文件精神，学习学科工作室的相关制度规范。通过学习，全体工作室成员明确了工作目标和恪守的职责，更好地开展工作。</w:t>
      </w:r>
      <w:r>
        <w:rPr>
          <w:lang w:eastAsia="zh-CN"/>
        </w:rPr>
        <w:br/>
      </w:r>
      <w:r>
        <w:rPr>
          <w:lang w:eastAsia="zh-CN"/>
        </w:rPr>
        <w:t>　　2、学习教研教学专著。我们把苏霍姆林斯基的《给教师的100条建议》作为必读书籍，引领和鼓励工作室成员多读书、读好书，从教育书籍中汲取精神营养。</w:t>
      </w:r>
      <w:r>
        <w:rPr>
          <w:lang w:eastAsia="zh-CN"/>
        </w:rPr>
        <w:br/>
      </w:r>
      <w:r>
        <w:rPr>
          <w:lang w:eastAsia="zh-CN"/>
        </w:rPr>
        <w:t>　　3、熟读《小学语文新课程标准》，做到字斟句酌，烂熟于心，并学以致用。</w:t>
      </w:r>
      <w:r>
        <w:rPr>
          <w:lang w:eastAsia="zh-CN"/>
        </w:rPr>
        <w:br/>
      </w:r>
      <w:r>
        <w:rPr>
          <w:lang w:eastAsia="zh-CN"/>
        </w:rPr>
        <w:t>　　4、通读小学语文一至十二册教科书，对我们的研究对象主动出击。我们为每个成员购置了十二册教科书及教师参考用书。在大规模读教科书的行动中，让我们更加接近文本，亲近经典，深入钻研。</w:t>
      </w:r>
      <w:r>
        <w:rPr>
          <w:lang w:eastAsia="zh-CN"/>
        </w:rPr>
        <w:br/>
      </w:r>
      <w:r>
        <w:rPr>
          <w:lang w:eastAsia="zh-CN"/>
        </w:rPr>
        <w:t>　　5、寒假期间，工作室为全体成员购买余文森教授的新作《有效教学十讲》，利用寒假时间开展读书活动。</w:t>
      </w:r>
      <w:r>
        <w:rPr>
          <w:lang w:eastAsia="zh-CN"/>
        </w:rPr>
        <w:br/>
      </w:r>
      <w:r>
        <w:rPr>
          <w:lang w:eastAsia="zh-CN"/>
        </w:rPr>
        <w:t>　　二、加强外出“充电”，占据教研“制高点”</w:t>
      </w:r>
      <w:r>
        <w:rPr>
          <w:lang w:eastAsia="zh-CN"/>
        </w:rPr>
        <w:br/>
      </w:r>
      <w:r>
        <w:rPr>
          <w:lang w:eastAsia="zh-CN"/>
        </w:rPr>
        <w:t>　　暑期时间，小学语文学科工作室成员齐赴浙江省宁波市，参加《小学语文教师》编辑部举办的“新经典”全国语文骨干教师教学研讨会。近十天的会期适逢该市五十年不遇的40度的高温，但我们克服困难，积极参与，向于永正、薛法根、窦桂梅等名家求取真经，收获颇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十月份，工作室成员又悉数参加了于福州举行的“名师东南行”教研活动，福建本土名师与来自全国各地的名师联袂献上的精品课让我们大呼过瘾。</w:t>
      </w:r>
      <w:r>
        <w:rPr>
          <w:lang w:eastAsia="zh-CN"/>
        </w:rPr>
        <w:br/>
      </w:r>
      <w:r>
        <w:rPr>
          <w:lang w:eastAsia="zh-CN"/>
        </w:rPr>
        <w:t>　　十一份，我们中绝大部分成员再赴榕城参加了为期六天的福州市培训者培训活动，认真倾听全国著名小语名师和市林莘名师工作室导师的精彩讲学，又学到了不少本领。</w:t>
      </w:r>
      <w:r>
        <w:rPr>
          <w:lang w:eastAsia="zh-CN"/>
        </w:rPr>
        <w:br/>
      </w:r>
      <w:r>
        <w:rPr>
          <w:lang w:eastAsia="zh-CN"/>
        </w:rPr>
        <w:t>　　期间，工作室成员的宋艳萍、孙丽典、李秀琳、姚淑毅、郑章钦、陈翔等老师陆续参加了省级农村骨干教师和福建省农村教师教育教学能力提升培训，高层次的外出充电学习，让我们站在了教育科研的前沿，在一个“制高点”上获得教学理论和教学经验的提升，丰厚底蕴。</w:t>
      </w:r>
      <w:r>
        <w:rPr>
          <w:lang w:eastAsia="zh-CN"/>
        </w:rPr>
        <w:br/>
      </w:r>
      <w:r>
        <w:rPr>
          <w:lang w:eastAsia="zh-CN"/>
        </w:rPr>
        <w:t>　　三、推进送教下校，持续发挥“辐射性”</w:t>
      </w:r>
      <w:r>
        <w:rPr>
          <w:lang w:eastAsia="zh-CN"/>
        </w:rPr>
        <w:br/>
      </w:r>
      <w:r>
        <w:rPr>
          <w:lang w:eastAsia="zh-CN"/>
        </w:rPr>
        <w:t>　　我们始终牢记工作室的引领宗旨，努力推进送教下校工作，持续发挥我们的“引领、示范、激励和辐射”功能。</w:t>
      </w:r>
      <w:r>
        <w:rPr>
          <w:lang w:eastAsia="zh-CN"/>
        </w:rPr>
        <w:br/>
      </w:r>
      <w:r>
        <w:rPr>
          <w:lang w:eastAsia="zh-CN"/>
        </w:rPr>
        <w:t>　　1、林清老师和叶晓燕老师分别执教《大江保卫战》、《丑小鸭》两课，在上街、洋里、廷坪、大湖、竹岐中心小学产生了很大的反响。学科工作室负责人张依芳副校长做的《目标导航，实施有效教学》专题讲座更是深入人心，对山区、半山区、平原区教师的专业成长都产生了激励和引领作用。</w:t>
      </w:r>
      <w:r>
        <w:rPr>
          <w:lang w:eastAsia="zh-CN"/>
        </w:rPr>
        <w:br/>
      </w:r>
      <w:r>
        <w:rPr>
          <w:lang w:eastAsia="zh-CN"/>
        </w:rPr>
        <w:t>　　2、建立三个帮扶点，成立长期帮扶机制，带徒授艺，深入教研第一线。一年中，工作室每个成员除参加本校常规教研活动和工作室集体活动外，分三组，深入到上街中心校、竹岐中心校、实小三个帮扶点去，定期与徒弟切磋备课，听课，评课，参与岗位培训活动，受到帮扶点师生的.欢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3、工作室年轻的成员得到迅速成长。姚淑毅老师执教的五年级《木笛》一课，在20__年全县青年教师教学比武中获第一名，并且在展示活动中受到与会专家、教师的高度评价。</w:t>
      </w:r>
      <w:r>
        <w:rPr>
          <w:lang w:eastAsia="zh-CN"/>
        </w:rPr>
        <w:br/>
      </w:r>
      <w:r>
        <w:rPr>
          <w:lang w:eastAsia="zh-CN"/>
        </w:rPr>
        <w:t>　　四、瞄准前沿课题，打造目标“导航仪”</w:t>
      </w:r>
      <w:r>
        <w:rPr>
          <w:lang w:eastAsia="zh-CN"/>
        </w:rPr>
        <w:br/>
      </w:r>
      <w:r>
        <w:rPr>
          <w:lang w:eastAsia="zh-CN"/>
        </w:rPr>
        <w:t>　　我们在实践中思考，在摸索中实践，针对一线教师教学目标不明确的通病，本着“有效”、“前沿”的原则，创造性地提出了《新课程小学语文课堂有效教学策略的实践研究》，深入扎实地开展研究工作。</w:t>
      </w:r>
      <w:r>
        <w:rPr>
          <w:lang w:eastAsia="zh-CN"/>
        </w:rPr>
        <w:br/>
      </w:r>
      <w:r>
        <w:rPr>
          <w:lang w:eastAsia="zh-CN"/>
        </w:rPr>
        <w:t>　　这个课题成立之初，就作为福州市基础教育课题受到专家们的重视。省教育学院的鲍道宏教授、市教育学院的林景和、黄澜、陈绍铭主任等专家多次莅临工作室指导开展课题研究工作。本学期，工作室举行了三场课题研讨会。其中第三场会更是盛况空前，工作室成员姚淑毅老师执教的研讨课，充分体现了该课题研究的理念，课后，课题组专家和课题组老师们一道，以展示课为媒介，深入探讨有效教学的目标设定、教学策略的诸多问题，经过研讨，大家对本课题研究又有了进一步的收获。鲍教授等三位专家和县局领导的莅临指导，更让我们备受鼓舞。</w:t>
      </w:r>
      <w:r>
        <w:rPr>
          <w:lang w:eastAsia="zh-CN"/>
        </w:rPr>
        <w:br/>
      </w:r>
      <w:r>
        <w:rPr>
          <w:lang w:eastAsia="zh-CN"/>
        </w:rPr>
        <w:t>　　专家们认为，我们的课题研究是扎实的，是能为一线教师服务的，是有生命力的。这是对我们工作室一年来开展课题研究活动的最好奖赏。</w:t>
      </w:r>
      <w:r>
        <w:rPr>
          <w:lang w:eastAsia="zh-CN"/>
        </w:rPr>
        <w:br/>
      </w:r>
      <w:r>
        <w:rPr>
          <w:lang w:eastAsia="zh-CN"/>
        </w:rPr>
        <w:t>　　为了课题研究的需要，加大课题研究的力度，工作室经过精心筛选，充实了课题组研究成员，保证了各年级研究的均衡发展。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五、精心建设网站，创建教师交流平台</w:t>
      </w:r>
      <w:r>
        <w:rPr>
          <w:lang w:eastAsia="zh-CN"/>
        </w:rPr>
        <w:br/>
      </w:r>
      <w:r>
        <w:rPr>
          <w:lang w:eastAsia="zh-CN"/>
        </w:rPr>
        <w:t>　　学科工作室网站的诞生，为工作室成员和全县一线教师建立一个及时交流的平台。网站根据本学科教学和研究需要，创设了“教学资源”、“新闻中心”、“论文集锦”、“美文赏读”、“课题研究”、“交流中心”六个栏目，“教学资源”积聚全国各地名师优秀课例和教学理论，为教师的个人学习提供学习资源和素材，“新闻中心”及时刊登学科工作室活动信息，让教师了解工作室大型活动情况，“论文集锦”刊登了工作室成员的教学论文和教学思考，“美文赏读”引导教师深入解读文本，“课题研究”记录了工作室课题研究的进程，“交流中心”汇集了工作室成员的学习心得体会及工作思考的花絮。网站，是工作室成员的重要交流平台，更是一线语文教师学习交流的平台。</w:t>
      </w:r>
      <w:r>
        <w:rPr>
          <w:lang w:eastAsia="zh-CN"/>
        </w:rPr>
        <w:br/>
      </w:r>
      <w:r>
        <w:rPr>
          <w:lang w:eastAsia="zh-CN"/>
        </w:rPr>
        <w:t>　　六、走出县外做引领，创建品牌工作室</w:t>
      </w:r>
      <w:r>
        <w:rPr>
          <w:lang w:eastAsia="zh-CN"/>
        </w:rPr>
        <w:br/>
      </w:r>
      <w:r>
        <w:rPr>
          <w:lang w:eastAsia="zh-CN"/>
        </w:rPr>
        <w:t>　　学科工作室不仅在本县做好教学研究和引领教师成长，还努力发挥教学名师资源的作用，走出本县，到兄弟县区送培送课，张依芳老师多次随省教育厅学科带头人送培下乡讲师团到我省经济欠发达地区做骨干教师培训讲座，接受省教育学院邀请为省农村骨干教师和省农村教师教育教学提升能力工程培训班授课，接受连江等县教师进修校邀请，为当地中级教师岗位培训做讲座，林清老师多次随市教育学院到仙游等县送课。她们的讲学均获得教师和当地有关部门的高度评价，扩大了学科工作室的知名度，正努力创建品牌学科工作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4"/>
          <w:cols w:space="425"/>
          <w:titlePg w:val="0"/>
          <w:docGrid w:type="lines" w:linePitch="312"/>
        </w:sectPr>
      </w:pPr>
      <w:r>
        <w:rPr>
          <w:lang w:eastAsia="zh-CN"/>
        </w:rPr>
        <w:t>　　同时，工作室成员笔耕不辍，及时记录教学研究的发现和感悟，撰写大量的文章，张依芳、林清、郑章钦等教师撰写的文章在《福建教育》、《福建教师》等CN刊物发表，教学研究成果颇丰。姚淑毅等老师教学业绩显著，获得县教育教学贡献奖。</w:t>
      </w:r>
      <w:r>
        <w:rPr>
          <w:lang w:eastAsia="zh-CN"/>
        </w:rPr>
        <w:br/>
      </w:r>
      <w:r>
        <w:rPr>
          <w:lang w:eastAsia="zh-CN"/>
        </w:rPr>
        <w:t>　　“问渠哪得清如许，为有源头活水来”。有了县教育局的正确领导和关怀，有了工作室成员的努力学习和吃苦耐劳，有了广大教师的积极参与，不断注入的源头活水，正为小学语文学科工作室的蓬勃发展奠定坚实的基础，描绘壮丽的蓝图。</w:t>
      </w:r>
      <w:r>
        <w:rPr>
          <w:lang w:eastAsia="zh-CN"/>
        </w:rPr>
        <w:br/>
      </w:r>
      <w:r>
        <w:rPr>
          <w:lang w:eastAsia="zh-CN"/>
        </w:rPr>
        <w:t xml:space="preserve">    第一学期地理工作总结 篇16 </w:t>
      </w:r>
      <w:r>
        <w:rPr>
          <w:lang w:eastAsia="zh-CN"/>
        </w:rPr>
        <w:br/>
      </w:r>
      <w:r>
        <w:rPr>
          <w:lang w:eastAsia="zh-CN"/>
        </w:rPr>
        <w:t>　　时间过得真快，转眼紧张忙碌的一个学期又结束了，在这个学期里，付出汗水，收获不少，在得与失之间，我挑选几段将最值得回味的地方拿出来，与大家分享：</w:t>
      </w:r>
      <w:r>
        <w:rPr>
          <w:lang w:eastAsia="zh-CN"/>
        </w:rPr>
        <w:br/>
      </w:r>
      <w:r>
        <w:rPr>
          <w:lang w:eastAsia="zh-CN"/>
        </w:rPr>
        <w:t>　　班级管理方面：</w:t>
      </w:r>
      <w:r>
        <w:rPr>
          <w:lang w:eastAsia="zh-CN"/>
        </w:rPr>
        <w:br/>
      </w:r>
      <w:r>
        <w:rPr>
          <w:lang w:eastAsia="zh-CN"/>
        </w:rPr>
        <w:t>　　在班级管理中，我们依据校学生守则，结合我班情况，制定本班班规，要求每个孩子在日常生活中，要做到“两大两自”（大胆，大方，自信，自律）。并根据平时的情况，适时给孩子们鼓励，我告诉孩子们：真正的大胆不是在课上的违纪，是发言时的积极；真正的大方不是无目的的围观，而是待人接物时的真诚，真正的自信是对自己有信心，真正的自律是严格遵守纪律。</w:t>
      </w:r>
      <w:r>
        <w:rPr>
          <w:lang w:eastAsia="zh-CN"/>
        </w:rPr>
        <w:br/>
      </w:r>
    </w:p>
    <w:p w:rsidR="001B1F19" w14:textId="27C3F48A">
      <w:pPr>
        <w:rPr>
          <w:rFonts w:hint="eastAsia"/>
          <w:lang w:eastAsia="zh-CN"/>
        </w:rPr>
      </w:pPr>
      <w:r>
        <w:rPr>
          <w:lang w:eastAsia="zh-CN"/>
        </w:rPr>
        <w:t>　　依据此项制度，班内制定了各项奖星措施，让孩子们根据自己的表现来决定自己应该得到的奖项。他们的积极性一下子被调动起来了，在学习生活中努力的遵守着，小心的违反者，慢慢的我发现性格内向的孩子爱说了，自卑的孩子头抬起来了，上课举手的孩子多了，发言时声音大了，调皮鬼们不在肆无忌惮，遵规守纪，讲究清洁，团结互爱。是非观，为人处世观，学习观都有了一定的提高，良好的班风形成了。</w:t>
      </w:r>
      <w:r>
        <w:rPr>
          <w:lang w:eastAsia="zh-CN"/>
        </w:rPr>
        <w:br/>
      </w:r>
      <w:r>
        <w:rPr>
          <w:lang w:eastAsia="zh-CN"/>
        </w:rPr>
        <w:t>　　我是班级小主人活动的开展，让每个孩子在这个大家庭中找到了自己的位置，每天早上，孩子们会自觉的来到卫生区打扫卫生，下课了，你会看见两个孩子正在认真的擦黑板，教室的地面，窗台都有专人负责……课程表一日一换，让每个人都来展示自己的书法，小班长轮流当，体会为班级服务的乐趣。元旦晚会上，可爱的小丑精彩的表演赢得了大家的阵阵掌声，搅舌的绕口令，动感十足的广场舞吸引了全体师生的参与，把晚会推上了高潮。师生同乐，无拘无束，家的氛围更浓了。</w:t>
      </w:r>
      <w:r>
        <w:rPr>
          <w:lang w:eastAsia="zh-CN"/>
        </w:rPr>
        <w:br/>
      </w:r>
      <w:r>
        <w:rPr>
          <w:lang w:eastAsia="zh-CN"/>
        </w:rPr>
        <w:t>　　在教学方面：</w:t>
      </w:r>
      <w:r>
        <w:rPr>
          <w:lang w:eastAsia="zh-CN"/>
        </w:rPr>
        <w:br/>
      </w:r>
      <w:r>
        <w:rPr>
          <w:lang w:eastAsia="zh-CN"/>
        </w:rPr>
        <w:t>　　一直以来，我非常注重对孩子自学能力的培养，好的习惯将是孩子终身受用，二年级的孩子，正是识字能力大大提高的时候，他们有兴趣，更需要方法，鉴于一年级已有的一些方法，孩子们把这些方法也用在了自己的学习中，加、减、换、猜……方法熟记于心，识字效率大大提高。当孩子们在阅读的故事中找到自己刚认识的字或者词语时，那种喜悦不亚于得了一个，图书角成了孩子们最喜欢的地方。因为有他们喜欢的故事在等他。奖励一本故事书看，也成了许多孩子们的渴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https://d.book118.com/178022060130006041</w:t>
        </w:r>
      </w:hyperlink>
    </w:p>
    <w:p w:rsidR="001B1F19">
      <w:pPr>
        <w:rPr>
          <w:rFonts w:hint="eastAsia"/>
          <w:lang w:eastAsia="zh-CN"/>
        </w:rPr>
      </w:pPr>
    </w:p>
    <w:sectPr>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8022060130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