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施工员之市政施工基础知识题库</w:t>
      </w:r>
    </w:p>
    <w:p/>
    <w:p>
      <w:pPr>
        <w:jc w:val="center"/>
      </w:pPr>
      <w:r>
        <w:rPr>
          <w:rFonts w:ascii="黑体" w:hAnsi="黑体"/>
          <w:b/>
          <w:sz w:val="28"/>
        </w:rPr>
        <w:t>第一部分  单选题(200题)</w:t>
      </w:r>
    </w:p>
    <w:p>
      <w:r>
        <w:t>1、按《城市桥梁设计规范》（CJJ1-2011）规定，桥梁按单跨跨径Lk和跨径总长L分为四类，属于中桥的是（　　　）。</w:t>
        <w:br/>
        <w:t>A.L（跨径总长）=25</w:t>
        <w:br/>
        <w:t>B.L=100</w:t>
        <w:br/>
        <w:t>C.Lk（单孔跨径）=25</w:t>
        <w:br/>
        <w:t>D.Lk=100</w:t>
        <w:br/>
        <w:br/>
        <w:t xml:space="preserve">【答案】：C </w:t>
      </w:r>
    </w:p>
    <w:p>
      <w:r>
        <w:t>2、不开槽施工方法中，一般情况下，浅埋暗挖法适用于直径（　　　）管道施工。</w:t>
        <w:br/>
        <w:t>A.100～1000mm</w:t>
        <w:br/>
        <w:t>B.2000mm以上</w:t>
        <w:br/>
        <w:t>C.800～3000mm</w:t>
        <w:br/>
        <w:t>D.3000mm以上</w:t>
        <w:br/>
        <w:br/>
        <w:t xml:space="preserve">【答案】：B </w:t>
      </w:r>
    </w:p>
    <w:p>
      <w:pPr>
        <w:sectPr w:rsidSect="00034616">
          <w:pgSz w:w="12240" w:h="15840"/>
          <w:pgMar w:top="1440" w:right="1800" w:bottom="1440" w:left="1800" w:header="720" w:footer="720" w:gutter="0"/>
          <w:cols w:space="720"/>
          <w:docGrid w:linePitch="360"/>
        </w:sectPr>
      </w:pPr>
    </w:p>
    <w:p>
      <w:r>
        <w:t>3、某连续梁桥全长179m，拟采用悬臂浇筑法施工，挂篮的主桁部分采用三角形结构，行走为整体移动，其余采用竹胶板。其施工程序计划如下：①在墩顶托架上浇筑0号块并实施墩梁临时固结系统。②在0号块上安装悬臂挂篮，向两侧依次对称地分段浇筑主梁至合龙段。③在临时支架或梁端与边墩向临时托架上支模板浇筑现浇梁段。④主梁合龙段可在改装的简支挂篮托架上浇筑。</w:t>
        <w:br/>
        <w:t>A.10</w:t>
        <w:br/>
        <w:t>B.20</w:t>
        <w:br/>
        <w:t>C.30</w:t>
        <w:br/>
        <w:t>D.40</w:t>
        <w:br/>
        <w:br/>
        <w:t>【答案】：B</w:t>
      </w:r>
      <w:r>
        <w:t xml:space="preserve"> </w:t>
      </w:r>
    </w:p>
    <w:p>
      <w:r>
        <w:t>4、反映一个组织系统中各子系统之间或各工作部门之间的指令关系的是（　　　）。</w:t>
        <w:br/>
        <w:t>A.组织结构模式</w:t>
        <w:br/>
        <w:t>B.组织分工</w:t>
        <w:br/>
        <w:t>C.工作流程组织</w:t>
        <w:br/>
        <w:t>D.工作分解结构</w:t>
        <w:br/>
        <w:br/>
        <w:t xml:space="preserve">【答案】：A </w:t>
      </w:r>
    </w:p>
    <w:p>
      <w:r>
        <w:t>5、道路上的井室必须使用（　　　）装配稳固。</w:t>
        <w:br/>
        <w:t>A.重型井盖</w:t>
        <w:br/>
        <w:t>B.轻型井盖</w:t>
        <w:br/>
        <w:t>C.普通井盖</w:t>
        <w:br/>
        <w:t>D.钢筋混凝土井盖</w:t>
        <w:br/>
        <w:br/>
        <w:t xml:space="preserve">【答案】：A </w:t>
      </w:r>
    </w:p>
    <w:p>
      <w:pPr>
        <w:sectPr w:rsidSect="00034616">
          <w:type w:val="nextPage"/>
          <w:pgSz w:w="12240" w:h="15840"/>
          <w:pgMar w:top="1440" w:right="1800" w:bottom="1440" w:left="1800" w:header="720" w:footer="720" w:gutter="0"/>
          <w:pgNumType w:start="2"/>
          <w:cols w:space="720"/>
          <w:titlePg w:val="0"/>
          <w:docGrid w:linePitch="360"/>
        </w:sectPr>
      </w:pPr>
      <w:r>
        <w:t>6、构筑物满水试验程序为（　　　）。</w:t>
        <w:br/>
        <w:t>A.实验准备→水池注水→水池内水位观测→蒸发量测定→有关资料整理</w:t>
        <w:br/>
        <w:t>B.有关资料整理→实验准备→水池注水→水池内水位观测→蒸发量测定</w:t>
        <w:br/>
        <w:t>C.实验准备→水池注水→蒸发量测定→水池内水位观测→有关资料整理</w:t>
        <w:br/>
        <w:t>D.有关资料整理→实验准备→水池注水→蒸发量测定→水池内水位观测</w:t>
        <w:br/>
        <w:br/>
        <w:t xml:space="preserve">【答案】：A </w:t>
      </w:r>
    </w:p>
    <w:p>
      <w:r>
        <w:t>7、组合模板是一种工具式模板，是工程施工用得最多的一种模板。它由具有一定模数的若干类型的（　　　）组成。</w:t>
        <w:br/>
        <w:t>A.支撑、角模</w:t>
        <w:br/>
        <w:t>B.板块、角模、支撑和连接件</w:t>
        <w:br/>
        <w:t>C.板块、支撑</w:t>
        <w:br/>
        <w:t>D.板块、角模</w:t>
        <w:br/>
        <w:br/>
        <w:t xml:space="preserve">【答案】：B </w:t>
      </w:r>
    </w:p>
    <w:p>
      <w:r>
        <w:t>8、“刃脚”的作用是（　　　）。</w:t>
        <w:br/>
        <w:t>A.满足下沉要求</w:t>
        <w:br/>
        <w:t>B.减小下沉阻力</w:t>
        <w:br/>
        <w:t>C.增加整体刚度</w:t>
        <w:br/>
        <w:t>D.防止渗水</w:t>
        <w:br/>
        <w:br/>
        <w:t xml:space="preserve">【答案】：B </w:t>
      </w:r>
    </w:p>
    <w:p>
      <w:r>
        <w:t>9、起保障行人交通安全和保证人车分流的作用的是（　　　）。</w:t>
        <w:br/>
        <w:t>A.立缘石</w:t>
        <w:br/>
        <w:t>B.平缘石</w:t>
        <w:br/>
        <w:t>C.人行道</w:t>
        <w:br/>
        <w:t>D.交通标志</w:t>
        <w:br/>
        <w:br/>
        <w:t xml:space="preserve">【答案】：C </w:t>
      </w:r>
    </w:p>
    <w:p>
      <w:pPr>
        <w:sectPr w:rsidSect="00034616">
          <w:type w:val="nextPage"/>
          <w:pgSz w:w="12240" w:h="15840"/>
          <w:pgMar w:top="1440" w:right="1800" w:bottom="1440" w:left="1800" w:header="720" w:footer="720" w:gutter="0"/>
          <w:pgNumType w:start="3"/>
          <w:cols w:space="720"/>
          <w:titlePg w:val="0"/>
          <w:docGrid w:linePitch="360"/>
        </w:sectPr>
      </w:pPr>
    </w:p>
    <w:p>
      <w:r>
        <w:t>10、城市中一座五跨连续箱梁桥，其各孔净跨径的总和称为（　　　）。</w:t>
        <w:br/>
        <w:t>A.桥梁跨度</w:t>
        <w:br/>
        <w:t>B.桥梁孔径</w:t>
        <w:br/>
        <w:t>C.桥梁全长</w:t>
        <w:br/>
        <w:t>D.桥梁标准跨径</w:t>
        <w:br/>
        <w:br/>
        <w:t>【答案】：B</w:t>
      </w:r>
      <w:r>
        <w:t xml:space="preserve"> </w:t>
      </w:r>
    </w:p>
    <w:p>
      <w:r>
        <w:t>11、混凝土管适用于（　　　）。</w:t>
        <w:br/>
        <w:t>A.橡胶圈接口</w:t>
        <w:br/>
        <w:t>B.焊接接口</w:t>
        <w:br/>
        <w:t>C.法兰接口</w:t>
        <w:br/>
        <w:t>D.化学粘合剂接口</w:t>
        <w:br/>
        <w:br/>
        <w:t xml:space="preserve">【答案】：A </w:t>
      </w:r>
    </w:p>
    <w:p>
      <w:r>
        <w:t>12、低碳钢是指含碳量（　　　）的钢材。</w:t>
        <w:br/>
        <w:t>A.小于0.25%</w:t>
        <w:br/>
        <w:t>B.0.25%～0.6%</w:t>
        <w:br/>
        <w:t>C.大于0.6%</w:t>
        <w:br/>
        <w:t>D.0.6%～5%</w:t>
        <w:br/>
        <w:br/>
        <w:t xml:space="preserve">【答案】：A </w:t>
      </w:r>
    </w:p>
    <w:p>
      <w:r>
        <w:t>13、沉人桩桩架的选择，主要根据桩锤种类、（　　　）、施工条件等而定。</w:t>
        <w:br/>
        <w:t>A.锤长</w:t>
        <w:br/>
        <w:t>B.锤重</w:t>
        <w:br/>
        <w:t>C.人数</w:t>
        <w:br/>
        <w:t>D.桩长</w:t>
        <w:br/>
        <w:br/>
        <w:t xml:space="preserve">【答案】：D </w:t>
      </w:r>
    </w:p>
    <w:p>
      <w:pPr>
        <w:sectPr w:rsidSect="00034616">
          <w:type w:val="nextPage"/>
          <w:pgSz w:w="12240" w:h="15840"/>
          <w:pgMar w:top="1440" w:right="1800" w:bottom="1440" w:left="1800" w:header="720" w:footer="720" w:gutter="0"/>
          <w:pgNumType w:start="4"/>
          <w:cols w:space="720"/>
          <w:titlePg w:val="0"/>
          <w:docGrid w:linePitch="360"/>
        </w:sectPr>
      </w:pPr>
    </w:p>
    <w:p>
      <w:r>
        <w:t>14、在一地面平坦、无经纬仪的建筑场地，放样点位应选用（　　　）。</w:t>
        <w:br/>
        <w:t>A.直角坐标法</w:t>
        <w:br/>
        <w:t>B.极坐标法</w:t>
        <w:br/>
        <w:t>C.角度交会法</w:t>
        <w:br/>
        <w:t>D.距离交会法</w:t>
        <w:br/>
        <w:br/>
        <w:t>【答案】：D</w:t>
      </w:r>
      <w:r>
        <w:t xml:space="preserve"> </w:t>
      </w:r>
    </w:p>
    <w:p>
      <w:r>
        <w:t>15、劳动消耗定额又称（　　　）。</w:t>
        <w:br/>
        <w:t>A.人工消耗定额</w:t>
        <w:br/>
        <w:t>B.材料消耗定额</w:t>
        <w:br/>
        <w:t>C.机械台班消耗定额</w:t>
        <w:br/>
        <w:t>D.施工定额</w:t>
        <w:br/>
        <w:br/>
        <w:t xml:space="preserve">【答案】：A </w:t>
      </w:r>
    </w:p>
    <w:p>
      <w:r>
        <w:t>16、进行地基处理施工，下列地层中适用强夯法的是（　　　）。</w:t>
        <w:br/>
        <w:t>A.淤泥</w:t>
        <w:br/>
        <w:t>B.黏性土</w:t>
        <w:br/>
        <w:t>C.沼泽土</w:t>
        <w:br/>
        <w:t>D.腐殖土</w:t>
        <w:br/>
        <w:br/>
        <w:t xml:space="preserve">【答案】：B </w:t>
      </w:r>
    </w:p>
    <w:p>
      <w:r>
        <w:t>17、使用国有资金投资的建设工程发承包，必须采用（　　　）计价。</w:t>
        <w:br/>
        <w:t>A.施工定额</w:t>
        <w:br/>
        <w:t>B.预算定额</w:t>
        <w:br/>
        <w:t>C.概算定额</w:t>
        <w:br/>
        <w:t>D.工程量清单</w:t>
        <w:br/>
        <w:br/>
        <w:t xml:space="preserve">【答案】：D </w:t>
      </w:r>
    </w:p>
    <w:p>
      <w:pPr>
        <w:sectPr w:rsidSect="00034616">
          <w:type w:val="nextPage"/>
          <w:pgSz w:w="12240" w:h="15840"/>
          <w:pgMar w:top="1440" w:right="1800" w:bottom="1440" w:left="1800" w:header="720" w:footer="720" w:gutter="0"/>
          <w:pgNumType w:start="5"/>
          <w:cols w:space="720"/>
          <w:titlePg w:val="0"/>
          <w:docGrid w:linePitch="360"/>
        </w:sectPr>
      </w:pPr>
    </w:p>
    <w:p>
      <w:r>
        <w:t>18、关于柔性接口说法正确的是（　　　）。</w:t>
        <w:br/>
        <w:t>A.多为水泥类材料密封或用法兰连接的管道接口</w:t>
        <w:br/>
        <w:t>B.不能承受一定量的轴向线变位</w:t>
        <w:br/>
        <w:t>C.能承受一定量的轴向线变位</w:t>
        <w:br/>
        <w:t>D.一般用在有条形基础的无压管道上</w:t>
        <w:br/>
        <w:br/>
        <w:t>【答案】：C</w:t>
      </w:r>
      <w:r>
        <w:t xml:space="preserve"> </w:t>
      </w:r>
    </w:p>
    <w:p>
      <w:r>
        <w:t>19、预制构件应按设计位置起吊，曲梁宜采用（　　　）。</w:t>
        <w:br/>
        <w:t>A.一点吊装</w:t>
        <w:br/>
        <w:t>B.两点吊装</w:t>
        <w:br/>
        <w:t>C.三点吊装</w:t>
        <w:br/>
        <w:t>D.多点吊装</w:t>
        <w:br/>
        <w:br/>
        <w:t xml:space="preserve">【答案】：C </w:t>
      </w:r>
    </w:p>
    <w:p>
      <w:r>
        <w:t>20、以交通功能为主，连接城市各主要分区的干路的是（　　　）。</w:t>
        <w:br/>
        <w:t>A.快速路</w:t>
        <w:br/>
        <w:t>B.次干路</w:t>
        <w:br/>
        <w:t>C.支路</w:t>
        <w:br/>
        <w:t>D.主干路</w:t>
        <w:br/>
        <w:br/>
        <w:t xml:space="preserve">【答案】：D </w:t>
      </w:r>
    </w:p>
    <w:p>
      <w:r>
        <w:t>21、一个完整的尺寸所包含的四个基本要素是（　　　）。</w:t>
        <w:br/>
        <w:t>A.尺寸界线、尺寸线、尺寸起止符和尺寸箭头</w:t>
        <w:br/>
        <w:t>B.尺寸界线、尺寸线、尺寸起止符和尺寸数字</w:t>
        <w:br/>
        <w:t>C.尺寸线、尺寸起止符、尺寸数字和尺寸箭头</w:t>
        <w:br/>
        <w:t>D.尺寸界线、尺寸起止符、尺寸数字和尺寸箭头</w:t>
        <w:br/>
        <w:br/>
        <w:t xml:space="preserve">【答案】：B </w:t>
      </w:r>
    </w:p>
    <w:p>
      <w:pPr>
        <w:sectPr w:rsidSect="00034616">
          <w:type w:val="nextPage"/>
          <w:pgSz w:w="12240" w:h="15840"/>
          <w:pgMar w:top="1440" w:right="1800" w:bottom="1440" w:left="1800" w:header="720" w:footer="720" w:gutter="0"/>
          <w:pgNumType w:start="6"/>
          <w:cols w:space="720"/>
          <w:titlePg w:val="0"/>
          <w:docGrid w:linePitch="360"/>
        </w:sectPr>
      </w:pPr>
    </w:p>
    <w:p>
      <w:r>
        <w:t>22、车场库内线应采用（　　　）。</w:t>
        <w:br/>
        <w:t>A.短枕式整体道床</w:t>
        <w:br/>
        <w:t>B.长枕式整体道床</w:t>
        <w:br/>
        <w:t>C.高架桥上整体道床</w:t>
        <w:br/>
        <w:t>D.混凝土枕碎石道床</w:t>
        <w:br/>
        <w:br/>
        <w:t>【答案】：A</w:t>
      </w:r>
      <w:r>
        <w:t xml:space="preserve"> </w:t>
      </w:r>
    </w:p>
    <w:p>
      <w:r>
        <w:t>23、当管底地基土质松软、承载力低或铺设大管径的钢筋混凝土管道时，应采用（　　　）。</w:t>
        <w:br/>
        <w:t>A.天然基础</w:t>
        <w:br/>
        <w:t>B.砂垫层基础</w:t>
        <w:br/>
        <w:t>C.混凝土基础</w:t>
        <w:br/>
        <w:t>D.沉井基础</w:t>
        <w:br/>
        <w:br/>
        <w:t xml:space="preserve">【答案】：C </w:t>
      </w:r>
    </w:p>
    <w:p>
      <w:r>
        <w:t>24、以下哪项是以整个构筑物为对象，而规定人工、机械与材料的耗用量及其费用标准。</w:t>
        <w:br/>
        <w:t>A.概算定额</w:t>
        <w:br/>
        <w:t>B.施工定额</w:t>
        <w:br/>
        <w:t>C.预算定额</w:t>
        <w:br/>
        <w:t>D.概算指标</w:t>
        <w:br/>
        <w:br/>
        <w:t xml:space="preserve">【答案】：D </w:t>
      </w:r>
    </w:p>
    <w:p>
      <w:r>
        <w:t>25、不属于常用沟槽支撑形式的是（　　　）。</w:t>
        <w:br/>
        <w:t>A.横撑</w:t>
        <w:br/>
        <w:t>B.竖撑</w:t>
        <w:br/>
        <w:t>C.纵撑</w:t>
        <w:br/>
        <w:t>D.板桩撑</w:t>
        <w:br/>
        <w:br/>
        <w:t xml:space="preserve">【答案】：C </w:t>
      </w:r>
    </w:p>
    <w:p>
      <w:pPr>
        <w:sectPr w:rsidSect="00034616">
          <w:type w:val="nextPage"/>
          <w:pgSz w:w="12240" w:h="15840"/>
          <w:pgMar w:top="1440" w:right="1800" w:bottom="1440" w:left="1800" w:header="720" w:footer="720" w:gutter="0"/>
          <w:pgNumType w:start="7"/>
          <w:cols w:space="720"/>
          <w:titlePg w:val="0"/>
          <w:docGrid w:linePitch="360"/>
        </w:sectPr>
      </w:pPr>
    </w:p>
    <w:p>
      <w:r>
        <w:t>26、下列有关环境保护和文明施工管理的论述中，错误的是（　　　）。</w:t>
        <w:br/>
        <w:t>A.渣土运输车应采用覆盖措施</w:t>
        <w:br/>
        <w:t>B.使用密目式安全网对在建建筑物进行封闭</w:t>
        <w:br/>
        <w:t>C.搅拌场所采取喷雾洒水措施</w:t>
        <w:br/>
        <w:t>D.施工处地的料场、生活区域应进行硬化处理</w:t>
        <w:br/>
        <w:br/>
        <w:t>【答案】：C</w:t>
      </w:r>
      <w:r>
        <w:t xml:space="preserve"> </w:t>
      </w:r>
    </w:p>
    <w:p>
      <w:r>
        <w:t>27、水准测量的目的是（　　　）。</w:t>
        <w:br/>
        <w:t>A.测定点的平面位置</w:t>
        <w:br/>
        <w:t>B.测定两点间的高差</w:t>
        <w:br/>
        <w:t>C.读取水准尺读数</w:t>
        <w:br/>
        <w:t>D.测出两点间的高差，推算点的高程</w:t>
        <w:br/>
        <w:br/>
        <w:t xml:space="preserve">【答案】：D </w:t>
      </w:r>
    </w:p>
    <w:p>
      <w:r>
        <w:t>28、（　　　）是建立国家大地控制网的一种方法，也是工程测量中建立控制点的常用方法。</w:t>
        <w:br/>
        <w:t>A.角度测量</w:t>
        <w:br/>
        <w:t>B.水准测量</w:t>
        <w:br/>
        <w:t>C.导线测量</w:t>
        <w:br/>
        <w:t>D.施工测量</w:t>
        <w:br/>
        <w:br/>
        <w:t xml:space="preserve">【答案】：C </w:t>
      </w:r>
    </w:p>
    <w:p>
      <w:r>
        <w:t>29、城市给水管道工程中，橡胶圈接口不适用于（　　　）。</w:t>
        <w:br/>
        <w:t>A.橡胶圈</w:t>
        <w:br/>
        <w:t>B.焊接</w:t>
        <w:br/>
        <w:t>C.法兰</w:t>
        <w:br/>
        <w:t>D.丝扣</w:t>
        <w:br/>
        <w:br/>
        <w:t xml:space="preserve">【答案】：D </w:t>
      </w:r>
    </w:p>
    <w:p>
      <w:pPr>
        <w:sectPr w:rsidSect="00034616">
          <w:type w:val="nextPage"/>
          <w:pgSz w:w="12240" w:h="15840"/>
          <w:pgMar w:top="1440" w:right="1800" w:bottom="1440" w:left="1800" w:header="720" w:footer="720" w:gutter="0"/>
          <w:pgNumType w:start="8"/>
          <w:cols w:space="720"/>
          <w:titlePg w:val="0"/>
          <w:docGrid w:linePitch="360"/>
        </w:sectPr>
      </w:pPr>
    </w:p>
    <w:p>
      <w:r>
        <w:t>30、项目资金管理以实现（　　　）和提高经济效益为目标。</w:t>
        <w:br/>
        <w:t>A.保证收人、节约成本、防范风险</w:t>
        <w:br/>
        <w:t>B.保证收人、节约支出、防范风险</w:t>
        <w:br/>
        <w:t>C.保证成本、节约支出、防范风险</w:t>
        <w:br/>
        <w:t>D.保证收人、节约支出、加强合同</w:t>
        <w:br/>
        <w:br/>
        <w:t>【答案】：B</w:t>
      </w:r>
      <w:r>
        <w:t xml:space="preserve"> </w:t>
      </w:r>
    </w:p>
    <w:p>
      <w:r>
        <w:t>31、线路测量中，（　　　）工作在定测阶段完成。</w:t>
        <w:br/>
        <w:t>A.地形测量</w:t>
        <w:br/>
        <w:t>B.导线测量</w:t>
        <w:br/>
        <w:t>C.水准测量</w:t>
        <w:br/>
        <w:t>D.中线测量</w:t>
        <w:br/>
        <w:br/>
        <w:t xml:space="preserve">【答案】：D </w:t>
      </w:r>
    </w:p>
    <w:p>
      <w:r>
        <w:t>32、线路中心距离一般建筑物小于（　　　），宜采用高级减震的轨道结构。</w:t>
        <w:br/>
        <w:t>A.10m</w:t>
        <w:br/>
        <w:t>B.15m</w:t>
        <w:br/>
        <w:t>C.20m</w:t>
        <w:br/>
        <w:t>D.25m</w:t>
        <w:br/>
        <w:br/>
        <w:t xml:space="preserve">【答案】：C </w:t>
      </w:r>
    </w:p>
    <w:p>
      <w:r>
        <w:t>33、用于收集路面雨水的雨水口有平入式、（　　　）联合式。</w:t>
        <w:br/>
        <w:t>A.竖入式</w:t>
        <w:br/>
        <w:t>B.侧入式</w:t>
        <w:br/>
        <w:t>C.立式</w:t>
        <w:br/>
        <w:t>D.凹式</w:t>
        <w:br/>
        <w:br/>
        <w:t xml:space="preserve">【答案】：B </w:t>
      </w:r>
    </w:p>
    <w:p>
      <w:pPr>
        <w:sectPr w:rsidSect="00034616">
          <w:type w:val="nextPage"/>
          <w:pgSz w:w="12240" w:h="15840"/>
          <w:pgMar w:top="1440" w:right="1800" w:bottom="1440" w:left="1800" w:header="720" w:footer="720" w:gutter="0"/>
          <w:pgNumType w:start="9"/>
          <w:cols w:space="720"/>
          <w:titlePg w:val="0"/>
          <w:docGrid w:linePitch="360"/>
        </w:sectPr>
      </w:pPr>
    </w:p>
    <w:p>
      <w:r>
        <w:t>34、仅平行于一个投影面的平面称为投影面的（　　　）。</w:t>
        <w:br/>
        <w:t>A.垂直面</w:t>
        <w:br/>
        <w:t>B.正平面</w:t>
        <w:br/>
        <w:t>C.平行面</w:t>
        <w:br/>
        <w:t>D.侧平面</w:t>
        <w:br/>
        <w:br/>
        <w:t>【答案】：C</w:t>
      </w:r>
      <w:r>
        <w:t xml:space="preserve"> </w:t>
      </w:r>
    </w:p>
    <w:p>
      <w:r>
        <w:t>35、转动物镜对光螺旋的目的是（　　　）。</w:t>
        <w:br/>
        <w:t>A.使视准轴水平</w:t>
        <w:br/>
        <w:t>B.看清十字丝</w:t>
        <w:br/>
        <w:t>C.使物像位于十字丝分划板面上</w:t>
        <w:br/>
        <w:t>D.使望远镜对准目标</w:t>
        <w:br/>
        <w:br/>
        <w:t xml:space="preserve">【答案】：C </w:t>
      </w:r>
    </w:p>
    <w:p>
      <w:r>
        <w:t>36、某城市道路路面结构分别为石灰土底基层、水泥稳定碎石基层，底基层面积为950㎡，基层顶面面积为900㎡，则基层的养生面积应为（　　　）㎡。</w:t>
        <w:br/>
        <w:t>A.900</w:t>
        <w:br/>
        <w:t>B.950</w:t>
        <w:br/>
        <w:t>C.1800</w:t>
        <w:br/>
        <w:t>D.1900</w:t>
        <w:br/>
        <w:br/>
        <w:t xml:space="preserve">【答案】：A </w:t>
      </w:r>
    </w:p>
    <w:p>
      <w:r>
        <w:t>37、下列说法错误的是（　　　）。</w:t>
        <w:br/>
        <w:t>A.要突出显示道路线形的路段，面层宜采用彩色</w:t>
        <w:br/>
        <w:t>B.考虑雨水收集利用的道路，路面结构设计应满足透水性要求</w:t>
        <w:br/>
        <w:t>C.道路经过噪声敏感区域时，宜采用降噪路面</w:t>
        <w:br/>
        <w:t>D.对环保要求较高的路面，不宜采用温拌沥青混凝土</w:t>
        <w:br/>
        <w:br/>
        <w:t xml:space="preserve">【答案】：D </w:t>
      </w:r>
    </w:p>
    <w:p>
      <w:pPr>
        <w:sectPr w:rsidSect="00034616">
          <w:type w:val="nextPage"/>
          <w:pgSz w:w="12240" w:h="15840"/>
          <w:pgMar w:top="1440" w:right="1800" w:bottom="1440" w:left="1800" w:header="720" w:footer="720" w:gutter="0"/>
          <w:pgNumType w:start="10"/>
          <w:cols w:space="720"/>
          <w:titlePg w:val="0"/>
          <w:docGrid w:linePitch="360"/>
        </w:sectPr>
      </w:pPr>
    </w:p>
    <w:p>
      <w:r>
        <w:t>38、下列选项中适宜在市区较窄的街道上建造高架线路的是（　　　）。</w:t>
        <w:br/>
        <w:t>A.地下铁道</w:t>
        <w:br/>
        <w:t>B.轻轨交通</w:t>
        <w:br/>
        <w:t>C.独轨交通</w:t>
        <w:br/>
        <w:t>D.有轨电车</w:t>
        <w:br/>
        <w:br/>
        <w:t>【答案】：C</w:t>
      </w:r>
      <w:r>
        <w:t xml:space="preserve"> </w:t>
      </w:r>
    </w:p>
    <w:p>
      <w:r>
        <w:t>39、梁式桥的两个相邻桥墩中线间水平距离，或桥墩中线与桥台台背前缘间的水平距离，称为（　　　）。</w:t>
        <w:br/>
        <w:t>A.净跨径</w:t>
        <w:br/>
        <w:t>B.总跨径</w:t>
        <w:br/>
        <w:t>C.标准跨径</w:t>
        <w:br/>
        <w:t>D.计算跨径</w:t>
        <w:br/>
        <w:br/>
        <w:t xml:space="preserve">【答案】：B </w:t>
      </w:r>
    </w:p>
    <w:p>
      <w:r>
        <w:t>40、市政管网工程量计算中，计算规则“管外径×3.142×设计长度”表达的是（　　　）。</w:t>
        <w:br/>
        <w:t>A.管道安装长度</w:t>
        <w:br/>
        <w:t>B.管道闭气试验长度</w:t>
        <w:br/>
        <w:t>C.管道内防腐面积</w:t>
        <w:br/>
        <w:t>D.管道外防腐面积</w:t>
        <w:br/>
        <w:br/>
        <w:t xml:space="preserve">【答案】：D </w:t>
      </w:r>
    </w:p>
    <w:p>
      <w:pPr>
        <w:sectPr w:rsidSect="00034616">
          <w:type w:val="nextPage"/>
          <w:pgSz w:w="12240" w:h="15840"/>
          <w:pgMar w:top="1440" w:right="1800" w:bottom="1440" w:left="1800" w:header="720" w:footer="720" w:gutter="0"/>
          <w:pgNumType w:start="11"/>
          <w:cols w:space="720"/>
          <w:titlePg w:val="0"/>
          <w:docGrid w:linePitch="360"/>
        </w:sectPr>
      </w:pPr>
      <w:r>
        <w:t>41、下列关于城市桥梁工程技术术语表述正确的是（　　　）。</w:t>
        <w:br/>
        <w:t>A.简支梁桥标准跨径就是支承线之间的距离</w:t>
        <w:br/>
        <w:t>B.桥梁全长等于各跨长之和</w:t>
        <w:br/>
        <w:t>C.拱的计算跨径是指两起拱面与拱轴线的交点之间的水平距离</w:t>
        <w:br/>
        <w:t>D.拱的标准跨径是指两墩中线之间的距离</w:t>
        <w:br/>
        <w:br/>
        <w:t xml:space="preserve">【答案】：A </w:t>
      </w:r>
    </w:p>
    <w:p>
      <w:r>
        <w:t>42、在水准测量中，若后视点A的读数大，前视点B的读数小，则有（　　　）。</w:t>
        <w:br/>
        <w:t>A.A点比B点低</w:t>
        <w:br/>
        <w:t>B.A点比B点高</w:t>
        <w:br/>
        <w:t>C.A点与B点可能同高</w:t>
        <w:br/>
        <w:t>D.无法判断</w:t>
        <w:br/>
        <w:br/>
        <w:t xml:space="preserve">【答案】：A </w:t>
      </w:r>
    </w:p>
    <w:p>
      <w:r>
        <w:t>43、我国城市燃气管道按压力进行分类，低压燃气管道输气压力P</w:t>
        <w:br/>
        <w:t>A.0.001</w:t>
        <w:br/>
        <w:t>B.0.01</w:t>
        <w:br/>
        <w:t>C.0.1</w:t>
        <w:br/>
        <w:t>D.1</w:t>
        <w:br/>
        <w:br/>
        <w:t xml:space="preserve">【答案】：B </w:t>
      </w:r>
    </w:p>
    <w:p>
      <w:r>
        <w:t>44、DN1000钢筋混凝土排水管道工程开挖，基础采用混凝土基础90°，管道基础宽1.4m，根据施工组织设计设置挡土板，则沟槽开挖底宽应为（　　　）。</w:t>
        <w:br/>
        <w:t>A.1.4</w:t>
        <w:br/>
        <w:t>B.2.0</w:t>
        <w:br/>
        <w:t>C.2.4</w:t>
        <w:br/>
        <w:t>D.2.9</w:t>
        <w:br/>
        <w:br/>
        <w:t xml:space="preserve">【答案】：D </w:t>
      </w:r>
    </w:p>
    <w:p>
      <w:pPr>
        <w:sectPr w:rsidSect="00034616">
          <w:type w:val="nextPage"/>
          <w:pgSz w:w="12240" w:h="15840"/>
          <w:pgMar w:top="1440" w:right="1800" w:bottom="1440" w:left="1800" w:header="720" w:footer="720" w:gutter="0"/>
          <w:pgNumType w:start="12"/>
          <w:cols w:space="720"/>
          <w:titlePg w:val="0"/>
          <w:docGrid w:linePitch="360"/>
        </w:sectPr>
      </w:pPr>
    </w:p>
    <w:p>
      <w:r>
        <w:t>45、悬浇梁体一般应分为四大部分浇筑，以下选项中不属于四大部分的是（　　　）。</w:t>
        <w:br/>
        <w:t>A.墩顶梁段主梁边跨合拢段</w:t>
        <w:br/>
        <w:t>B.0号块两侧对称悬浇梁段</w:t>
        <w:br/>
        <w:t>C.主梁边跨合拢段</w:t>
        <w:br/>
        <w:t>D.主梁跨中合拢段</w:t>
        <w:br/>
        <w:br/>
        <w:t>【答案】：C</w:t>
      </w:r>
      <w:r>
        <w:t xml:space="preserve"> </w:t>
      </w:r>
    </w:p>
    <w:p>
      <w:r>
        <w:t>46、采用HDPE膜防渗技术的核心是（　　　）。</w:t>
        <w:br/>
        <w:t>A.HDPE膜的进货质量</w:t>
        <w:br/>
        <w:t>B.HDPE膜的机具</w:t>
        <w:br/>
        <w:t>C.HDPE膜的施工季节合理性</w:t>
        <w:br/>
        <w:t>D.HDPE膜的施工质量</w:t>
        <w:br/>
        <w:br/>
        <w:t xml:space="preserve">【答案】：D </w:t>
      </w:r>
    </w:p>
    <w:p>
      <w:r>
        <w:t>47、下列雨水口的间距符合要求的是（　　　）。</w:t>
        <w:br/>
        <w:t>A.5m</w:t>
        <w:br/>
        <w:t>B.15m</w:t>
        <w:br/>
        <w:t>C.30m</w:t>
        <w:br/>
        <w:t>D.60m</w:t>
        <w:br/>
        <w:br/>
        <w:t xml:space="preserve">【答案】：C </w:t>
      </w:r>
    </w:p>
    <w:p>
      <w:r>
        <w:t>48、直埋管道接头的一级管网的现场安装的接头密封应进行（　　　）的气密性检验。</w:t>
        <w:br/>
        <w:t>A.20%</w:t>
        <w:br/>
        <w:t>B.50%</w:t>
        <w:br/>
        <w:t>C.80%</w:t>
        <w:br/>
        <w:t>D.100%</w:t>
        <w:br/>
        <w:br/>
        <w:t xml:space="preserve">【答案】：D </w:t>
      </w:r>
    </w:p>
    <w:p>
      <w:pPr>
        <w:sectPr w:rsidSect="00034616">
          <w:type w:val="nextPage"/>
          <w:pgSz w:w="12240" w:h="15840"/>
          <w:pgMar w:top="1440" w:right="1800" w:bottom="1440" w:left="1800" w:header="720" w:footer="720" w:gutter="0"/>
          <w:pgNumType w:start="13"/>
          <w:cols w:space="720"/>
          <w:titlePg w:val="0"/>
          <w:docGrid w:linePitch="360"/>
        </w:sectPr>
      </w:pPr>
    </w:p>
    <w:p>
      <w:r>
        <w:t>49、GCL垫施工流程为（　　　）。</w:t>
        <w:br/>
        <w:t>A.基底检验→吊运就位→人工铺展→搭接宽度调整→搭接处撒膨润土粉→进行后续施工</w:t>
        <w:br/>
        <w:t>B.基底检验→人工铺展→吊运就位→搭接宽度调整→搭接处撒膨润土粉→进行后续施工</w:t>
        <w:br/>
        <w:t>C.基底检验→吊运就位→搭接宽度调整→人工铺展→搭接处撒膨润土粉→进行后续施工</w:t>
        <w:br/>
        <w:t>D.基底检验→吊运就位→人工铺展→搭接处撒膨润土粉→搭接宽度调整→进行后续施工</w:t>
        <w:br/>
        <w:br/>
        <w:t>【答案】：A</w:t>
      </w:r>
      <w:r>
        <w:t xml:space="preserve"> </w:t>
      </w:r>
    </w:p>
    <w:p>
      <w:r>
        <w:t>50、沥青混凝土路面的基层对（　　　）没有要求。</w:t>
        <w:br/>
        <w:t>A.耐磨性</w:t>
        <w:br/>
        <w:t>B.刚度</w:t>
        <w:br/>
        <w:t>C.强度</w:t>
        <w:br/>
        <w:t>D.稳定性</w:t>
        <w:br/>
        <w:br/>
        <w:t xml:space="preserve">【答案】：A </w:t>
      </w:r>
    </w:p>
    <w:p>
      <w:r>
        <w:t>51、下列选项中，不属于排水管道施工的工序是（　　　）。</w:t>
        <w:br/>
        <w:t>A.下管、排管</w:t>
        <w:br/>
        <w:t>B.稳管、接口</w:t>
        <w:br/>
        <w:t>C.试压</w:t>
        <w:br/>
        <w:t>D.质量检查与验收</w:t>
        <w:br/>
        <w:br/>
        <w:t xml:space="preserve">【答案】：B </w:t>
      </w:r>
    </w:p>
    <w:p>
      <w:pPr>
        <w:sectPr w:rsidSect="00034616">
          <w:type w:val="nextPage"/>
          <w:pgSz w:w="12240" w:h="15840"/>
          <w:pgMar w:top="1440" w:right="1800" w:bottom="1440" w:left="1800" w:header="720" w:footer="720" w:gutter="0"/>
          <w:pgNumType w:start="14"/>
          <w:cols w:space="720"/>
          <w:titlePg w:val="0"/>
          <w:docGrid w:linePitch="360"/>
        </w:sectPr>
      </w:pPr>
      <w:r>
        <w:t>52、由中心向外辐射路线，四周以环路沟通的路网方式是（　　　）。</w:t>
        <w:br/>
        <w:t>A.方格网状</w:t>
        <w:br/>
        <w:t>B.环形放射状</w:t>
        <w:br/>
        <w:t>C.自由式</w:t>
        <w:br/>
        <w:t>D.混合式</w:t>
        <w:br/>
        <w:br/>
        <w:t xml:space="preserve">【答案】：B </w:t>
      </w:r>
    </w:p>
    <w:p>
      <w:r>
        <w:t>53、在梁高受限制的场合，连续板梁高为（　　　）。</w:t>
        <w:br/>
        <w:t>A.（1/15～1/25）L</w:t>
        <w:br/>
        <w:t>B.（1/12～1/16）L</w:t>
        <w:br/>
        <w:t>C.（1/25～1/35）L</w:t>
        <w:br/>
        <w:t>D.（1/30～1/40）L</w:t>
        <w:br/>
        <w:br/>
        <w:t xml:space="preserve">【答案】：D </w:t>
      </w:r>
    </w:p>
    <w:p>
      <w:r>
        <w:t>54、Y形桥墩结合了T形桥墩和双柱式墩的优点，（　　　）。</w:t>
        <w:br/>
        <w:t>A.上部双柱式，下部单柱式</w:t>
        <w:br/>
        <w:t>B.上部双柱式，下部双柱式</w:t>
        <w:br/>
        <w:t>C.上部单柱式，下部单柱式</w:t>
        <w:br/>
        <w:t>D.上部单柱式，下部双柱式</w:t>
        <w:br/>
        <w:br/>
        <w:t xml:space="preserve">【答案】：A </w:t>
      </w:r>
    </w:p>
    <w:p>
      <w:r>
        <w:t>55、工作队式项目组织适用于（　　　）施工项目。</w:t>
        <w:br/>
        <w:t>A.适用于小型的，专业性较强的</w:t>
        <w:br/>
        <w:t>B.大型项目、工期要求紧迫的项目</w:t>
        <w:br/>
        <w:t>C.大型经营性企业的工程承包</w:t>
        <w:br/>
        <w:t>D.大规模综合性的</w:t>
        <w:br/>
        <w:br/>
        <w:t xml:space="preserve">【答案】：B </w:t>
      </w:r>
    </w:p>
    <w:p>
      <w:pPr>
        <w:sectPr w:rsidSect="00034616">
          <w:type w:val="nextPage"/>
          <w:pgSz w:w="12240" w:h="15840"/>
          <w:pgMar w:top="1440" w:right="1800" w:bottom="1440" w:left="1800" w:header="720" w:footer="720" w:gutter="0"/>
          <w:pgNumType w:start="15"/>
          <w:cols w:space="720"/>
          <w:titlePg w:val="0"/>
          <w:docGrid w:linePitch="360"/>
        </w:sectPr>
      </w:pPr>
      <w:r>
        <w:t>56、高差与水平距离之（　　　）为坡度。</w:t>
        <w:br/>
        <w:t>A.和</w:t>
        <w:br/>
        <w:t>B.差</w:t>
        <w:br/>
        <w:t>C.比</w:t>
        <w:br/>
        <w:t>D.积</w:t>
        <w:br/>
        <w:br/>
        <w:t xml:space="preserve">【答案】：C </w:t>
      </w:r>
    </w:p>
    <w:p>
      <w:r>
        <w:t>57、受弯构件是指（　　　）的构件。</w:t>
        <w:br/>
        <w:t>A.截面上有弯矩、剪力和扭矩作用</w:t>
        <w:br/>
        <w:t>B.截面上有弯矩作用</w:t>
        <w:br/>
        <w:t>C.截面上有弯矩、剪力作用</w:t>
        <w:br/>
        <w:t>D.截面上有扭矩、剪力作用</w:t>
        <w:br/>
        <w:br/>
        <w:t xml:space="preserve">【答案】：C </w:t>
      </w:r>
    </w:p>
    <w:p>
      <w:r>
        <w:t>58、由一个已知高程的水准点开始观测，顺序测量若干待测点，最后回到原来开始的水准点的路线是（　　　）。</w:t>
        <w:br/>
        <w:t>A.闭合水准路线</w:t>
        <w:br/>
        <w:t>B.附合水准路线</w:t>
        <w:br/>
        <w:t>C.支水准路线</w:t>
        <w:br/>
        <w:t>D.折线水准路线</w:t>
        <w:br/>
        <w:br/>
        <w:t xml:space="preserve">【答案】：A </w:t>
      </w:r>
    </w:p>
    <w:p>
      <w:r>
        <w:t>59、水深在3m以内，流速小于1.5m/s，河床土渗水性较小时，可筑（　　　）。</w:t>
        <w:br/>
        <w:t>A.间隔有桩围堰</w:t>
        <w:br/>
        <w:t>B.钢板桩围堰</w:t>
        <w:br/>
        <w:t>C.土袋围堰</w:t>
        <w:br/>
        <w:t>D.套箱围堰</w:t>
        <w:br/>
        <w:br/>
        <w:t xml:space="preserve">【答案】：C </w:t>
      </w:r>
    </w:p>
    <w:p>
      <w:pPr>
        <w:sectPr w:rsidSect="00034616">
          <w:type w:val="nextPage"/>
          <w:pgSz w:w="12240" w:h="15840"/>
          <w:pgMar w:top="1440" w:right="1800" w:bottom="1440" w:left="1800" w:header="720" w:footer="720" w:gutter="0"/>
          <w:pgNumType w:start="16"/>
          <w:cols w:space="720"/>
          <w:titlePg w:val="0"/>
          <w:docGrid w:linePitch="360"/>
        </w:sectPr>
      </w:pPr>
    </w:p>
    <w:p>
      <w:r>
        <w:t>60、装配式预应力混凝土简支T形梁桥的主梁间距一般采用（　　　）。</w:t>
        <w:br/>
        <w:t>A.1.5~3m</w:t>
        <w:br/>
        <w:t>B.2.5~5m</w:t>
        <w:br/>
        <w:t>C.1.8~2.5m</w:t>
        <w:br/>
        <w:t>D.2~5m</w:t>
        <w:br/>
        <w:br/>
        <w:t>【答案】：C</w:t>
      </w:r>
      <w:r>
        <w:t xml:space="preserve"> </w:t>
      </w:r>
    </w:p>
    <w:p>
      <w:r>
        <w:t>61、刚构桥可根据外形分为（　　　）。</w:t>
        <w:br/>
        <w:t>A.门形刚构桥、斜腿刚构桥、板型桥</w:t>
        <w:br/>
        <w:t>B.门形刚构桥、直腿刚构桥、板型桥</w:t>
        <w:br/>
        <w:t>C.门形刚构桥、斜腿刚构桥、箱型桥</w:t>
        <w:br/>
        <w:t>D.门形刚构桥、直腿刚构桥、箱型桥</w:t>
        <w:br/>
        <w:br/>
        <w:t xml:space="preserve">【答案】：C </w:t>
      </w:r>
    </w:p>
    <w:p>
      <w:r>
        <w:t>62、钢筋混凝土结构中要求钢筋有足够的保护层厚度是因为（　　　）。</w:t>
        <w:br/>
        <w:t>A.粘结力方面得考虑</w:t>
        <w:br/>
        <w:t>B.耐久力方面得考虑</w:t>
        <w:br/>
        <w:t>C.抗火方面得考虑</w:t>
        <w:br/>
        <w:t>D.以上三者都是</w:t>
        <w:br/>
        <w:br/>
        <w:t xml:space="preserve">【答案】：D </w:t>
      </w:r>
    </w:p>
    <w:p>
      <w:r>
        <w:t>63、预应力混凝土钢绞线是按严格的技术条件，绞捻起来的钢丝束。其中，用三根刻痕钢丝捻制的钢绞线（　　　）。</w:t>
        <w:br/>
        <w:t>A.（代号为1X3）</w:t>
        <w:br/>
        <w:t>B.（代号为1X3C）</w:t>
        <w:br/>
        <w:t>C.（代号为1X3I）</w:t>
        <w:br/>
        <w:t>D.（代号为1x3K）</w:t>
        <w:br/>
        <w:br/>
        <w:t xml:space="preserve">【答案】：C </w:t>
      </w:r>
    </w:p>
    <w:p>
      <w:pPr>
        <w:sectPr w:rsidSect="00034616">
          <w:type w:val="nextPage"/>
          <w:pgSz w:w="12240" w:h="15840"/>
          <w:pgMar w:top="1440" w:right="1800" w:bottom="1440" w:left="1800" w:header="720" w:footer="720" w:gutter="0"/>
          <w:pgNumType w:start="17"/>
          <w:cols w:space="720"/>
          <w:titlePg w:val="0"/>
          <w:docGrid w:linePitch="360"/>
        </w:sectPr>
      </w:pPr>
    </w:p>
    <w:p>
      <w:r>
        <w:t>64、某新建水厂建设项目的生产车间应看作是一个（　　　）。</w:t>
        <w:br/>
        <w:t>A.单位工程</w:t>
        <w:br/>
        <w:t>B.单项工程</w:t>
        <w:br/>
        <w:t>C.分项工程</w:t>
        <w:br/>
        <w:t>D.分项工程</w:t>
        <w:br/>
        <w:br/>
        <w:t>【答案】：B</w:t>
      </w:r>
      <w:r>
        <w:t xml:space="preserve"> </w:t>
      </w:r>
    </w:p>
    <w:p>
      <w:r>
        <w:t>65、不属于排水管道施工的工序是（　　　）。</w:t>
        <w:br/>
        <w:t>A.下管、排管</w:t>
        <w:br/>
        <w:t>B.稳管、接口</w:t>
        <w:br/>
        <w:t>C.试压</w:t>
        <w:br/>
        <w:t>D.质量检查与验收</w:t>
        <w:br/>
        <w:br/>
        <w:t xml:space="preserve">【答案】：B </w:t>
      </w:r>
    </w:p>
    <w:p>
      <w:r>
        <w:t>66、下列哪项不属于街面设施。（　　　）。</w:t>
        <w:br/>
        <w:t>A.照明灯柱</w:t>
        <w:br/>
        <w:t>B.架空电线杆</w:t>
        <w:br/>
        <w:t>C.消防栓</w:t>
        <w:br/>
        <w:t>D.道口花坛</w:t>
        <w:br/>
        <w:br/>
        <w:t xml:space="preserve">【答案】：D </w:t>
      </w:r>
    </w:p>
    <w:p>
      <w:pPr>
        <w:sectPr w:rsidSect="00034616">
          <w:type w:val="nextPage"/>
          <w:pgSz w:w="12240" w:h="15840"/>
          <w:pgMar w:top="1440" w:right="1800" w:bottom="1440" w:left="1800" w:header="720" w:footer="720" w:gutter="0"/>
          <w:pgNumType w:start="18"/>
          <w:cols w:space="720"/>
          <w:titlePg w:val="0"/>
          <w:docGrid w:linePitch="360"/>
        </w:sectPr>
      </w:pPr>
      <w:r>
        <w:t>67、管棚超前支护技术施工工艺流程为（　　　）。</w:t>
        <w:br/>
        <w:t>A.测放孔位→钻机就位→水平钻孔→压入钢管→移机→开挖→注浆→封口</w:t>
        <w:br/>
        <w:t>B.钻机就位→测放孔位→水平钻孔→压入钢管→移机→开挖→注浆→封口</w:t>
        <w:br/>
        <w:t>C.测放孔位→钻机就位→水平钻孔→压入钢管→移机→注浆→封口→开挖</w:t>
        <w:br/>
        <w:t>D.钻机就位→测放孔位→水平钻孔→压入钢管→移机→注浆→封口→开挖</w:t>
        <w:br/>
        <w:br/>
        <w:t xml:space="preserve">【答案】：C </w:t>
      </w:r>
    </w:p>
    <w:p>
      <w:r>
        <w:t>68、在A（高程为25.812m）、B两点间放置水准仪测量，后视A点的读数为1.360m，前视B点的读数为0.793m，则B点的高程为（　　　）。</w:t>
        <w:br/>
        <w:t>A.25.245m</w:t>
        <w:br/>
        <w:t>B.26.605m</w:t>
        <w:br/>
        <w:t>C.26.379m</w:t>
        <w:br/>
        <w:t>D.27.172m</w:t>
        <w:br/>
        <w:br/>
        <w:t xml:space="preserve">【答案】：C </w:t>
      </w:r>
    </w:p>
    <w:p>
      <w:r>
        <w:t>69、下列有关工程量计算错误的是（　　　）。</w:t>
        <w:br/>
        <w:t>A.计算单位要和套用的定额项目的计算单位一致</w:t>
        <w:br/>
        <w:t>B.相同计量单位只有一种计算方法</w:t>
        <w:br/>
        <w:t>C.注意计算包括的范围</w:t>
        <w:br/>
        <w:t>D.注意标准要符合定额的规定</w:t>
        <w:br/>
        <w:br/>
        <w:t xml:space="preserve">【答案】：B </w:t>
      </w:r>
    </w:p>
    <w:p>
      <w:r>
        <w:t>70、人行道路面边缘距乔木中心平面距离不小于（　　　）。</w:t>
        <w:br/>
        <w:t>A.1m</w:t>
        <w:br/>
        <w:t>B.2m</w:t>
        <w:br/>
        <w:t>C.3m</w:t>
        <w:br/>
        <w:t>D.4m</w:t>
        <w:br/>
        <w:br/>
        <w:t xml:space="preserve">【答案】：B </w:t>
      </w:r>
    </w:p>
    <w:p>
      <w:pPr>
        <w:sectPr w:rsidSect="00034616">
          <w:type w:val="nextPage"/>
          <w:pgSz w:w="12240" w:h="15840"/>
          <w:pgMar w:top="1440" w:right="1800" w:bottom="1440" w:left="1800" w:header="720" w:footer="720" w:gutter="0"/>
          <w:pgNumType w:start="19"/>
          <w:cols w:space="720"/>
          <w:titlePg w:val="0"/>
          <w:docGrid w:linePitch="360"/>
        </w:sectPr>
      </w:pPr>
    </w:p>
    <w:p>
      <w:r>
        <w:t>71、施工项目管理工作的主要内容是（　　　）。</w:t>
        <w:br/>
        <w:t>A.三控制、二管理、一协调</w:t>
        <w:br/>
        <w:t>B.三控制、三管理、一协调</w:t>
        <w:br/>
        <w:t>C.两控制、二管理、一协调</w:t>
        <w:br/>
        <w:t>D.两控制、三管理、一协调</w:t>
        <w:br/>
        <w:br/>
        <w:t>【答案】：B</w:t>
      </w:r>
      <w:r>
        <w:t xml:space="preserve"> </w:t>
      </w:r>
    </w:p>
    <w:p>
      <w:r>
        <w:t>72、下列属于聚乙烯给水管道连接方式的是（　　　）。</w:t>
        <w:br/>
        <w:t>A.法兰</w:t>
        <w:br/>
        <w:t>B.承插口</w:t>
        <w:br/>
        <w:t>C.螺纹</w:t>
        <w:br/>
        <w:t>D.焊接</w:t>
        <w:br/>
        <w:br/>
        <w:t xml:space="preserve">【答案】：A </w:t>
      </w:r>
    </w:p>
    <w:p>
      <w:r>
        <w:t>73、跨径10m的现浇混凝土简支梁底模拆除时所需的混凝土强度为设计强度的（　　　）Mpa。</w:t>
        <w:br/>
        <w:t>A.70</w:t>
        <w:br/>
        <w:t>B.75</w:t>
        <w:br/>
        <w:t>C.85</w:t>
        <w:br/>
        <w:t>D.100</w:t>
        <w:br/>
        <w:br/>
        <w:t xml:space="preserve">【答案】：D </w:t>
      </w:r>
    </w:p>
    <w:p>
      <w:r>
        <w:t>74、山丘城市的道路选线通常采用哪种路网方式（　　　）。</w:t>
        <w:br/>
        <w:t>A.方格网状</w:t>
        <w:br/>
        <w:t>B.环形放射状</w:t>
        <w:br/>
        <w:t>C.自由式</w:t>
        <w:br/>
        <w:t>D.混合式</w:t>
        <w:br/>
        <w:br/>
        <w:t xml:space="preserve">【答案】：C </w:t>
      </w:r>
    </w:p>
    <w:p>
      <w:pPr>
        <w:sectPr w:rsidSect="00034616">
          <w:type w:val="nextPage"/>
          <w:pgSz w:w="12240" w:h="15840"/>
          <w:pgMar w:top="1440" w:right="1800" w:bottom="1440" w:left="1800" w:header="720" w:footer="720" w:gutter="0"/>
          <w:pgNumType w:start="20"/>
          <w:cols w:space="720"/>
          <w:titlePg w:val="0"/>
          <w:docGrid w:linePitch="360"/>
        </w:sectPr>
      </w:pPr>
    </w:p>
    <w:p>
      <w:r>
        <w:t>75、适用于胶结松散的砾、卵石层的下沉方法（　　　）。</w:t>
        <w:br/>
        <w:t>A.抓斗挖土法</w:t>
        <w:br/>
        <w:t>B.辅助下沉法</w:t>
        <w:br/>
        <w:t>C.水枪冲土法</w:t>
        <w:br/>
        <w:t>D.人工或风动工具挖土法</w:t>
        <w:br/>
        <w:br/>
        <w:t>【答案】：A</w:t>
      </w:r>
      <w:r>
        <w:t xml:space="preserve"> </w:t>
      </w:r>
    </w:p>
    <w:p>
      <w:r>
        <w:t>76、无压管道应进行管道的严密性试验，严密性试验分为（　　　）。</w:t>
        <w:br/>
        <w:t>A.闭水试验和闭气试验</w:t>
        <w:br/>
        <w:t>B.闭水试验和水压试验</w:t>
        <w:br/>
        <w:t>C.强度试验和闭气试验</w:t>
        <w:br/>
        <w:t>D.强度试验和闭水试验</w:t>
        <w:br/>
        <w:br/>
        <w:t xml:space="preserve">【答案】：A </w:t>
      </w:r>
    </w:p>
    <w:p>
      <w:r>
        <w:t>77、拱桥的制作可以产生（　　　）。</w:t>
        <w:br/>
        <w:t>A.只产生竖向反力</w:t>
        <w:br/>
        <w:t>B.既产生竖向反力，也产生较大的水平推力</w:t>
        <w:br/>
        <w:t>C.只承受水平推力</w:t>
        <w:br/>
        <w:t>D.承受弯矩、轴力和水平推力</w:t>
        <w:br/>
        <w:br/>
        <w:t xml:space="preserve">【答案】：B </w:t>
      </w:r>
    </w:p>
    <w:p>
      <w:r>
        <w:t>78、当跨径较大时，恒载在连续梁中占主导地位，宜采用变高度梁，跨中梁高为（　　　）。</w:t>
        <w:br/>
        <w:t>A.（1/15～1/25）L</w:t>
        <w:br/>
        <w:t>B.（1/12～1/16）L</w:t>
        <w:br/>
        <w:t>C.（1/25～1/35）L</w:t>
        <w:br/>
        <w:t>D.（1/30～1/40）L</w:t>
        <w:br/>
        <w:br/>
        <w:t xml:space="preserve">【答案】：C </w:t>
      </w:r>
    </w:p>
    <w:p>
      <w:pPr>
        <w:sectPr w:rsidSect="00034616">
          <w:type w:val="nextPage"/>
          <w:pgSz w:w="12240" w:h="15840"/>
          <w:pgMar w:top="1440" w:right="1800" w:bottom="1440" w:left="1800" w:header="720" w:footer="720" w:gutter="0"/>
          <w:pgNumType w:start="21"/>
          <w:cols w:space="720"/>
          <w:titlePg w:val="0"/>
          <w:docGrid w:linePitch="360"/>
        </w:sectPr>
      </w:pPr>
    </w:p>
    <w:p>
      <w:r>
        <w:t>79、为确保测距成果的精度，一般进行（　　　）。</w:t>
        <w:br/>
        <w:t>A.单次丈量</w:t>
        <w:br/>
        <w:t>B.往返丈量</w:t>
        <w:br/>
        <w:t>C.两次丈量取平均值</w:t>
        <w:br/>
        <w:t>D.进行两次往返丈量</w:t>
        <w:br/>
        <w:br/>
        <w:t>【答案】：B</w:t>
      </w:r>
      <w:r>
        <w:t xml:space="preserve"> </w:t>
      </w:r>
    </w:p>
    <w:p>
      <w:r>
        <w:t>80、公路勘测阶段的测量工作不包括（　　　）。</w:t>
        <w:br/>
        <w:t>A.中线测量</w:t>
        <w:br/>
        <w:t>B.路线纵横断面测量</w:t>
        <w:br/>
        <w:t>C.带状地形测量</w:t>
        <w:br/>
        <w:t>D.直接测量和间接测量</w:t>
        <w:br/>
        <w:br/>
        <w:t xml:space="preserve">【答案】：D </w:t>
      </w:r>
    </w:p>
    <w:p>
      <w:r>
        <w:t>81、当电线电压为154-219KV时，树木至架空电线净距的最小垂直距离是（　　　）。</w:t>
        <w:br/>
        <w:t>A.1.5m</w:t>
        <w:br/>
        <w:t>B.3m</w:t>
        <w:br/>
        <w:t>C.3.5m</w:t>
        <w:br/>
        <w:t>D.4.5m</w:t>
        <w:br/>
        <w:br/>
        <w:t xml:space="preserve">【答案】：C </w:t>
      </w:r>
    </w:p>
    <w:p>
      <w:r>
        <w:t>82、排水管道按照管体结构受力形式分为刚性管道和柔性管道两大类，下列选项中属于刚性管道的是（　　　）。</w:t>
        <w:br/>
        <w:t>A.玻璃纤维管</w:t>
        <w:br/>
        <w:t>B.钢塑复合管</w:t>
        <w:br/>
        <w:t>C.钢筋混凝土管</w:t>
        <w:br/>
        <w:t>D.双壁波纹管</w:t>
        <w:br/>
        <w:br/>
        <w:t xml:space="preserve">【答案】：C </w:t>
      </w:r>
    </w:p>
    <w:p>
      <w:pPr>
        <w:sectPr w:rsidSect="00034616">
          <w:type w:val="nextPage"/>
          <w:pgSz w:w="12240" w:h="15840"/>
          <w:pgMar w:top="1440" w:right="1800" w:bottom="1440" w:left="1800" w:header="720" w:footer="720" w:gutter="0"/>
          <w:pgNumType w:start="22"/>
          <w:cols w:space="720"/>
          <w:titlePg w:val="0"/>
          <w:docGrid w:linePitch="360"/>
        </w:sectPr>
      </w:pPr>
    </w:p>
    <w:p>
      <w:r>
        <w:t>83、当墩身高度大于（　　　）时，可设横系梁加强柱身横向联系。</w:t>
        <w:br/>
        <w:t>A.5~6m</w:t>
        <w:br/>
        <w:t>B.6~7m</w:t>
        <w:br/>
        <w:t>C.7~8m</w:t>
        <w:br/>
        <w:t>D.8~9m</w:t>
        <w:br/>
        <w:br/>
        <w:t>【答案】：B</w:t>
      </w:r>
      <w:r>
        <w:t xml:space="preserve"> </w:t>
      </w:r>
    </w:p>
    <w:p>
      <w:r>
        <w:t>84、下列属于偶然作用的是（　　　）。</w:t>
        <w:br/>
        <w:t>A.预加应力</w:t>
        <w:br/>
        <w:t>B.汽车荷载</w:t>
        <w:br/>
        <w:t>C.地震作用</w:t>
        <w:br/>
        <w:t>D.风荷载</w:t>
        <w:br/>
        <w:br/>
        <w:t xml:space="preserve">【答案】：C </w:t>
      </w:r>
    </w:p>
    <w:p>
      <w:r>
        <w:t>85、当市政管线交叉敷设时，自地面向地下竖向的排列顺序一般为（　　　）。</w:t>
        <w:br/>
        <w:t>A.电气、电信、燃气、供热、中水、给水、雨水、污水</w:t>
        <w:br/>
        <w:t>B.电气、电信、中水、给水、燃气、供热、雨水、污水</w:t>
        <w:br/>
        <w:t>C.电气、电信、供热、燃气、中水、给水、雨水、污水</w:t>
        <w:br/>
        <w:t>D.电气、电信、燃气、中水、给水、供热、雨水、污水</w:t>
        <w:br/>
        <w:br/>
        <w:t xml:space="preserve">【答案】：C </w:t>
      </w:r>
    </w:p>
    <w:p>
      <w:r>
        <w:t>86、由已知水准点开始测若干个待测点之后，既不闭合也不附合的水准路线称为（　　　）。</w:t>
        <w:br/>
        <w:t>A.闭合水准路线</w:t>
        <w:br/>
        <w:t>B.附合水准路线</w:t>
        <w:br/>
        <w:t>C.支水准路线</w:t>
        <w:br/>
        <w:t>D.折线水准路线</w:t>
        <w:br/>
        <w:br/>
        <w:t xml:space="preserve">【答案】：C </w:t>
      </w:r>
    </w:p>
    <w:p>
      <w:pPr>
        <w:sectPr w:rsidSect="00034616">
          <w:type w:val="nextPage"/>
          <w:pgSz w:w="12240" w:h="15840"/>
          <w:pgMar w:top="1440" w:right="1800" w:bottom="1440" w:left="1800" w:header="720" w:footer="720" w:gutter="0"/>
          <w:pgNumType w:start="23"/>
          <w:cols w:space="720"/>
          <w:titlePg w:val="0"/>
          <w:docGrid w:linePitch="360"/>
        </w:sectPr>
      </w:pPr>
    </w:p>
    <w:p>
      <w:r>
        <w:t>87、不同的材料制成的市政管道，其管径的表示方法也不同，下列属于球墨铸铁管、铸铁管等管材管径的表示方法的是（　　　）。</w:t>
        <w:br/>
        <w:t>A.公称直径DN</w:t>
        <w:br/>
        <w:t>B.外径×壁厚</w:t>
        <w:br/>
        <w:t>C.内径d</w:t>
        <w:br/>
        <w:t>D.按产品标准的方法表示</w:t>
        <w:br/>
        <w:br/>
        <w:t>【答案】：A</w:t>
      </w:r>
      <w:r>
        <w:t xml:space="preserve"> </w:t>
      </w:r>
    </w:p>
    <w:p>
      <w:r>
        <w:t>88、投影面的垂直面垂直于（　　　）个投影面。</w:t>
        <w:br/>
        <w:t>A.四</w:t>
        <w:br/>
        <w:t>B.三</w:t>
        <w:br/>
        <w:t>C.二</w:t>
        <w:br/>
        <w:t>D.一</w:t>
        <w:br/>
        <w:br/>
        <w:t xml:space="preserve">【答案】：D </w:t>
      </w:r>
    </w:p>
    <w:p>
      <w:r>
        <w:t>89、根据地下水量大小、基坑平面形状及水泵能力，集水井每隔（　　　）m设置一个。</w:t>
        <w:br/>
        <w:t>A.10~20</w:t>
        <w:br/>
        <w:t>B.20~30</w:t>
        <w:br/>
        <w:t>C.30~40</w:t>
        <w:br/>
        <w:t>D.40~50</w:t>
        <w:br/>
        <w:br/>
        <w:t xml:space="preserve">【答案】：C </w:t>
      </w:r>
    </w:p>
    <w:p>
      <w:pPr>
        <w:sectPr w:rsidSect="00034616">
          <w:type w:val="nextPage"/>
          <w:pgSz w:w="12240" w:h="15840"/>
          <w:pgMar w:top="1440" w:right="1800" w:bottom="1440" w:left="1800" w:header="720" w:footer="720" w:gutter="0"/>
          <w:pgNumType w:start="24"/>
          <w:cols w:space="720"/>
          <w:titlePg w:val="0"/>
          <w:docGrid w:linePitch="360"/>
        </w:sectPr>
      </w:pPr>
      <w:r>
        <w:t>90、对于单跨隧道，当开挖宽小于12m时，应采用（　　　）。</w:t>
        <w:br/>
        <w:t>A.台阶开挖法</w:t>
        <w:br/>
        <w:t>B.CD法</w:t>
        <w:br/>
        <w:t>C.CRD法</w:t>
        <w:br/>
        <w:t>D.双侧壁导坑法</w:t>
        <w:br/>
        <w:br/>
        <w:t xml:space="preserve">【答案】：A </w:t>
      </w:r>
    </w:p>
    <w:p>
      <w:r>
        <w:t>91、定额编制时使用平均先进水平的是（　　　）。</w:t>
        <w:br/>
        <w:t>A.施工定额</w:t>
        <w:br/>
        <w:t>B.预算定额</w:t>
        <w:br/>
        <w:t>C.概算定额</w:t>
        <w:br/>
        <w:t>D.概算指标</w:t>
        <w:br/>
        <w:br/>
        <w:t xml:space="preserve">【答案】：A </w:t>
      </w:r>
    </w:p>
    <w:p>
      <w:r>
        <w:t>92、单幅路适用于（　　　）。</w:t>
        <w:br/>
        <w:t>A.交通量不大的次干路、支路</w:t>
        <w:br/>
        <w:t>B.机动车交通量大，车速高，非机动车多的快速路、次干路</w:t>
        <w:br/>
        <w:t>C.机动车与非机动车交通量均较大的主干路和次干路</w:t>
        <w:br/>
        <w:t>D.机动车交通量大，车速高，非机动车交通量较少的快速路、次干路</w:t>
        <w:br/>
        <w:br/>
        <w:t xml:space="preserve">【答案】：A </w:t>
      </w:r>
    </w:p>
    <w:p>
      <w:r>
        <w:t>93、当管底为岩石、碎石或多石地基时，对金属管道应铺垫不小于（　　　）mm厚的中砂或粗砂，构成给水管道砂基础。</w:t>
        <w:br/>
        <w:t>A.50</w:t>
        <w:br/>
        <w:t>B.100</w:t>
        <w:br/>
        <w:t>C.150</w:t>
        <w:br/>
        <w:t>D.200</w:t>
        <w:br/>
        <w:br/>
        <w:t xml:space="preserve">【答案】：B </w:t>
      </w:r>
    </w:p>
    <w:p>
      <w:pPr>
        <w:sectPr w:rsidSect="00034616">
          <w:type w:val="nextPage"/>
          <w:pgSz w:w="12240" w:h="15840"/>
          <w:pgMar w:top="1440" w:right="1800" w:bottom="1440" w:left="1800" w:header="720" w:footer="720" w:gutter="0"/>
          <w:pgNumType w:start="25"/>
          <w:cols w:space="720"/>
          <w:titlePg w:val="0"/>
          <w:docGrid w:linePitch="360"/>
        </w:sectPr>
      </w:pPr>
    </w:p>
    <w:p>
      <w:r>
        <w:t>94、下列选项中不属于先张法制作预应力混凝土梁板工艺流程的是（　　　）。</w:t>
        <w:br/>
        <w:t>A.调整初应力</w:t>
        <w:br/>
        <w:t>B.张拉预应力筋</w:t>
        <w:br/>
        <w:t>C.管道压浆</w:t>
        <w:br/>
        <w:t>D.整修锚、夹具</w:t>
        <w:br/>
        <w:br/>
        <w:t>【答案】：C</w:t>
      </w:r>
      <w:r>
        <w:t xml:space="preserve"> </w:t>
      </w:r>
    </w:p>
    <w:p>
      <w:r>
        <w:t>95、排水沟断面尺寸一般为（　　　）。</w:t>
        <w:br/>
        <w:t>A.10cm×10cm</w:t>
        <w:br/>
        <w:t>B.30cm×30cm</w:t>
        <w:br/>
        <w:t>C.50m×50cm</w:t>
        <w:br/>
        <w:t>D.100cm×100cm</w:t>
        <w:br/>
        <w:br/>
        <w:t xml:space="preserve">【答案】：B </w:t>
      </w:r>
    </w:p>
    <w:p>
      <w:r>
        <w:t>96、常用来减少或消除交叉口冲突点的方法不包括（　　　）。</w:t>
        <w:br/>
        <w:t>A.交通管制</w:t>
        <w:br/>
        <w:t>B.渠化交通</w:t>
        <w:br/>
        <w:t>C.立体交叉</w:t>
        <w:br/>
        <w:t>D.减少交叉口</w:t>
        <w:br/>
        <w:br/>
        <w:t xml:space="preserve">【答案】：D </w:t>
      </w:r>
    </w:p>
    <w:p>
      <w:r>
        <w:t>97、以集散交通的功能为主，兼有服务功能的是（　　　）。</w:t>
        <w:br/>
        <w:t>A.快速路</w:t>
        <w:br/>
        <w:t>B.次干路</w:t>
        <w:br/>
        <w:t>C.支路</w:t>
        <w:br/>
        <w:t>D.主干路</w:t>
        <w:br/>
        <w:br/>
        <w:t xml:space="preserve">【答案】：B </w:t>
      </w:r>
    </w:p>
    <w:p>
      <w:pPr>
        <w:sectPr w:rsidSect="00034616">
          <w:type w:val="nextPage"/>
          <w:pgSz w:w="12240" w:h="15840"/>
          <w:pgMar w:top="1440" w:right="1800" w:bottom="1440" w:left="1800" w:header="720" w:footer="720" w:gutter="0"/>
          <w:pgNumType w:start="26"/>
          <w:cols w:space="720"/>
          <w:titlePg w:val="0"/>
          <w:docGrid w:linePitch="360"/>
        </w:sectPr>
      </w:pPr>
    </w:p>
    <w:p>
      <w:r>
        <w:t>98、水准测量原理要求水准仪必须提供一条（　　　）。</w:t>
        <w:br/>
        <w:t>A.铅垂视线</w:t>
        <w:br/>
        <w:t>B.水平视线</w:t>
        <w:br/>
        <w:t>C.平行视线</w:t>
        <w:br/>
        <w:t>D.切线</w:t>
        <w:br/>
        <w:br/>
        <w:t>【答案】：B</w:t>
      </w:r>
      <w:r>
        <w:t xml:space="preserve"> </w:t>
      </w:r>
    </w:p>
    <w:p>
      <w:r>
        <w:t>99、乔木、大灌木在栽植后均应支撑，非栽植季节栽植，最大程度的强修剪应至少保留树冠的（　　　）。</w:t>
        <w:br/>
        <w:t>A.1/2m</w:t>
        <w:br/>
        <w:t>B.1/4m</w:t>
        <w:br/>
        <w:t>C.1/3</w:t>
        <w:br/>
        <w:t>D.1/5m</w:t>
        <w:br/>
        <w:br/>
        <w:t xml:space="preserve">【答案】：C </w:t>
      </w:r>
    </w:p>
    <w:p>
      <w:r>
        <w:t>100、在桥墩上连续，在桥孔中中断，线路在桥孔内过渡到另一根梁上的梁式桥，称为（　　　）。</w:t>
        <w:br/>
        <w:t>A.简支梁</w:t>
        <w:br/>
        <w:t>B.连续梁</w:t>
        <w:br/>
        <w:t>C.悬索梁</w:t>
        <w:br/>
        <w:t>D.悬臂梁</w:t>
        <w:br/>
        <w:br/>
        <w:t xml:space="preserve">【答案】：D </w:t>
      </w:r>
    </w:p>
    <w:p>
      <w:r>
        <w:t>101、设Ha=15.032m，Hb=14.729m，hba=（　　　）m。</w:t>
        <w:br/>
        <w:t>A.-29.761</w:t>
        <w:br/>
        <w:t>B.-0.303</w:t>
        <w:br/>
        <w:t>C.0.303</w:t>
        <w:br/>
        <w:t>D.29.761</w:t>
        <w:br/>
        <w:br/>
        <w:t xml:space="preserve">【答案】：B </w:t>
      </w:r>
    </w:p>
    <w:p>
      <w:pPr>
        <w:sectPr w:rsidSect="00034616">
          <w:type w:val="nextPage"/>
          <w:pgSz w:w="12240" w:h="15840"/>
          <w:pgMar w:top="1440" w:right="1800" w:bottom="1440" w:left="1800" w:header="720" w:footer="720" w:gutter="0"/>
          <w:pgNumType w:start="27"/>
          <w:cols w:space="720"/>
          <w:titlePg w:val="0"/>
          <w:docGrid w:linePitch="360"/>
        </w:sectPr>
      </w:pPr>
    </w:p>
    <w:p>
      <w:r>
        <w:t>102、自动安平水准仪精平时用的是（　　　）。</w:t>
        <w:br/>
        <w:t>A.自动补偿装置</w:t>
        <w:br/>
        <w:t>B.管水准器</w:t>
        <w:br/>
        <w:t>C.圆水准器</w:t>
        <w:br/>
        <w:t>D.微倾螺旋</w:t>
        <w:br/>
        <w:br/>
        <w:t>【答案】：A</w:t>
      </w:r>
      <w:r>
        <w:t xml:space="preserve"> </w:t>
      </w:r>
    </w:p>
    <w:p>
      <w:r>
        <w:t>103、下列材料可作为柔性基层的是（　　　）。</w:t>
        <w:br/>
        <w:t>A.水泥稳定类</w:t>
        <w:br/>
        <w:t>B.石灰稳定类</w:t>
        <w:br/>
        <w:t>C.二灰稳定类</w:t>
        <w:br/>
        <w:t>D.沥青稳定碎层</w:t>
        <w:br/>
        <w:br/>
        <w:t xml:space="preserve">【答案】：D </w:t>
      </w:r>
    </w:p>
    <w:p>
      <w:r>
        <w:t>104、水文气象不稳定、沉管距离较长、水流速度相对较大时，可采用（　　　）。</w:t>
        <w:br/>
        <w:t>A.水面浮运法</w:t>
        <w:br/>
        <w:t>B.铺管船法</w:t>
        <w:br/>
        <w:t>C.底拖法</w:t>
        <w:br/>
        <w:t>D.浮运发</w:t>
        <w:br/>
        <w:br/>
        <w:t xml:space="preserve">【答案】：B </w:t>
      </w:r>
    </w:p>
    <w:p>
      <w:r>
        <w:t>105、桥梁所受的荷载作用中，汽车荷载属于（　　　）。</w:t>
        <w:br/>
        <w:t>A.临时作用</w:t>
        <w:br/>
        <w:t>B.永久作用</w:t>
        <w:br/>
        <w:t>C.可变作用</w:t>
        <w:br/>
        <w:t>D.偶然荷载</w:t>
        <w:br/>
        <w:br/>
        <w:t xml:space="preserve">【答案】：C </w:t>
      </w:r>
    </w:p>
    <w:p>
      <w:pPr>
        <w:sectPr w:rsidSect="00034616">
          <w:type w:val="nextPage"/>
          <w:pgSz w:w="12240" w:h="15840"/>
          <w:pgMar w:top="1440" w:right="1800" w:bottom="1440" w:left="1800" w:header="720" w:footer="720" w:gutter="0"/>
          <w:pgNumType w:start="28"/>
          <w:cols w:space="720"/>
          <w:titlePg w:val="0"/>
          <w:docGrid w:linePitch="360"/>
        </w:sectPr>
      </w:pPr>
    </w:p>
    <w:p>
      <w:r>
        <w:t>106、顶管法施工管道的首节管是（　　　）。</w:t>
        <w:br/>
        <w:t>A.钢管</w:t>
        <w:br/>
        <w:t>B.相同管材的管段</w:t>
        <w:br/>
        <w:t>C.工具管</w:t>
        <w:br/>
        <w:t>D.排水管</w:t>
        <w:br/>
        <w:br/>
        <w:t>【答案】：C</w:t>
      </w:r>
      <w:r>
        <w:t xml:space="preserve"> </w:t>
      </w:r>
    </w:p>
    <w:p>
      <w:r>
        <w:t>107、某站水准测量时，由A点向B点进行测量，测得A、B两点之间的高差为0.506m，且B水准尺的读数为2.376m，A点高程为16.520m，则A点水准尺的读数与B点高程分别为（　　　）。</w:t>
        <w:br/>
        <w:t>A.1.870m，16.014m</w:t>
        <w:br/>
        <w:t>B.2.882m，16.014m</w:t>
        <w:br/>
        <w:t>C.1.870m，15.546m</w:t>
        <w:br/>
        <w:t>D.2.882m，17.026m</w:t>
        <w:br/>
        <w:br/>
        <w:t xml:space="preserve">【答案】：D </w:t>
      </w:r>
    </w:p>
    <w:p>
      <w:r>
        <w:t>108、从水准测量的原理可以看出，水准测量必需的仪器和工具是（　　　）。</w:t>
        <w:br/>
        <w:t>A.水准仪、钢尺</w:t>
        <w:br/>
        <w:t>B.经纬仪、站牌</w:t>
        <w:br/>
        <w:t>C.水准仪、水准尺</w:t>
        <w:br/>
        <w:t>D.经纬仪、钢尺</w:t>
        <w:br/>
        <w:br/>
        <w:t xml:space="preserve">【答案】：C </w:t>
      </w:r>
    </w:p>
    <w:p>
      <w:pPr>
        <w:sectPr w:rsidSect="00034616">
          <w:type w:val="nextPage"/>
          <w:pgSz w:w="12240" w:h="15840"/>
          <w:pgMar w:top="1440" w:right="1800" w:bottom="1440" w:left="1800" w:header="720" w:footer="720" w:gutter="0"/>
          <w:pgNumType w:start="29"/>
          <w:cols w:space="720"/>
          <w:titlePg w:val="0"/>
          <w:docGrid w:linePitch="360"/>
        </w:sectPr>
      </w:pPr>
      <w:r>
        <w:t>109、行车荷载和自然因素对路面的作用会随着路面深度的增大而（　　　），材料的强度、刚度和稳定性随着路面深度增大而（　　　）。</w:t>
        <w:br/>
        <w:t>A.减弱，减弱</w:t>
        <w:br/>
        <w:t>B.减弱，增强</w:t>
        <w:br/>
        <w:t>C.增强，减弱</w:t>
        <w:br/>
        <w:t>D.增强，增强</w:t>
        <w:br/>
        <w:br/>
        <w:t xml:space="preserve">【答案】：A </w:t>
      </w:r>
    </w:p>
    <w:p>
      <w:r>
        <w:t>110、转点在水准测量中起传递（　　　）的作用。</w:t>
        <w:br/>
        <w:t>A.高程</w:t>
        <w:br/>
        <w:t>B.水平角</w:t>
        <w:br/>
        <w:t>C.距离</w:t>
        <w:br/>
        <w:t>D.方向</w:t>
        <w:br/>
        <w:br/>
        <w:t xml:space="preserve">【答案】：A </w:t>
      </w:r>
    </w:p>
    <w:p>
      <w:r>
        <w:t>111、下列不属于盖挖法的优点的是（　　　）。</w:t>
        <w:br/>
        <w:t>A.围护结构变形小</w:t>
        <w:br/>
        <w:t>B.基坑底部土体稳定，隆起小，施工安全</w:t>
        <w:br/>
        <w:t>C.不设内部支撑，施工空间大</w:t>
        <w:br/>
        <w:t>D.施工难度小，费用低</w:t>
        <w:br/>
        <w:br/>
        <w:t xml:space="preserve">【答案】：D </w:t>
      </w:r>
    </w:p>
    <w:p>
      <w:r>
        <w:t>112、项目目标动态控制的核心是在项目实施的过程中定期地进行（　　　）的比较。</w:t>
        <w:br/>
        <w:t>A.项目目标计划值和偏差值</w:t>
        <w:br/>
        <w:t>B.项目目标实际值和偏差值</w:t>
        <w:br/>
        <w:t>C.项目目标计划值和实际值</w:t>
        <w:br/>
        <w:t>D.项目目标当期值和上一期值</w:t>
        <w:br/>
        <w:br/>
        <w:t xml:space="preserve">【答案】：C </w:t>
      </w:r>
    </w:p>
    <w:p>
      <w:pPr>
        <w:sectPr w:rsidSect="00034616">
          <w:type w:val="nextPage"/>
          <w:pgSz w:w="12240" w:h="15840"/>
          <w:pgMar w:top="1440" w:right="1800" w:bottom="1440" w:left="1800" w:header="720" w:footer="720" w:gutter="0"/>
          <w:pgNumType w:start="30"/>
          <w:cols w:space="720"/>
          <w:titlePg w:val="0"/>
          <w:docGrid w:linePitch="360"/>
        </w:sectPr>
      </w:pPr>
      <w:r>
        <w:t>113、路基的高度不同，会有不同的影响，下列错误的是（　　　）。</w:t>
        <w:br/>
        <w:t>A.会影响路基稳定</w:t>
        <w:br/>
        <w:t>B.影响路面的强度和稳定性</w:t>
        <w:br/>
        <w:t>C.影响工程造价</w:t>
        <w:br/>
        <w:t>D.不会影响路面厚度</w:t>
        <w:br/>
        <w:br/>
        <w:t xml:space="preserve">【答案】：D </w:t>
      </w:r>
    </w:p>
    <w:p>
      <w:r>
        <w:t>114、下列不属于柔性管道失效由变形造成的有（　　　）。</w:t>
        <w:br/>
        <w:t>A.钢管</w:t>
        <w:br/>
        <w:t>B.钢筋混凝土管</w:t>
        <w:br/>
        <w:t>C.化学建材管</w:t>
        <w:br/>
        <w:t>D.柔型接口的球墨铸铁铁管道</w:t>
        <w:br/>
        <w:br/>
        <w:t xml:space="preserve">【答案】：B </w:t>
      </w:r>
    </w:p>
    <w:p>
      <w:r>
        <w:t>115、配置水下砼时，细骨料宜采用（　　　）。</w:t>
        <w:br/>
        <w:t>A.粗砂</w:t>
        <w:br/>
        <w:t>B.中砂</w:t>
        <w:br/>
        <w:t>C.细砂</w:t>
        <w:br/>
        <w:t>D.粉砂</w:t>
        <w:br/>
        <w:br/>
        <w:t xml:space="preserve">【答案】：B </w:t>
      </w:r>
    </w:p>
    <w:p>
      <w:r>
        <w:t>116、给水管网中的阀门等附件一般安装在阀门井中，阀门井的形状有圆形和（　　　）。</w:t>
        <w:br/>
        <w:t>A.椭圆形</w:t>
        <w:br/>
        <w:t>B.方形</w:t>
        <w:br/>
        <w:t>C.矩形</w:t>
        <w:br/>
        <w:t>D.菱形</w:t>
        <w:br/>
        <w:br/>
        <w:t xml:space="preserve">【答案】：C </w:t>
      </w:r>
    </w:p>
    <w:p>
      <w:pPr>
        <w:sectPr w:rsidSect="00034616">
          <w:type w:val="nextPage"/>
          <w:pgSz w:w="12240" w:h="15840"/>
          <w:pgMar w:top="1440" w:right="1800" w:bottom="1440" w:left="1800" w:header="720" w:footer="720" w:gutter="0"/>
          <w:pgNumType w:start="31"/>
          <w:cols w:space="720"/>
          <w:titlePg w:val="0"/>
          <w:docGrid w:linePitch="360"/>
        </w:sectPr>
      </w:pPr>
      <w:r>
        <w:t>117、花境布置形式以（　　　）为主。</w:t>
        <w:br/>
        <w:t>A.组从状</w:t>
        <w:br/>
        <w:t>B.带状自然式</w:t>
        <w:br/>
        <w:t>C.带状组团式</w:t>
        <w:br/>
        <w:t>D.点状自然式</w:t>
        <w:br/>
        <w:br/>
        <w:t xml:space="preserve">【答案】：B </w:t>
      </w:r>
    </w:p>
    <w:p>
      <w:r>
        <w:t>118、根据接口的弹性，不属于管道接口形式的是（　　　）。</w:t>
        <w:br/>
        <w:t>A.柔性</w:t>
        <w:br/>
        <w:t>B.刚性</w:t>
        <w:br/>
        <w:t>C.半刚半柔性</w:t>
        <w:br/>
        <w:t>D.弹性</w:t>
        <w:br/>
        <w:br/>
        <w:t xml:space="preserve">【答案】：D </w:t>
      </w:r>
    </w:p>
    <w:p>
      <w:r>
        <w:t>119、计算市政管网工程量时，管道外防腐面积的计算公式为：管道外防腐面积=（　　　）。</w:t>
        <w:br/>
        <w:t>A.管内径×3.142×设计长度</w:t>
        <w:br/>
        <w:t>B.管外径×3.142×设计长度</w:t>
        <w:br/>
        <w:t>C.管道公称直径×3.142×设计长度</w:t>
        <w:br/>
        <w:t>D.（管道公称直径+10mm）×3过42×设计长度</w:t>
        <w:br/>
        <w:br/>
        <w:t xml:space="preserve">【答案】：B </w:t>
      </w:r>
    </w:p>
    <w:p>
      <w:r>
        <w:t>120、当路面结构破损严重，或纵、横坡需作较大调整时，宜采用（　　　）。</w:t>
        <w:br/>
        <w:t>A.稀浆封层</w:t>
        <w:br/>
        <w:t>B.薄层加铺</w:t>
        <w:br/>
        <w:t>C.加铺结构层</w:t>
        <w:br/>
        <w:t>D.新建路面</w:t>
        <w:br/>
        <w:br/>
        <w:t xml:space="preserve">【答案】：D </w:t>
      </w:r>
    </w:p>
    <w:p>
      <w:pPr>
        <w:sectPr w:rsidSect="00034616">
          <w:type w:val="nextPage"/>
          <w:pgSz w:w="12240" w:h="15840"/>
          <w:pgMar w:top="1440" w:right="1800" w:bottom="1440" w:left="1800" w:header="720" w:footer="720" w:gutter="0"/>
          <w:pgNumType w:start="32"/>
          <w:cols w:space="720"/>
          <w:titlePg w:val="0"/>
          <w:docGrid w:linePitch="360"/>
        </w:sectPr>
      </w:pPr>
    </w:p>
    <w:p>
      <w:r>
        <w:t>121、某城市道路，快车道路面铺设工程量计算时，应不扣除（　　　）所示面积。</w:t>
        <w:br/>
        <w:t>A.绿化带</w:t>
        <w:br/>
        <w:t>B.检查井</w:t>
        <w:br/>
        <w:t>C.路缘石</w:t>
        <w:br/>
        <w:t>D.安全岛</w:t>
        <w:br/>
        <w:br/>
        <w:t>【答案】：B</w:t>
      </w:r>
      <w:r>
        <w:t xml:space="preserve"> </w:t>
      </w:r>
    </w:p>
    <w:p>
      <w:r>
        <w:t>122、上层土质较好、下层土质松软，当环境条件许可、沟槽深度不超过4.5m时，可采用（　　　）断面。</w:t>
        <w:br/>
        <w:t>A.直槽</w:t>
        <w:br/>
        <w:t>B.梯形槽</w:t>
        <w:br/>
        <w:t>C.混合槽</w:t>
        <w:br/>
        <w:t>D.联合槽</w:t>
        <w:br/>
        <w:br/>
        <w:t xml:space="preserve">【答案】：C </w:t>
      </w:r>
    </w:p>
    <w:p>
      <w:r>
        <w:t>123、沟槽支撑的目的是防止侧壁坍塌，为沟槽创造安全的施工条件。支撑材料通常由（　　　）做成。</w:t>
        <w:br/>
        <w:t>A.管材或钢筋</w:t>
        <w:br/>
        <w:t>B.混凝土预制构件</w:t>
        <w:br/>
        <w:t>C.木材或钢材</w:t>
        <w:br/>
        <w:t>D.塑性材料</w:t>
        <w:br/>
        <w:br/>
        <w:t xml:space="preserve">【答案】：C </w:t>
      </w:r>
    </w:p>
    <w:p>
      <w:r>
        <w:t>124、为了保证填、挖的边坡达到设计要求，把设计边坡在实地标定出来，以方便施工的过程是（　　　）。</w:t>
        <w:br/>
        <w:t>A.线路总线放样</w:t>
        <w:br/>
        <w:t>B.路面放样</w:t>
        <w:br/>
        <w:t>C.路拱放样</w:t>
        <w:br/>
        <w:t>D.路堤边坡的放样</w:t>
        <w:br/>
        <w:br/>
        <w:t xml:space="preserve">【答案】：D </w:t>
      </w:r>
    </w:p>
    <w:p>
      <w:pPr>
        <w:sectPr w:rsidSect="00034616">
          <w:type w:val="nextPage"/>
          <w:pgSz w:w="12240" w:h="15840"/>
          <w:pgMar w:top="1440" w:right="1800" w:bottom="1440" w:left="1800" w:header="720" w:footer="720" w:gutter="0"/>
          <w:pgNumType w:start="33"/>
          <w:cols w:space="720"/>
          <w:titlePg w:val="0"/>
          <w:docGrid w:linePitch="360"/>
        </w:sectPr>
      </w:pPr>
    </w:p>
    <w:p>
      <w:r>
        <w:t>125、装配式预应力混凝土简支T形梁桥常用跨径为（　　　）。</w:t>
        <w:br/>
        <w:t>A.20~30m</w:t>
        <w:br/>
        <w:t>B.25~50m</w:t>
        <w:br/>
        <w:t>C.15~50m</w:t>
        <w:br/>
        <w:t>D.20~50m</w:t>
        <w:br/>
        <w:br/>
        <w:t>【答案】：B</w:t>
      </w:r>
      <w:r>
        <w:t xml:space="preserve"> </w:t>
      </w:r>
    </w:p>
    <w:p>
      <w:r>
        <w:t>126、桥墩是多跨桥的中间支撑结构，主要起（　　　）作用。</w:t>
        <w:br/>
        <w:t>A.支撑</w:t>
        <w:br/>
        <w:t>B.承重</w:t>
        <w:br/>
        <w:t>C.挡土</w:t>
        <w:br/>
        <w:t>D.连接</w:t>
        <w:br/>
        <w:br/>
        <w:t xml:space="preserve">【答案】：B </w:t>
      </w:r>
    </w:p>
    <w:p>
      <w:r>
        <w:t>127、管道沟槽的深度按基础的形式和埋深分别计算，枕基的计算方法是（　　　）。</w:t>
        <w:br/>
        <w:t>A.原地面高程减设计管道基础底面高程</w:t>
        <w:br/>
        <w:t>B.原地面高程减设计管道基础底面高程加管壁厚度</w:t>
        <w:br/>
        <w:t>C.原地面高程减设计管道基础底面高程加垫层厚度</w:t>
        <w:br/>
        <w:t>D.原地面高程减设计管道基础底面高程减管壁厚度</w:t>
        <w:br/>
        <w:br/>
        <w:t xml:space="preserve">【答案】：B </w:t>
      </w:r>
    </w:p>
    <w:p>
      <w:pPr>
        <w:sectPr w:rsidSect="00034616">
          <w:type w:val="nextPage"/>
          <w:pgSz w:w="12240" w:h="15840"/>
          <w:pgMar w:top="1440" w:right="1800" w:bottom="1440" w:left="1800" w:header="720" w:footer="720" w:gutter="0"/>
          <w:pgNumType w:start="34"/>
          <w:cols w:space="720"/>
          <w:titlePg w:val="0"/>
          <w:docGrid w:linePitch="360"/>
        </w:sectPr>
      </w:pPr>
      <w:r>
        <w:t>128、随着科学技术水平和管理水平的提高，社会生产力的水平也必然会提高，原有定额不能使用生产发展时，定额授权部门根据新的情况对定额进行修订和补充，这体现了定额的（　　　）。</w:t>
        <w:br/>
        <w:t>A.真实性</w:t>
        <w:br/>
        <w:t>B.时效性</w:t>
        <w:br/>
        <w:t>C.系统性</w:t>
        <w:br/>
        <w:t>D.可变性</w:t>
        <w:br/>
        <w:br/>
        <w:t xml:space="preserve">【答案】：B </w:t>
      </w:r>
    </w:p>
    <w:p>
      <w:r>
        <w:t>129、项目是由一组有起止时间的、相互协调的受控活动所组成的特定过程。其具有的共同特征中，下列选项不正确的是（　　　）。</w:t>
        <w:br/>
        <w:t>A.项目具有一次性</w:t>
        <w:br/>
        <w:t>B.项目具有明确的目标</w:t>
        <w:br/>
        <w:t>C.项目具有可逆性</w:t>
        <w:br/>
        <w:t>D.项目具有特定的生命期</w:t>
        <w:br/>
        <w:br/>
        <w:t xml:space="preserve">【答案】：C </w:t>
      </w:r>
    </w:p>
    <w:p>
      <w:r>
        <w:t>130、某连续梁桥全长179m，拟采用悬臂浇筑法施工，挂篮的主桁部分采用三角形结构，行走为整体移动，其余采用竹胶板。其施工程序计划如下：①在墩顶托架上浇筑0号块并实施墩梁临时固结系统。②在0号块上安装悬臂挂篮，向两侧依次对称地分段浇筑主梁至合龙段。③在临时支架或梁端与边墩向临时托架上支模板浇筑现浇梁段。④主梁合龙段可在改装的简支挂篮托架上浇筑。</w:t>
        <w:br/>
        <w:t>A.1</w:t>
        <w:br/>
        <w:t>B.2</w:t>
        <w:br/>
        <w:t>C.3</w:t>
        <w:br/>
        <w:t>D.4</w:t>
        <w:br/>
        <w:br/>
        <w:t xml:space="preserve">【答案】：B </w:t>
      </w:r>
    </w:p>
    <w:p>
      <w:pPr>
        <w:sectPr w:rsidSect="00034616">
          <w:type w:val="nextPage"/>
          <w:pgSz w:w="12240" w:h="15840"/>
          <w:pgMar w:top="1440" w:right="1800" w:bottom="1440" w:left="1800" w:header="720" w:footer="720" w:gutter="0"/>
          <w:pgNumType w:start="35"/>
          <w:cols w:space="720"/>
          <w:titlePg w:val="0"/>
          <w:docGrid w:linePitch="360"/>
        </w:sectPr>
      </w:pPr>
      <w:r>
        <w:t>131、考虑到自行车和其他非机动车的爬坡能力，最大纵坡一般不大于（　　　）。</w:t>
        <w:br/>
        <w:t>A.2.5%</w:t>
        <w:br/>
        <w:t>B.3%</w:t>
        <w:br/>
        <w:t>C.0.2%</w:t>
        <w:br/>
        <w:t>D.0.1%</w:t>
        <w:br/>
        <w:br/>
        <w:t xml:space="preserve">【答案】：A </w:t>
      </w:r>
    </w:p>
    <w:p>
      <w:r>
        <w:t>132、当路面结构破损较为严重或承载能力不能满足未来交通需求时，应采用（　　　）。</w:t>
        <w:br/>
        <w:t>A.稀浆封层</w:t>
        <w:br/>
        <w:t>B.薄层加铺</w:t>
        <w:br/>
        <w:t>C.加铺结构层</w:t>
        <w:br/>
        <w:t>D.新建路面</w:t>
        <w:br/>
        <w:br/>
        <w:t xml:space="preserve">【答案】：C </w:t>
      </w:r>
    </w:p>
    <w:p>
      <w:r>
        <w:t>133、下列选项中，不属于矩阵式项目组织的优点是（　　　）。</w:t>
        <w:br/>
        <w:t>A.职责明确，职能专一，关系简单</w:t>
        <w:br/>
        <w:t>B.兼有部门控制式和工作队式两种组织的优点</w:t>
        <w:br/>
        <w:t>C.以尽可能少的人力，实现多个项目的管理</w:t>
        <w:br/>
        <w:t>D.有利于人才的全面培养</w:t>
        <w:br/>
        <w:br/>
        <w:t xml:space="preserve">【答案】：A </w:t>
      </w:r>
    </w:p>
    <w:p>
      <w:r>
        <w:t>134、等截面连续梁构造简单，用于中小跨径时，梁高为（　　　）。</w:t>
        <w:br/>
        <w:t>A.（1/15～1/25）L</w:t>
        <w:br/>
        <w:t>B.（1/12～1/16）L</w:t>
        <w:br/>
        <w:t>C.（1/25～1/35）L</w:t>
        <w:br/>
        <w:t>D.（1/30～1/40）L</w:t>
        <w:br/>
        <w:br/>
        <w:t xml:space="preserve">【答案】：A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https://d.book118.com/178056106076006044</w:t>
        </w:r>
      </w:hyperlink>
    </w:p>
    <w:p/>
    <w:sectPr w:rsidSect="00034616">
      <w:type w:val="nextPage"/>
      <w:pgSz w:w="12240" w:h="15840"/>
      <w:pgMar w:top="1440" w:right="1800" w:bottom="1440" w:left="1800" w:header="720" w:footer="720" w:gutter="0"/>
      <w:pgNumType w:start="36"/>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178056106076006044"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55</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