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青春励志演讲稿700字优秀范文（32篇）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青春励志演讲稿700字优秀范文（通用32篇）</w:t>
      </w:r>
      <w:r>
        <w:rPr>
          <w:lang w:eastAsia="zh-CN"/>
        </w:rPr>
        <w:br/>
      </w:r>
      <w:r>
        <w:rPr>
          <w:lang w:eastAsia="zh-CN"/>
        </w:rPr>
        <w:t xml:space="preserve">    青春励志演讲稿700字优秀范文 篇1 </w:t>
      </w:r>
      <w:r>
        <w:rPr>
          <w:lang w:eastAsia="zh-CN"/>
        </w:rPr>
        <w:br/>
      </w:r>
      <w:r>
        <w:rPr>
          <w:lang w:eastAsia="zh-CN"/>
        </w:rPr>
        <w:t>　　亲爱的老师们，同学们，</w:t>
      </w:r>
      <w:r>
        <w:rPr>
          <w:lang w:eastAsia="zh-CN"/>
        </w:rPr>
        <w:br/>
      </w:r>
      <w:r>
        <w:rPr>
          <w:lang w:eastAsia="zh-CN"/>
        </w:rPr>
        <w:t>　　上午好!</w:t>
      </w:r>
      <w:r>
        <w:rPr>
          <w:lang w:eastAsia="zh-CN"/>
        </w:rPr>
        <w:br/>
      </w:r>
      <w:r>
        <w:rPr>
          <w:lang w:eastAsia="zh-CN"/>
        </w:rPr>
        <w:t>　　我是初三(147)班的。很荣幸这次能在开学典礼上代表初三同学发言。</w:t>
      </w:r>
      <w:r>
        <w:rPr>
          <w:lang w:eastAsia="zh-CN"/>
        </w:rPr>
        <w:br/>
      </w:r>
      <w:r>
        <w:rPr>
          <w:lang w:eastAsia="zh-CN"/>
        </w:rPr>
        <w:t>　　进入初三，我们主要的任务当然是学习、学习、再学习，努力、努力、再努力。各门功课应全面发展，提高效率。“知识就是力量”，让我们做一个符合新世纪要求的优秀青年，为建设祖国的未来打下坚实的基础。</w:t>
      </w:r>
      <w:r>
        <w:rPr>
          <w:lang w:eastAsia="zh-CN"/>
        </w:rPr>
        <w:br/>
      </w:r>
      <w:r>
        <w:rPr>
          <w:lang w:eastAsia="zh-CN"/>
        </w:rPr>
        <w:t>　　当然，我觉得学习主要是讲究方法，而不是拘泥古板，打时间仗，死记硬背，应当活学活用。</w:t>
      </w:r>
      <w:r>
        <w:rPr>
          <w:lang w:eastAsia="zh-CN"/>
        </w:rPr>
        <w:br/>
      </w:r>
      <w:r>
        <w:rPr>
          <w:lang w:eastAsia="zh-CN"/>
        </w:rPr>
        <w:t>　　上课时我们要专心听讲，多思多问，与老师积极配合，解决预习中的疑难问题，紧守每一节课，向每一节课的每一分钟要质量。</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课后复习相对于预习更关键，重要的不是知识的数量，而是知识的质量。不断巩固学过的知识，使它们在脑中生根发芽，并茁壮成长。重复是学习之母，它不仅能帮助我们巩固知识，更重要的是能梳理知识，斯宾塞曾说过：“如果一个人的知识缺乏条理，那他的知识越多，他就越感到困惑不解。”</w:t>
      </w:r>
      <w:r>
        <w:rPr>
          <w:lang w:eastAsia="zh-CN"/>
        </w:rPr>
        <w:br/>
      </w:r>
      <w:r>
        <w:rPr>
          <w:lang w:eastAsia="zh-CN"/>
        </w:rPr>
        <w:t>　　同学们，只要我们能珍惜时间，那么机会就会在我们手上，我相信初三这一年一定会带给我们更多惊喜。</w:t>
      </w:r>
      <w:r>
        <w:rPr>
          <w:lang w:eastAsia="zh-CN"/>
        </w:rPr>
        <w:br/>
      </w:r>
      <w:r>
        <w:rPr>
          <w:lang w:eastAsia="zh-CN"/>
        </w:rPr>
        <w:t>　　同学们，青春是人生之花，人生的最大悲痛莫过于辜负青春，让我们携起手来一起努力吧!</w:t>
      </w:r>
      <w:r>
        <w:rPr>
          <w:lang w:eastAsia="zh-CN"/>
        </w:rPr>
        <w:br/>
      </w:r>
      <w:r>
        <w:rPr>
          <w:lang w:eastAsia="zh-CN"/>
        </w:rPr>
        <w:t xml:space="preserve">    青春励志演讲稿700字优秀范文 篇2 </w:t>
      </w:r>
      <w:r>
        <w:rPr>
          <w:lang w:eastAsia="zh-CN"/>
        </w:rPr>
        <w:br/>
      </w:r>
      <w:r>
        <w:rPr>
          <w:lang w:eastAsia="zh-CN"/>
        </w:rPr>
        <w:t>　　各位老师、亲爱的同学们：</w:t>
      </w:r>
      <w:r>
        <w:rPr>
          <w:lang w:eastAsia="zh-CN"/>
        </w:rPr>
        <w:br/>
      </w:r>
      <w:r>
        <w:rPr>
          <w:lang w:eastAsia="zh-CN"/>
        </w:rPr>
        <w:t>　　失望是什么？我们是否逃避了就没有了失望？希望是什么，难道就那样遥远？摆脱冬天最后一层冰雪的桎梏，春天再次开启四季的轮回之门；摆脱蛹中的最后一次挣扎，终于破茧为蝶；同样，摆脱失望的最后一秒，我们就会迎来下一次希望！人们习惯赋予春天温柔的性格，殊不知，他经过了夏、秋、冬的蜕变；人们也习惯于观看蝴蝶的翩翩起舞，殊不知他经过了多次挣扎！</w:t>
      </w:r>
      <w:r>
        <w:rPr>
          <w:lang w:eastAsia="zh-CN"/>
        </w:rPr>
        <w:br/>
      </w:r>
      <w:r>
        <w:rPr>
          <w:lang w:eastAsia="zh-CN"/>
        </w:rPr>
        <w:t>　　他们美好的希望不是凭空产生的，而是付出了垂死的漫长挣扎！事物的联系是普遍存在的，所以说失望无处不在，希望随后就到来！生活不是呆板的平面画，而是立体的雕塑；不是平静的海底，而是波光粼粼的湖面。所以说希望总与失望长伴，它们是双胞胎，他们是人与影子，从不分离。</w:t>
      </w:r>
      <w:r>
        <w:rPr>
          <w:lang w:eastAsia="zh-CN"/>
        </w:rPr>
        <w:br/>
      </w:r>
      <w:r>
        <w:rPr>
          <w:lang w:eastAsia="zh-CN"/>
        </w:rPr>
        <w:t>　　这就是规律，是不可违背的客观规律！失望时，愚昧的人会感伤和叹息；而明智的人会向上攀登。矛盾是对立统一的，遵循规律的人获得成功，不理它的人宣告又一次沮丧！</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失望并不可怕，怕的是不会运用失望。失望并不可怕，怕的是违反矛盾的特性；失败并不可怕，怕的是等到了倒数第二秒而放弃了最后！我们的意识要有超前性，黎明前的黑暗是给我们更好的期望，我们不可能到了黎明就不迎接明天！</w:t>
      </w:r>
      <w:r>
        <w:rPr>
          <w:lang w:eastAsia="zh-CN"/>
        </w:rPr>
        <w:br/>
      </w:r>
      <w:r>
        <w:rPr>
          <w:lang w:eastAsia="zh-CN"/>
        </w:rPr>
        <w:t>　　年轻人在希望中生活，为什么不呢？人生长河，哪个人是一帆风顺？有几个人又是平步青云？青春之所以美好，是因为希望是你的锦绣，是你灿烂的前程，挺过了这一秒，迎接你的，也许是另一番天地！我们要有良好的意志，正确的意识具有能动作用！凡是行百里者，必须经过九十步！</w:t>
      </w:r>
      <w:r>
        <w:rPr>
          <w:lang w:eastAsia="zh-CN"/>
        </w:rPr>
        <w:br/>
      </w:r>
      <w:r>
        <w:rPr>
          <w:lang w:eastAsia="zh-CN"/>
        </w:rPr>
        <w:t>　　希望在前，我们能不断向前。这一秒不要失望，我们下一秒就有希望！</w:t>
      </w:r>
      <w:r>
        <w:rPr>
          <w:lang w:eastAsia="zh-CN"/>
        </w:rPr>
        <w:br/>
      </w:r>
      <w:r>
        <w:rPr>
          <w:lang w:eastAsia="zh-CN"/>
        </w:rPr>
        <w:t>　　是的！在人生中有许多的事情让人欲哭，甚至欲绝望！比如，被人误解，友谊破裂……这些事情我们别无选择地承受！我们哭，我们伤心，那么之后呢？之后是否就把阳光和欢乐拒之门外？别人误会你了，你难道连自己也不相信？朋友离开你，你难道连自己也遗弃？经历风雨后就有许多怡人的风景！是的！生活有时捉弄人，就像大人逗小孩一样，抢走孩子手中的糖块，孩子哭了，大人觉得可笑。</w:t>
      </w:r>
      <w:r>
        <w:rPr>
          <w:lang w:eastAsia="zh-CN"/>
        </w:rPr>
        <w:br/>
      </w:r>
      <w:r>
        <w:rPr>
          <w:lang w:eastAsia="zh-CN"/>
        </w:rPr>
        <w:t>　　其事实上，上帝并不像大人捉弄孩子，它对每个人都是公平的，他留给了你失望，在前面的不远处一定就留了希望！坚持下去吧！拨开重雾吧！这一秒不失望，下一秒就有希望！</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们渴望成功，渴望着像盖茨、戴尔一样富有！“一将功成万骨枯”，在现实世界里，盖茨、戴尔这样的幸运儿有几人？20世纪最伟大的励志成功大师拿破仑·希尔深信：“失败”是大自然的对人类的严格考验，它借此烧掉人们心中的残渣，使人类这块“金属”因此而变得更加纯净。他忠告道：“命运之轮在不断地旋转，如果它今天带给我们的是悲哀，明天它将为我们带来喜悦”。既然这样，我们还有什么理由失望？</w:t>
      </w:r>
      <w:r>
        <w:rPr>
          <w:lang w:eastAsia="zh-CN"/>
        </w:rPr>
        <w:br/>
      </w:r>
      <w:r>
        <w:rPr>
          <w:lang w:eastAsia="zh-CN"/>
        </w:rPr>
        <w:t>　　爱迪生发明电灯泡，前后实验千余次；曹雪芹著《红楼梦》先后十余年！勾践尝胆复国！没有坚定的意志，如何有希望？生活中不如意，我们可以哭，但不可以失望！“山重水复疑无路，柳暗花明又一村”，我们谁也不知道今后会发生什么？但是有一点可以肯定，希望是有的！上帝既然不吝啬给你挑战，也一定不吝啬给你希望！</w:t>
      </w:r>
      <w:r>
        <w:rPr>
          <w:lang w:eastAsia="zh-CN"/>
        </w:rPr>
        <w:br/>
      </w:r>
      <w:r>
        <w:rPr>
          <w:lang w:eastAsia="zh-CN"/>
        </w:rPr>
        <w:t>　　失望是什么？是希望前的曙光！希望是什么？是失望的产儿！生活就是有希望与失望结合的彩练！朋友！当你沮丧时，还有什么理由不勇往直前？一次次的失败，就像黑夜里的明灯，指引你到达成功的彼岸！让我们笑对失</w:t>
      </w:r>
      <w:r>
        <w:rPr>
          <w:lang w:eastAsia="zh-CN"/>
        </w:rPr>
        <w:br/>
      </w:r>
      <w:r>
        <w:rPr>
          <w:lang w:eastAsia="zh-CN"/>
        </w:rPr>
        <w:t xml:space="preserve">    青春励志演讲稿700字优秀范文 篇3 </w:t>
      </w:r>
      <w:r>
        <w:rPr>
          <w:lang w:eastAsia="zh-CN"/>
        </w:rPr>
        <w:br/>
      </w:r>
      <w:r>
        <w:rPr>
          <w:lang w:eastAsia="zh-CN"/>
        </w:rPr>
        <w:t>　　芳华是什么岂非是携子之手，浪漫而温馨地闲步于桃红柳绿之中吗岂非是把头发染成五颜六色，在大街上不可一世地大跳光怪陆离的街舞吗岂非是无休止地泡吧，猖獗地蹦迪吗有些人不停在生长的十字路口倘佯。但是，我要问：岂非芳华仅仅就只剩下这些了吗芳华可以是宏大的志向和崇高的抱负;芳华还可以是面对峰回路转，轰隆斩棘，举步探索的毅力。</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芳华不但仅是一声声的称赞，它更是拥有任务并为之搏斗不息的源泉。由于生命的光环一个个被蹂躏的躯体赋予了新的魂魄;由于芳华的壮丽，一个个翱翔的思绪会聚成一首悲壮的挽歌。</w:t>
      </w:r>
      <w:r>
        <w:rPr>
          <w:lang w:eastAsia="zh-CN"/>
        </w:rPr>
        <w:br/>
      </w:r>
      <w:r>
        <w:rPr>
          <w:lang w:eastAsia="zh-CN"/>
        </w:rPr>
        <w:t>　　韶光的老人又一次送来了五月，迎来了又一个“五四”青年节。在这阳灿烂煌灿烂，安定详和的幸福生存之时，我不禁想起了那些曾为中华民族的民主，科学，独立而抛头颅洒热血的青年们，是他们，在民族遭受屈辱的时候挺身而出，以力挽狂澜之势救百姓于苦难。在斗争中，青年们敢于直面惨淡的人生，敢于正视淋漓的鲜血，他们以燃烧的豪情和鲜血凝结成精力的火把，点燃了将来。这种芳华是多么壮丽夺目呀，这种任务是多么震撼民气啊!</w:t>
      </w:r>
      <w:r>
        <w:rPr>
          <w:lang w:eastAsia="zh-CN"/>
        </w:rPr>
        <w:br/>
      </w:r>
      <w:r>
        <w:rPr>
          <w:lang w:eastAsia="zh-CN"/>
        </w:rPr>
        <w:t>　　芳华是精美的，没有任务感的芳华便是血虚的芳华。青年是故国的将来，是民族的盼望。在任何一个期间，青年都是社会上最富有气愤最富有创造性，最富有生命力的群体。我们要怎样才华实践本身负担的汗青任务，怎么样才华使本身的芳华色泽照人呢</w:t>
      </w:r>
      <w:r>
        <w:rPr>
          <w:lang w:eastAsia="zh-CN"/>
        </w:rPr>
        <w:br/>
      </w:r>
      <w:r>
        <w:rPr>
          <w:lang w:eastAsia="zh-CN"/>
        </w:rPr>
        <w:t>　　放眼看吧，在我们社会主义当代化建立的征途中，涌现出很多新期间青年的榜样。从巨大的共产主义兵士雷锋到以办事故国必要为乐的王杰，从自学成才的张海迪到科技创新的秦文贵……他们在平常的岗亭上，用五四精力解释了芳华的任务!演绎了一幕幕震天动地的话剧!谱写了一曲曲壮丽雄浑的芳华赞歌!</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作为新世纪的我们，要树立宏大的抱负，人的一生只能享受一次芳华，当一小我私家在年轻是就把本身的人生与人民的奇迹牢牢相连，他所创造的就是永恒的芳华。我们要对峙勤奋学习，发愤成才。二十一世纪，信息交换日益遍及，知识更新大大加快。形势逼人自强。催人奋进。我们要跟上期间步调，更好的为当代化建立孝敬力气就必须学习学习再学习，打下坚固的知识功底。在学习中，还要善于创新，善于实践，善于把所学的知识运用到改革主观天下客观天下活动中去，不绝成才。同时我们应树立精确的天下观，人生观，代价观，积极作育精良的操行，进步综合素质，美满品德品格。做有益于故国小我私家民的人。</w:t>
      </w:r>
      <w:r>
        <w:rPr>
          <w:lang w:eastAsia="zh-CN"/>
        </w:rPr>
        <w:br/>
      </w:r>
      <w:r>
        <w:rPr>
          <w:lang w:eastAsia="zh-CN"/>
        </w:rPr>
        <w:t>　　国度的繁荣昌盛，人民的富饶安康，社会主义制度的牢固和生长必要几代人，十几代人乃至几十代人的积极。费力能锻炼人，创业能造人。青年一代的我们，只有做到费力搏斗，才华顺应期间生长的潮流，才华真正地做到把小我私家的前程和运气与国度，民族的前程和运气精密相连，为故国奉献芳华，这是当代青年最洪亮的标语，我至心地盼望，这不但仅是标语，更是我们青年一代的旌旗!</w:t>
      </w:r>
      <w:r>
        <w:rPr>
          <w:lang w:eastAsia="zh-CN"/>
        </w:rPr>
        <w:br/>
      </w:r>
      <w:r>
        <w:rPr>
          <w:lang w:eastAsia="zh-CN"/>
        </w:rPr>
        <w:t>　　生命对每小我私家只有一次，而芳华则是这仅有的一次生掷中易逝的一段。我坚信：流星固然短暂，但在它划过夜空的一刹那，已经点燃了最美的芳华。这让我们负担起汗青的任务，让身材里流淌的血液迸发出豪情!让我们都做夜空下那颗闪亮的星星!</w:t>
      </w:r>
      <w:r>
        <w:rPr>
          <w:lang w:eastAsia="zh-CN"/>
        </w:rPr>
        <w:br/>
      </w:r>
      <w:r>
        <w:rPr>
          <w:lang w:eastAsia="zh-CN"/>
        </w:rPr>
        <w:t>　　同砚们：少年强则国强，少年独立则国之独立，振兴国度，匹夫有责，赶紧举措起来吧!</w:t>
      </w:r>
      <w:r>
        <w:rPr>
          <w:lang w:eastAsia="zh-CN"/>
        </w:rPr>
        <w:br/>
      </w:r>
      <w:r>
        <w:rPr>
          <w:lang w:eastAsia="zh-CN"/>
        </w:rPr>
        <w:t xml:space="preserve">    青春励志演讲稿700字优秀范文 篇4 </w:t>
      </w:r>
      <w:r>
        <w:rPr>
          <w:lang w:eastAsia="zh-CN"/>
        </w:rPr>
        <w:br/>
      </w:r>
      <w:r>
        <w:rPr>
          <w:lang w:eastAsia="zh-CN"/>
        </w:rPr>
        <w:t>　　大学生青春励志演讲稿20__（五）</w:t>
      </w:r>
      <w:r>
        <w:rPr>
          <w:lang w:eastAsia="zh-CN"/>
        </w:rPr>
        <w:br/>
      </w:r>
      <w:r>
        <w:rPr>
          <w:lang w:eastAsia="zh-CN"/>
        </w:rPr>
        <w:t>　　亲爱的老师，同学们：</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大家好！</w:t>
      </w:r>
      <w:r>
        <w:rPr>
          <w:lang w:eastAsia="zh-CN"/>
        </w:rPr>
        <w:br/>
      </w:r>
      <w:r>
        <w:rPr>
          <w:lang w:eastAsia="zh-CN"/>
        </w:rPr>
        <w:t>　　世上有千种拥有，但有一种拥有最珍费，你也许丝毫觉察不到这种拥有，感觉不到它的价值。随着悠悠岁月的流逝，无数个春夏秋冬的更迭，在你生命的某一天，当你蓦然回首时，才发现自己不再拥有。它不是地位，也不是金钱，而是瑰丽的青春。</w:t>
      </w:r>
      <w:r>
        <w:rPr>
          <w:lang w:eastAsia="zh-CN"/>
        </w:rPr>
        <w:br/>
      </w:r>
      <w:r>
        <w:rPr>
          <w:lang w:eastAsia="zh-CN"/>
        </w:rPr>
        <w:t>　　世上有万般失却，但有一种失却很无奈，它让你追悔莫及，以一生作代价。你纵有回天之力，也只能仰天长叹，顿足捶胸。它不是权势，也不是美貌，而是无价的青春。</w:t>
      </w:r>
      <w:r>
        <w:rPr>
          <w:lang w:eastAsia="zh-CN"/>
        </w:rPr>
        <w:br/>
      </w:r>
      <w:r>
        <w:rPr>
          <w:lang w:eastAsia="zh-CN"/>
        </w:rPr>
        <w:t>　　有一种说法很耐人寻味，世界上有两种东西，当你失掉它们后才会发现其价值，那就是青春和健康。</w:t>
      </w:r>
      <w:r>
        <w:rPr>
          <w:lang w:eastAsia="zh-CN"/>
        </w:rPr>
        <w:br/>
      </w:r>
      <w:r>
        <w:rPr>
          <w:lang w:eastAsia="zh-CN"/>
        </w:rPr>
        <w:t>　　青春是一种令人艳羡的资本，凭着健壮的体魄，你可以支撑起一方蔚蓝的天空；凭着旺盛的精力。你可以开垦出一片神奇的土地；凭着巨大的潜力，你可以变得出类拔萃，令人刮目。</w:t>
      </w:r>
      <w:r>
        <w:rPr>
          <w:lang w:eastAsia="zh-CN"/>
        </w:rPr>
        <w:br/>
      </w:r>
      <w:r>
        <w:rPr>
          <w:lang w:eastAsia="zh-CN"/>
        </w:rPr>
        <w:t>　　同学们，青春是一笔弥足珍贵的财富，但时间老人却把它作了最精确的均分，给每个人的仅有一份，无论贵贱尊卑，智愚富贫，你一生只能拥有一次，因此才有“花有重开日，人无再少年”“百年容易过，青春不再来”的忠告，才有了“盛年不重来，一日难再晨，及时当勉励，岁月不待人”“莫等闲白了少年头，空悲切”的感慨，才有了“劝君莫惜金缕衣，劝君惜取少年时”的劝勉。</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年轻的朋友，即使你百般不如意，万事不顺心，你可以有一千种理由苦闷、埋怨，但却不能有一种理由放弃理想和追求，因为你毕竟年轻，美丽的青春仍牢牢在握，希望、阳光属于你，这个世界属于你！</w:t>
      </w:r>
      <w:r>
        <w:rPr>
          <w:lang w:eastAsia="zh-CN"/>
        </w:rPr>
        <w:br/>
      </w:r>
      <w:r>
        <w:rPr>
          <w:lang w:eastAsia="zh-CN"/>
        </w:rPr>
        <w:t>　　一个潇洒的灵魂，青春是他一生中最美好的日子，喝彩青春，不要因为岁月的流逝而消颓。只要你把青春经过的地方当成宝藏，珍藏的青春定会大放光芒，照亮你前进的路。喝彩青春，便是喝彩人生！</w:t>
      </w:r>
      <w:r>
        <w:rPr>
          <w:lang w:eastAsia="zh-CN"/>
        </w:rPr>
        <w:br/>
      </w:r>
      <w:r>
        <w:rPr>
          <w:lang w:eastAsia="zh-CN"/>
        </w:rPr>
        <w:t>　　无情的年华听着生命的轮转，逝水东流，曾听说一只蝴蝶因为美丽而被捕捉制成标本，美凝固了，蝴蝶的翅膀不再扇动，而它却仍在你的梦中习翔……抓住这似水流年，高亢一首激昂的曲子，在这如花似梦的季节，让我们为青春喝彩！</w:t>
      </w:r>
      <w:r>
        <w:rPr>
          <w:lang w:eastAsia="zh-CN"/>
        </w:rPr>
        <w:br/>
      </w:r>
      <w:r>
        <w:rPr>
          <w:lang w:eastAsia="zh-CN"/>
        </w:rPr>
        <w:t xml:space="preserve">    青春励志演讲稿700字优秀范文 篇5 </w:t>
      </w:r>
      <w:r>
        <w:rPr>
          <w:lang w:eastAsia="zh-CN"/>
        </w:rPr>
        <w:br/>
      </w:r>
      <w:r>
        <w:rPr>
          <w:lang w:eastAsia="zh-CN"/>
        </w:rPr>
        <w:t>　　巴金在自己的随想录中说过.人不是点缀太平的.而是工作的，正因为有了荆棘，才需要我们在荆棘中开辟道路，</w:t>
      </w:r>
      <w:r>
        <w:rPr>
          <w:lang w:eastAsia="zh-CN"/>
        </w:rPr>
        <w:br/>
      </w:r>
      <w:r>
        <w:rPr>
          <w:lang w:eastAsia="zh-CN"/>
        </w:rPr>
        <w:t>　　青春励志演讲稿</w:t>
      </w:r>
      <w:r>
        <w:rPr>
          <w:lang w:eastAsia="zh-CN"/>
        </w:rPr>
        <w:br/>
      </w:r>
      <w:r>
        <w:rPr>
          <w:lang w:eastAsia="zh-CN"/>
        </w:rPr>
        <w:t>　　。一个人来到世界上，平平坦坦过完一生是毫无意义的。要建立自己的天地，让成为主宰自己的主人。这一切都不可以空想，要靠实际行动、勇气、智慧、毅力才能实现。可是这条路不好走。放眼望去它若隐若现，只有一条荆棘丛生、弯弯曲曲、坑坑洼洼的小路。为了自己的目标，为了磨练自己的意志，我们必须果断的选择这条路。</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从我们降生到世上那一刻起，注定要经历一翻彻骨寒。有人要逃避磨难，导致被小小的寒气所封杀。我走在这条路上，永不后悔。我赤着双脚.用双手扒着荆棘，荆棘的锋芒和我的肌肤一次次零距离接触，伤痛让我一次次动摇决心，但我固守阵地，决不动摇!强忍伤痛依然义无反顾的朝目的地前进。虽说伤痛时常让我疼痛难忍。我却从中总结了不少经验，伤痕弥合留下了不少疤痕，每一个伤疤都是一次挫折，都是一次经验的积累，都是一次成长的标志，所以我不悲伤，坚定的走下去。只有在这样的道路上我才能充分挖掘自己的潜能。</w:t>
      </w:r>
      <w:r>
        <w:rPr>
          <w:lang w:eastAsia="zh-CN"/>
        </w:rPr>
        <w:br/>
      </w:r>
      <w:r>
        <w:rPr>
          <w:lang w:eastAsia="zh-CN"/>
        </w:rPr>
        <w:t>　　曾几何时，刘邦、项羽目睹秦始皇浩浩荡荡的出游队伍、富丽华美的车帐、八面凛凛的威风，随生雄心万丈的自信：大丈夫当如此也，彼可取而代也。于是，汉高祖立千秋帝王大业，楚霸王成万古悲壮英雄。诗人李白自信，他发出了天生我才必有用，千金散尽还复来、仰天大笑出门去，我辈岂是蓬蒿人的浩叹，便有壮丽辉煌的诗章千古流传。巴尔扎克自信，放弃家人为他选定的职业，毅然走上创作道路，终有惊天动地的《人间喜剧》彪炳千秋，</w:t>
      </w:r>
      <w:r>
        <w:rPr>
          <w:lang w:eastAsia="zh-CN"/>
        </w:rPr>
        <w:br/>
      </w:r>
      <w:r>
        <w:rPr>
          <w:lang w:eastAsia="zh-CN"/>
        </w:rPr>
        <w:t>　　演讲稿</w:t>
      </w:r>
      <w:r>
        <w:rPr>
          <w:lang w:eastAsia="zh-CN"/>
        </w:rPr>
        <w:br/>
      </w:r>
      <w:r>
        <w:rPr>
          <w:lang w:eastAsia="zh-CN"/>
        </w:rPr>
        <w:t>　　一代伟人毛泽东更自信，他高唱自信人生二百年，会当击水三千里、数风流人物，还看今朝，万水千山，披荆斩棘，铸造了共和国的辉煌，带来了亿万人民的幸福</w:t>
      </w:r>
      <w:r>
        <w:rPr>
          <w:lang w:eastAsia="zh-CN"/>
        </w:rPr>
        <w:br/>
      </w:r>
      <w:r>
        <w:rPr>
          <w:lang w:eastAsia="zh-CN"/>
        </w:rPr>
        <w:t>　　有了自信，中华民族便有了无数追求成功的动人的故事：头悬梁，锥刺骨、凿壁偷光、囊萤映雪有了自信，一双脚便能穷尽大漠沙海，脚下就飘起丝绸之路，身后就有丝路花雨;有了自信，一双手便能雕绘出莫高窟的金碧辉煌，筑起葛洲坝截断巫山云雨，托起神州号飞船遨游神秘的天宇。</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自信不是狂妄自大，也不是心血来潮，更不是宁信度，勿自信也形而上学的固执。它是理想进取中折射出的生命的灵光，是孜孜追求路途中永恒的生命潮汐，是成功碑塔下第一块灵活辩证的基石。</w:t>
      </w:r>
      <w:r>
        <w:rPr>
          <w:lang w:eastAsia="zh-CN"/>
        </w:rPr>
        <w:br/>
      </w:r>
      <w:r>
        <w:rPr>
          <w:lang w:eastAsia="zh-CN"/>
        </w:rPr>
        <w:t>　　自信吧，朋友!有了自信，才会拥有自我，才会拥有成功，才会拥有辉煌灿烂的人生!</w:t>
      </w:r>
      <w:r>
        <w:rPr>
          <w:lang w:eastAsia="zh-CN"/>
        </w:rPr>
        <w:br/>
      </w:r>
      <w:r>
        <w:rPr>
          <w:lang w:eastAsia="zh-CN"/>
        </w:rPr>
        <w:t xml:space="preserve">    青春励志演讲稿700字优秀范文 篇6 </w:t>
      </w:r>
      <w:r>
        <w:rPr>
          <w:lang w:eastAsia="zh-CN"/>
        </w:rPr>
        <w:br/>
      </w:r>
      <w:r>
        <w:rPr>
          <w:lang w:eastAsia="zh-CN"/>
        </w:rPr>
        <w:t>　　尊敬的老师们，亲爱的同学们：</w:t>
      </w:r>
      <w:r>
        <w:rPr>
          <w:lang w:eastAsia="zh-CN"/>
        </w:rPr>
        <w:br/>
      </w:r>
      <w:r>
        <w:rPr>
          <w:lang w:eastAsia="zh-CN"/>
        </w:rPr>
        <w:t>　　大家早上好!</w:t>
      </w:r>
      <w:r>
        <w:rPr>
          <w:lang w:eastAsia="zh-CN"/>
        </w:rPr>
        <w:br/>
      </w:r>
      <w:r>
        <w:rPr>
          <w:lang w:eastAsia="zh-CN"/>
        </w:rPr>
        <w:t>　　今天我讲话的题目是谱写青春的美好乐章。</w:t>
      </w:r>
      <w:r>
        <w:rPr>
          <w:lang w:eastAsia="zh-CN"/>
        </w:rPr>
        <w:br/>
      </w:r>
      <w:r>
        <w:rPr>
          <w:lang w:eastAsia="zh-CN"/>
        </w:rPr>
        <w:t>　　在新学期正式上课的第一天，很高兴又和大家相聚在校园里，相聚在国旗下。在刚刚过去的这个寒假里，我的脑海中常常回想起和大家在一起的每一刻美好时光。老师们课堂上的精心讲解、黑板上的清秀字迹、办公桌前的伏案沉思、论坛上的慷慨陈词，同学们课堂上的专注神情、运动场上的奋勇拼搏、舞台上的尽情歌唱、考场上的奋笔疾书，以及和你们一起参加冬锻长跑的每一个时刻，无不常常闪现在我的眼前。仿佛校园里每一处都有你们的影子，空气中每一处都有你们的呼吸。因此，我想说：尊敬的老师们，亲爱的同学们，欢迎你们回到我们的校园，因为你们，我们的校园变得更加生机勃勃、丰富多彩。</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不经一番寒彻骨，怎得梅花扑鼻香。透过20某某年的新春时光，回首20某某年的日日夜夜，总有一种力量让我们激动不已，总有一些往事令我们感慨万千，总有一些喜悦让我们难以忘怀。20某某年，是田中分校师生大步向前、竞展风采的一年，教师发展再上台阶，学生成绩再创新高，学校面貌焕然一新，发展规划顺利启动。学校、教师和学生的每一点进步，都让我们自豪。面对20某某年新学期，我们满怀憧憬。在这美好时刻，我想说的有很多，但始终有两个字一直在我的思绪中萦绕，这两个字就是青春。</w:t>
      </w:r>
      <w:r>
        <w:rPr>
          <w:lang w:eastAsia="zh-CN"/>
        </w:rPr>
        <w:br/>
      </w:r>
      <w:r>
        <w:rPr>
          <w:lang w:eastAsia="zh-CN"/>
        </w:rPr>
        <w:t>　　亲爱的同学们，青春是人生最灿烂的花季，是人生最宝贵的黄金时期，但青春也是最短暂的。正如席慕蓉所说：青春是一本太仓促的书。面对稍纵即逝的青春，希望你们认真思考一个问题，那就是如何谱写青春的美好乐章?</w:t>
      </w:r>
      <w:r>
        <w:rPr>
          <w:lang w:eastAsia="zh-CN"/>
        </w:rPr>
        <w:br/>
      </w:r>
      <w:r>
        <w:rPr>
          <w:lang w:eastAsia="zh-CN"/>
        </w:rPr>
        <w:t>　　郭沫若曾说过一句话：人世间，比青春再可宝贵的东西实在没有，然而青春也最容易消逝。最可贵的东西却不甚为人所爱惜，最易消逝的东西却在促进它的消逝。</w:t>
      </w:r>
      <w:r>
        <w:rPr>
          <w:lang w:eastAsia="zh-CN"/>
        </w:rPr>
        <w:br/>
      </w:r>
      <w:r>
        <w:rPr>
          <w:lang w:eastAsia="zh-CN"/>
        </w:rPr>
        <w:t>　　我们每个人都有青春，但并不是每个人都能珍惜青春。别人无法夺去你的青春，但你自己却可能浪费自己的青春。新的一年里，我真诚地希望你们深刻理解金校长在昨天的开学典礼上赠送给大家的文明、明理、立志、践行八个大字，学会做人，学会做事，学会生活，学会学习，在自己的青春沃土中，播种一颗感恩之心、播种一种律己行为、播种一份责任之感、播种一个自省习惯。</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青春是有限的，有限的青春正向你走来;青春也是美丽的，美丽的青春正企盼着你的奋斗;青春将因你的奋斗而更加美丽、灿烂和辉煌!我们的生活是平凡的，她需要我们用心去感受她的色彩，思索自己的热情和梦想。她还需要我们坦然面对，不断超越，用我们的行动谱写青春的美好乐章!</w:t>
      </w:r>
      <w:r>
        <w:rPr>
          <w:lang w:eastAsia="zh-CN"/>
        </w:rPr>
        <w:br/>
      </w:r>
      <w:r>
        <w:rPr>
          <w:lang w:eastAsia="zh-CN"/>
        </w:rPr>
        <w:t>　　送玉兔，硕果丰收千里艳;迎金龙，宏图再展万年春。在这美好的时刻，祝愿全体同学学业进步、健康成长;祝愿全体老师身体健康、合家幸福;祝愿我们的学校繁荣昌盛、前程辉煌!</w:t>
      </w:r>
      <w:r>
        <w:rPr>
          <w:lang w:eastAsia="zh-CN"/>
        </w:rPr>
        <w:br/>
      </w:r>
      <w:r>
        <w:rPr>
          <w:lang w:eastAsia="zh-CN"/>
        </w:rPr>
        <w:t>　　我的讲话完了，谢谢大家!</w:t>
      </w:r>
      <w:r>
        <w:rPr>
          <w:lang w:eastAsia="zh-CN"/>
        </w:rPr>
        <w:br/>
      </w:r>
      <w:r>
        <w:rPr>
          <w:lang w:eastAsia="zh-CN"/>
        </w:rPr>
        <w:t xml:space="preserve">    青春励志演讲稿700字优秀范文 篇7 </w:t>
      </w:r>
      <w:r>
        <w:rPr>
          <w:lang w:eastAsia="zh-CN"/>
        </w:rPr>
        <w:br/>
      </w:r>
      <w:r>
        <w:rPr>
          <w:lang w:eastAsia="zh-CN"/>
        </w:rPr>
        <w:t>　　尊敬的各位老师，亲爱的同学：</w:t>
      </w:r>
      <w:r>
        <w:rPr>
          <w:lang w:eastAsia="zh-CN"/>
        </w:rPr>
        <w:br/>
      </w:r>
      <w:r>
        <w:rPr>
          <w:lang w:eastAsia="zh-CN"/>
        </w:rPr>
        <w:t>　　大家好!</w:t>
      </w:r>
      <w:r>
        <w:rPr>
          <w:lang w:eastAsia="zh-CN"/>
        </w:rPr>
        <w:br/>
      </w:r>
      <w:r>
        <w:rPr>
          <w:lang w:eastAsia="zh-CN"/>
        </w:rPr>
        <w:t>　　人的一生只有一次青春。现在，青春是用来奋斗的;将来，青春是用来回忆的。青春的年华最珍贵，即使感觉会有些无奈或是痛苦但是这会是人生最有价值的财富，再回首，发现原来奋斗过的青春才是最美好的才是回忆最充实的。</w:t>
      </w:r>
      <w:r>
        <w:rPr>
          <w:lang w:eastAsia="zh-CN"/>
        </w:rPr>
        <w:br/>
      </w:r>
      <w:r>
        <w:rPr>
          <w:lang w:eastAsia="zh-CN"/>
        </w:rPr>
        <w:t>　　青春，常常被赋予希望、阳光、激情、奋进、浪漫、诗意等，正因此，她成为无数诗人、文学家反复吟诵的旋律。青春是人生旅程中最美丽的风景，也是多梦的季节。做梦是青春最大的权利，哪怕这梦有时不知天高地厚，有时幼稚可笑，但因是青春之梦，谁也不会太计较。只有让青春的枝头挂满梦想的花朵，才有人生金秋的收成。</w:t>
      </w:r>
      <w:r>
        <w:rPr>
          <w:lang w:eastAsia="zh-CN"/>
        </w:rPr>
        <w:br/>
      </w:r>
      <w:r>
        <w:rPr>
          <w:lang w:eastAsia="zh-CN"/>
        </w:rPr>
        <w:t>　　然而近些年来，青春话题似乎变得有点沉重。一些青年人的脸上常写满焦虑、无奈、浮躁、失意。在不少人心中，梦想已然凋零，激情不再燃烧，诗意难觅踪迹。风华正茂的年纪，内心却已落英缤纷。</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按说，今天的青年人，生活远没有父辈们那么奔波、拮据、窘迫。这一代人的成长，正好伴随着中国发展最快、最好的年月，算是幸运的一代。他们有理由也有能力，比上一辈人生活得更从容、更有激情，让人生驰骋于更广阔的天地。但现实情况却并非如此，许多青年感觉生活得疲惫、憋屈，缺少阳光、色彩。</w:t>
      </w:r>
      <w:r>
        <w:rPr>
          <w:lang w:eastAsia="zh-CN"/>
        </w:rPr>
        <w:br/>
      </w:r>
      <w:r>
        <w:rPr>
          <w:lang w:eastAsia="zh-CN"/>
        </w:rPr>
        <w:t>　　究其原因，当下的青年人承受了与他们的年纪不相称的现实压力。他们的青春记忆里挤满了现实的纠结：升学、就业、成家、工作升迁、买车、买房凡此种种，层层加码，把年轻人结结实实地困在生活的重轭里。在这种情况下，他们难有激情去放飞青春梦想，也鲜有闲情逸致去仰望天空。面对激烈的竞争压力，青年人比的不是谁有理想、谁有激情，而是比谁更实际，更唯物、更老成。结果，现实主义打败了理想主义，精致的利己主义蚕食了青年登高望远的能力。不少青年纠结在狭小的利益算盘中，无视共同体的责任和青年人的使命，让人生的理想越飞越低，低到只在自己的城堡里贴地而行。长此以往，不仅青年的路会越走越窄，而且对社会和国家发展不利，反过来又会影响青年的未来。</w:t>
      </w:r>
      <w:r>
        <w:rPr>
          <w:lang w:eastAsia="zh-CN"/>
        </w:rPr>
        <w:br/>
      </w:r>
      <w:r>
        <w:rPr>
          <w:lang w:eastAsia="zh-CN"/>
        </w:rPr>
        <w:t>　　俗话说：大河有水小河满，大河无水小河干。只有把人生理想融入国家和民族的事业中，才能最终成就一番事业。</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青年人只有把目光从个人的小天地中挣脱出来，将个人理想与家国情怀结合起来，让个人理想与中国梦对接起来，才有真正出彩的人生。因为，只有进行了激情奋斗的青春，只有进行了顽强拼搏的青春，只有为人民作出了奉献的青春，才会留下充实、温暖、持久、无悔的青春回忆。</w:t>
      </w:r>
      <w:r>
        <w:rPr>
          <w:lang w:eastAsia="zh-CN"/>
        </w:rPr>
        <w:br/>
      </w:r>
      <w:r>
        <w:rPr>
          <w:lang w:eastAsia="zh-CN"/>
        </w:rPr>
        <w:t>　　青年兴则国家兴，青年强则国家强。在当今这样一个竞争如此之激烈，生活节奏如此之快的社会大环境下，旧的思想模式真的已经被淘汰了，适者生存。所以，少年，请不要辜负了本应奋斗的青春。</w:t>
      </w:r>
      <w:r>
        <w:rPr>
          <w:lang w:eastAsia="zh-CN"/>
        </w:rPr>
        <w:br/>
      </w:r>
      <w:r>
        <w:rPr>
          <w:lang w:eastAsia="zh-CN"/>
        </w:rPr>
        <w:t xml:space="preserve">    青春励志演讲稿700字优秀范文 篇8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我很感激能够在这里演讲，我此刻心中充满的正能量，因为我要讲到的是青春励志，我们现在一直都在强调这些，同学们我们现在是一个花儿一样的年纪，这是属于我们的时代，我们在这个年纪当中可以做好非常多的事情，不管是现在还是未来，都应该对自己抱有信心，我们每一天都在成长，每个人都想在未来大展宏图，没错我认为我们就应该有这种的想法，而且在不就的将来我们就要付出行动了，大学是培养的我们的平台，是我们成长跟自主学习的平台，在这里我们每个人都会有不一样的收获，学习本身就是一个非常珍贵的事情，在最好的年纪积累知识，未来整装待发的时候我们也会感激现在。</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所谓的青春我认为就是我们要有一个年轻的心态，不管走在哪里这都是对我清楚您的一种认可，未来的时间还很长我也希望能够保持下去，现在一直未来我希望自己能够有一颗年轻的心态，因为我们只有心态年轻我们才算的上是真正的年轻，在这个过程当中我们是收获的，也是不断的在成长，或许这对我来讲有着非常大的意义，我不想因为这件事情影响到了自己，同学们我们要在最好的年纪做出一番事情，或许我们的未开在回想的时候就不会有遗憾。</w:t>
      </w:r>
      <w:r>
        <w:rPr>
          <w:lang w:eastAsia="zh-CN"/>
        </w:rPr>
        <w:br/>
      </w:r>
      <w:r>
        <w:rPr>
          <w:lang w:eastAsia="zh-CN"/>
        </w:rPr>
        <w:t>　　时光是不会停留的，大学的生活依然在精彩的进行着，我们利用好这美好的年华去创造一些特别的东西岂不是更好吗?处于学生阶段的我们，现在一定是一个非常好的时间段，我们能或许嫩巩固在这个过成当中积累收获，或许能够在这几年的学习生活当中积累到更多的东西，这就是我们应该珍惜的原因，对于我们来讲有时候会有特别多的机会，大学的机会一定不要放弃，也不要错过，当我们步入社会之后发现机会难得的时候，就知道在大学这种机会是多么的重要的，让自己发光，让自己做一个优秀的大学生，现阶段的我们这也是一个努力的方向，现在不管是做什么事情都应该抱有正能量，对待学习对待生活保持好心态，同学们大学的时间不会太长，我们在这几年的能够学习的一定尽可能去提升，机会将留给有准备的人，成功也是为把握住机会的人准备的，所以我们的一定要抓住细节，抓住机会。</w:t>
      </w:r>
      <w:r>
        <w:rPr>
          <w:lang w:eastAsia="zh-CN"/>
        </w:rPr>
        <w:br/>
      </w:r>
      <w:r>
        <w:rPr>
          <w:lang w:eastAsia="zh-CN"/>
        </w:rPr>
        <w:t xml:space="preserve">    青春励志演讲稿700字优秀范文 篇9 </w:t>
      </w:r>
      <w:r>
        <w:rPr>
          <w:lang w:eastAsia="zh-CN"/>
        </w:rPr>
        <w:br/>
      </w:r>
      <w:r>
        <w:rPr>
          <w:lang w:eastAsia="zh-CN"/>
        </w:rPr>
        <w:t>　　亲爱的老师们，同学们：　　</w:t>
      </w:r>
      <w:r>
        <w:rPr>
          <w:lang w:eastAsia="zh-CN"/>
        </w:rPr>
        <w:br/>
      </w:r>
      <w:r>
        <w:rPr>
          <w:lang w:eastAsia="zh-CN"/>
        </w:rPr>
        <w:t>　　大家好!我是_号，我演讲的主题是“正能量，青春”。　　</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细节温暖人心：那是上个学期的事了。那天学校组织我们大扫除，我们班负责的是前校园的公示栏。当时是秋末冬初，天气很冷，加上在冰冷的水里投布。不一会同学们的手都被冻僵了。这时细心的京辉发现了这一现状，便默默无闻的开始行动起来了。我们看见京辉端着一盆干净的水走来，便迎了上去准备投布。谁知他却躲了过去并没有让大家投布，而是走进了教学楼。他的行为让大家非常不解。有人猜想。难道是他小气不让我们是他换的水，也有人说京辉平时乐于助人不会是这样的人。大家来不及多想便又去干活了。　　</w:t>
      </w:r>
      <w:r>
        <w:rPr>
          <w:lang w:eastAsia="zh-CN"/>
        </w:rPr>
        <w:br/>
      </w:r>
      <w:r>
        <w:rPr>
          <w:lang w:eastAsia="zh-CN"/>
        </w:rPr>
        <w:t>　　过了一会京辉端着一盆热气腾腾的清水，从教学楼里走了出来。还一边走一边说：“这里有热水大家快来投布呀。”这时大家才明白过来，原来刚才他端着盆是给大家对热水去了。真是个热心又细心的大男孩呀。大家用这热水投着布，不光手上暖暖的，心中也被这简单的微不足道的小小的正能量所感动着。这时京辉看见大家都用自己换来着热水投着布，脸上也露出了欣慰的笑容。　　</w:t>
      </w:r>
      <w:r>
        <w:rPr>
          <w:lang w:eastAsia="zh-CN"/>
        </w:rPr>
        <w:br/>
      </w:r>
      <w:r>
        <w:rPr>
          <w:lang w:eastAsia="zh-CN"/>
        </w:rPr>
        <w:t>　　关键体现人心：这件事发生在去年的运动会期间。运动会眼看就要举办，其他班都纷纷进入了训练备战期间，我们班也不甘落后。有项目的同学也纷纷开始了各自的训练，唯独我们班的接力训练迟迟没有开展，老师一问原来是没有接力棒导致的。于是老师在班中问谁家有接力棒，可是没有一个人举手说自己能给带来一个的。于是这件事就又耽搁了几天。　　</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几天之后裴老师见同学们谁家也没有，于是就让自己的爱人把家里车上的雨刷器做成了一个接力棒。就在这时我们班的小赵同学也牺牲了家里的拖把，把手柄做成了一个接力棒。这下在我们班老师和同学的共同努力下我们班的接力队也可以训练了。同学们手中拿着老师和同学精心制作的接力棒，更卖力的训练了，脚下好像跑的更快了。　　</w:t>
      </w:r>
      <w:r>
        <w:rPr>
          <w:lang w:eastAsia="zh-CN"/>
        </w:rPr>
        <w:br/>
      </w:r>
      <w:r>
        <w:rPr>
          <w:lang w:eastAsia="zh-CN"/>
        </w:rPr>
        <w:t>　　行为感染人心：我们年级自打我们入校以来，就一直坚持带我们去首都图书馆服务。就在去年我们还在那挂牌，使那里成为了我们社会实践服务的基地。年级大部分人都去过那里服务大众，为人们做贡献。虽然每次都很累，但是看见你自己整理好的书柜，看见那些大人们对你赞许的眼光，以及那些小朋友们对你羡慕的眼光，似乎也不怎么累了。　　</w:t>
      </w:r>
      <w:r>
        <w:rPr>
          <w:lang w:eastAsia="zh-CN"/>
        </w:rPr>
        <w:br/>
      </w:r>
      <w:r>
        <w:rPr>
          <w:lang w:eastAsia="zh-CN"/>
        </w:rPr>
        <w:t>　　以前我在那里看书，到现如今成为了那里的一份子。我感到非常的自豪。有一次我们在老师的.带领下，去首图参加社会实践活动。在其中我感受到了我们这个活动的意义所在。就在我们整理书柜的时候，一个小女孩走过来手里拿着一本书，我看她在寻找着什么。我就上前去问她要干嘛。她说要把书放回原位，我问她为什么，她说如果不放回原位又要有人去整理了。通过她的事件，我彻底的明白了，我们社会实践的意义所在了。我们去做社会实践不仅能锻炼自己，还可以感染他人。　　</w:t>
      </w:r>
      <w:r>
        <w:rPr>
          <w:lang w:eastAsia="zh-CN"/>
        </w:rPr>
        <w:br/>
      </w:r>
      <w:r>
        <w:rPr>
          <w:lang w:eastAsia="zh-CN"/>
        </w:rPr>
        <w:t>　　一辈子，很累，真的不需要去苛求自己，什么都要完美，你的生活，有你的足迹，有你的泪水，有你的笑声，你的世界就已经完美了。对生活多些感恩，多些知足，用那些正能量去驱散人生的迷雾和阴霾，用一颗阳光的心，还自己一片澄净的艳阳天。我们需要正能量，我们需要青春的正能量!　　</w:t>
      </w:r>
      <w:r>
        <w:rPr>
          <w:lang w:eastAsia="zh-CN"/>
        </w:rPr>
        <w:br/>
      </w:r>
      <w:r>
        <w:rPr>
          <w:lang w:eastAsia="zh-CN"/>
        </w:rPr>
        <w:t>　　我的演讲完毕，谢谢大家!</w:t>
      </w:r>
      <w:r>
        <w:rPr>
          <w:lang w:eastAsia="zh-CN"/>
        </w:rPr>
        <w:br/>
      </w:r>
      <w:r>
        <w:rPr>
          <w:lang w:eastAsia="zh-CN"/>
        </w:rPr>
        <w:t xml:space="preserve">    青春励志演讲稿700字优秀范文 篇10 </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尊敬的老师们，亲爱的同学们：</w:t>
      </w:r>
      <w:r>
        <w:rPr>
          <w:lang w:eastAsia="zh-CN"/>
        </w:rPr>
        <w:br/>
      </w:r>
      <w:r>
        <w:rPr>
          <w:lang w:eastAsia="zh-CN"/>
        </w:rPr>
        <w:t>　　大家好!</w:t>
      </w:r>
      <w:r>
        <w:rPr>
          <w:lang w:eastAsia="zh-CN"/>
        </w:rPr>
        <w:br/>
      </w:r>
      <w:r>
        <w:rPr>
          <w:lang w:eastAsia="zh-CN"/>
        </w:rPr>
        <w:t>　　青春是一本仓促而至的书，你教会了我正确的阅读方式。</w:t>
      </w:r>
      <w:r>
        <w:rPr>
          <w:lang w:eastAsia="zh-CN"/>
        </w:rPr>
        <w:br/>
      </w:r>
      <w:r>
        <w:rPr>
          <w:lang w:eastAsia="zh-CN"/>
        </w:rPr>
        <w:t>　　街上的人少，从巷口一直望得到尽头，路灯上没有扑扇着翅膀逐火的蛾子，隐隐听得到哪家电视里正放着的联欢晚会，不时传出欢呼的人声。本该是一家团聚的日子，我却在街上独自徘徊，不是因为我在异地他乡漂泊，也不是因为我根本无家可归，而是因为我和爸爸赌气，自己从家里跑了出来。偶尔传来的几声犬吠中，夹杂着嘈杂的呼唤声，我想，那可能是找我的吧。月之皓影轻轻流转，灯火落于房檐屋角，像是繁星平白地铺在除夕的夜晚。我放空思想，以至于有个人来了都不知道。她轻灵的声音在这个阴暗的角落响起：“你爸爸给你们全家以最坚实的温暖包裹，你却一次又一次地跟他吵架，这次还过份地直接从家里跑了出来，你知道你的行为有多让你爸爸伤心么?你的良心必须背负如山的父爱，走过今生。”一种说不出的愧疚，不，应该是喜悦，是终于有人点醒我的喜悦，从心底里漾起。“你是小姨么?”除去爸爸妈妈，也就刚来我们家过年的小姨知道我和爸爸经常吵架。她没有回答，也没有反驳，但想来应该就是了。你让我在年少轻狂时理解父母对我的爱。</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梅雨季节总是来之匆匆，它缓慢、潮湿、不易察觉，仿佛是上帝忘了关紧他后花园的水龙头，任大雨肆无忌惮地将整个城市浸泡在其中，我蹲坐在窗台，隔了淡蓝色的窗纱，看雨。淡淡的蓝，将外面车水马龙的景色笼罩了一抹忧郁，或许是受了这天气的影响，我现在满脑子都是要如何放弃。我哭丧着脸，给小姨打了电话，告诉了她我的想法。后来，小姨说的话我已经记得不太清楚了，但在博客上看了一段话：关于前方要走的路，你要有百分之九十九的踌躇满志和百分之一的不知所措，天气好的时候，要想着无论如何也要坚持下去，遇到不顺心的事，也要满脑子都是继续。我觉得这就是小姨要给我表达的意思，而我虽然当时没听懂，还把那些话忘得几乎差不多了，但我是何其有幸，能够再次去体会小姨话语的力量!我缘着思想的阶梯，在你温暖的话语引领下，我跨过颓唐的河流，又站在一条新的起跑线上。</w:t>
      </w:r>
      <w:r>
        <w:rPr>
          <w:lang w:eastAsia="zh-CN"/>
        </w:rPr>
        <w:br/>
      </w:r>
      <w:r>
        <w:rPr>
          <w:lang w:eastAsia="zh-CN"/>
        </w:rPr>
        <w:t>　　对于青春的种.种际遇，我的心满怀激情，因为有你&amp;小姨，教会了我要积极向上地活着。小姨呀，你引领我走向成熟。小姨呀，我的青春摆渡人!</w:t>
      </w:r>
      <w:r>
        <w:rPr>
          <w:lang w:eastAsia="zh-CN"/>
        </w:rPr>
        <w:br/>
      </w:r>
      <w:r>
        <w:rPr>
          <w:lang w:eastAsia="zh-CN"/>
        </w:rPr>
        <w:t xml:space="preserve">    青春励志演讲稿700字优秀范文 篇11 </w:t>
      </w:r>
      <w:r>
        <w:rPr>
          <w:lang w:eastAsia="zh-CN"/>
        </w:rPr>
        <w:br/>
      </w:r>
      <w:r>
        <w:rPr>
          <w:lang w:eastAsia="zh-CN"/>
        </w:rPr>
        <w:t>　　亲爱的老师、同学们：</w:t>
      </w:r>
      <w:r>
        <w:rPr>
          <w:lang w:eastAsia="zh-CN"/>
        </w:rPr>
        <w:br/>
      </w:r>
      <w:r>
        <w:rPr>
          <w:lang w:eastAsia="zh-CN"/>
        </w:rPr>
        <w:t>　　大家好!今天我要演讲的题目的是《成功需要坚韧》</w:t>
      </w:r>
      <w:r>
        <w:rPr>
          <w:lang w:eastAsia="zh-CN"/>
        </w:rPr>
        <w:br/>
      </w:r>
      <w:r>
        <w:rPr>
          <w:lang w:eastAsia="zh-CN"/>
        </w:rPr>
        <w:t>　　成功，是汗水和喜悦的代名词。有无数人为它不断奋斗，有无数人为它不断成长。然而，成功的必要条件是坚韧，拥有坚韧，不断努力，才能得到想要的结果。</w:t>
      </w:r>
      <w:r>
        <w:rPr>
          <w:lang w:eastAsia="zh-CN"/>
        </w:rPr>
        <w:br/>
      </w:r>
      <w:r>
        <w:rPr>
          <w:lang w:eastAsia="zh-CN"/>
        </w:rPr>
        <w:t>　　经过一年的学习生活，我们国际班的同学即将在今年八月前往美国继续学习。回首走过的路，我们感慨良深，收获颇多。我们与同学建立了深厚的友谊，向老师学到了丰富的知识。我们做好了出国留学的充分准备。</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这一年的学习生活中，国际班参加了校际广播操比赛、运动会、读书节、艺术节等众多集体活动。不仅让我们体会到了师大实验大家庭的温馨，也增强了每个同学的集体荣誉感。在运动会上我们进行了爱心义卖，并派出了部分同学利用全部的义卖收入前往敬老院慰问老人。在活动中，同学们心怀感恩，深刻认识到了父母是我们要用一生来感谢和报答的人。因此，我们更应该努力学习和生活，不辜负众人的期望。在闲暇之时，我们与艺术班同学进行了激烈的篮球友谊赛。我们体会到了团结的力量，体会到了胜利的喜悦。在和外国留学生的交流活动中，我们一起体验了包饺子的乐趣，让外国友人感受到了我们的热情和美食的魅力。</w:t>
      </w:r>
      <w:r>
        <w:rPr>
          <w:lang w:eastAsia="zh-CN"/>
        </w:rPr>
        <w:br/>
      </w:r>
      <w:r>
        <w:rPr>
          <w:lang w:eastAsia="zh-CN"/>
        </w:rPr>
        <w:t>　　经过不断努力，大部分同学都提前拿到了公立或私立高中的录取通知书。我的同学余梓梵拿到了美国马杜菲中学的录取通知书。马杜菲中学在20__年全美高中综合排名第62位。让我们为他的成功鼓掌!在同学们的进步和激励下，我很荣幸地获得了蓝带高中卡佩思诺中学的录取。全美每年仅有3.7%的美国高中被评为蓝带高中。在此，我们代表国际班的全体同学感谢学校的培养，感谢老师们的教导，感谢学校的关怀!</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少年智，则国智，少年强，则国强。”在师大实验一年的时间虽然短暂，但是在这里我们学会了如何做人，学会了如何做学问。饱含着离别的不舍，我们将要走出国门。我们将要离开挚爱的父母和朋友，生活在异国语言的环境中。虽然这段路程充满着艰辛和挫折，充满着未知和挑战。但是我们深知，我们代表的不仅是背井离乡的学子，我们是斗志昂扬的人，我们是青春活力的师大实验中学人!</w:t>
      </w:r>
      <w:r>
        <w:rPr>
          <w:lang w:eastAsia="zh-CN"/>
        </w:rPr>
        <w:br/>
      </w:r>
      <w:r>
        <w:rPr>
          <w:lang w:eastAsia="zh-CN"/>
        </w:rPr>
        <w:t>　　在追逐梦想的道路上，我们将会更加努力，用坚韧的品质去换取属于我们的成功。为了实现自己的目标而奋斗，为了远大的理想而坚持!</w:t>
      </w:r>
      <w:r>
        <w:rPr>
          <w:lang w:eastAsia="zh-CN"/>
        </w:rPr>
        <w:br/>
      </w:r>
      <w:r>
        <w:rPr>
          <w:lang w:eastAsia="zh-CN"/>
        </w:rPr>
        <w:t>　　我们的演讲到此结束，谢谢大家!</w:t>
      </w:r>
      <w:r>
        <w:rPr>
          <w:lang w:eastAsia="zh-CN"/>
        </w:rPr>
        <w:br/>
      </w:r>
      <w:r>
        <w:rPr>
          <w:lang w:eastAsia="zh-CN"/>
        </w:rPr>
        <w:t xml:space="preserve">    青春励志演讲稿700字优秀范文 篇12 </w:t>
      </w:r>
      <w:r>
        <w:rPr>
          <w:lang w:eastAsia="zh-CN"/>
        </w:rPr>
        <w:br/>
      </w:r>
      <w:r>
        <w:rPr>
          <w:lang w:eastAsia="zh-CN"/>
        </w:rPr>
        <w:t>　　尊敬的老师们，亲爱的同学们：</w:t>
      </w:r>
      <w:r>
        <w:rPr>
          <w:lang w:eastAsia="zh-CN"/>
        </w:rPr>
        <w:br/>
      </w:r>
      <w:r>
        <w:rPr>
          <w:lang w:eastAsia="zh-CN"/>
        </w:rPr>
        <w:t>　　大家好!</w:t>
      </w:r>
      <w:r>
        <w:rPr>
          <w:lang w:eastAsia="zh-CN"/>
        </w:rPr>
        <w:br/>
      </w:r>
      <w:r>
        <w:rPr>
          <w:lang w:eastAsia="zh-CN"/>
        </w:rPr>
        <w:t>　　浩瀚无际的大海上有一艘迎着风浪前行的帆船。有时汹涌的浪花会使它颤抖，但它的使命是前进!勇敢的前进!船儿踩着浪花的节拍谱出一首首热血沸腾的歌，而我们正是船上领导航向的指挥家，我们指挥着属于我们自己的青春向前行进。</w:t>
      </w:r>
      <w:r>
        <w:rPr>
          <w:lang w:eastAsia="zh-CN"/>
        </w:rPr>
        <w:br/>
      </w:r>
      <w:r>
        <w:rPr>
          <w:lang w:eastAsia="zh-CN"/>
        </w:rPr>
        <w:t>　　正值青春年华的我们，在青春这条说长不长，说短不短的航线前进着。也许会遇到风浪，也许会始终沉寂，但终不会一路顺风，我们要用我们的激情和汗水在这条航线上奋勇拼搏。</w:t>
      </w:r>
      <w:r>
        <w:rPr>
          <w:lang w:eastAsia="zh-CN"/>
        </w:rPr>
        <w:br/>
      </w:r>
      <w:r>
        <w:rPr>
          <w:lang w:eastAsia="zh-CN"/>
        </w:rPr>
        <w:t>　　说起青春，大多数回忆便都是学校。它是与好朋友之间的密语;是操场上挥洒汗水时的欢乐;是教室里与同学们一起刻苦学习，为梦想而拼搏的身影</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正值青春的我，最大的愿望便是考上一所理想的高中，给自己一个明亮的未来。为了梦想我也努力拼搏着，我相信只要我努力过，我就有可能成功。即使失败，也不会后悔，因为肯为梦想而拼搏就是一个使我终生受益的品质。</w:t>
      </w:r>
      <w:r>
        <w:rPr>
          <w:lang w:eastAsia="zh-CN"/>
        </w:rPr>
        <w:br/>
      </w:r>
      <w:r>
        <w:rPr>
          <w:lang w:eastAsia="zh-CN"/>
        </w:rPr>
        <w:t>　　青春的我们也许会叛逆，但是我们不能停止追逐梦想的脚步。青春年少，我们有属于自己的情感，有属于自己的梦想，有属于自己偶像这些构成了一首叫“青春”的歌，一首由我们自己谱曲填词的歌。</w:t>
      </w:r>
      <w:r>
        <w:rPr>
          <w:lang w:eastAsia="zh-CN"/>
        </w:rPr>
        <w:br/>
      </w:r>
      <w:r>
        <w:rPr>
          <w:lang w:eastAsia="zh-CN"/>
        </w:rPr>
        <w:t>　　青春如歌，梦不悔。</w:t>
      </w:r>
      <w:r>
        <w:rPr>
          <w:lang w:eastAsia="zh-CN"/>
        </w:rPr>
        <w:br/>
      </w:r>
      <w:r>
        <w:rPr>
          <w:lang w:eastAsia="zh-CN"/>
        </w:rPr>
        <w:t xml:space="preserve">    青春励志演讲稿700字优秀范文 篇13 </w:t>
      </w:r>
      <w:r>
        <w:rPr>
          <w:lang w:eastAsia="zh-CN"/>
        </w:rPr>
        <w:br/>
      </w:r>
      <w:r>
        <w:rPr>
          <w:lang w:eastAsia="zh-CN"/>
        </w:rPr>
        <w:t>　　青春是什么?新华词典上解释说，青春是指我们的青春时期。如今的我们年轻气盛，风华正茂，激情四射，用满腔的热血挥洒着青春正能量。</w:t>
      </w:r>
      <w:r>
        <w:rPr>
          <w:lang w:eastAsia="zh-CN"/>
        </w:rPr>
        <w:br/>
      </w:r>
      <w:r>
        <w:rPr>
          <w:lang w:eastAsia="zh-CN"/>
        </w:rPr>
        <w:t>　　曾经我们我们不懂什么是青春，曾经在作文中也傻傻的歌颂青春，但是一回到生活，我们保持着我们的三分钟热度，然后依旧三点一线，食堂.宿舍.教学楼，吃饭.睡觉.上课，甚至有人调侃说我们就比猪强那么一点，如今，我们来到了大学，感受不一样的教育方式，有了更多自己的时间.空间，可以在这段真正属于自己的时间里去学习那些我们曾经喜欢过的，甚至于是热衷过的东西。年轻是我们的资本，更是我们的财富，我们该用它去创造更多的价值。</w:t>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xml:space="preserve"> 我们在青春里谈理想，谈拼搏。如果我们将理想高高的挂在天上，那它就像一颗摘不到的星星，可望而不可及。一个切合实际的理想是青春时期的一盏引路灯，朝着它我们在迷茫时可以找到方向，可以和大家说一个大家可能都听过的故事，小时候，当项羽的叔父问起他长大了之后要干什么?项羽的回答是统一天下，对很多人来说，这是一个想都不敢想的梦想，就像并不是每一个人都敢定一个未来像刘洋.杨利伟一样遨游太空的梦想。但是对他来说这就是一个目标，所以他从小苦苦习武，熟读兵法，一直在朝着这个目标而努力，虽然兵败垓下，英雄末路，他想不开，选择了乌江自刎，但是他从小立志的精神却值得我们永远学习，现在的我们青春年少，人生路漫漫，从此开始，带着我们的青春正能量出发还来得及。</w:t>
      </w:r>
      <w:r>
        <w:rPr>
          <w:lang w:eastAsia="zh-CN"/>
        </w:rPr>
        <w:br/>
      </w:r>
      <w:r>
        <w:rPr>
          <w:lang w:eastAsia="zh-CN"/>
        </w:rPr>
        <w:t>　　著名的企业家马云曾接受记者采访时说过“今天很痛苦，明天很痛苦，后天很美好。很多人就是在明天晚上放弃，看不到后天的太阳”，没有人能随随便便成功，挫折则更是人生路上一道美妙的风景，“宝剑锋从磨砺出，梅花香自苦寒来”，正所谓“天将降大任于斯人也，必先苦其心志，劳其筋骨，饿其体肤”。坚持是我们的正能量之一，美好的青春正在继续，何不放飞我们的梦想，像我们所熟悉的爱迪生那样，在发明电灯时，做了一次又一次的试验。在每一次试验失败后，他总结经验，又投入到下一次的试验中，反反复复，直到成功为止。不只是爱迪生，很多的前人用他们的走出的人生道路告诉我们 ：青春年华可以说是在挫折和失败中渡过的。但也正因为有了这些失败的教训，我们才能拥有无悔而精彩的人生。</w:t>
      </w:r>
      <w:r>
        <w:rPr>
          <w:lang w:eastAsia="zh-CN"/>
        </w:rPr>
        <w:br/>
      </w:r>
    </w:p>
    <w:p w:rsidR="001B1F19" w14:textId="27C3F48A">
      <w:pPr>
        <w:rPr>
          <w:lang w:eastAsia="zh-CN"/>
        </w:rPr>
      </w:pPr>
      <w:r>
        <w:rPr>
          <w:lang w:eastAsia="zh-CN"/>
        </w:rPr>
        <w:t>　　青春需要正能量，正能量将为我们插上翱翔的翅膀，飞向广阔蔚蓝的天空!最后我想用梁启超的话来结束今天的演讲：“少年智则国智，少年富则国富，少年强则国强，少年进步则国进步，少年雄于地球，则国雄于地球。”让我们洒一路汗水，饮一路风尘，嚼一跟艰辛，让青春在红旗下继续燃烧;愿每一位青年都怀抱着自己的理想，在人生的航程上不断乘风破浪，奋勇前进。</w:t>
      </w:r>
      <w:r>
        <w:rPr>
          <w:lang w:eastAsia="zh-CN"/>
        </w:rPr>
        <w:br/>
      </w:r>
      <w:r>
        <w:rPr>
          <w:lang w:eastAsia="zh-CN"/>
        </w:rPr>
        <w:t xml:space="preserve">    青春励志演讲稿700字优秀范文 篇14 </w:t>
      </w:r>
      <w:r>
        <w:rPr>
          <w:lang w:eastAsia="zh-CN"/>
        </w:rPr>
        <w:br/>
      </w:r>
      <w:r>
        <w:rPr>
          <w:lang w:eastAsia="zh-CN"/>
        </w:rPr>
        <w:t>　　各位老师，同学们：</w:t>
      </w:r>
      <w:r>
        <w:rPr>
          <w:lang w:eastAsia="zh-CN"/>
        </w:rPr>
        <w:br/>
      </w:r>
      <w:r>
        <w:rPr>
          <w:lang w:eastAsia="zh-CN"/>
        </w:rPr>
        <w:t>　　大家好！</w:t>
      </w:r>
      <w:r>
        <w:rPr>
          <w:lang w:eastAsia="zh-CN"/>
        </w:rPr>
        <w:br/>
      </w:r>
      <w:r>
        <w:rPr>
          <w:lang w:eastAsia="zh-CN"/>
        </w:rPr>
        <w:t>　　青春，一个被赋予太多憧憬与希望的词汇。青春是火，燃烧我们年轻的光华，青春是灯，照亮我们美丽的豆蔻年华，青春是路，指引我们从青涩走向成熟……</w:t>
      </w:r>
      <w:r>
        <w:rPr>
          <w:lang w:eastAsia="zh-CN"/>
        </w:rPr>
        <w:br/>
      </w:r>
      <w:r>
        <w:rPr>
          <w:lang w:eastAsia="zh-CN"/>
        </w:rPr>
        <w:t>　　在青春日复一日的流逝中，我度过了初中轻松的生活，敲开了充满压力的高中大门，最后迈进了大学的摇篮。在这里，我怀揣自己的梦想，迎着风浪起航。</w:t>
      </w:r>
      <w:r>
        <w:rPr>
          <w:lang w:eastAsia="zh-CN"/>
        </w:rPr>
        <w:br/>
      </w:r>
      <w:r>
        <w:rPr>
          <w:lang w:eastAsia="zh-CN"/>
        </w:rPr>
        <w:t>　　青春岁月充满奇迹，我们心中大大小小的梦，在生活的每一个角落里弥漫芬芳。让我们一起扬帆起航，飘过辽阔的海洋，去追寻彼此的青春梦想！</w:t>
      </w:r>
      <w:r>
        <w:rPr>
          <w:lang w:eastAsia="zh-CN"/>
        </w:rPr>
        <w:br/>
      </w:r>
      <w:r>
        <w:rPr>
          <w:lang w:eastAsia="zh-CN"/>
        </w:rPr>
        <w:t>　　问世间什么最美丽，是明媚的阳光？是灵动的山川？还是微风吹拂着的波澜？我说：最美丽的是我们跳跃的青春！对于我们，青春已经伴着我们走进了大学的校园，大家活跃在这美丽的校园中，拿着课本，背着书包，青春的脸盘上洋溢着阳光的气息，青春的梦想更是在我们每个人的心里编织。</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https://d.book118.com/178057053064006044</w:t>
        </w:r>
      </w:hyperlink>
    </w:p>
    <w:p w:rsidR="001B1F19">
      <w:pPr>
        <w:rPr>
          <w:lang w:eastAsia="zh-CN"/>
        </w:rPr>
      </w:pPr>
    </w:p>
    <w:sectPr>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78057053064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