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高中心理健康教育活动课教学设计</w:t>
      </w:r>
    </w:p>
    <w:p>
      <w:pPr>
        <w:spacing w:before="100" w:after="200" w:line="360" w:lineRule="auto"/>
        <w:ind w:firstLine="576"/>
        <w:jc w:val="left"/>
      </w:pPr>
      <w:r>
        <w:rPr>
          <w:rFonts w:ascii="宋体" w:eastAsia="宋体" w:hAnsi="宋体"/>
          <w:sz w:val="28"/>
        </w:rPr>
        <w:t>心理健康教育教案高中生篇一</w:t>
      </w:r>
    </w:p>
    <w:p>
      <w:pPr>
        <w:spacing w:before="100" w:after="200" w:line="360" w:lineRule="auto"/>
        <w:ind w:firstLine="576"/>
        <w:jc w:val="left"/>
      </w:pPr>
      <w:r>
        <w:rPr>
          <w:rFonts w:ascii="宋体" w:eastAsia="宋体" w:hAnsi="宋体"/>
          <w:sz w:val="28"/>
        </w:rPr>
        <w:t>活动理念</w:t>
      </w:r>
    </w:p>
    <w:p>
      <w:pPr>
        <w:spacing w:before="100" w:after="200" w:line="360" w:lineRule="auto"/>
        <w:ind w:firstLine="576"/>
        <w:jc w:val="left"/>
      </w:pPr>
      <w:r>
        <w:rPr>
          <w:rFonts w:ascii="宋体" w:eastAsia="宋体" w:hAnsi="宋体"/>
          <w:sz w:val="28"/>
        </w:rPr>
        <w:t>高中生处在青春发育的后期，生理上不断的发展和成熟，特别是性机能的成熟和性心理的发展，随之产生了一些特殊的心理体验，对异性交往非常敏感而又好奇。处在异性眷恋期的青少年渴望和异性交往，在各种活动中都努力想引起异性的注意和喜欢，并想方设法寻找或制造各种机会接近自己喜欢的异性。异性同学之间的接触和友谊，有助于培养高中生的人际交往能力和促进个性的发展，但是由于高中生的理想主义和自我意识较强，自我控制能力较差，在与异性交往过程中面临着困惑和各方面的压力，在处理情感问题上不能把握好分寸，容易影响到学习和人际交往。因此，如何正确交往对高中生来说是非常重要的。本次设计基于对学生实际情况的调查，了解学生存在的在男女生交往方面的主要问题，通过活动，对异性交往的尺度和技巧有一定的掌握，能与异性同学自然、正常的交往。</w:t>
      </w:r>
    </w:p>
    <w:p>
      <w:pPr>
        <w:spacing w:before="100" w:after="200" w:line="360" w:lineRule="auto"/>
        <w:ind w:firstLine="576"/>
        <w:jc w:val="left"/>
      </w:pPr>
      <w:r>
        <w:rPr>
          <w:rFonts w:ascii="宋体" w:eastAsia="宋体" w:hAnsi="宋体"/>
          <w:sz w:val="28"/>
        </w:rPr>
        <w:t>活动目标</w:t>
      </w:r>
    </w:p>
    <w:p>
      <w:pPr>
        <w:spacing w:before="100" w:after="200" w:line="360" w:lineRule="auto"/>
        <w:ind w:firstLine="576"/>
        <w:jc w:val="left"/>
      </w:pPr>
      <w:r>
        <w:rPr>
          <w:rFonts w:ascii="宋体" w:eastAsia="宋体" w:hAnsi="宋体"/>
          <w:sz w:val="28"/>
        </w:rPr>
        <w:t>1、学生能明白少男少女对异性产生朦胧的情感是一种非常正常、自然的事情，健康的异性交往符合中学生身心发展的特点与需求。</w:t>
      </w:r>
    </w:p>
    <w:p>
      <w:pPr>
        <w:spacing w:before="100" w:after="200" w:line="360" w:lineRule="auto"/>
        <w:ind w:firstLine="576"/>
        <w:jc w:val="left"/>
      </w:pPr>
      <w:r>
        <w:rPr>
          <w:rFonts w:ascii="宋体" w:eastAsia="宋体" w:hAnsi="宋体"/>
          <w:sz w:val="28"/>
        </w:rPr>
        <w:t>2、学生能把握异性交往的原则性尺度，清楚地意识到每个人都要对自己的选择负责，学生学会慎重对待青春的每一次选择。</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3、学生认识到在高中阶段应加强自我塑造、增强责任感，明确如何把握与异性交往的尺度，学会处理好与异性交往各个层面的问题，以维护自己性心理和性生理的健康发展。</w:t>
      </w:r>
    </w:p>
    <w:p>
      <w:pPr>
        <w:spacing w:before="100" w:after="200" w:line="360" w:lineRule="auto"/>
        <w:ind w:firstLine="576"/>
        <w:jc w:val="left"/>
      </w:pPr>
      <w:r>
        <w:rPr>
          <w:rFonts w:ascii="宋体" w:eastAsia="宋体" w:hAnsi="宋体"/>
          <w:sz w:val="28"/>
        </w:rPr>
        <w:t>教学重点</w:t>
      </w:r>
    </w:p>
    <w:p>
      <w:pPr>
        <w:spacing w:before="100" w:after="200" w:line="360" w:lineRule="auto"/>
        <w:ind w:firstLine="576"/>
        <w:jc w:val="left"/>
      </w:pPr>
      <w:r>
        <w:rPr>
          <w:rFonts w:ascii="宋体" w:eastAsia="宋体" w:hAnsi="宋体"/>
          <w:sz w:val="28"/>
        </w:rPr>
        <w:t>1、营造坦诚、信任的团体氛围，消除学生对自由沟通和交流的防卫心理。</w:t>
      </w:r>
    </w:p>
    <w:p>
      <w:pPr>
        <w:spacing w:before="100" w:after="200" w:line="360" w:lineRule="auto"/>
        <w:ind w:firstLine="576"/>
        <w:jc w:val="left"/>
      </w:pPr>
      <w:r>
        <w:rPr>
          <w:rFonts w:ascii="宋体" w:eastAsia="宋体" w:hAnsi="宋体"/>
          <w:sz w:val="28"/>
        </w:rPr>
        <w:t>2、通过活动，使学生能明白少男少女对异性产生朦胧的情感是一种非常正常、自然的事情，重要的是要把握男女生相处的“度”。</w:t>
      </w:r>
    </w:p>
    <w:p>
      <w:pPr>
        <w:spacing w:before="100" w:after="200" w:line="360" w:lineRule="auto"/>
        <w:ind w:firstLine="576"/>
        <w:jc w:val="left"/>
      </w:pPr>
      <w:r>
        <w:rPr>
          <w:rFonts w:ascii="宋体" w:eastAsia="宋体" w:hAnsi="宋体"/>
          <w:sz w:val="28"/>
        </w:rPr>
        <w:t>教学难点</w:t>
      </w:r>
    </w:p>
    <w:p>
      <w:pPr>
        <w:spacing w:before="100" w:after="200" w:line="360" w:lineRule="auto"/>
        <w:ind w:firstLine="576"/>
        <w:jc w:val="left"/>
      </w:pPr>
      <w:r>
        <w:rPr>
          <w:rFonts w:ascii="宋体" w:eastAsia="宋体" w:hAnsi="宋体"/>
          <w:sz w:val="28"/>
        </w:rPr>
        <w:t>1、如何让学生敞开心扉积极发言；</w:t>
      </w:r>
    </w:p>
    <w:p>
      <w:pPr>
        <w:spacing w:before="100" w:after="200" w:line="360" w:lineRule="auto"/>
        <w:ind w:firstLine="576"/>
        <w:jc w:val="left"/>
      </w:pPr>
      <w:r>
        <w:rPr>
          <w:rFonts w:ascii="宋体" w:eastAsia="宋体" w:hAnsi="宋体"/>
          <w:sz w:val="28"/>
        </w:rPr>
        <w:t>2、教师的穿插与引导。</w:t>
      </w:r>
    </w:p>
    <w:p>
      <w:pPr>
        <w:spacing w:before="100" w:after="200" w:line="360" w:lineRule="auto"/>
        <w:ind w:firstLine="576"/>
        <w:jc w:val="left"/>
      </w:pPr>
      <w:r>
        <w:rPr>
          <w:rFonts w:ascii="宋体" w:eastAsia="宋体" w:hAnsi="宋体"/>
          <w:sz w:val="28"/>
        </w:rPr>
        <w:t>活动形式</w:t>
      </w:r>
    </w:p>
    <w:p>
      <w:pPr>
        <w:spacing w:before="100" w:after="200" w:line="360" w:lineRule="auto"/>
        <w:ind w:firstLine="576"/>
        <w:jc w:val="left"/>
      </w:pPr>
      <w:r>
        <w:rPr>
          <w:rFonts w:ascii="宋体" w:eastAsia="宋体" w:hAnsi="宋体"/>
          <w:sz w:val="28"/>
        </w:rPr>
        <w:t>游戏体验、绘本欣赏、讨论辨析、小组分享等。</w:t>
      </w:r>
    </w:p>
    <w:p>
      <w:pPr>
        <w:spacing w:before="100" w:after="200" w:line="360" w:lineRule="auto"/>
        <w:ind w:firstLine="576"/>
        <w:jc w:val="left"/>
      </w:pPr>
      <w:r>
        <w:rPr>
          <w:rFonts w:ascii="宋体" w:eastAsia="宋体" w:hAnsi="宋体"/>
          <w:sz w:val="28"/>
        </w:rPr>
        <w:t>活动准备</w:t>
      </w:r>
    </w:p>
    <w:p>
      <w:pPr>
        <w:spacing w:before="100" w:after="200" w:line="360" w:lineRule="auto"/>
        <w:ind w:firstLine="576"/>
        <w:jc w:val="left"/>
      </w:pPr>
      <w:r>
        <w:rPr>
          <w:rFonts w:ascii="宋体" w:eastAsia="宋体" w:hAnsi="宋体"/>
          <w:sz w:val="28"/>
        </w:rPr>
        <w:t>课前调查、课件制作、多媒体电脑、投影仪、分组</w:t>
      </w:r>
    </w:p>
    <w:p>
      <w:pPr>
        <w:spacing w:before="100" w:after="200" w:line="360" w:lineRule="auto"/>
        <w:ind w:firstLine="576"/>
        <w:jc w:val="left"/>
      </w:pPr>
      <w:r>
        <w:rPr>
          <w:rFonts w:ascii="宋体" w:eastAsia="宋体" w:hAnsi="宋体"/>
          <w:sz w:val="28"/>
        </w:rPr>
        <w:t>活动对象</w:t>
      </w:r>
    </w:p>
    <w:p>
      <w:pPr>
        <w:spacing w:before="100" w:after="200" w:line="360" w:lineRule="auto"/>
        <w:ind w:firstLine="576"/>
        <w:jc w:val="left"/>
      </w:pPr>
      <w:r>
        <w:rPr>
          <w:rFonts w:ascii="宋体" w:eastAsia="宋体" w:hAnsi="宋体"/>
          <w:sz w:val="28"/>
        </w:rPr>
        <w:t>高一学生</w:t>
      </w:r>
    </w:p>
    <w:p>
      <w:pPr>
        <w:spacing w:before="100" w:after="200" w:line="360" w:lineRule="auto"/>
        <w:ind w:firstLine="576"/>
        <w:jc w:val="left"/>
      </w:pPr>
      <w:r>
        <w:rPr>
          <w:rFonts w:ascii="宋体" w:eastAsia="宋体" w:hAnsi="宋体"/>
          <w:sz w:val="28"/>
        </w:rPr>
        <w:t>活动时间</w:t>
      </w:r>
    </w:p>
    <w:p>
      <w:pPr>
        <w:spacing w:before="100" w:after="200" w:line="360" w:lineRule="auto"/>
        <w:ind w:firstLine="576"/>
        <w:jc w:val="left"/>
      </w:pPr>
      <w:r>
        <w:rPr>
          <w:rFonts w:ascii="宋体" w:eastAsia="宋体" w:hAnsi="宋体"/>
          <w:sz w:val="28"/>
        </w:rPr>
        <w:t>1课时</w:t>
      </w:r>
    </w:p>
    <w:p>
      <w:pPr>
        <w:spacing w:before="100" w:after="200" w:line="360" w:lineRule="auto"/>
        <w:ind w:firstLine="576"/>
        <w:jc w:val="left"/>
      </w:pPr>
      <w:r>
        <w:rPr>
          <w:rFonts w:ascii="宋体" w:eastAsia="宋体" w:hAnsi="宋体"/>
          <w:sz w:val="28"/>
        </w:rPr>
        <w:t>活动过程</w:t>
      </w:r>
    </w:p>
    <w:p>
      <w:pPr>
        <w:spacing w:before="100" w:after="200" w:line="360" w:lineRule="auto"/>
        <w:ind w:firstLine="576"/>
        <w:jc w:val="left"/>
      </w:pPr>
      <w:r>
        <w:rPr>
          <w:rFonts w:ascii="宋体" w:eastAsia="宋体" w:hAnsi="宋体"/>
          <w:sz w:val="28"/>
        </w:rPr>
        <w:t>设计意图</w:t>
      </w:r>
    </w:p>
    <w:p>
      <w:pPr>
        <w:spacing w:before="100" w:after="200" w:line="360" w:lineRule="auto"/>
        <w:jc w:val="left"/>
        <w:sectPr w:rsidSect="00034616">
          <w:type w:val="nextPage"/>
          <w:pgSz w:w="11906" w:h="16838"/>
          <w:pgMar w:top="1440" w:right="1440" w:bottom="1440" w:left="1440" w:header="720" w:footer="720" w:gutter="0"/>
          <w:pgNumType w:start="2"/>
          <w:cols w:space="720"/>
          <w:titlePg w:val="0"/>
          <w:docGrid w:linePitch="360"/>
        </w:sectPr>
      </w:pPr>
      <w:r>
        <w:rPr>
          <w:rFonts w:ascii="宋体 (中文正文)" w:eastAsia="宋体" w:hAnsi="宋体 (中文正文)"/>
          <w:b/>
          <w:sz w:val="28"/>
        </w:rPr>
        <w:t>一、热身活动：你我面对面</w:t>
      </w:r>
    </w:p>
    <w:p>
      <w:pPr>
        <w:spacing w:before="100" w:after="200" w:line="360" w:lineRule="auto"/>
        <w:ind w:firstLine="576"/>
        <w:jc w:val="left"/>
      </w:pPr>
      <w:r>
        <w:rPr>
          <w:rFonts w:ascii="宋体" w:eastAsia="宋体" w:hAnsi="宋体"/>
          <w:sz w:val="28"/>
        </w:rPr>
        <w:t>活动规则：学生面对面，听指令，做动作</w:t>
      </w:r>
    </w:p>
    <w:p>
      <w:pPr>
        <w:spacing w:before="100" w:after="200" w:line="360" w:lineRule="auto"/>
        <w:ind w:firstLine="576"/>
        <w:jc w:val="left"/>
      </w:pPr>
      <w:r>
        <w:rPr>
          <w:rFonts w:ascii="宋体" w:eastAsia="宋体" w:hAnsi="宋体"/>
          <w:sz w:val="28"/>
        </w:rPr>
        <w:t>指令一：面对面，握手，问好</w:t>
      </w:r>
    </w:p>
    <w:p>
      <w:pPr>
        <w:spacing w:before="100" w:after="200" w:line="360" w:lineRule="auto"/>
        <w:ind w:firstLine="576"/>
        <w:jc w:val="left"/>
      </w:pPr>
      <w:r>
        <w:rPr>
          <w:rFonts w:ascii="宋体" w:eastAsia="宋体" w:hAnsi="宋体"/>
          <w:sz w:val="28"/>
        </w:rPr>
        <w:t>指令二：面对面，拍肩，说句悄悄话</w:t>
      </w:r>
    </w:p>
    <w:p>
      <w:pPr>
        <w:spacing w:before="100" w:after="200" w:line="360" w:lineRule="auto"/>
        <w:ind w:firstLine="576"/>
        <w:jc w:val="left"/>
      </w:pPr>
      <w:r>
        <w:rPr>
          <w:rFonts w:ascii="宋体" w:eastAsia="宋体" w:hAnsi="宋体"/>
          <w:sz w:val="28"/>
        </w:rPr>
        <w:t>指令三：面对面，来一个拥抱</w:t>
      </w:r>
    </w:p>
    <w:p>
      <w:pPr>
        <w:spacing w:before="100" w:after="200" w:line="360" w:lineRule="auto"/>
        <w:ind w:firstLine="576"/>
        <w:jc w:val="left"/>
      </w:pPr>
      <w:r>
        <w:rPr>
          <w:rFonts w:ascii="宋体" w:eastAsia="宋体" w:hAnsi="宋体"/>
          <w:sz w:val="28"/>
        </w:rPr>
        <w:t>如果你不想执行指令或者不想对方执行指令的时候，你可以举下手中的红牌。</w:t>
      </w:r>
    </w:p>
    <w:p>
      <w:pPr>
        <w:spacing w:before="100" w:after="200" w:line="360" w:lineRule="auto"/>
        <w:ind w:firstLine="576"/>
        <w:jc w:val="left"/>
      </w:pPr>
      <w:r>
        <w:rPr>
          <w:rFonts w:ascii="宋体" w:eastAsia="宋体" w:hAnsi="宋体"/>
          <w:sz w:val="28"/>
        </w:rPr>
        <w:t>1、活跃课堂气氛。</w:t>
      </w:r>
    </w:p>
    <w:p>
      <w:pPr>
        <w:spacing w:before="100" w:after="200" w:line="360" w:lineRule="auto"/>
        <w:ind w:firstLine="576"/>
        <w:jc w:val="left"/>
      </w:pPr>
      <w:r>
        <w:rPr>
          <w:rFonts w:ascii="宋体" w:eastAsia="宋体" w:hAnsi="宋体"/>
          <w:sz w:val="28"/>
        </w:rPr>
        <w:t>2、通过这个活动，导入主题。</w:t>
      </w:r>
    </w:p>
    <w:p>
      <w:pPr>
        <w:spacing w:before="100" w:after="200" w:line="360" w:lineRule="auto"/>
        <w:jc w:val="left"/>
      </w:pPr>
      <w:r>
        <w:rPr>
          <w:rFonts w:ascii="宋体 (中文正文)" w:eastAsia="宋体" w:hAnsi="宋体 (中文正文)"/>
          <w:b/>
          <w:sz w:val="28"/>
        </w:rPr>
        <w:t>二、智慧泉，你我同行</w:t>
      </w:r>
    </w:p>
    <w:p>
      <w:pPr>
        <w:spacing w:before="100" w:after="200" w:line="360" w:lineRule="auto"/>
        <w:ind w:firstLine="576"/>
        <w:jc w:val="left"/>
      </w:pPr>
      <w:r>
        <w:rPr>
          <w:rFonts w:ascii="宋体" w:eastAsia="宋体" w:hAnsi="宋体"/>
          <w:sz w:val="28"/>
        </w:rPr>
        <w:t>给学生呈现课前调查的关于男女生在交往过程中存在的困惑？</w:t>
      </w:r>
    </w:p>
    <w:p>
      <w:pPr>
        <w:spacing w:before="100" w:after="200" w:line="360" w:lineRule="auto"/>
        <w:ind w:firstLine="576"/>
        <w:jc w:val="left"/>
      </w:pPr>
      <w:r>
        <w:rPr>
          <w:rFonts w:ascii="宋体" w:eastAsia="宋体" w:hAnsi="宋体"/>
          <w:sz w:val="28"/>
        </w:rPr>
        <w:t>1、与异性交流，其他同学就会八卦，怎么办？</w:t>
      </w:r>
    </w:p>
    <w:p>
      <w:pPr>
        <w:spacing w:before="100" w:after="200" w:line="360" w:lineRule="auto"/>
        <w:ind w:firstLine="576"/>
        <w:jc w:val="left"/>
      </w:pPr>
      <w:r>
        <w:rPr>
          <w:rFonts w:ascii="宋体" w:eastAsia="宋体" w:hAnsi="宋体"/>
          <w:sz w:val="28"/>
        </w:rPr>
        <w:t>2、什么样的男女生交往是正常的？</w:t>
      </w:r>
    </w:p>
    <w:p>
      <w:pPr>
        <w:spacing w:before="100" w:after="200" w:line="360" w:lineRule="auto"/>
        <w:ind w:firstLine="576"/>
        <w:jc w:val="left"/>
      </w:pPr>
      <w:r>
        <w:rPr>
          <w:rFonts w:ascii="宋体" w:eastAsia="宋体" w:hAnsi="宋体"/>
          <w:sz w:val="28"/>
        </w:rPr>
        <w:t>3、为什么跟异性玩得过于亲近，对方容易误认为自己暗恋他（她）？</w:t>
      </w:r>
    </w:p>
    <w:p>
      <w:pPr>
        <w:spacing w:before="100" w:after="200" w:line="360" w:lineRule="auto"/>
        <w:ind w:firstLine="576"/>
        <w:jc w:val="left"/>
      </w:pPr>
      <w:r>
        <w:rPr>
          <w:rFonts w:ascii="宋体" w:eastAsia="宋体" w:hAnsi="宋体"/>
          <w:sz w:val="28"/>
        </w:rPr>
        <w:t>4、如果一个男生和一个女生聊天比较投合，很喜欢两个人在一起聊，被人误解了怎么办？</w:t>
      </w:r>
    </w:p>
    <w:p>
      <w:pPr>
        <w:spacing w:before="100" w:after="200" w:line="360" w:lineRule="auto"/>
        <w:ind w:firstLine="576"/>
        <w:jc w:val="left"/>
      </w:pPr>
      <w:r>
        <w:rPr>
          <w:rFonts w:ascii="宋体" w:eastAsia="宋体" w:hAnsi="宋体"/>
          <w:sz w:val="28"/>
        </w:rPr>
        <w:t>5、和异性纯友谊交往，为什么会被说成有暧昧？</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请大家总结下，这些问题的共同点是什么呢？（学生讨论、分享）红灯：如果你看到两个异性同学在聊天，在什么样的情况下，或者哪些行为会让你觉得他们是在谈恋爱？</w:t>
      </w:r>
    </w:p>
    <w:p>
      <w:pPr>
        <w:spacing w:before="100" w:after="200" w:line="360" w:lineRule="auto"/>
        <w:ind w:firstLine="576"/>
        <w:jc w:val="left"/>
      </w:pPr>
      <w:r>
        <w:rPr>
          <w:rFonts w:ascii="宋体" w:eastAsia="宋体" w:hAnsi="宋体"/>
          <w:sz w:val="28"/>
        </w:rPr>
        <w:t>绿灯：哪些行为你觉得是他们是正常的交往而不是在谈恋爱。</w:t>
      </w:r>
    </w:p>
    <w:p>
      <w:pPr>
        <w:spacing w:before="100" w:after="200" w:line="360" w:lineRule="auto"/>
        <w:ind w:firstLine="576"/>
        <w:jc w:val="left"/>
      </w:pPr>
      <w:r>
        <w:rPr>
          <w:rFonts w:ascii="宋体" w:eastAsia="宋体" w:hAnsi="宋体"/>
          <w:sz w:val="28"/>
        </w:rPr>
        <w:t>教师总结：我们同学总结除了在平时交往过程中容易被人误解的行为，有上述困惑的同学，请你反思下你是否曾经有类似的问题，如果有，那么自己需要注意调整一下；如果没有，那么对于同学的玩笑我们可以一笑而过。</w:t>
      </w:r>
    </w:p>
    <w:p>
      <w:pPr>
        <w:spacing w:before="100" w:after="200" w:line="360" w:lineRule="auto"/>
        <w:ind w:firstLine="576"/>
        <w:jc w:val="left"/>
      </w:pPr>
      <w:r>
        <w:rPr>
          <w:rFonts w:ascii="宋体" w:eastAsia="宋体" w:hAnsi="宋体"/>
          <w:sz w:val="28"/>
        </w:rPr>
        <w:t>通过课前调查，了解学生的困惑，并以此为切入点，让学生分享讨论，在平时的交往过程中，哪些行为容易被人误解。让学生总结出异性交往的原则。</w:t>
      </w:r>
    </w:p>
    <w:p>
      <w:pPr>
        <w:spacing w:before="100" w:after="200" w:line="360" w:lineRule="auto"/>
        <w:jc w:val="left"/>
      </w:pPr>
      <w:r>
        <w:rPr>
          <w:rFonts w:ascii="宋体 (中文正文)" w:eastAsia="宋体" w:hAnsi="宋体 (中文正文)"/>
          <w:b/>
          <w:sz w:val="28"/>
        </w:rPr>
        <w:t>三、启思录，—青春不迷茫</w:t>
      </w:r>
    </w:p>
    <w:p>
      <w:pPr>
        <w:spacing w:before="100" w:after="200" w:line="360" w:lineRule="auto"/>
        <w:ind w:firstLine="576"/>
        <w:jc w:val="left"/>
      </w:pPr>
      <w:r>
        <w:rPr>
          <w:rFonts w:ascii="宋体" w:eastAsia="宋体" w:hAnsi="宋体"/>
          <w:sz w:val="28"/>
        </w:rPr>
        <w:t>（一）给学生呈现普遍存在的'另外一些问题：</w:t>
      </w:r>
    </w:p>
    <w:p>
      <w:pPr>
        <w:spacing w:before="100" w:after="200" w:line="360" w:lineRule="auto"/>
        <w:ind w:firstLine="576"/>
        <w:jc w:val="left"/>
      </w:pPr>
      <w:r>
        <w:rPr>
          <w:rFonts w:ascii="宋体" w:eastAsia="宋体" w:hAnsi="宋体"/>
          <w:sz w:val="28"/>
        </w:rPr>
        <w:t>1、如果我喜欢上了一个人，那该怎么办？要不要表白？</w:t>
      </w:r>
    </w:p>
    <w:p>
      <w:pPr>
        <w:spacing w:before="100" w:after="200" w:line="360" w:lineRule="auto"/>
        <w:ind w:firstLine="576"/>
        <w:jc w:val="left"/>
      </w:pPr>
      <w:r>
        <w:rPr>
          <w:rFonts w:ascii="宋体" w:eastAsia="宋体" w:hAnsi="宋体"/>
          <w:sz w:val="28"/>
        </w:rPr>
        <w:t>2、男女生发展了很亲切的友谊，可是又有点暧昧，是否该和对方停止关系或者挑明？</w:t>
      </w:r>
    </w:p>
    <w:p>
      <w:pPr>
        <w:spacing w:before="100" w:after="200" w:line="360" w:lineRule="auto"/>
        <w:ind w:firstLine="576"/>
        <w:jc w:val="left"/>
      </w:pPr>
      <w:r>
        <w:rPr>
          <w:rFonts w:ascii="宋体" w:eastAsia="宋体" w:hAnsi="宋体"/>
          <w:sz w:val="28"/>
        </w:rPr>
        <w:t>1、喜欢异性却不敢说，在心理憋着，郁闷？</w:t>
      </w:r>
    </w:p>
    <w:p>
      <w:pPr>
        <w:spacing w:before="100" w:after="200" w:line="360" w:lineRule="auto"/>
        <w:ind w:firstLine="576"/>
        <w:jc w:val="left"/>
      </w:pPr>
      <w:r>
        <w:rPr>
          <w:rFonts w:ascii="宋体" w:eastAsia="宋体" w:hAnsi="宋体"/>
          <w:sz w:val="28"/>
        </w:rPr>
        <w:t>4、喜欢一个人不敢表白，而且不知道表白后的交往还会不会像现在做朋友一样好？</w:t>
      </w:r>
    </w:p>
    <w:p>
      <w:pPr>
        <w:spacing w:before="100" w:after="200" w:line="360" w:lineRule="auto"/>
        <w:ind w:firstLine="576"/>
        <w:jc w:val="left"/>
      </w:pPr>
      <w:r>
        <w:rPr>
          <w:rFonts w:ascii="宋体" w:eastAsia="宋体" w:hAnsi="宋体"/>
          <w:sz w:val="28"/>
        </w:rPr>
        <w:t>Q：请同学们总结下，这些困惑有什么共同点呢？</w:t>
      </w:r>
    </w:p>
    <w:p>
      <w:pPr>
        <w:spacing w:before="100" w:after="200" w:line="360" w:lineRule="auto"/>
        <w:ind w:firstLine="576"/>
        <w:jc w:val="left"/>
      </w:pPr>
      <w:r>
        <w:rPr>
          <w:rFonts w:ascii="宋体" w:eastAsia="宋体" w:hAnsi="宋体"/>
          <w:sz w:val="28"/>
        </w:rPr>
        <w:t>（当对异性同学有好感时，我们该如何处理呢？）</w:t>
      </w:r>
    </w:p>
    <w:p>
      <w:pPr>
        <w:spacing w:before="100" w:after="200" w:line="360" w:lineRule="auto"/>
        <w:ind w:firstLine="576"/>
        <w:jc w:val="left"/>
      </w:pPr>
      <w:r>
        <w:rPr>
          <w:rFonts w:ascii="宋体" w:eastAsia="宋体" w:hAnsi="宋体"/>
          <w:sz w:val="28"/>
        </w:rPr>
        <w:t>衔接：喜欢上一个人不知道怎么办，有一只鳄鱼它也遇到这样的问题，那接下来我们看下这只鳄鱼他是怎么做的？</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（二）欣赏《鳄鱼爱上长颈鹿》绘本。</w:t>
      </w:r>
    </w:p>
    <w:p>
      <w:pPr>
        <w:spacing w:before="100" w:after="200" w:line="360" w:lineRule="auto"/>
        <w:ind w:firstLine="576"/>
        <w:jc w:val="left"/>
      </w:pPr>
      <w:r>
        <w:rPr>
          <w:rFonts w:ascii="宋体" w:eastAsia="宋体" w:hAnsi="宋体"/>
          <w:sz w:val="28"/>
        </w:rPr>
        <w:t>学生思考：看了这个绘本之后，我们发现鳄鱼为了吸引长颈鹿的注意力，为了获得它的好感，想了好多好多的办法，但为什么它前面的尝试都以失败而告终呢？</w:t>
      </w:r>
    </w:p>
    <w:p>
      <w:pPr>
        <w:spacing w:before="100" w:after="200" w:line="360" w:lineRule="auto"/>
        <w:jc w:val="left"/>
      </w:pPr>
      <w:r>
        <w:rPr>
          <w:rFonts w:ascii="宋体 (中文正文)" w:eastAsia="宋体" w:hAnsi="宋体 (中文正文)"/>
          <w:sz w:val="28"/>
        </w:rPr>
        <w:t>学生分享讨论：</w:t>
      </w:r>
    </w:p>
    <w:p>
      <w:pPr>
        <w:spacing w:before="100" w:after="200" w:line="360" w:lineRule="auto"/>
        <w:ind w:firstLine="576"/>
        <w:jc w:val="left"/>
      </w:pPr>
      <w:r>
        <w:rPr>
          <w:rFonts w:ascii="宋体" w:eastAsia="宋体" w:hAnsi="宋体"/>
          <w:sz w:val="28"/>
        </w:rPr>
        <w:t>衔接：我们发现鳄鱼因为选择了不适当的表达方式，让自己伤得不轻，很不快乐。</w:t>
      </w:r>
    </w:p>
    <w:p>
      <w:pPr>
        <w:spacing w:before="100" w:after="200" w:line="360" w:lineRule="auto"/>
        <w:ind w:firstLine="576"/>
        <w:jc w:val="left"/>
      </w:pPr>
      <w:r>
        <w:rPr>
          <w:rFonts w:ascii="宋体" w:eastAsia="宋体" w:hAnsi="宋体"/>
          <w:sz w:val="28"/>
        </w:rPr>
        <w:t>与鳄鱼面临同样困境的同学，他们估计也很烦恼，很不快乐，那我们就帮这些同学分析一下，遇到这样的问题，我们该怎么做呢？</w:t>
      </w:r>
    </w:p>
    <w:p>
      <w:pPr>
        <w:spacing w:before="100" w:after="200" w:line="360" w:lineRule="auto"/>
        <w:ind w:firstLine="576"/>
        <w:jc w:val="left"/>
      </w:pPr>
      <w:r>
        <w:rPr>
          <w:rFonts w:ascii="宋体" w:eastAsia="宋体" w:hAnsi="宋体"/>
          <w:sz w:val="28"/>
        </w:rPr>
        <w:t>红灯：哪些做法容易使自己跟鳄鱼一样受到伤害？</w:t>
      </w:r>
    </w:p>
    <w:p>
      <w:pPr>
        <w:spacing w:before="100" w:after="200" w:line="360" w:lineRule="auto"/>
        <w:ind w:firstLine="576"/>
        <w:jc w:val="left"/>
      </w:pPr>
      <w:r>
        <w:rPr>
          <w:rFonts w:ascii="宋体" w:eastAsia="宋体" w:hAnsi="宋体"/>
          <w:sz w:val="28"/>
        </w:rPr>
        <w:t>绿灯：哪些做法能让他们更好地解决这个问题？</w:t>
      </w:r>
    </w:p>
    <w:p>
      <w:pPr>
        <w:spacing w:before="100" w:after="200" w:line="360" w:lineRule="auto"/>
        <w:jc w:val="left"/>
      </w:pPr>
      <w:r>
        <w:rPr>
          <w:rFonts w:ascii="宋体 (中文正文)" w:eastAsia="宋体" w:hAnsi="宋体 (中文正文)"/>
          <w:sz w:val="28"/>
        </w:rPr>
        <w:t>学生讨论，教师总结：</w:t>
      </w:r>
    </w:p>
    <w:p>
      <w:pPr>
        <w:spacing w:before="100" w:after="200" w:line="360" w:lineRule="auto"/>
        <w:ind w:firstLine="576"/>
        <w:jc w:val="left"/>
      </w:pPr>
      <w:r>
        <w:rPr>
          <w:rFonts w:ascii="宋体" w:eastAsia="宋体" w:hAnsi="宋体"/>
          <w:sz w:val="28"/>
        </w:rPr>
        <w:t>通过该环节，让学生把握交往的“度”，能更好处理遇到的问题。</w:t>
      </w:r>
    </w:p>
    <w:p>
      <w:pPr>
        <w:spacing w:before="100" w:after="200" w:line="360" w:lineRule="auto"/>
        <w:jc w:val="left"/>
      </w:pPr>
      <w:r>
        <w:rPr>
          <w:rFonts w:ascii="宋体 (中文正文)" w:eastAsia="宋体" w:hAnsi="宋体 (中文正文)"/>
          <w:b/>
          <w:sz w:val="28"/>
        </w:rPr>
        <w:t>四、教师总结</w:t>
      </w:r>
    </w:p>
    <w:p>
      <w:pPr>
        <w:spacing w:before="100" w:after="200" w:line="360" w:lineRule="auto"/>
        <w:ind w:firstLine="576"/>
        <w:jc w:val="left"/>
      </w:pPr>
      <w:r>
        <w:rPr>
          <w:rFonts w:ascii="宋体" w:eastAsia="宋体" w:hAnsi="宋体"/>
          <w:sz w:val="28"/>
        </w:rPr>
        <w:t>同学们都有很多点子，如果当前面临这些困惑的同学或许你已经有了解决这个问题的办法，希望大家共同讨论出的方法能够帮助到你。而当前没有遇到这个问题的同学，希望今天讨论的方方面面能让你留下比较深刻的印象，在你有需要的时候能够有所帮助。</w:t>
      </w:r>
    </w:p>
    <w:p>
      <w:pPr>
        <w:spacing w:before="100" w:after="200" w:line="360" w:lineRule="auto"/>
        <w:ind w:firstLine="576"/>
        <w:jc w:val="left"/>
      </w:pPr>
      <w:r>
        <w:rPr>
          <w:rFonts w:ascii="宋体" w:eastAsia="宋体" w:hAnsi="宋体"/>
          <w:sz w:val="28"/>
        </w:rPr>
        <w:t>祝愿大家都能像这只鳄鱼一样，在未来找到属于自己的幸福。</w:t>
      </w:r>
    </w:p>
    <w:p>
      <w:pPr>
        <w:spacing w:before="100" w:after="200" w:line="360" w:lineRule="auto"/>
        <w:ind w:firstLine="576"/>
        <w:jc w:val="left"/>
      </w:pPr>
      <w:r>
        <w:rPr>
          <w:rFonts w:ascii="宋体" w:eastAsia="宋体" w:hAnsi="宋体"/>
          <w:sz w:val="28"/>
        </w:rPr>
        <w:t>心理健康教育教案高中生篇二</w:t>
      </w:r>
    </w:p>
    <w:p>
      <w:pPr>
        <w:spacing w:before="100" w:after="200" w:line="360" w:lineRule="auto"/>
        <w:ind w:firstLine="576"/>
        <w:jc w:val="left"/>
      </w:pPr>
      <w:r>
        <w:rPr>
          <w:rFonts w:ascii="宋体" w:eastAsia="宋体" w:hAnsi="宋体"/>
          <w:sz w:val="28"/>
        </w:rPr>
        <w:t>新知识点</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1．高中生心理阶段的划分。</w:t>
      </w:r>
    </w:p>
    <w:p>
      <w:pPr>
        <w:spacing w:before="100" w:after="200" w:line="360" w:lineRule="auto"/>
        <w:ind w:firstLine="576"/>
        <w:jc w:val="left"/>
      </w:pPr>
      <w:r>
        <w:rPr>
          <w:rFonts w:ascii="宋体" w:eastAsia="宋体" w:hAnsi="宋体"/>
          <w:sz w:val="28"/>
        </w:rPr>
        <w:t>2．高中生心理发展的主要方面。</w:t>
      </w:r>
    </w:p>
    <w:p>
      <w:pPr>
        <w:spacing w:before="100" w:after="200" w:line="360" w:lineRule="auto"/>
        <w:ind w:firstLine="576"/>
        <w:jc w:val="left"/>
      </w:pPr>
      <w:r>
        <w:rPr>
          <w:rFonts w:ascii="宋体" w:eastAsia="宋体" w:hAnsi="宋体"/>
          <w:sz w:val="28"/>
        </w:rPr>
        <w:t>3．高中生心理发展的基本特点。</w:t>
      </w:r>
    </w:p>
    <w:p>
      <w:pPr>
        <w:spacing w:before="100" w:after="200" w:line="360" w:lineRule="auto"/>
        <w:ind w:firstLine="576"/>
        <w:jc w:val="left"/>
      </w:pPr>
      <w:r>
        <w:rPr>
          <w:rFonts w:ascii="宋体" w:eastAsia="宋体" w:hAnsi="宋体"/>
          <w:sz w:val="28"/>
        </w:rPr>
        <w:t>4．高中生心理健康标准。</w:t>
      </w:r>
    </w:p>
    <w:p>
      <w:pPr>
        <w:spacing w:before="100" w:after="200" w:line="360" w:lineRule="auto"/>
        <w:ind w:firstLine="576"/>
        <w:jc w:val="left"/>
      </w:pPr>
      <w:r>
        <w:rPr>
          <w:rFonts w:ascii="宋体" w:eastAsia="宋体" w:hAnsi="宋体"/>
          <w:sz w:val="28"/>
        </w:rPr>
        <w:t>重点难点</w:t>
      </w:r>
    </w:p>
    <w:p>
      <w:pPr>
        <w:spacing w:before="100" w:after="200" w:line="360" w:lineRule="auto"/>
        <w:ind w:firstLine="576"/>
        <w:jc w:val="left"/>
      </w:pPr>
      <w:r>
        <w:rPr>
          <w:rFonts w:ascii="宋体" w:eastAsia="宋体" w:hAnsi="宋体"/>
          <w:sz w:val="28"/>
        </w:rPr>
        <w:t>理解并牢记高中生心理发展诸方面的主要表现。</w:t>
      </w:r>
    </w:p>
    <w:p>
      <w:pPr>
        <w:spacing w:before="100" w:after="200" w:line="360" w:lineRule="auto"/>
        <w:ind w:firstLine="576"/>
        <w:jc w:val="left"/>
      </w:pPr>
      <w:r>
        <w:rPr>
          <w:rFonts w:ascii="宋体" w:eastAsia="宋体" w:hAnsi="宋体"/>
          <w:sz w:val="28"/>
        </w:rPr>
        <w:t>分析并掌握高中阶段心理发展的基本特点。</w:t>
      </w:r>
    </w:p>
    <w:p>
      <w:pPr>
        <w:spacing w:before="100" w:after="200" w:line="360" w:lineRule="auto"/>
        <w:ind w:firstLine="576"/>
        <w:jc w:val="left"/>
      </w:pPr>
      <w:r>
        <w:rPr>
          <w:rFonts w:ascii="宋体" w:eastAsia="宋体" w:hAnsi="宋体"/>
          <w:sz w:val="28"/>
        </w:rPr>
        <w:t>教学时间2课时。</w:t>
      </w:r>
    </w:p>
    <w:p>
      <w:pPr>
        <w:spacing w:before="100" w:after="200" w:line="360" w:lineRule="auto"/>
        <w:ind w:firstLine="576"/>
        <w:jc w:val="left"/>
      </w:pPr>
      <w:r>
        <w:rPr>
          <w:rFonts w:ascii="宋体" w:eastAsia="宋体" w:hAnsi="宋体"/>
          <w:sz w:val="28"/>
        </w:rPr>
        <w:t>教学安排</w:t>
      </w:r>
    </w:p>
    <w:p>
      <w:pPr>
        <w:spacing w:before="100" w:after="200" w:line="360" w:lineRule="auto"/>
        <w:ind w:firstLine="576"/>
        <w:jc w:val="left"/>
      </w:pPr>
      <w:r>
        <w:rPr>
          <w:rFonts w:ascii="宋体" w:eastAsia="宋体" w:hAnsi="宋体"/>
          <w:sz w:val="28"/>
        </w:rPr>
        <w:t>1．导入新课</w:t>
      </w:r>
    </w:p>
    <w:p>
      <w:pPr>
        <w:spacing w:before="100" w:after="200" w:line="360" w:lineRule="auto"/>
        <w:ind w:firstLine="576"/>
        <w:jc w:val="left"/>
      </w:pPr>
      <w:r>
        <w:rPr>
          <w:rFonts w:ascii="宋体" w:eastAsia="宋体" w:hAnsi="宋体"/>
          <w:sz w:val="28"/>
        </w:rPr>
        <w:t>老师列举出与健康心理有关的一些行为与现象，由此提问：心理健康的定义到底是什么？让学生自由发言，从而引出第三届国际心理卫生大会关于心理健康含义的界定。</w:t>
      </w:r>
    </w:p>
    <w:p>
      <w:pPr>
        <w:spacing w:before="100" w:after="200" w:line="360" w:lineRule="auto"/>
        <w:ind w:firstLine="576"/>
        <w:jc w:val="left"/>
      </w:pPr>
      <w:r>
        <w:rPr>
          <w:rFonts w:ascii="宋体" w:eastAsia="宋体" w:hAnsi="宋体"/>
          <w:sz w:val="28"/>
        </w:rPr>
        <w:t>2．引人新课</w:t>
      </w:r>
    </w:p>
    <w:p>
      <w:pPr>
        <w:spacing w:before="100" w:after="200" w:line="360" w:lineRule="auto"/>
        <w:ind w:firstLine="576"/>
        <w:jc w:val="left"/>
      </w:pPr>
      <w:r>
        <w:rPr>
          <w:rFonts w:ascii="宋体" w:eastAsia="宋体" w:hAnsi="宋体"/>
          <w:sz w:val="28"/>
        </w:rPr>
        <w:t>人的心理发展是个连续变化的过程，每个阶段有每个阶段特有的状态，今天，我们一起来探索一下高中生，也就是我们自身的各种心理现象。</w:t>
      </w:r>
    </w:p>
    <w:p>
      <w:pPr>
        <w:spacing w:before="100" w:after="200" w:line="360" w:lineRule="auto"/>
        <w:ind w:firstLine="576"/>
        <w:jc w:val="left"/>
      </w:pPr>
      <w:r>
        <w:rPr>
          <w:rFonts w:ascii="宋体" w:eastAsia="宋体" w:hAnsi="宋体"/>
          <w:sz w:val="28"/>
        </w:rPr>
        <w:t>3．教学实施</w:t>
      </w:r>
    </w:p>
    <w:p>
      <w:pPr>
        <w:spacing w:before="100" w:after="200" w:line="360" w:lineRule="auto"/>
        <w:ind w:firstLine="576"/>
        <w:jc w:val="left"/>
      </w:pPr>
      <w:r>
        <w:rPr>
          <w:rFonts w:ascii="宋体" w:eastAsia="宋体" w:hAnsi="宋体"/>
          <w:sz w:val="28"/>
        </w:rPr>
        <w:t>互动问答：进人高中，我们就自然成为高中生了，谁知道高中生具体是从几岁到几岁？以此引人对高中阶段的具体划分及相关介绍。</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p>
    <w:p>
      <w:pPr>
        <w:spacing w:before="100" w:after="200" w:line="360" w:lineRule="auto"/>
        <w:ind w:firstLine="576"/>
        <w:jc w:val="left"/>
      </w:pPr>
      <w:r>
        <w:rPr>
          <w:rFonts w:ascii="宋体" w:eastAsia="宋体" w:hAnsi="宋体"/>
          <w:sz w:val="28"/>
        </w:rPr>
        <w:t>从小到大，我们评价一个学生一般都从哪几个方面进行呢？学生会回答“三好学生”、“五好学生”、德、智、体、美、劳等，从此引出学生对个体发展的几个主要方面的讨论与学习、学生的回答往往不够全面，老师要善于引导，做到准确不遗漏。</w:t>
      </w:r>
    </w:p>
    <w:p>
      <w:pPr>
        <w:spacing w:before="100" w:after="200" w:line="360" w:lineRule="auto"/>
        <w:ind w:firstLine="576"/>
        <w:jc w:val="left"/>
      </w:pPr>
      <w:r>
        <w:rPr>
          <w:rFonts w:ascii="宋体" w:eastAsia="宋体" w:hAnsi="宋体"/>
          <w:sz w:val="28"/>
        </w:rPr>
        <w:t>具体到每个方面各有什么特点呢？这是本节的重点也是难点，告知学生要认真领会，理解并牢记。</w:t>
      </w:r>
    </w:p>
    <w:p>
      <w:pPr>
        <w:spacing w:before="100" w:after="200" w:line="360" w:lineRule="auto"/>
        <w:ind w:firstLine="576"/>
        <w:jc w:val="left"/>
      </w:pPr>
      <w:r>
        <w:rPr>
          <w:rFonts w:ascii="宋体" w:eastAsia="宋体" w:hAnsi="宋体"/>
          <w:sz w:val="28"/>
        </w:rPr>
        <w:t>4．作业设计</w:t>
      </w:r>
    </w:p>
    <w:p>
      <w:pPr>
        <w:spacing w:before="100" w:after="200" w:line="360" w:lineRule="auto"/>
        <w:ind w:firstLine="576"/>
        <w:jc w:val="left"/>
      </w:pPr>
      <w:r>
        <w:rPr>
          <w:rFonts w:ascii="宋体" w:eastAsia="宋体" w:hAnsi="宋体"/>
          <w:sz w:val="28"/>
        </w:rPr>
        <w:t>开放性讨论：对照高中生心理健康标准，看看自己对自己到底了解多少？哪些方面还有待改进？</w:t>
      </w:r>
    </w:p>
    <w:p>
      <w:pPr>
        <w:spacing w:before="100" w:after="200" w:line="360" w:lineRule="auto"/>
        <w:ind w:firstLine="576"/>
        <w:jc w:val="left"/>
      </w:pPr>
      <w:r>
        <w:rPr>
          <w:rFonts w:ascii="宋体" w:eastAsia="宋体" w:hAnsi="宋体"/>
          <w:sz w:val="28"/>
        </w:rPr>
        <w:t>教学过程</w:t>
      </w:r>
    </w:p>
    <w:p>
      <w:pPr>
        <w:spacing w:before="100" w:after="200" w:line="360" w:lineRule="auto"/>
        <w:ind w:firstLine="576"/>
        <w:jc w:val="left"/>
      </w:pPr>
      <w:r>
        <w:rPr>
          <w:rFonts w:ascii="宋体" w:eastAsia="宋体" w:hAnsi="宋体"/>
          <w:sz w:val="28"/>
        </w:rPr>
        <w:t>高中阶段又称青年初期，是人生最宝贵的黄金时期，约从14上5岁开始到17、18岁结束。经过前几个阶段的连续发展，高中生在生理发育上已基本成熟，在智力发展上也已接近成人水平，在个性及其他心理品质上表现出更加丰富和稳定的特征。青年人朝气蓬勃、精力充沛、充满热情，在生理和心理方面都趋于成熟，开始走向生活。国外有的心理学家把这个时期看作心理性“断乳期”，即摆脱过去那种对父母的依赖关系，要求独立自主活动，完成个体社会化的时期。</w:t>
      </w:r>
    </w:p>
    <w:p>
      <w:pPr>
        <w:spacing w:before="100" w:after="200" w:line="360" w:lineRule="auto"/>
        <w:ind w:firstLine="576"/>
        <w:jc w:val="left"/>
      </w:pPr>
      <w:r>
        <w:rPr>
          <w:rFonts w:ascii="宋体" w:eastAsia="宋体" w:hAnsi="宋体"/>
          <w:sz w:val="28"/>
        </w:rPr>
        <w:t>就心理健康而言，高中生心理的发展主要表现在以下几个方面。</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1）智力的迅速发展。高中生的感觉、知觉灵敏度、记忆力、思效能力不断增强，逻辑抽象思维能力逐步占主导地位，他们开始以批判＆眼光来看待周围的事物，有独到见解，喜欢质疑和争论。这个时期他们开始思考人生和世界，提出许多有关“人生目的”、“人生意义”、“生活理想”等一类的问题。由于这些问题的解决是一个充满矛盾的过程，所以他们常常会为此感到苦恼、迷茫、沮丧与不安。</w:t>
      </w:r>
    </w:p>
    <w:p>
      <w:pPr>
        <w:spacing w:before="100" w:after="200" w:line="360" w:lineRule="auto"/>
        <w:ind w:firstLine="576"/>
        <w:jc w:val="left"/>
      </w:pPr>
      <w:r>
        <w:rPr>
          <w:rFonts w:ascii="宋体" w:eastAsia="宋体" w:hAnsi="宋体"/>
          <w:sz w:val="28"/>
        </w:rPr>
        <w:t>（2）自我意识增强。随着知识的积累，智力的发展以及独立安排生活道路这一客观要求的逼近，高中生的自我意识日渐成熟，他们倾心于认识自己的身心发展及其社会价值，独立地评价自己和别人，并逐渐克服评价的片面性，力求全面分析，逐步形成稳定的性格特征，能较好地进行自我教育。</w:t>
      </w:r>
    </w:p>
    <w:p>
      <w:pPr>
        <w:spacing w:before="100" w:after="200" w:line="360" w:lineRule="auto"/>
        <w:ind w:firstLine="576"/>
        <w:jc w:val="left"/>
      </w:pPr>
      <w:r>
        <w:rPr>
          <w:rFonts w:ascii="宋体" w:eastAsia="宋体" w:hAnsi="宋体"/>
          <w:sz w:val="28"/>
        </w:rPr>
        <w:t>（3）情绪、情感趋向成熟。高中学生的情绪与情感已逐渐趋向于成熟和稳定，但与成人相比又显得动荡不稳，这个时期的学生办事积极、富于热情、情感易被激发、行动迅速，表现为奔放、果断。但由于生理和自我意识上的急剧变化，有时学生的情感、情绪容易过于激动，随着智力的不断增长和社会需要，学生慢慢形成许多具有明确道德意识的社会性情感，如集体荣誉感、社会责任感、义务感、正义感和民族自豪感等，其深刻性和持久性明显提高，由于对情感的自我调节和自我控制能力的提高，高中学生的情感逐渐走向稳定。</w:t>
      </w:r>
    </w:p>
    <w:p>
      <w:pPr>
        <w:spacing w:before="100" w:after="200" w:line="360" w:lineRule="auto"/>
        <w:ind w:firstLine="576"/>
        <w:jc w:val="left"/>
      </w:pPr>
      <w:r>
        <w:rPr>
          <w:rFonts w:ascii="宋体" w:eastAsia="宋体" w:hAnsi="宋体"/>
          <w:sz w:val="28"/>
        </w:rPr>
        <w:t>（4）意志发展迅速。高中学生遇到困难时，往往乐于独立思考，想办法克服困难，表现出良好的主动性，不像儿童那样轻易求助于别人。同时，高中学生控制和支配自己行为的能力也逐渐增强，当然有时也表现出冲动。此外，由于神经系统功能尤其是内抑制功能的发达，以及动机的深刻性和目的水平的提高，使青少年在面对困难时表现出坚韧性。他们勇于求成，凡事不肯轻易认输，即便受挫也不灰心。</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5）言行趋于完善和成熟。言语和行为特征是表达高中生心理发展状况的重要标志。高中学生的词汇已很丰富，且内容日渐深刻；语言表达中的独白言语趋于完善；书面语言表达趋于成熟，内部言语表达已达到完全“简约化”的水平、这个时期的学生要求完全摆脱成人的干预，独立行事；要求社会承认他们行为的社会价值；要求两性交往、恋爱等。他们要求像成人一样的参与社会生活，但又往往不善于控制自己的行为，特别是在情感受到挫折时容易冲动。</w:t>
      </w:r>
    </w:p>
    <w:p>
      <w:pPr>
        <w:spacing w:before="100" w:after="200" w:line="360" w:lineRule="auto"/>
        <w:ind w:firstLine="576"/>
        <w:jc w:val="left"/>
      </w:pPr>
      <w:r>
        <w:rPr>
          <w:rFonts w:ascii="宋体" w:eastAsia="宋体" w:hAnsi="宋体"/>
          <w:sz w:val="28"/>
        </w:rPr>
        <w:t>（6）性意识的发展。我国学者一般将性心理的发展分为四个阶段：异性疏远期（12～14），接近异性期（14～16），向往异性期（16～18），恋爱期（18岁以后）。高中生经过短暂的异性疏远和相斥之后必然是渐浓的关注与接近。男女生开始注意异性对自己的态度，往往在异性面前表现自己，以博得异性的好感。此时期的少男少女正处在钟情、思春的股陇状态。他们对异性的关注具有好奇性、实验性和盲目性。其交往指向是泛泛的，多数是因相互的好感自然吸引。这个阶段的大多数学生还没有对特定异性的倾慕，但也有少数男女生开始倾慕特定的异性，出现了恋爱。这时性机能虽然日趋成熟，但正确的道德观和恋爱观一般尚未形成，如果他们之间的正当交往受到压抑，又受到不良影响对异性的神秘感和好奇心可能导致他们的越轨行为和不正当的交往关系。</w:t>
      </w:r>
    </w:p>
    <w:p>
      <w:pPr>
        <w:spacing w:before="100" w:after="200" w:line="360" w:lineRule="auto"/>
        <w:ind w:firstLine="576"/>
        <w:jc w:val="left"/>
      </w:pPr>
      <w:r>
        <w:rPr>
          <w:rFonts w:ascii="宋体" w:eastAsia="宋体" w:hAnsi="宋体"/>
          <w:sz w:val="28"/>
        </w:rPr>
        <w:t>综上所述，高中阶段上与少年后期相接，下与青年中期相连，因此，在身心发育和社会成熟方面与之互有一些交叉。</w:t>
      </w:r>
    </w:p>
    <w:p>
      <w:pPr>
        <w:spacing w:before="100" w:after="200" w:line="360" w:lineRule="auto"/>
        <w:jc w:val="left"/>
      </w:pPr>
      <w:r>
        <w:rPr>
          <w:rFonts w:ascii="宋体 (中文正文)" w:eastAsia="宋体" w:hAnsi="宋体 (中文正文)"/>
          <w:sz w:val="28"/>
        </w:rPr>
        <w:t>知识目标：</w:t>
      </w:r>
    </w:p>
    <w:p>
      <w:pPr>
        <w:spacing w:before="100" w:after="200" w:line="360" w:lineRule="auto"/>
        <w:ind w:firstLine="576"/>
        <w:jc w:val="left"/>
      </w:pPr>
      <w:r>
        <w:rPr>
          <w:rFonts w:ascii="宋体" w:eastAsia="宋体" w:hAnsi="宋体"/>
          <w:sz w:val="28"/>
        </w:rPr>
        <w:t>1.学生了解什么是心理健康，让他们走出心理健康的误区。</w:t>
      </w:r>
    </w:p>
    <w:p>
      <w:pPr>
        <w:spacing w:before="100" w:after="200" w:line="360" w:lineRule="auto"/>
        <w:ind w:firstLine="576"/>
        <w:jc w:val="left"/>
      </w:pPr>
      <w:r>
        <w:rPr>
          <w:rFonts w:ascii="宋体" w:eastAsia="宋体" w:hAnsi="宋体"/>
          <w:sz w:val="28"/>
        </w:rPr>
        <w:t>2.引导学生了解生命来之不易，让学生懂得生命的意义和价值。</w:t>
      </w:r>
    </w:p>
    <w:p>
      <w:pPr>
        <w:spacing w:before="100" w:after="200" w:line="360" w:lineRule="auto"/>
        <w:jc w:val="left"/>
      </w:pPr>
      <w:r>
        <w:rPr>
          <w:rFonts w:ascii="宋体 (中文正文)" w:eastAsia="宋体" w:hAnsi="宋体 (中文正文)"/>
          <w:sz w:val="28"/>
        </w:rPr>
        <w:t>能力目标：</w:t>
      </w:r>
    </w:p>
    <w:p>
      <w:pPr>
        <w:spacing w:before="100" w:after="200" w:line="360" w:lineRule="auto"/>
        <w:ind w:firstLine="576"/>
        <w:jc w:val="left"/>
      </w:pPr>
      <w:r>
        <w:rPr>
          <w:rFonts w:ascii="宋体" w:eastAsia="宋体" w:hAnsi="宋体"/>
          <w:sz w:val="28"/>
        </w:rPr>
        <w:t>引导学生掌握保持心理健康的方法。</w:t>
      </w:r>
    </w:p>
    <w:p>
      <w:pPr>
        <w:spacing w:before="100" w:after="200" w:line="360" w:lineRule="auto"/>
        <w:jc w:val="left"/>
      </w:pPr>
      <w:r>
        <w:rPr>
          <w:rFonts w:ascii="宋体 (中文正文)" w:eastAsia="宋体" w:hAnsi="宋体 (中文正文)"/>
          <w:sz w:val="28"/>
        </w:rPr>
        <w:t>情感目标：</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让学生感受生命的可贵、生活的美好，形成积极的人生态度。</w:t>
      </w:r>
    </w:p>
    <w:p>
      <w:pPr>
        <w:spacing w:before="100" w:after="200" w:line="360" w:lineRule="auto"/>
        <w:jc w:val="left"/>
      </w:pPr>
      <w:r>
        <w:rPr>
          <w:rFonts w:ascii="宋体 (中文正文)" w:eastAsia="宋体" w:hAnsi="宋体 (中文正文)"/>
          <w:sz w:val="28"/>
        </w:rPr>
        <w:t>教学重点：</w:t>
      </w:r>
    </w:p>
    <w:p>
      <w:pPr>
        <w:spacing w:before="100" w:after="200" w:line="360" w:lineRule="auto"/>
        <w:ind w:firstLine="576"/>
        <w:jc w:val="left"/>
      </w:pPr>
      <w:r>
        <w:rPr>
          <w:rFonts w:ascii="宋体" w:eastAsia="宋体" w:hAnsi="宋体"/>
          <w:sz w:val="28"/>
        </w:rPr>
        <w:t>1.了解心理疾病的危害</w:t>
      </w:r>
    </w:p>
    <w:p>
      <w:pPr>
        <w:spacing w:before="100" w:after="200" w:line="360" w:lineRule="auto"/>
        <w:ind w:firstLine="576"/>
        <w:jc w:val="left"/>
      </w:pPr>
      <w:r>
        <w:rPr>
          <w:rFonts w:ascii="宋体" w:eastAsia="宋体" w:hAnsi="宋体"/>
          <w:sz w:val="28"/>
        </w:rPr>
        <w:t>2.让学生树立良好的责任意识，学会为自己的行为负责，珍爱生命。</w:t>
      </w:r>
    </w:p>
    <w:p>
      <w:pPr>
        <w:spacing w:before="100" w:after="200" w:line="360" w:lineRule="auto"/>
        <w:jc w:val="left"/>
      </w:pPr>
      <w:r>
        <w:rPr>
          <w:rFonts w:ascii="宋体 (中文正文)" w:eastAsia="宋体" w:hAnsi="宋体 (中文正文)"/>
          <w:sz w:val="28"/>
        </w:rPr>
        <w:t>教学难点：</w:t>
      </w:r>
    </w:p>
    <w:p>
      <w:pPr>
        <w:spacing w:before="100" w:after="200" w:line="360" w:lineRule="auto"/>
        <w:ind w:firstLine="576"/>
        <w:jc w:val="left"/>
      </w:pPr>
      <w:r>
        <w:rPr>
          <w:rFonts w:ascii="宋体" w:eastAsia="宋体" w:hAnsi="宋体"/>
          <w:sz w:val="28"/>
        </w:rPr>
        <w:t>通过有效的途径维护学生的心理健康，学生的心理得以正常发展教学学法：教师教学方法：多媒体课件启发诱导视频图片展示</w:t>
      </w:r>
    </w:p>
    <w:p>
      <w:pPr>
        <w:spacing w:before="100" w:after="200" w:line="360" w:lineRule="auto"/>
        <w:ind w:firstLine="576"/>
        <w:jc w:val="left"/>
      </w:pPr>
      <w:r>
        <w:rPr>
          <w:rFonts w:ascii="宋体" w:eastAsia="宋体" w:hAnsi="宋体"/>
          <w:sz w:val="28"/>
        </w:rPr>
        <w:t>学生学习方法：自主合作探究法(通过视频引入案例让学生了解心理疾病的危害，然后分析形成原因，最后学生讨论总结预防心理疾病的方法和对策)</w:t>
      </w:r>
    </w:p>
    <w:p>
      <w:pPr>
        <w:spacing w:before="100" w:after="200" w:line="360" w:lineRule="auto"/>
        <w:jc w:val="left"/>
      </w:pPr>
      <w:r>
        <w:rPr>
          <w:rFonts w:ascii="宋体 (中文正文)" w:eastAsia="宋体" w:hAnsi="宋体 (中文正文)"/>
          <w:sz w:val="28"/>
        </w:rPr>
        <w:t>教学过程：</w:t>
      </w:r>
    </w:p>
    <w:p>
      <w:pPr>
        <w:spacing w:before="100" w:after="200" w:line="360" w:lineRule="auto"/>
        <w:jc w:val="left"/>
      </w:pPr>
      <w:r>
        <w:rPr>
          <w:rFonts w:ascii="宋体 (中文正文)" w:eastAsia="宋体" w:hAnsi="宋体 (中文正文)"/>
          <w:b/>
          <w:sz w:val="28"/>
        </w:rPr>
        <w:t>一、情境导入。</w:t>
      </w:r>
    </w:p>
    <w:p>
      <w:pPr>
        <w:spacing w:before="100" w:after="200" w:line="360" w:lineRule="auto"/>
        <w:ind w:firstLine="576"/>
        <w:jc w:val="left"/>
      </w:pPr>
      <w:r>
        <w:rPr>
          <w:rFonts w:ascii="宋体" w:eastAsia="宋体" w:hAnsi="宋体"/>
          <w:sz w:val="28"/>
        </w:rPr>
        <w:t>同学们观看学生跳楼轻生的视频图片，我们经常你看到学生出现心理疾病轻生的新闻报导。我们不禁要问：为什么校园自杀事件频发呢？给出调查表。</w:t>
      </w:r>
    </w:p>
    <w:p>
      <w:pPr>
        <w:spacing w:before="100" w:after="200" w:line="360" w:lineRule="auto"/>
        <w:ind w:firstLine="576"/>
        <w:jc w:val="left"/>
      </w:pPr>
      <w:r>
        <w:rPr>
          <w:rFonts w:ascii="宋体" w:eastAsia="宋体" w:hAnsi="宋体"/>
          <w:sz w:val="28"/>
        </w:rPr>
        <w:t>一、得到学生常见的心理障碍有自卑，叛逆，焦虑，冷漠，嫉妒，孤傲，恐惧，发怒等。高中生的心理健康问题主要表现为喜怒无常，情绪不稳，自我失控，心理承受力低，意志薄弱，缺乏自信，学习困难，考试焦虑，记忆力衰退，注意力不集中，思维贫乏，学习成绩不稳，难于应付挫折，青春期闭锁心理，并在行为上出现打架、骂人，说谎，考试舞弊、厌学、逃学，严重的出现自伤或伤人现象。</w:t>
      </w:r>
    </w:p>
    <w:p>
      <w:pPr>
        <w:spacing w:before="100" w:after="200" w:line="360" w:lineRule="auto"/>
        <w:jc w:val="left"/>
      </w:pPr>
      <w:r>
        <w:rPr>
          <w:rFonts w:ascii="宋体 (中文正文)" w:eastAsia="宋体" w:hAnsi="宋体 (中文正文)"/>
          <w:b/>
          <w:sz w:val="28"/>
        </w:rPr>
        <w:t>二、分析学生形成心理阴影的原因和危害</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https://d.book118.com/178063071032006023</w:t>
        </w:r>
      </w:hyperlink>
    </w:p>
    <w:p>
      <w:pPr>
        <w:spacing w:before="100" w:after="200" w:line="360" w:lineRule="auto"/>
        <w:jc w:val="left"/>
      </w:pPr>
    </w:p>
    <w:sectPr w:rsidSect="00034616">
      <w:type w:val="nextPage"/>
      <w:pgSz w:w="11906" w:h="16838"/>
      <w:pgMar w:top="1440" w:right="1440" w:bottom="1440" w:left="1440" w:header="720" w:footer="720" w:gutter="0"/>
      <w:pgNumType w:start="10"/>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780630710320060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generated by python-docx</dc:description>
  <cp:revision>1</cp:revision>
  <dcterms:created xsi:type="dcterms:W3CDTF">2013-12-23T23:15:00Z</dcterms:created>
  <dcterms:modified xsi:type="dcterms:W3CDTF">2013-12-23T23:15:00Z</dcterms:modified>
</cp:coreProperties>
</file>