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学生会体育部的工作计划（31篇）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学生会体育部的工作计划（通用31篇）</w:t>
      </w:r>
      <w:r>
        <w:rPr>
          <w:lang w:eastAsia="zh-CN"/>
        </w:rPr>
        <w:br/>
      </w:r>
      <w:r>
        <w:rPr>
          <w:lang w:eastAsia="zh-CN"/>
        </w:rPr>
        <w:t xml:space="preserve">    学生会体育部的工作计划 篇1 </w:t>
      </w:r>
      <w:r>
        <w:rPr>
          <w:lang w:eastAsia="zh-CN"/>
        </w:rPr>
        <w:br/>
      </w:r>
      <w:r>
        <w:rPr>
          <w:lang w:eastAsia="zh-CN"/>
        </w:rPr>
        <w:t>　　新的学期开始了，学生会的工作也将一步步步入正轨，体育部的工作也将有新的面貌。这个首先我们部门将从以下几个方面展开工作：</w:t>
      </w:r>
      <w:r>
        <w:rPr>
          <w:lang w:eastAsia="zh-CN"/>
        </w:rPr>
        <w:br/>
      </w:r>
      <w:r>
        <w:rPr>
          <w:lang w:eastAsia="zh-CN"/>
        </w:rPr>
        <w:t>　　首先，是体育部的部内改造。我们的目标是建立起一个快乐的团队。在这个集体中，大家都能快乐、团结、思维活跃、不断提出新点子，积极的开展批评合自我批评，这样大家才能不断的进步。我们部门热爱体育运动的同学有很多，基于这个特点，希望在这学期里体育部能够成为学生会中最活跃的部门，最亮丽的风景线。争取工作比上学期做得更热情更好。</w:t>
      </w:r>
      <w:r>
        <w:rPr>
          <w:lang w:eastAsia="zh-CN"/>
        </w:rPr>
        <w:br/>
      </w:r>
      <w:r>
        <w:rPr>
          <w:lang w:eastAsia="zh-CN"/>
        </w:rPr>
        <w:t>　　其次，就是主办好这个学期的体育活动，充分调动起同学们的热情。由于本学期时间较短，又有运动会等大型活动，因而在这学期，我们体育部会以小型的活动为主。故体育部初步拟定计划如下：</w:t>
      </w:r>
      <w:r>
        <w:rPr>
          <w:lang w:eastAsia="zh-CN"/>
        </w:rPr>
        <w:br/>
      </w:r>
      <w:r>
        <w:rPr>
          <w:lang w:eastAsia="zh-CN"/>
        </w:rPr>
        <w:t>　　（1）举行三人篮球赛。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时间初步定在3月底，目前已经有了为本次活动提供赞助的厂商，我部会根据以往的经验教训尽自己的全力办好此次活动，活动详情，请参见活动策划书以及相应的规程制度。通过活动融洽学习气氛，提高同学之间的团队合作精神，到时也需要各部门的鼎力相助。</w:t>
      </w:r>
      <w:r>
        <w:rPr>
          <w:lang w:eastAsia="zh-CN"/>
        </w:rPr>
        <w:br/>
      </w:r>
      <w:r>
        <w:rPr>
          <w:lang w:eastAsia="zh-CN"/>
        </w:rPr>
        <w:t>　　（2）配合运动会的开展</w:t>
      </w:r>
      <w:r>
        <w:rPr>
          <w:lang w:eastAsia="zh-CN"/>
        </w:rPr>
        <w:br/>
      </w:r>
      <w:r>
        <w:rPr>
          <w:lang w:eastAsia="zh-CN"/>
        </w:rPr>
        <w:t>　　我部将尽所能地发挥本部的特质，及功用，为运动会的顺利进行出力。</w:t>
      </w:r>
      <w:r>
        <w:rPr>
          <w:lang w:eastAsia="zh-CN"/>
        </w:rPr>
        <w:br/>
      </w:r>
      <w:r>
        <w:rPr>
          <w:lang w:eastAsia="zh-CN"/>
        </w:rPr>
        <w:t>　　体育部将有条有理地完成运动会前期准备及进行期间的学生会安排我部进行的各项工作。到时一但有任务下达，体育部会作好每项任务的策划和实施工作，努力做到每个环节有条不紊地进行。</w:t>
      </w:r>
      <w:r>
        <w:rPr>
          <w:lang w:eastAsia="zh-CN"/>
        </w:rPr>
        <w:br/>
      </w:r>
      <w:r>
        <w:rPr>
          <w:lang w:eastAsia="zh-CN"/>
        </w:rPr>
        <w:t>　　（3）举办“工商杯”篮球赛</w:t>
      </w:r>
      <w:r>
        <w:rPr>
          <w:lang w:eastAsia="zh-CN"/>
        </w:rPr>
        <w:br/>
      </w:r>
      <w:r>
        <w:rPr>
          <w:lang w:eastAsia="zh-CN"/>
        </w:rPr>
        <w:t>　　由于本学期学校有运动会，故比赛时间初步定在四月十六号至五月16号之间。</w:t>
      </w:r>
      <w:r>
        <w:rPr>
          <w:lang w:eastAsia="zh-CN"/>
        </w:rPr>
        <w:br/>
      </w:r>
      <w:r>
        <w:rPr>
          <w:lang w:eastAsia="zh-CN"/>
        </w:rPr>
        <w:t>　　“工商杯”篮球赛是学校的传统项目，同时也是我部的固有项目。因为传统因为固有，所以如何将此次活动搞得有声有色，是摆在我们部门面前的最大的难题。本次比赛本部会吸取“新生杯”篮球赛的教训，坚持在创新上下功夫，加强对赛事前期准备的重视，注重策划环节与现有的实际相结合。希望通过本部的努力以及各部门的大力支持，稳固“工商杯”在学校以及学生心目中的地位。</w:t>
      </w:r>
      <w:r>
        <w:rPr>
          <w:lang w:eastAsia="zh-CN"/>
        </w:rPr>
        <w:br/>
      </w:r>
      <w:r>
        <w:rPr>
          <w:lang w:eastAsia="zh-CN"/>
        </w:rPr>
        <w:t>　　（4）五四期间的活动</w:t>
      </w:r>
      <w:r>
        <w:rPr>
          <w:lang w:eastAsia="zh-CN"/>
        </w:rPr>
        <w:br/>
      </w:r>
      <w:r>
        <w:rPr>
          <w:lang w:eastAsia="zh-CN"/>
        </w:rPr>
        <w:t>　　条件允许的话，在五四期间拟定一些活动。活动类型如：乒乓球赛、羽毛球赛等小型联赛，活动坚持每周交替进行，具体规则详见五月上旬的策划书。通过这一系列的活动使爱好各种体育运动的同学在课余有一个很好的交流以及切磋的机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以上是体育部这个学期的工作计划。真诚地希望体育部能够真正起到活跃学校体育文化活动的作用，为同学们撑起一片快乐的蓝天。</w:t>
      </w:r>
      <w:r>
        <w:rPr>
          <w:lang w:eastAsia="zh-CN"/>
        </w:rPr>
        <w:br/>
      </w:r>
      <w:r>
        <w:rPr>
          <w:lang w:eastAsia="zh-CN"/>
        </w:rPr>
        <w:t xml:space="preserve">    学生会体育部的工作计划 篇2 </w:t>
      </w:r>
      <w:r>
        <w:rPr>
          <w:lang w:eastAsia="zh-CN"/>
        </w:rPr>
        <w:br/>
      </w:r>
      <w:r>
        <w:rPr>
          <w:lang w:eastAsia="zh-CN"/>
        </w:rPr>
        <w:t>　　一、指导思想：</w:t>
      </w:r>
      <w:r>
        <w:rPr>
          <w:lang w:eastAsia="zh-CN"/>
        </w:rPr>
        <w:br/>
      </w:r>
      <w:r>
        <w:rPr>
          <w:lang w:eastAsia="zh-CN"/>
        </w:rPr>
        <w:t>　　在大学院领导的领导下，发扬团结、拼搏、奉献、向上的精神。丰富学生课余文化生活，锻炼学生才干能力；注重加强体育部的自身建设，提高体育部的工作效率和服务水平；努力提高学生自我管理能力，创造性地开展活动。</w:t>
      </w:r>
      <w:r>
        <w:rPr>
          <w:lang w:eastAsia="zh-CN"/>
        </w:rPr>
        <w:br/>
      </w:r>
      <w:r>
        <w:rPr>
          <w:lang w:eastAsia="zh-CN"/>
        </w:rPr>
        <w:t>　　二、工作目标：</w:t>
      </w:r>
      <w:r>
        <w:rPr>
          <w:lang w:eastAsia="zh-CN"/>
        </w:rPr>
        <w:br/>
      </w:r>
      <w:r>
        <w:rPr>
          <w:lang w:eastAsia="zh-CN"/>
        </w:rPr>
        <w:t>　　为全院学生服务，丰富我院学生的课外活动，提高学生素质，努力为我部创造更好的成绩，并协助学生会其他部门开展工作。</w:t>
      </w:r>
      <w:r>
        <w:rPr>
          <w:lang w:eastAsia="zh-CN"/>
        </w:rPr>
        <w:br/>
      </w:r>
      <w:r>
        <w:rPr>
          <w:lang w:eastAsia="zh-CN"/>
        </w:rPr>
        <w:t>　　三、工作要求：</w:t>
      </w:r>
      <w:r>
        <w:rPr>
          <w:lang w:eastAsia="zh-CN"/>
        </w:rPr>
        <w:br/>
      </w:r>
      <w:r>
        <w:rPr>
          <w:lang w:eastAsia="zh-CN"/>
        </w:rPr>
        <w:t>　　1、以维护学生为利益，坚持团结，拼搏，奉献，向上的工作精神。</w:t>
      </w:r>
      <w:r>
        <w:rPr>
          <w:lang w:eastAsia="zh-CN"/>
        </w:rPr>
        <w:br/>
      </w:r>
      <w:r>
        <w:rPr>
          <w:lang w:eastAsia="zh-CN"/>
        </w:rPr>
        <w:t>　　2、加强学生会的自身建设，学生干部要在学生中起到带头作用，并且严格要求自我。</w:t>
      </w:r>
      <w:r>
        <w:rPr>
          <w:lang w:eastAsia="zh-CN"/>
        </w:rPr>
        <w:br/>
      </w:r>
      <w:r>
        <w:rPr>
          <w:lang w:eastAsia="zh-CN"/>
        </w:rPr>
        <w:t>　　3、积极开展丰富的体育活动，丰富学生的课余生活。并从中发掘人才，培养人才，锻炼学生的身体。使其体育和学习同时进步</w:t>
      </w:r>
      <w:r>
        <w:rPr>
          <w:lang w:eastAsia="zh-CN"/>
        </w:rPr>
        <w:br/>
      </w:r>
      <w:r>
        <w:rPr>
          <w:lang w:eastAsia="zh-CN"/>
        </w:rPr>
        <w:t>　　四、具体工作计划：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体育部要针对具体的情况来安排和组织相应的体育活动，来加强同学、学生会和老师三方面的关系，为以后更好的开展我部的工作奠定基础。开拓合作途径，加强本部和外部之间的联系，使我们的工作可以更好的展开。</w:t>
      </w:r>
      <w:r>
        <w:rPr>
          <w:lang w:eastAsia="zh-CN"/>
        </w:rPr>
        <w:br/>
      </w:r>
      <w:r>
        <w:rPr>
          <w:lang w:eastAsia="zh-CN"/>
        </w:rPr>
        <w:t>　　这学期主要的工作计划是“拔河比赛”和“运动会”。</w:t>
      </w:r>
      <w:r>
        <w:rPr>
          <w:lang w:eastAsia="zh-CN"/>
        </w:rPr>
        <w:br/>
      </w:r>
      <w:r>
        <w:rPr>
          <w:lang w:eastAsia="zh-CN"/>
        </w:rPr>
        <w:t>　　、拔河比赛：</w:t>
      </w:r>
      <w:r>
        <w:rPr>
          <w:lang w:eastAsia="zh-CN"/>
        </w:rPr>
        <w:br/>
      </w:r>
      <w:r>
        <w:rPr>
          <w:lang w:eastAsia="zh-CN"/>
        </w:rPr>
        <w:t>　　1、活动地点时间：一教二教之间，时间待定。</w:t>
      </w:r>
      <w:r>
        <w:rPr>
          <w:lang w:eastAsia="zh-CN"/>
        </w:rPr>
        <w:br/>
      </w:r>
      <w:r>
        <w:rPr>
          <w:lang w:eastAsia="zh-CN"/>
        </w:rPr>
        <w:t>　　2、比赛时又两名体育部人员做裁判员，两名计分员，其余的人维持现场秩序。</w:t>
      </w:r>
      <w:r>
        <w:rPr>
          <w:lang w:eastAsia="zh-CN"/>
        </w:rPr>
        <w:br/>
      </w:r>
      <w:r>
        <w:rPr>
          <w:lang w:eastAsia="zh-CN"/>
        </w:rPr>
        <w:t>　　3、比赛规则：比赛分为淘汰赛和循环赛，选出第一二三四名，并给予奖励。</w:t>
      </w:r>
      <w:r>
        <w:rPr>
          <w:lang w:eastAsia="zh-CN"/>
        </w:rPr>
        <w:br/>
      </w:r>
      <w:r>
        <w:rPr>
          <w:lang w:eastAsia="zh-CN"/>
        </w:rPr>
        <w:t>　　4、活动经费：三百元左右。</w:t>
      </w:r>
      <w:r>
        <w:rPr>
          <w:lang w:eastAsia="zh-CN"/>
        </w:rPr>
        <w:br/>
      </w:r>
      <w:r>
        <w:rPr>
          <w:lang w:eastAsia="zh-CN"/>
        </w:rPr>
        <w:t>　　、运动会：</w:t>
      </w:r>
      <w:r>
        <w:rPr>
          <w:lang w:eastAsia="zh-CN"/>
        </w:rPr>
        <w:br/>
      </w:r>
      <w:r>
        <w:rPr>
          <w:lang w:eastAsia="zh-CN"/>
        </w:rPr>
        <w:t>　　1、尽量给予每一位大一新生一个表现自我的机会，让没以为学生进行比赛选出比较优秀的学生参加比赛。</w:t>
      </w:r>
      <w:r>
        <w:rPr>
          <w:lang w:eastAsia="zh-CN"/>
        </w:rPr>
        <w:br/>
      </w:r>
      <w:r>
        <w:rPr>
          <w:lang w:eastAsia="zh-CN"/>
        </w:rPr>
        <w:t>　　2、每位体育部人员积极参加并组织比赛队员入场，在比赛过程中积极配合老师、部员等人的工作。</w:t>
      </w:r>
      <w:r>
        <w:rPr>
          <w:lang w:eastAsia="zh-CN"/>
        </w:rPr>
        <w:br/>
      </w:r>
      <w:r>
        <w:rPr>
          <w:lang w:eastAsia="zh-CN"/>
        </w:rPr>
        <w:t>　　3、比赛时当运动员跑完全程时应在终点设有专门人员帮助运动员回复体力。</w:t>
      </w:r>
      <w:r>
        <w:rPr>
          <w:lang w:eastAsia="zh-CN"/>
        </w:rPr>
        <w:br/>
      </w:r>
      <w:r>
        <w:rPr>
          <w:lang w:eastAsia="zh-CN"/>
        </w:rPr>
        <w:t>　　我们部门都是热爱体育运动的同学，基于这个特点希望在这学期里体育部能够成为学生会中最活跃的部门，最亮丽的风景线。</w:t>
      </w:r>
      <w:r>
        <w:rPr>
          <w:lang w:eastAsia="zh-CN"/>
        </w:rPr>
        <w:br/>
      </w:r>
      <w:r>
        <w:rPr>
          <w:lang w:eastAsia="zh-CN"/>
        </w:rPr>
        <w:t>　　以上是体育部这个学期的工作计划，真诚希望体育部能够真正起到活跃学校体育文化活动的作用，为同学们撑起一片快乐的蓝天。</w:t>
      </w:r>
      <w:r>
        <w:rPr>
          <w:lang w:eastAsia="zh-CN"/>
        </w:rPr>
        <w:br/>
      </w:r>
      <w:r>
        <w:rPr>
          <w:lang w:eastAsia="zh-CN"/>
        </w:rPr>
        <w:t xml:space="preserve">    学生会体育部的工作计划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去年忙完了一年一度的新生篮球赛，院学生会体育部开始了新一轮的工作，在本年里，体育部的工作应该更上一层楼，更加认真的做好本年度的工作，院学生会体育部有以下计划、</w:t>
      </w:r>
      <w:r>
        <w:rPr>
          <w:lang w:eastAsia="zh-CN"/>
        </w:rPr>
        <w:br/>
      </w:r>
      <w:r>
        <w:rPr>
          <w:lang w:eastAsia="zh-CN"/>
        </w:rPr>
        <w:t>　　一、加强部门内部建设。严格例会制度，对部门新干事进行培训，加强内部团结，采用新的例会制度——干事主持例会制，挖掘部门内在潜力，提高干事的办事能力和增强干事的积极性。</w:t>
      </w:r>
      <w:r>
        <w:rPr>
          <w:lang w:eastAsia="zh-CN"/>
        </w:rPr>
        <w:br/>
      </w:r>
      <w:r>
        <w:rPr>
          <w:lang w:eastAsia="zh-CN"/>
        </w:rPr>
        <w:t>　　二、配合院学生会的各项工作，积极参加院学生会各部门举办的活动。</w:t>
      </w:r>
      <w:r>
        <w:rPr>
          <w:lang w:eastAsia="zh-CN"/>
        </w:rPr>
        <w:br/>
      </w:r>
      <w:r>
        <w:rPr>
          <w:lang w:eastAsia="zh-CN"/>
        </w:rPr>
        <w:t>　　三、确定院学生会体育部干部名单后，干部进行交流讨论，制定一系列改革和发展方案。</w:t>
      </w:r>
      <w:r>
        <w:rPr>
          <w:lang w:eastAsia="zh-CN"/>
        </w:rPr>
        <w:br/>
      </w:r>
      <w:r>
        <w:rPr>
          <w:lang w:eastAsia="zh-CN"/>
        </w:rPr>
        <w:t>　　四、组织本院同学参加“西工杯”篮球赛，春季运动会等校园赛事。</w:t>
      </w:r>
      <w:r>
        <w:rPr>
          <w:lang w:eastAsia="zh-CN"/>
        </w:rPr>
        <w:br/>
      </w:r>
      <w:r>
        <w:rPr>
          <w:lang w:eastAsia="zh-CN"/>
        </w:rPr>
        <w:t>　　五、为了加强院学生的交流与联系，与三月份举办“3+2”篮球赛。</w:t>
      </w:r>
      <w:r>
        <w:rPr>
          <w:lang w:eastAsia="zh-CN"/>
        </w:rPr>
        <w:br/>
      </w:r>
      <w:r>
        <w:rPr>
          <w:lang w:eastAsia="zh-CN"/>
        </w:rPr>
        <w:t>　　六、策划六月份的院学生内部趣味活动。</w:t>
      </w:r>
      <w:r>
        <w:rPr>
          <w:lang w:eastAsia="zh-CN"/>
        </w:rPr>
        <w:br/>
      </w:r>
      <w:r>
        <w:rPr>
          <w:lang w:eastAsia="zh-CN"/>
        </w:rPr>
        <w:t>　　七、剩余的时间里进行内部建设。</w:t>
      </w:r>
      <w:r>
        <w:rPr>
          <w:lang w:eastAsia="zh-CN"/>
        </w:rPr>
        <w:br/>
      </w:r>
      <w:r>
        <w:rPr>
          <w:lang w:eastAsia="zh-CN"/>
        </w:rPr>
        <w:t xml:space="preserve">    学生会体育部的工作计划 篇4 </w:t>
      </w:r>
      <w:r>
        <w:rPr>
          <w:lang w:eastAsia="zh-CN"/>
        </w:rPr>
        <w:br/>
      </w:r>
      <w:r>
        <w:rPr>
          <w:lang w:eastAsia="zh-CN"/>
        </w:rPr>
        <w:t>　　20__年，亚运会将在中国广州举行。这是中国20年后再次举办亚运会。为迎接广州亚运会的顺利召开，我们体育部要在下学期的工作中努力做好自己的本职工作，不断地开拓创新。</w:t>
      </w:r>
      <w:r>
        <w:rPr>
          <w:lang w:eastAsia="zh-CN"/>
        </w:rPr>
        <w:br/>
      </w:r>
      <w:r>
        <w:rPr>
          <w:lang w:eastAsia="zh-CN"/>
        </w:rPr>
        <w:t>　　（一）体育部在组织建设方面：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1、强化体育部所有成员的责任意识，借20__年经贸系团总支、学生会纳新之际完成体育部内部机构调整。</w:t>
      </w:r>
      <w:r>
        <w:rPr>
          <w:lang w:eastAsia="zh-CN"/>
        </w:rPr>
        <w:br/>
      </w:r>
      <w:r>
        <w:rPr>
          <w:lang w:eastAsia="zh-CN"/>
        </w:rPr>
        <w:t>　　2、为更好组织经贸系的`体育工作，学生的体育锻炼应该是我们关注的焦点，尤其是篮球、足球、乒乓球、羽毛球等一些深受广大学生们喜爱的体育活动，我们体育部以开展体育活动为载体，让同学们多做经验的交流，促进自身的全面发展，发扬体育文化的核心作用。</w:t>
      </w:r>
      <w:r>
        <w:rPr>
          <w:lang w:eastAsia="zh-CN"/>
        </w:rPr>
        <w:br/>
      </w:r>
      <w:r>
        <w:rPr>
          <w:lang w:eastAsia="zh-CN"/>
        </w:rPr>
        <w:t>　　3、积极参加经贸系团总支、学生会的例会，并做好会议记录。</w:t>
      </w:r>
      <w:r>
        <w:rPr>
          <w:lang w:eastAsia="zh-CN"/>
        </w:rPr>
        <w:br/>
      </w:r>
      <w:r>
        <w:rPr>
          <w:lang w:eastAsia="zh-CN"/>
        </w:rPr>
        <w:t>　　4、和其他系保持紧密联系，更好地督促与监督我们体育部存在的缺点与不足，加以改正，保持先进：同时把我系的体育文化向系外推广，加强我系在其他系中的影响力。</w:t>
      </w:r>
      <w:r>
        <w:rPr>
          <w:lang w:eastAsia="zh-CN"/>
        </w:rPr>
        <w:br/>
      </w:r>
      <w:r>
        <w:rPr>
          <w:lang w:eastAsia="zh-CN"/>
        </w:rPr>
        <w:t>　　5、与学生会各部联手，建立友好的交流平台，可以在学习他人之长的同时补己之短，并可以在以后的工作中获得帮助。6、积极配合院学生会体育部开展早操查勤工作。</w:t>
      </w:r>
      <w:r>
        <w:rPr>
          <w:lang w:eastAsia="zh-CN"/>
        </w:rPr>
        <w:br/>
      </w:r>
      <w:r>
        <w:rPr>
          <w:lang w:eastAsia="zh-CN"/>
        </w:rPr>
        <w:t>　　（二）体育部在活动开展方面：</w:t>
      </w:r>
      <w:r>
        <w:rPr>
          <w:lang w:eastAsia="zh-CN"/>
        </w:rPr>
        <w:br/>
      </w:r>
      <w:r>
        <w:rPr>
          <w:lang w:eastAsia="zh-CN"/>
        </w:rPr>
        <w:t>　　1、学院系统内部篮球赛</w:t>
      </w:r>
      <w:r>
        <w:rPr>
          <w:lang w:eastAsia="zh-CN"/>
        </w:rPr>
        <w:br/>
      </w:r>
      <w:r>
        <w:rPr>
          <w:lang w:eastAsia="zh-CN"/>
        </w:rPr>
        <w:t>　　篮球作为学校的传统体育项目，其受欢迎的程度，从平时球场上的人山人海就可以看出。好的东西应当秉承发扬，参加篮球比赛，不仅可以强化同学的锻炼意识，还可以激起同学们之间良好的竞争意识，并且展示经贸系学习的拼搏精神。</w:t>
      </w:r>
      <w:r>
        <w:rPr>
          <w:lang w:eastAsia="zh-CN"/>
        </w:rPr>
        <w:br/>
      </w:r>
      <w:r>
        <w:rPr>
          <w:lang w:eastAsia="zh-CN"/>
        </w:rPr>
        <w:t>　　我们体育部要在20__届新生中组建具有强大战斗力的新生男子篮球队，刻苦训练，争取在20__年全院的新生杯男子篮球赛中获得好成绩，延续经贸系男篮在这方面的优良传统。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2、经贸系内部羽毛球大赛</w:t>
      </w:r>
      <w:r>
        <w:rPr>
          <w:lang w:eastAsia="zh-CN"/>
        </w:rPr>
        <w:br/>
      </w:r>
      <w:r>
        <w:rPr>
          <w:lang w:eastAsia="zh-CN"/>
        </w:rPr>
        <w:t>　　篮球是男生热中的项目，从全面考虑，我们也不应该忽视女生的体育兴趣，羽毛球作为女子体育的主要项目，不论从竞技还是人群角度上看，都是一个不错的选择，并且由于上学期没有举办，引起了同学们的失望情绪非常之高，对我们体育部的工作能力也产生了质疑，因此，下半年中，组织一场友好高效的羽毛球比赛，也将是我们体育部不可推卸的责任。</w:t>
      </w:r>
      <w:r>
        <w:rPr>
          <w:lang w:eastAsia="zh-CN"/>
        </w:rPr>
        <w:br/>
      </w:r>
      <w:r>
        <w:rPr>
          <w:lang w:eastAsia="zh-CN"/>
        </w:rPr>
        <w:t>　　3、20__年铜陵学院第八届体育运动会</w:t>
      </w:r>
      <w:r>
        <w:rPr>
          <w:lang w:eastAsia="zh-CN"/>
        </w:rPr>
        <w:br/>
      </w:r>
      <w:r>
        <w:rPr>
          <w:lang w:eastAsia="zh-CN"/>
        </w:rPr>
        <w:t>　　这应该是我们体育部下半年工作的重中之重。首先，我们经贸系在之前的几届运动会中都取得了骄人的成绩，所以我们要再接再厉，本着认真负责的态度选拔运动员参加比赛，并且做好比赛的组织和后勤工作，争取在总成绩上更上一层楼。其次，我们经贸系的仪仗队在近几届运动会中成绩不佳，这在很大程度上限制了我们的总成绩。因此，今年体育部要认真负责仪仗队训练，力争在今年的运动会有所突破。</w:t>
      </w:r>
      <w:r>
        <w:rPr>
          <w:lang w:eastAsia="zh-CN"/>
        </w:rPr>
        <w:br/>
      </w:r>
      <w:r>
        <w:rPr>
          <w:lang w:eastAsia="zh-CN"/>
        </w:rPr>
        <w:t xml:space="preserve">    学生会体育部的工作计划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转瞬即逝，__年北京奥运已经远离我们而去，本届奥运圆了我们十三亿人的梦想，给我们留下了永恒的记忆，给我们带来了无尽的欢声和笑语。就让我们带着无限的喜悦和满腔的热情开展我们自己的工作吧，本届的学生会工作已经进行过半，在上半年的'工作中我们经历了很多、收获了很多、也成长了很多。__年上学期是我们体育部工作最繁重的半年也是我们学生会体育部需要付出最多的一学期，因为这半年我们肩负着很大的使命——因为我们要成功的承办下学期的三项大的体育活动———女子篮球赛，趣味篮球赛和拔河比赛。我们要有百分之一百二的信心去战胜所有的困难向全体师生展现一个顽强充满朝气的自我！在新的学期里向全体师生交一份一百分的答卷卷虽然不是我们的义务，但是是我们的责任。</w:t>
      </w:r>
      <w:r>
        <w:rPr>
          <w:lang w:eastAsia="zh-CN"/>
        </w:rPr>
        <w:br/>
      </w:r>
      <w:r>
        <w:rPr>
          <w:lang w:eastAsia="zh-CN"/>
        </w:rPr>
        <w:t>　　下面将我部__年上学期的工作简要列举如下，如有不足还望各位给予补充：</w:t>
      </w:r>
      <w:r>
        <w:rPr>
          <w:lang w:eastAsia="zh-CN"/>
        </w:rPr>
        <w:br/>
      </w:r>
      <w:r>
        <w:rPr>
          <w:lang w:eastAsia="zh-CN"/>
        </w:rPr>
        <w:t>　　一、女子篮球赛；</w:t>
      </w:r>
      <w:r>
        <w:rPr>
          <w:lang w:eastAsia="zh-CN"/>
        </w:rPr>
        <w:br/>
      </w:r>
      <w:r>
        <w:rPr>
          <w:lang w:eastAsia="zh-CN"/>
        </w:rPr>
        <w:t>　　（1）为活跃校园文化生活，积极参与校园文化艺术节活动，我们学生会体育部决定举办"彩虹杯"女子篮球赛。</w:t>
      </w:r>
      <w:r>
        <w:rPr>
          <w:lang w:eastAsia="zh-CN"/>
        </w:rPr>
        <w:br/>
      </w:r>
      <w:r>
        <w:rPr>
          <w:lang w:eastAsia="zh-CN"/>
        </w:rPr>
        <w:t>　　（2）组织形式：</w:t>
      </w:r>
      <w:r>
        <w:rPr>
          <w:lang w:eastAsia="zh-CN"/>
        </w:rPr>
        <w:br/>
      </w:r>
      <w:r>
        <w:rPr>
          <w:lang w:eastAsia="zh-CN"/>
        </w:rPr>
        <w:t>　　各班各派出一只求队，每队10人，统一队服。采取抽签进行分组。小组赛以单循环方式进行，半决赛实行单淘汰方式进行。</w:t>
      </w:r>
      <w:r>
        <w:rPr>
          <w:lang w:eastAsia="zh-CN"/>
        </w:rPr>
        <w:br/>
      </w:r>
      <w:r>
        <w:rPr>
          <w:lang w:eastAsia="zh-CN"/>
        </w:rPr>
        <w:t>　　（3）具体活动安排：宣传，开幕，比赛，闭幕式暨颁奖典礼，活动经费预算，奖励办法，都将于明年公布。</w:t>
      </w:r>
      <w:r>
        <w:rPr>
          <w:lang w:eastAsia="zh-CN"/>
        </w:rPr>
        <w:br/>
      </w:r>
      <w:r>
        <w:rPr>
          <w:lang w:eastAsia="zh-CN"/>
        </w:rPr>
        <w:t>　　二、趣味篮球赛</w:t>
      </w:r>
      <w:r>
        <w:rPr>
          <w:lang w:eastAsia="zh-CN"/>
        </w:rPr>
        <w:br/>
      </w:r>
      <w:r>
        <w:rPr>
          <w:lang w:eastAsia="zh-CN"/>
        </w:rPr>
        <w:t>　　为进一步活跃我校学生的业余文化生活，增强学生的体质，增进各班级之间的友谊和交流，为使学生以饱满的精神，十足的干劲，立足本校，多做贡献，为推动学校的快速发展创氛围、凝人气、聚力量，校工会特举办“鼓劲杯”趣味篮球比赛活动。</w:t>
      </w:r>
      <w:r>
        <w:rPr>
          <w:lang w:eastAsia="zh-CN"/>
        </w:rPr>
        <w:br/>
      </w:r>
      <w:r>
        <w:rPr>
          <w:lang w:eastAsia="zh-CN"/>
        </w:rPr>
        <w:t>　　本次活动的主题为：健身体、促交流、鼓干劲，立足本职，为加快长沙建筑工程学校发展再做新贡献。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各班采取班级报名方式，各班限报名男女共15人。</w:t>
      </w:r>
      <w:r>
        <w:rPr>
          <w:lang w:eastAsia="zh-CN"/>
        </w:rPr>
        <w:br/>
      </w:r>
      <w:r>
        <w:rPr>
          <w:lang w:eastAsia="zh-CN"/>
        </w:rPr>
        <w:t>　　比赛方法：</w:t>
      </w:r>
      <w:r>
        <w:rPr>
          <w:lang w:eastAsia="zh-CN"/>
        </w:rPr>
        <w:br/>
      </w:r>
      <w:r>
        <w:rPr>
          <w:lang w:eastAsia="zh-CN"/>
        </w:rPr>
        <w:t>　　1、每队五男、五女运动员在罚球区投篮，每人十次，不得代投。</w:t>
      </w:r>
      <w:r>
        <w:rPr>
          <w:lang w:eastAsia="zh-CN"/>
        </w:rPr>
        <w:br/>
      </w:r>
      <w:r>
        <w:rPr>
          <w:lang w:eastAsia="zh-CN"/>
        </w:rPr>
        <w:t>　　2、每进一球为一分，每队累计分为总分。</w:t>
      </w:r>
      <w:r>
        <w:rPr>
          <w:lang w:eastAsia="zh-CN"/>
        </w:rPr>
        <w:br/>
      </w:r>
      <w:r>
        <w:rPr>
          <w:lang w:eastAsia="zh-CN"/>
        </w:rPr>
        <w:t>　　3、积分相同队名次并列，不设附加赛。</w:t>
      </w:r>
      <w:r>
        <w:rPr>
          <w:lang w:eastAsia="zh-CN"/>
        </w:rPr>
        <w:br/>
      </w:r>
      <w:r>
        <w:rPr>
          <w:lang w:eastAsia="zh-CN"/>
        </w:rPr>
        <w:t>　　4、参赛运动员须于开赛前10分钟c到场，比赛开始时未到场者视为弃权。参赛运动员须服从指挥。</w:t>
      </w:r>
      <w:r>
        <w:rPr>
          <w:lang w:eastAsia="zh-CN"/>
        </w:rPr>
        <w:br/>
      </w:r>
      <w:r>
        <w:rPr>
          <w:lang w:eastAsia="zh-CN"/>
        </w:rPr>
        <w:t>　　七、奖励办法：</w:t>
      </w:r>
      <w:r>
        <w:rPr>
          <w:lang w:eastAsia="zh-CN"/>
        </w:rPr>
        <w:br/>
      </w:r>
      <w:r>
        <w:rPr>
          <w:lang w:eastAsia="zh-CN"/>
        </w:rPr>
        <w:t>　　录取参赛队的前30%为优胜奖，凡参赛者均发给纪念品。</w:t>
      </w:r>
      <w:r>
        <w:rPr>
          <w:lang w:eastAsia="zh-CN"/>
        </w:rPr>
        <w:br/>
      </w:r>
      <w:r>
        <w:rPr>
          <w:lang w:eastAsia="zh-CN"/>
        </w:rPr>
        <w:t>　　活动具体安排于__年上学期予以公布。</w:t>
      </w:r>
      <w:r>
        <w:rPr>
          <w:lang w:eastAsia="zh-CN"/>
        </w:rPr>
        <w:br/>
      </w:r>
      <w:r>
        <w:rPr>
          <w:lang w:eastAsia="zh-CN"/>
        </w:rPr>
        <w:t>　　三、拔河比赛</w:t>
      </w:r>
      <w:r>
        <w:rPr>
          <w:lang w:eastAsia="zh-CN"/>
        </w:rPr>
        <w:br/>
      </w:r>
      <w:r>
        <w:rPr>
          <w:lang w:eastAsia="zh-CN"/>
        </w:rPr>
        <w:t>　　为了增强学生体育锻炼的意识，以组织比赛的形式为平时缺乏体育锻炼的大学生们创造运动机会，提供展现集体风采的舞台，通过拔河比赛发扬团队精神，增强凝聚力，使学生们集合集体的力量，以提高我校学生团体合作和坚忍不拔的精神。举办"力量型"拔河比赛。</w:t>
      </w:r>
      <w:r>
        <w:rPr>
          <w:lang w:eastAsia="zh-CN"/>
        </w:rPr>
        <w:br/>
      </w:r>
      <w:r>
        <w:rPr>
          <w:lang w:eastAsia="zh-CN"/>
        </w:rPr>
        <w:t>　　1、活动名称：拔河友谊赛</w:t>
      </w:r>
      <w:r>
        <w:rPr>
          <w:lang w:eastAsia="zh-CN"/>
        </w:rPr>
        <w:br/>
      </w:r>
      <w:r>
        <w:rPr>
          <w:lang w:eastAsia="zh-CN"/>
        </w:rPr>
        <w:t>　　2、活动宗旨：增进同学之间的交流，集体荣誉感及凝聚力。</w:t>
      </w:r>
      <w:r>
        <w:rPr>
          <w:lang w:eastAsia="zh-CN"/>
        </w:rPr>
        <w:br/>
      </w:r>
      <w:r>
        <w:rPr>
          <w:lang w:eastAsia="zh-CN"/>
        </w:rPr>
        <w:t>　　3、活动目的：丰富大学生的校园生活，增强师生之间的相互了解。促进同学之间的友好相处，使得校园气氛更加活跃，加强各届同学间的交流。</w:t>
      </w:r>
      <w:r>
        <w:rPr>
          <w:lang w:eastAsia="zh-CN"/>
        </w:rPr>
        <w:br/>
      </w:r>
      <w:r>
        <w:rPr>
          <w:lang w:eastAsia="zh-CN"/>
        </w:rPr>
        <w:t>　　4、活动对象：全体各班学生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5、活动地点：校田径场</w:t>
      </w:r>
      <w:r>
        <w:rPr>
          <w:lang w:eastAsia="zh-CN"/>
        </w:rPr>
        <w:br/>
      </w:r>
      <w:r>
        <w:rPr>
          <w:lang w:eastAsia="zh-CN"/>
        </w:rPr>
        <w:t>　　6、参赛要求：</w:t>
      </w:r>
      <w:r>
        <w:rPr>
          <w:lang w:eastAsia="zh-CN"/>
        </w:rPr>
        <w:br/>
      </w:r>
      <w:r>
        <w:rPr>
          <w:lang w:eastAsia="zh-CN"/>
        </w:rPr>
        <w:t>　　1、以班级为单位组成各参赛队伍</w:t>
      </w:r>
      <w:r>
        <w:rPr>
          <w:lang w:eastAsia="zh-CN"/>
        </w:rPr>
        <w:br/>
      </w:r>
      <w:r>
        <w:rPr>
          <w:lang w:eastAsia="zh-CN"/>
        </w:rPr>
        <w:t>　　2、每班限报一队每队共20人，男生_人，女生_人，并任命一名队长。</w:t>
      </w:r>
      <w:r>
        <w:rPr>
          <w:lang w:eastAsia="zh-CN"/>
        </w:rPr>
        <w:br/>
      </w:r>
      <w:r>
        <w:rPr>
          <w:lang w:eastAsia="zh-CN"/>
        </w:rPr>
        <w:t>　　3、参赛队员必须是本班学生，期于人不得参加。</w:t>
      </w:r>
      <w:r>
        <w:rPr>
          <w:lang w:eastAsia="zh-CN"/>
        </w:rPr>
        <w:br/>
      </w:r>
      <w:r>
        <w:rPr>
          <w:lang w:eastAsia="zh-CN"/>
        </w:rPr>
        <w:t>　　4、活动具体安排予以明年公布。</w:t>
      </w:r>
      <w:r>
        <w:rPr>
          <w:lang w:eastAsia="zh-CN"/>
        </w:rPr>
        <w:br/>
      </w:r>
      <w:r>
        <w:rPr>
          <w:lang w:eastAsia="zh-CN"/>
        </w:rPr>
        <w:t>　　四、创新工作；</w:t>
      </w:r>
      <w:r>
        <w:rPr>
          <w:lang w:eastAsia="zh-CN"/>
        </w:rPr>
        <w:br/>
      </w:r>
      <w:r>
        <w:rPr>
          <w:lang w:eastAsia="zh-CN"/>
        </w:rPr>
        <w:t>　　除以上各项常规工作外，我部也考虑在我院各学生团体之间开展一次活动，增进各团队之间的团结协作，加强我院学生团队的战斗力，具体活动还有待大家商议决定。</w:t>
      </w:r>
      <w:r>
        <w:rPr>
          <w:lang w:eastAsia="zh-CN"/>
        </w:rPr>
        <w:br/>
      </w:r>
      <w:r>
        <w:rPr>
          <w:lang w:eastAsia="zh-CN"/>
        </w:rPr>
        <w:t>　　以上既为我部本学期的工作计划，不足之处望大家给以指正，谢谢！</w:t>
      </w:r>
      <w:r>
        <w:rPr>
          <w:lang w:eastAsia="zh-CN"/>
        </w:rPr>
        <w:br/>
      </w:r>
      <w:r>
        <w:rPr>
          <w:lang w:eastAsia="zh-CN"/>
        </w:rPr>
        <w:t xml:space="preserve">    学生会体育部的工作计划 篇6 </w:t>
      </w:r>
      <w:r>
        <w:rPr>
          <w:lang w:eastAsia="zh-CN"/>
        </w:rPr>
        <w:br/>
      </w:r>
      <w:r>
        <w:rPr>
          <w:lang w:eastAsia="zh-CN"/>
        </w:rPr>
        <w:t>　　新学期已经开始，作为大学体育部成员我们会认真吸取往届体育部人成功举办活动的经验，踏踏实实做好本学期体育部的工作，更好的展现出我院的的特色，展现出我院学生的优秀素质。</w:t>
      </w:r>
      <w:r>
        <w:rPr>
          <w:lang w:eastAsia="zh-CN"/>
        </w:rPr>
        <w:br/>
      </w:r>
      <w:r>
        <w:rPr>
          <w:lang w:eastAsia="zh-CN"/>
        </w:rPr>
        <w:t>　　一、工作职责</w:t>
      </w:r>
      <w:r>
        <w:rPr>
          <w:lang w:eastAsia="zh-CN"/>
        </w:rPr>
        <w:br/>
      </w:r>
      <w:r>
        <w:rPr>
          <w:lang w:eastAsia="zh-CN"/>
        </w:rPr>
        <w:t>　　1、积极参加组织各项体育活动</w:t>
      </w:r>
      <w:r>
        <w:rPr>
          <w:lang w:eastAsia="zh-CN"/>
        </w:rPr>
        <w:br/>
      </w:r>
      <w:r>
        <w:rPr>
          <w:lang w:eastAsia="zh-CN"/>
        </w:rPr>
        <w:t>　　2、督促分院各班级开展活动</w:t>
      </w:r>
      <w:r>
        <w:rPr>
          <w:lang w:eastAsia="zh-CN"/>
        </w:rPr>
        <w:br/>
      </w:r>
      <w:r>
        <w:rPr>
          <w:lang w:eastAsia="zh-CN"/>
        </w:rPr>
        <w:t>　　3、协助其他部门开展分院活动</w:t>
      </w:r>
      <w:r>
        <w:rPr>
          <w:lang w:eastAsia="zh-CN"/>
        </w:rPr>
        <w:br/>
      </w:r>
      <w:r>
        <w:rPr>
          <w:lang w:eastAsia="zh-CN"/>
        </w:rPr>
        <w:t>　　二、具体工作计划内容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由于本学期HINI病情影响，导致学期时间较短，所以这学期主要举办中小型比赛，积极宣传大家参加比赛，调动所有同学的热情。所以体育部初步拟定计划如下：</w:t>
      </w:r>
      <w:r>
        <w:rPr>
          <w:lang w:eastAsia="zh-CN"/>
        </w:rPr>
        <w:br/>
      </w:r>
      <w:r>
        <w:rPr>
          <w:lang w:eastAsia="zh-CN"/>
        </w:rPr>
        <w:t>　　活动主题：举办3对3篮球比赛及三分球大赛</w:t>
      </w:r>
      <w:r>
        <w:rPr>
          <w:lang w:eastAsia="zh-CN"/>
        </w:rPr>
        <w:br/>
      </w:r>
      <w:r>
        <w:rPr>
          <w:lang w:eastAsia="zh-CN"/>
        </w:rPr>
        <w:t>　　活动目的：以新学期同学互相了解，增进团队精神，班级荣誉感。锻炼身体为目的。</w:t>
      </w:r>
      <w:r>
        <w:rPr>
          <w:lang w:eastAsia="zh-CN"/>
        </w:rPr>
        <w:br/>
      </w:r>
      <w:r>
        <w:rPr>
          <w:lang w:eastAsia="zh-CN"/>
        </w:rPr>
        <w:t>　　活动时间：校篮球场</w:t>
      </w:r>
      <w:r>
        <w:rPr>
          <w:lang w:eastAsia="zh-CN"/>
        </w:rPr>
        <w:br/>
      </w:r>
      <w:r>
        <w:rPr>
          <w:lang w:eastAsia="zh-CN"/>
        </w:rPr>
        <w:t>　　比赛安排：</w:t>
      </w:r>
      <w:r>
        <w:rPr>
          <w:lang w:eastAsia="zh-CN"/>
        </w:rPr>
        <w:br/>
      </w:r>
      <w:r>
        <w:rPr>
          <w:lang w:eastAsia="zh-CN"/>
        </w:rPr>
        <w:t>　　（1）3对3篮球比赛以班为单位自行组建一支队伍参加，不计人数。</w:t>
      </w:r>
      <w:r>
        <w:rPr>
          <w:lang w:eastAsia="zh-CN"/>
        </w:rPr>
        <w:br/>
      </w:r>
      <w:r>
        <w:rPr>
          <w:lang w:eastAsia="zh-CN"/>
        </w:rPr>
        <w:t>　　（2）三分球大赛由本班2男+1女组队参加</w:t>
      </w:r>
      <w:r>
        <w:rPr>
          <w:lang w:eastAsia="zh-CN"/>
        </w:rPr>
        <w:br/>
      </w:r>
      <w:r>
        <w:rPr>
          <w:lang w:eastAsia="zh-CN"/>
        </w:rPr>
        <w:t>　　比赛方法及具体规则：</w:t>
      </w:r>
      <w:r>
        <w:rPr>
          <w:lang w:eastAsia="zh-CN"/>
        </w:rPr>
        <w:br/>
      </w:r>
      <w:r>
        <w:rPr>
          <w:lang w:eastAsia="zh-CN"/>
        </w:rPr>
        <w:t>　　1、比赛由抽签分组，进行淘汰制比赛。积两项比赛总分淘汰分低一组。</w:t>
      </w:r>
      <w:r>
        <w:rPr>
          <w:lang w:eastAsia="zh-CN"/>
        </w:rPr>
        <w:br/>
      </w:r>
      <w:r>
        <w:rPr>
          <w:lang w:eastAsia="zh-CN"/>
        </w:rPr>
        <w:t>　　2、三分球男生五点投掷，每点2个球。每球一分共十分。女生在罚球线共五球，每球2分，共十分。三人共计得分记入总分。</w:t>
      </w:r>
      <w:r>
        <w:rPr>
          <w:lang w:eastAsia="zh-CN"/>
        </w:rPr>
        <w:br/>
      </w:r>
      <w:r>
        <w:rPr>
          <w:lang w:eastAsia="zh-CN"/>
        </w:rPr>
        <w:t>　　3、3对3半场比赛，胜出一方积十分。记入总分。</w:t>
      </w:r>
      <w:r>
        <w:rPr>
          <w:lang w:eastAsia="zh-CN"/>
        </w:rPr>
        <w:br/>
      </w:r>
      <w:r>
        <w:rPr>
          <w:lang w:eastAsia="zh-CN"/>
        </w:rPr>
        <w:t>　　（1）比赛换人没有限制，但仅在死球或半场结束时才能换，进球也可以换人。换人最多十次。</w:t>
      </w:r>
      <w:r>
        <w:rPr>
          <w:lang w:eastAsia="zh-CN"/>
        </w:rPr>
        <w:br/>
      </w:r>
      <w:r>
        <w:rPr>
          <w:lang w:eastAsia="zh-CN"/>
        </w:rPr>
        <w:t>　　（2）一方投篮未进，由队方抢到篮板球后，则需退到三分线后再进攻。</w:t>
      </w:r>
      <w:r>
        <w:rPr>
          <w:lang w:eastAsia="zh-CN"/>
        </w:rPr>
        <w:br/>
      </w:r>
      <w:r>
        <w:rPr>
          <w:lang w:eastAsia="zh-CN"/>
        </w:rPr>
        <w:t>　　（3）比赛中30秒球必须出手，否则为对方球。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（4）暂停不停表，每队暂停时间为四十秒。</w:t>
      </w:r>
      <w:r>
        <w:rPr>
          <w:lang w:eastAsia="zh-CN"/>
        </w:rPr>
        <w:br/>
      </w:r>
      <w:r>
        <w:rPr>
          <w:lang w:eastAsia="zh-CN"/>
        </w:rPr>
        <w:t>　　（5）各队犯规由对方罚球2次。一球1分。队员累计犯规五次罚出场。</w:t>
      </w:r>
      <w:r>
        <w:rPr>
          <w:lang w:eastAsia="zh-CN"/>
        </w:rPr>
        <w:br/>
      </w:r>
      <w:r>
        <w:rPr>
          <w:lang w:eastAsia="zh-CN"/>
        </w:rPr>
        <w:t>　　（6）双方进行四十分钟比赛，中场休息5分钟。如果到时间比分相同，进行五分钟加时赛。</w:t>
      </w:r>
      <w:r>
        <w:rPr>
          <w:lang w:eastAsia="zh-CN"/>
        </w:rPr>
        <w:br/>
      </w:r>
      <w:r>
        <w:rPr>
          <w:lang w:eastAsia="zh-CN"/>
        </w:rPr>
        <w:t>　　2、举办足球比赛</w:t>
      </w:r>
      <w:r>
        <w:rPr>
          <w:lang w:eastAsia="zh-CN"/>
        </w:rPr>
        <w:br/>
      </w:r>
      <w:r>
        <w:rPr>
          <w:lang w:eastAsia="zh-CN"/>
        </w:rPr>
        <w:t>　　（1）采取抽签分组制，以专业为单位。进行循环赛。出现队伍进行淘汰赛。取前三名。</w:t>
      </w:r>
      <w:r>
        <w:rPr>
          <w:lang w:eastAsia="zh-CN"/>
        </w:rPr>
        <w:br/>
      </w:r>
      <w:r>
        <w:rPr>
          <w:lang w:eastAsia="zh-CN"/>
        </w:rPr>
        <w:t>　　（2）如有人数不足尽量调配。具体比赛规则略。</w:t>
      </w:r>
      <w:r>
        <w:rPr>
          <w:lang w:eastAsia="zh-CN"/>
        </w:rPr>
        <w:br/>
      </w:r>
      <w:r>
        <w:rPr>
          <w:lang w:eastAsia="zh-CN"/>
        </w:rPr>
        <w:t>　　比赛奖项设置：</w:t>
      </w:r>
      <w:r>
        <w:rPr>
          <w:lang w:eastAsia="zh-CN"/>
        </w:rPr>
        <w:br/>
      </w:r>
      <w:r>
        <w:rPr>
          <w:lang w:eastAsia="zh-CN"/>
        </w:rPr>
        <w:t>　　3对3三分球积总分取第一名</w:t>
      </w:r>
      <w:r>
        <w:rPr>
          <w:lang w:eastAsia="zh-CN"/>
        </w:rPr>
        <w:br/>
      </w:r>
      <w:r>
        <w:rPr>
          <w:lang w:eastAsia="zh-CN"/>
        </w:rPr>
        <w:t>　　三分大赛三人积总分排名取第一名</w:t>
      </w:r>
      <w:r>
        <w:rPr>
          <w:lang w:eastAsia="zh-CN"/>
        </w:rPr>
        <w:br/>
      </w:r>
      <w:r>
        <w:rPr>
          <w:lang w:eastAsia="zh-CN"/>
        </w:rPr>
        <w:t>　　3对3班级积分取第一名</w:t>
      </w:r>
      <w:r>
        <w:rPr>
          <w:lang w:eastAsia="zh-CN"/>
        </w:rPr>
        <w:br/>
      </w:r>
      <w:r>
        <w:rPr>
          <w:lang w:eastAsia="zh-CN"/>
        </w:rPr>
        <w:t>　　足球赛取前三名</w:t>
      </w:r>
      <w:r>
        <w:rPr>
          <w:lang w:eastAsia="zh-CN"/>
        </w:rPr>
        <w:br/>
      </w:r>
      <w:r>
        <w:rPr>
          <w:lang w:eastAsia="zh-CN"/>
        </w:rPr>
        <w:t>　　具体的奖品奖励讨论决定。</w:t>
      </w:r>
      <w:r>
        <w:rPr>
          <w:lang w:eastAsia="zh-CN"/>
        </w:rPr>
        <w:br/>
      </w:r>
      <w:r>
        <w:rPr>
          <w:lang w:eastAsia="zh-CN"/>
        </w:rPr>
        <w:t>　　以上为本学期工作计划，希望同学们可以积极参加，积极配合。达到锻炼的目的。展现我院的风采。</w:t>
      </w:r>
      <w:r>
        <w:rPr>
          <w:lang w:eastAsia="zh-CN"/>
        </w:rPr>
        <w:br/>
      </w:r>
      <w:r>
        <w:rPr>
          <w:lang w:eastAsia="zh-CN"/>
        </w:rPr>
        <w:t xml:space="preserve">    学生会体育部的工作计划 篇7 </w:t>
      </w:r>
      <w:r>
        <w:rPr>
          <w:lang w:eastAsia="zh-CN"/>
        </w:rPr>
        <w:br/>
      </w:r>
      <w:r>
        <w:rPr>
          <w:lang w:eastAsia="zh-CN"/>
        </w:rPr>
        <w:t>　　一、指导思想：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在院领导的领导下，发扬团结、拼搏、奉献、向上的精神。丰富学生课余文化生活，锻炼学生才干能力；注重加强体育部的自身建设，提高体育部的工作效率和服务水平；努力提高学生自我管理能力，创造性地开展活动。</w:t>
      </w:r>
      <w:r>
        <w:rPr>
          <w:lang w:eastAsia="zh-CN"/>
        </w:rPr>
        <w:br/>
      </w:r>
      <w:r>
        <w:rPr>
          <w:lang w:eastAsia="zh-CN"/>
        </w:rPr>
        <w:t>　　二、工作目标：</w:t>
      </w:r>
      <w:r>
        <w:rPr>
          <w:lang w:eastAsia="zh-CN"/>
        </w:rPr>
        <w:br/>
      </w:r>
      <w:r>
        <w:rPr>
          <w:lang w:eastAsia="zh-CN"/>
        </w:rPr>
        <w:t>　　为全院学生服务，丰富我院学生的课外活动，提高学生素质，努力为我部创造更好的成绩，并协助学生会其他部门开展工作。</w:t>
      </w:r>
      <w:r>
        <w:rPr>
          <w:lang w:eastAsia="zh-CN"/>
        </w:rPr>
        <w:br/>
      </w:r>
      <w:r>
        <w:rPr>
          <w:lang w:eastAsia="zh-CN"/>
        </w:rPr>
        <w:t>　　三、工作要求：</w:t>
      </w:r>
      <w:r>
        <w:rPr>
          <w:lang w:eastAsia="zh-CN"/>
        </w:rPr>
        <w:br/>
      </w:r>
      <w:r>
        <w:rPr>
          <w:lang w:eastAsia="zh-CN"/>
        </w:rPr>
        <w:t>　　1、以维护学生为利益，坚持团结，拼搏，奉献，向上的工作精神。</w:t>
      </w:r>
      <w:r>
        <w:rPr>
          <w:lang w:eastAsia="zh-CN"/>
        </w:rPr>
        <w:br/>
      </w:r>
      <w:r>
        <w:rPr>
          <w:lang w:eastAsia="zh-CN"/>
        </w:rPr>
        <w:t>　　2、加强学生会的自身建设，学生干部要在学生中起到带头作用，并且严格要求自我。</w:t>
      </w:r>
      <w:r>
        <w:rPr>
          <w:lang w:eastAsia="zh-CN"/>
        </w:rPr>
        <w:br/>
      </w:r>
      <w:r>
        <w:rPr>
          <w:lang w:eastAsia="zh-CN"/>
        </w:rPr>
        <w:t>　　3、积极开展丰富的体育活动，丰富学生的课余生活。并从中发掘人才，培养人才，锻炼学生的身体。使其体育和学习同时进步</w:t>
      </w:r>
      <w:r>
        <w:rPr>
          <w:lang w:eastAsia="zh-CN"/>
        </w:rPr>
        <w:br/>
      </w:r>
      <w:r>
        <w:rPr>
          <w:lang w:eastAsia="zh-CN"/>
        </w:rPr>
        <w:t>　　四、具体工作计划：</w:t>
      </w:r>
      <w:r>
        <w:rPr>
          <w:lang w:eastAsia="zh-CN"/>
        </w:rPr>
        <w:br/>
      </w:r>
      <w:r>
        <w:rPr>
          <w:lang w:eastAsia="zh-CN"/>
        </w:rPr>
        <w:t>　　体育部要针对具体的情况来安排和组织相应的体育活动，来加强同学、学生会和老师三方面的关系，为以后更好的开展我部的工作奠定基础。开拓合作途径，加强本部和外部之间的联系，使我们的工作可以更好的展开。</w:t>
      </w:r>
      <w:r>
        <w:rPr>
          <w:lang w:eastAsia="zh-CN"/>
        </w:rPr>
        <w:br/>
      </w:r>
      <w:r>
        <w:rPr>
          <w:lang w:eastAsia="zh-CN"/>
        </w:rPr>
        <w:t>　　这学期主要的工作计划是“拔河比赛”和“运动会”。</w:t>
      </w:r>
      <w:r>
        <w:rPr>
          <w:lang w:eastAsia="zh-CN"/>
        </w:rPr>
        <w:br/>
      </w:r>
      <w:r>
        <w:rPr>
          <w:lang w:eastAsia="zh-CN"/>
        </w:rPr>
        <w:t>　　（一）、拔河比赛：</w:t>
      </w:r>
      <w:r>
        <w:rPr>
          <w:lang w:eastAsia="zh-CN"/>
        </w:rPr>
        <w:br/>
      </w:r>
      <w:r>
        <w:rPr>
          <w:lang w:eastAsia="zh-CN"/>
        </w:rPr>
        <w:t>　　1、活动地点时间：一教二教之间，时间待定。</w:t>
      </w:r>
      <w:r>
        <w:rPr>
          <w:lang w:eastAsia="zh-CN"/>
        </w:rPr>
        <w:br/>
      </w:r>
      <w:r>
        <w:rPr>
          <w:lang w:eastAsia="zh-CN"/>
        </w:rPr>
        <w:t>　　2、比赛时又两名体育部人员做裁判员，两名计分员，其余的人维持现场秩序。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3、比赛规则：比赛分为淘汰赛和循环赛，选出第一二三四名，并给予奖励。</w:t>
      </w:r>
      <w:r>
        <w:rPr>
          <w:lang w:eastAsia="zh-CN"/>
        </w:rPr>
        <w:br/>
      </w:r>
      <w:r>
        <w:rPr>
          <w:lang w:eastAsia="zh-CN"/>
        </w:rPr>
        <w:t>　　4、活动经费：三百元左右。</w:t>
      </w:r>
      <w:r>
        <w:rPr>
          <w:lang w:eastAsia="zh-CN"/>
        </w:rPr>
        <w:br/>
      </w:r>
      <w:r>
        <w:rPr>
          <w:lang w:eastAsia="zh-CN"/>
        </w:rPr>
        <w:t>　　（二）、运动会：</w:t>
      </w:r>
      <w:r>
        <w:rPr>
          <w:lang w:eastAsia="zh-CN"/>
        </w:rPr>
        <w:br/>
      </w:r>
      <w:r>
        <w:rPr>
          <w:lang w:eastAsia="zh-CN"/>
        </w:rPr>
        <w:t>　　1、尽量给予每一位大一新生一个表现自我的机会，让没以为学生进行比赛选出比较优秀的学生参加比赛。</w:t>
      </w:r>
      <w:r>
        <w:rPr>
          <w:lang w:eastAsia="zh-CN"/>
        </w:rPr>
        <w:br/>
      </w:r>
      <w:r>
        <w:rPr>
          <w:lang w:eastAsia="zh-CN"/>
        </w:rPr>
        <w:t>　　2、每位体育部人员积极参加并组织比赛队员入场，在比赛过程中积极配合老师、部员等人的工作。</w:t>
      </w:r>
      <w:r>
        <w:rPr>
          <w:lang w:eastAsia="zh-CN"/>
        </w:rPr>
        <w:br/>
      </w:r>
      <w:r>
        <w:rPr>
          <w:lang w:eastAsia="zh-CN"/>
        </w:rPr>
        <w:t>　　3、比赛时当运动员跑完全程时应在终点设有专门人员帮助运动员回复体力。</w:t>
      </w:r>
      <w:r>
        <w:rPr>
          <w:lang w:eastAsia="zh-CN"/>
        </w:rPr>
        <w:br/>
      </w:r>
      <w:r>
        <w:rPr>
          <w:lang w:eastAsia="zh-CN"/>
        </w:rPr>
        <w:t>　　我们部门都是热爱体育运动的同学，基于这个特点希望在这学期里体育部能够成为学生会中最活跃的部门。最亮丽的风景线。</w:t>
      </w:r>
      <w:r>
        <w:rPr>
          <w:lang w:eastAsia="zh-CN"/>
        </w:rPr>
        <w:br/>
      </w:r>
      <w:r>
        <w:rPr>
          <w:lang w:eastAsia="zh-CN"/>
        </w:rPr>
        <w:t>　　以上是体育部这个学期的工作计划，真诚希望体育部能够真正起到活跃学校体育文化活动的作用，为同学们撑起一片快乐的蓝天。</w:t>
      </w:r>
      <w:r>
        <w:rPr>
          <w:lang w:eastAsia="zh-CN"/>
        </w:rPr>
        <w:br/>
      </w:r>
      <w:r>
        <w:rPr>
          <w:lang w:eastAsia="zh-CN"/>
        </w:rPr>
        <w:t xml:space="preserve">    学生会体育部的工作计划 篇8 </w:t>
      </w:r>
      <w:r>
        <w:rPr>
          <w:lang w:eastAsia="zh-CN"/>
        </w:rPr>
        <w:br/>
      </w:r>
      <w:r>
        <w:rPr>
          <w:lang w:eastAsia="zh-CN"/>
        </w:rPr>
        <w:t>　　为进一步丰富我系同学们的校园文化生活，努力营造积极向上，健康文明的`校园文化氛围，并响应学院体育部的工作。体育部将通过开展丰富多彩的体育活动，陶冶同学们的高尚情操，展示同学们的体育才华，激发广大学生热爱学院和热爱体育、努力成才的热情。</w:t>
      </w:r>
      <w:r>
        <w:rPr>
          <w:lang w:eastAsia="zh-CN"/>
        </w:rPr>
        <w:br/>
      </w:r>
      <w:r>
        <w:rPr>
          <w:lang w:eastAsia="zh-CN"/>
        </w:rPr>
        <w:t>　　一、工作职责</w:t>
      </w:r>
      <w:r>
        <w:rPr>
          <w:lang w:eastAsia="zh-CN"/>
        </w:rPr>
        <w:br/>
      </w:r>
      <w:r>
        <w:rPr>
          <w:lang w:eastAsia="zh-CN"/>
        </w:rPr>
        <w:t>　　1、积极组织各项体育活动。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2、学期初召开体育部全体干事工作会议，进一步明确此学期体育部的工作职责，工作安排，工作目标和工作重点，及时传达党支，团委精神及指示，从而更好地开展工作，使大家积极地投入到体育部的工作中来。</w:t>
      </w:r>
      <w:r>
        <w:rPr>
          <w:lang w:eastAsia="zh-CN"/>
        </w:rPr>
        <w:br/>
      </w:r>
      <w:r>
        <w:rPr>
          <w:lang w:eastAsia="zh-CN"/>
        </w:rPr>
        <w:t>　　3、进一步加强对体育部干事综合素质的培养，使他们能够很好的独立工作，拥有更好的组织能力来应对多变的比赛场合，提升体育部的综合素质。</w:t>
      </w:r>
      <w:r>
        <w:rPr>
          <w:lang w:eastAsia="zh-CN"/>
        </w:rPr>
        <w:br/>
      </w:r>
      <w:r>
        <w:rPr>
          <w:lang w:eastAsia="zh-CN"/>
        </w:rPr>
        <w:t>　　4、协助团委、学生会其他部门开展工作。</w:t>
      </w:r>
      <w:r>
        <w:rPr>
          <w:lang w:eastAsia="zh-CN"/>
        </w:rPr>
        <w:br/>
      </w:r>
      <w:r>
        <w:rPr>
          <w:lang w:eastAsia="zh-CN"/>
        </w:rPr>
        <w:t>　　二、工作分类</w:t>
      </w:r>
      <w:r>
        <w:rPr>
          <w:lang w:eastAsia="zh-CN"/>
        </w:rPr>
        <w:br/>
      </w:r>
      <w:r>
        <w:rPr>
          <w:lang w:eastAsia="zh-CN"/>
        </w:rPr>
        <w:t>　　体育部工作具有工作时间相对集中、工作强度大、工作针对性强等一系列特点。其主要可以分为篮球赛、足球赛、乒乓球赛以及一些趣味比赛。</w:t>
      </w:r>
      <w:r>
        <w:rPr>
          <w:lang w:eastAsia="zh-CN"/>
        </w:rPr>
        <w:br/>
      </w:r>
      <w:r>
        <w:rPr>
          <w:lang w:eastAsia="zh-CN"/>
        </w:rPr>
        <w:t>　　三、具体部分的计划内容</w:t>
      </w:r>
      <w:r>
        <w:rPr>
          <w:lang w:eastAsia="zh-CN"/>
        </w:rPr>
        <w:br/>
      </w:r>
      <w:r>
        <w:rPr>
          <w:lang w:eastAsia="zh-CN"/>
        </w:rPr>
        <w:t>　　第一、班际篮球赛</w:t>
      </w:r>
      <w:r>
        <w:rPr>
          <w:lang w:eastAsia="zh-CN"/>
        </w:rPr>
        <w:br/>
      </w:r>
      <w:r>
        <w:rPr>
          <w:lang w:eastAsia="zh-CN"/>
        </w:rPr>
        <w:t>　　我们将会举行我们班际篮球赛。我们体育部负责班际篮球赛的举行工作。之前将会开始裁判的培训和宣传工作，组织各班参加活动并在活动结束后举行颁奖仪式。我们将会把体育锻炼氛围高涨。</w:t>
      </w:r>
      <w:r>
        <w:rPr>
          <w:lang w:eastAsia="zh-CN"/>
        </w:rPr>
        <w:br/>
      </w:r>
      <w:r>
        <w:rPr>
          <w:lang w:eastAsia="zh-CN"/>
        </w:rPr>
        <w:t>　　比赛安排：</w:t>
      </w:r>
      <w:r>
        <w:rPr>
          <w:lang w:eastAsia="zh-CN"/>
        </w:rPr>
        <w:br/>
      </w:r>
      <w:r>
        <w:rPr>
          <w:lang w:eastAsia="zh-CN"/>
        </w:rPr>
        <w:t>　　1、每班报名人数10名男生，进行5对5全场比赛。</w:t>
      </w:r>
      <w:r>
        <w:rPr>
          <w:lang w:eastAsia="zh-CN"/>
        </w:rPr>
        <w:br/>
      </w:r>
      <w:r>
        <w:rPr>
          <w:lang w:eastAsia="zh-CN"/>
        </w:rPr>
        <w:t>　　2、抽签分组，第一轮采取循环制，第二轮采取淘汰制。</w:t>
      </w:r>
      <w:r>
        <w:rPr>
          <w:lang w:eastAsia="zh-CN"/>
        </w:rPr>
        <w:br/>
      </w:r>
      <w:r>
        <w:rPr>
          <w:lang w:eastAsia="zh-CN"/>
        </w:rPr>
        <w:t>　　3、最后决出总冠军。</w:t>
      </w:r>
      <w:r>
        <w:rPr>
          <w:lang w:eastAsia="zh-CN"/>
        </w:rPr>
        <w:br/>
      </w:r>
      <w:r>
        <w:rPr>
          <w:lang w:eastAsia="zh-CN"/>
        </w:rPr>
        <w:t>　　第二、班足球球赛</w:t>
      </w:r>
      <w:r>
        <w:rPr>
          <w:lang w:eastAsia="zh-CN"/>
        </w:rPr>
        <w:br/>
      </w:r>
      <w:r>
        <w:rPr>
          <w:lang w:eastAsia="zh-CN"/>
        </w:rPr>
        <w:t>　　我们将会举行我们班际足球球赛。之前将会开始裁判的培训和宣传工作，组织各班参加活动并在活动结束后举行颁奖仪式。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比赛安排：</w:t>
      </w:r>
      <w:r>
        <w:rPr>
          <w:lang w:eastAsia="zh-CN"/>
        </w:rPr>
        <w:br/>
      </w:r>
      <w:r>
        <w:rPr>
          <w:lang w:eastAsia="zh-CN"/>
        </w:rPr>
        <w:t>　　1、每班报名人数14人</w:t>
      </w:r>
      <w:r>
        <w:rPr>
          <w:lang w:eastAsia="zh-CN"/>
        </w:rPr>
        <w:br/>
      </w:r>
      <w:r>
        <w:rPr>
          <w:lang w:eastAsia="zh-CN"/>
        </w:rPr>
        <w:t>　　2、抽签分组，第一轮小组赛采取循环制，第二轮决赛采取淘汰制。</w:t>
      </w:r>
      <w:r>
        <w:rPr>
          <w:lang w:eastAsia="zh-CN"/>
        </w:rPr>
        <w:br/>
      </w:r>
      <w:r>
        <w:rPr>
          <w:lang w:eastAsia="zh-CN"/>
        </w:rPr>
        <w:t>　　3、最后决出总冠军。</w:t>
      </w:r>
      <w:r>
        <w:rPr>
          <w:lang w:eastAsia="zh-CN"/>
        </w:rPr>
        <w:br/>
      </w:r>
      <w:r>
        <w:rPr>
          <w:lang w:eastAsia="zh-CN"/>
        </w:rPr>
        <w:t>　　第三、班乒乓球赛</w:t>
      </w:r>
      <w:r>
        <w:rPr>
          <w:lang w:eastAsia="zh-CN"/>
        </w:rPr>
        <w:br/>
      </w:r>
      <w:r>
        <w:rPr>
          <w:lang w:eastAsia="zh-CN"/>
        </w:rPr>
        <w:t>　　我们将会举行我们班际乒乓球赛。之前将会开始裁判的培训和宣传工作，组织各班参加活动并在活动结束后举行颁奖仪式。</w:t>
      </w:r>
      <w:r>
        <w:rPr>
          <w:lang w:eastAsia="zh-CN"/>
        </w:rPr>
        <w:br/>
      </w:r>
      <w:r>
        <w:rPr>
          <w:lang w:eastAsia="zh-CN"/>
        </w:rPr>
        <w:t>　　比赛安排：</w:t>
      </w:r>
      <w:r>
        <w:rPr>
          <w:lang w:eastAsia="zh-CN"/>
        </w:rPr>
        <w:br/>
      </w:r>
      <w:r>
        <w:rPr>
          <w:lang w:eastAsia="zh-CN"/>
        </w:rPr>
        <w:t>　　1、每班报名人数4男4女</w:t>
      </w:r>
      <w:r>
        <w:rPr>
          <w:lang w:eastAsia="zh-CN"/>
        </w:rPr>
        <w:br/>
      </w:r>
      <w:r>
        <w:rPr>
          <w:lang w:eastAsia="zh-CN"/>
        </w:rPr>
        <w:t>　　2、抽签分组，第一轮小组赛采取循环制，第二轮决赛采取淘汰制。</w:t>
      </w:r>
      <w:r>
        <w:rPr>
          <w:lang w:eastAsia="zh-CN"/>
        </w:rPr>
        <w:br/>
      </w:r>
      <w:r>
        <w:rPr>
          <w:lang w:eastAsia="zh-CN"/>
        </w:rPr>
        <w:t>　　3、最后决出总冠军。</w:t>
      </w:r>
      <w:r>
        <w:rPr>
          <w:lang w:eastAsia="zh-CN"/>
        </w:rPr>
        <w:br/>
      </w:r>
      <w:r>
        <w:rPr>
          <w:lang w:eastAsia="zh-CN"/>
        </w:rPr>
        <w:t>　　第四、趣味体育赛</w:t>
      </w:r>
      <w:r>
        <w:rPr>
          <w:lang w:eastAsia="zh-CN"/>
        </w:rPr>
        <w:br/>
      </w:r>
      <w:r>
        <w:rPr>
          <w:lang w:eastAsia="zh-CN"/>
        </w:rPr>
        <w:t>　　比赛项目广泛听取同学们的意见，让更多的同学参与其中，达到锻炼身体的目的。</w:t>
      </w:r>
      <w:r>
        <w:rPr>
          <w:lang w:eastAsia="zh-CN"/>
        </w:rPr>
        <w:br/>
      </w:r>
      <w:r>
        <w:rPr>
          <w:lang w:eastAsia="zh-CN"/>
        </w:rPr>
        <w:t>　　四、管理好部门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为了更加了解各干事的具体情况和表现，我们要多和干事交流，向干事指导工作的方向。我们会积极配合各部门和新干事共同努力，做好部门学期末的评优工作。还有干部之间应多交流，搞一下活动来活跃干事，培养干事之间的感情。无论是在工作上还是在思想上，让他们更多地了解工作的细节要点，培养彼此之间的默契感，以便以后能更好地开展工作。</w:t>
      </w:r>
      <w:r>
        <w:rPr>
          <w:lang w:eastAsia="zh-CN"/>
        </w:rPr>
        <w:br/>
      </w:r>
      <w:r>
        <w:rPr>
          <w:lang w:eastAsia="zh-CN"/>
        </w:rPr>
        <w:t>　　一、工作职责</w:t>
      </w:r>
      <w:r>
        <w:rPr>
          <w:lang w:eastAsia="zh-CN"/>
        </w:rPr>
        <w:br/>
      </w:r>
      <w:r>
        <w:rPr>
          <w:lang w:eastAsia="zh-CN"/>
        </w:rPr>
        <w:t>　　我院体育部是我院学生会的主要部门之一，其主要工作职责是：</w:t>
      </w:r>
      <w:r>
        <w:rPr>
          <w:lang w:eastAsia="zh-CN"/>
        </w:rPr>
        <w:br/>
      </w:r>
      <w:r>
        <w:rPr>
          <w:lang w:eastAsia="zh-CN"/>
        </w:rPr>
        <w:t>　　1、坚持不懈地抓好学生早操检查、评比和公布工作（出勤率、质量）。</w:t>
      </w:r>
      <w:r>
        <w:rPr>
          <w:lang w:eastAsia="zh-CN"/>
        </w:rPr>
        <w:br/>
      </w:r>
      <w:r>
        <w:rPr>
          <w:lang w:eastAsia="zh-CN"/>
        </w:rPr>
        <w:t>　　2、积极组织各项体育活动，主抓秋运会。</w:t>
      </w:r>
      <w:r>
        <w:rPr>
          <w:lang w:eastAsia="zh-CN"/>
        </w:rPr>
        <w:br/>
      </w:r>
      <w:r>
        <w:rPr>
          <w:lang w:eastAsia="zh-CN"/>
        </w:rPr>
        <w:t>　　3、督促、协调学生社团联合会各体育类社团开展各项体育活动。</w:t>
      </w:r>
      <w:r>
        <w:rPr>
          <w:lang w:eastAsia="zh-CN"/>
        </w:rPr>
        <w:br/>
      </w:r>
      <w:r>
        <w:rPr>
          <w:lang w:eastAsia="zh-CN"/>
        </w:rPr>
        <w:t>　　4、协助团委、学生会其他部门开展工作。</w:t>
      </w:r>
      <w:r>
        <w:rPr>
          <w:lang w:eastAsia="zh-CN"/>
        </w:rPr>
        <w:br/>
      </w:r>
      <w:r>
        <w:rPr>
          <w:lang w:eastAsia="zh-CN"/>
        </w:rPr>
        <w:t>　　二、工作分类</w:t>
      </w:r>
      <w:r>
        <w:rPr>
          <w:lang w:eastAsia="zh-CN"/>
        </w:rPr>
        <w:br/>
      </w:r>
      <w:r>
        <w:rPr>
          <w:lang w:eastAsia="zh-CN"/>
        </w:rPr>
        <w:t>　　体育部工作具有工作时间相对集中、工作强度大、工作针对性强等一系列特点。其主要可以分为校秋季运动会、新生篮球赛、校级足篮球赛以及执行团委学生会所给予的各项任务。</w:t>
      </w:r>
      <w:r>
        <w:rPr>
          <w:lang w:eastAsia="zh-CN"/>
        </w:rPr>
        <w:br/>
      </w:r>
      <w:r>
        <w:rPr>
          <w:lang w:eastAsia="zh-CN"/>
        </w:rPr>
        <w:t>　　三、具体部分的计划内容</w:t>
      </w:r>
      <w:r>
        <w:rPr>
          <w:lang w:eastAsia="zh-CN"/>
        </w:rPr>
        <w:br/>
      </w:r>
      <w:r>
        <w:rPr>
          <w:lang w:eastAsia="zh-CN"/>
        </w:rPr>
        <w:t>　　九月份</w:t>
      </w:r>
      <w:r>
        <w:rPr>
          <w:lang w:eastAsia="zh-CN"/>
        </w:rPr>
        <w:br/>
      </w:r>
      <w:r>
        <w:rPr>
          <w:lang w:eastAsia="zh-CN"/>
        </w:rPr>
        <w:t>　　九月初在迎新工作开展的过程中，对秋运会及体育部进行宣传，并且对新生进行摸底了解，使得有体育特长的新生能够有机会展示自己的才能，作为备战秋运会的前期基础准备。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九月中旬积极联系往届运动会具有夺分能力的运动员，并根据具体情况安排其项目。新生军训结束后，对新生宣传有关秋运会报名的工作。同时，尽快通过团委学生会招新工作，选定具有责任心和一定组织管理能力的干事，组建起完整的体育部队伍。之后，对06级进行运动会的初选，选定新生运动员，最终拟订运动会录取名单，上报院里领导，请求批示。</w:t>
      </w:r>
      <w:r>
        <w:rPr>
          <w:lang w:eastAsia="zh-CN"/>
        </w:rPr>
        <w:br/>
      </w:r>
      <w:r>
        <w:rPr>
          <w:lang w:eastAsia="zh-CN"/>
        </w:rPr>
        <w:t>　　九月下旬根据具体情况，及时组织各年级运动员进行运动会的准备训练工作，并进行严格有效的登记制度，使得赛前训练有组织、有监督记录，并且力求实效。同时，为了使训练有针对性、高效、系统，我们将尽力保证训练器械、场地、后勤等一系列问题的落实。并且以科学的训练计划，分步骤进行加强。</w:t>
      </w:r>
      <w:r>
        <w:rPr>
          <w:lang w:eastAsia="zh-CN"/>
        </w:rPr>
        <w:br/>
      </w:r>
      <w:r>
        <w:rPr>
          <w:lang w:eastAsia="zh-CN"/>
        </w:rPr>
        <w:t>　　十月份</w:t>
      </w:r>
      <w:r>
        <w:rPr>
          <w:lang w:eastAsia="zh-CN"/>
        </w:rPr>
        <w:br/>
      </w:r>
      <w:r>
        <w:rPr>
          <w:lang w:eastAsia="zh-CN"/>
        </w:rPr>
        <w:t>　　十月初我部将会同校体育部积极联系，获取参加秋季运动会的具体详细要求，并根据学校学院所下达的批示和文件，积极安排、组织相应工作。并时刻关注运动员的训练状况，根据当时情况进行适当调整。</w:t>
      </w:r>
      <w:r>
        <w:rPr>
          <w:lang w:eastAsia="zh-CN"/>
        </w:rPr>
        <w:br/>
      </w:r>
      <w:r>
        <w:rPr>
          <w:lang w:eastAsia="zh-CN"/>
        </w:rPr>
        <w:t>　　十月中旬根据学院团委学生会的要求，进行秋季运动会的动员，并确定参赛运动员名单，及时准确的将名单上报学校体育部。</w:t>
      </w:r>
      <w:r>
        <w:rPr>
          <w:lang w:eastAsia="zh-CN"/>
        </w:rPr>
        <w:br/>
      </w:r>
      <w:r>
        <w:rPr>
          <w:lang w:eastAsia="zh-CN"/>
        </w:rPr>
        <w:t>　　十月底——十一月初本着严谨的工作态度和热情的服务精神，体育部将确保所有运动员的检录点名、参赛，并及时对运动员突发情况进行调整。协助各部门做好运动员的后勤保障工作（如：钉鞋的替换，药品的递送等）。体育部届时会倾尽全力来保证我院顺利有序的参加今年秋季田径运动会。</w:t>
      </w:r>
      <w:r>
        <w:rPr>
          <w:lang w:eastAsia="zh-CN"/>
        </w:rPr>
        <w:br/>
      </w:r>
      <w:r>
        <w:rPr>
          <w:lang w:eastAsia="zh-CN"/>
        </w:rPr>
        <w:t>　　秋季田径运动会主要负责人：体育部部长李振帅</w:t>
      </w:r>
      <w:r>
        <w:rPr>
          <w:lang w:eastAsia="zh-CN"/>
        </w:rPr>
        <w:br/>
      </w:r>
      <w:r>
        <w:rPr>
          <w:lang w:eastAsia="zh-CN"/>
        </w:rPr>
        <w:t>　　协助负责人：体育部副部长周健郭跃</w:t>
      </w:r>
      <w:r>
        <w:rPr>
          <w:lang w:eastAsia="zh-CN"/>
        </w:rPr>
        <w:br/>
      </w:r>
      <w:r>
        <w:rPr>
          <w:lang w:eastAsia="zh-CN"/>
        </w:rPr>
        <w:t>　　十一月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十一月中旬为促进我院06级新生尽早适应大学生活、增进新生之间的交流，由体育部向院团委学生会申请举办信息学院20__年新生篮球赛。届时，我部将向学校相关部门请批场地；同时对新生班级进行宣传。积极组织，周密准备，合理安排，公平裁判。保证球赛公平公正，并且达到促进新生友谊，增加我学院运动健身的良好氛围。</w:t>
      </w:r>
      <w:r>
        <w:rPr>
          <w:lang w:eastAsia="zh-CN"/>
        </w:rPr>
        <w:br/>
      </w:r>
      <w:r>
        <w:rPr>
          <w:lang w:eastAsia="zh-CN"/>
        </w:rPr>
        <w:t>　　新生篮球赛主要负责人：体育部副部长郭跃</w:t>
      </w:r>
      <w:r>
        <w:rPr>
          <w:lang w:eastAsia="zh-CN"/>
        </w:rPr>
        <w:br/>
      </w:r>
      <w:r>
        <w:rPr>
          <w:lang w:eastAsia="zh-CN"/>
        </w:rPr>
        <w:t>　　协助负责人：体育部部长李振帅</w:t>
      </w:r>
      <w:r>
        <w:rPr>
          <w:lang w:eastAsia="zh-CN"/>
        </w:rPr>
        <w:br/>
      </w:r>
      <w:r>
        <w:rPr>
          <w:lang w:eastAsia="zh-CN"/>
        </w:rPr>
        <w:t>　　体育部副部长周健</w:t>
      </w:r>
      <w:r>
        <w:rPr>
          <w:lang w:eastAsia="zh-CN"/>
        </w:rPr>
        <w:br/>
      </w:r>
      <w:r>
        <w:rPr>
          <w:lang w:eastAsia="zh-CN"/>
        </w:rPr>
        <w:t>　　本学期其它时间体育部将随时待命，根据团委学生会所下达的各项命令，积极完成。对于其他部门的工作，体育部也将尽力配合，来达到团委学生会工作一体化的目标。</w:t>
      </w:r>
      <w:r>
        <w:rPr>
          <w:lang w:eastAsia="zh-CN"/>
        </w:rPr>
        <w:br/>
      </w:r>
      <w:r>
        <w:rPr>
          <w:lang w:eastAsia="zh-CN"/>
        </w:rPr>
        <w:t>　　四、备注</w:t>
      </w:r>
      <w:r>
        <w:rPr>
          <w:lang w:eastAsia="zh-CN"/>
        </w:rPr>
        <w:br/>
      </w:r>
      <w:r>
        <w:rPr>
          <w:lang w:eastAsia="zh-CN"/>
        </w:rPr>
        <w:t>　　1、由于目前学院工作的具体日程没有定下，所以只能参考往届体育部的工作时间来确定工作进度，如与现实有出入，以现实情况另行制定相应的工作计划。</w:t>
      </w:r>
      <w:r>
        <w:rPr>
          <w:lang w:eastAsia="zh-CN"/>
        </w:rPr>
        <w:br/>
      </w:r>
      <w:r>
        <w:rPr>
          <w:lang w:eastAsia="zh-CN"/>
        </w:rPr>
        <w:t>　　2、体育部的工作有阶段性，所以不能像常规部门那样做出一学年的计划。因此，仅做出本学期的工作计划。</w:t>
      </w:r>
      <w:r>
        <w:rPr>
          <w:lang w:eastAsia="zh-CN"/>
        </w:rPr>
        <w:br/>
      </w:r>
      <w:r>
        <w:rPr>
          <w:lang w:eastAsia="zh-CN"/>
        </w:rPr>
        <w:t>　　3、感谢各位领导老师、主席团成员的阅览，由于水平有限、工作经验欠缺，所以有何不妥之处，希望能不吝指出，我们将感激不尽，并一定及时纠正。</w:t>
      </w:r>
      <w:r>
        <w:rPr>
          <w:lang w:eastAsia="zh-CN"/>
        </w:rPr>
        <w:br/>
      </w:r>
      <w:r>
        <w:rPr>
          <w:lang w:eastAsia="zh-CN"/>
        </w:rPr>
        <w:t>　　4、附录初步拟定的工作表格若干。</w:t>
      </w:r>
      <w:r>
        <w:rPr>
          <w:lang w:eastAsia="zh-CN"/>
        </w:rPr>
        <w:br/>
      </w:r>
      <w:r>
        <w:rPr>
          <w:lang w:eastAsia="zh-CN"/>
        </w:rPr>
        <w:t xml:space="preserve">    学生会体育部的工作计划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一、工作职责</w:t>
      </w:r>
      <w:r>
        <w:rPr>
          <w:lang w:eastAsia="zh-CN"/>
        </w:rPr>
        <w:br/>
      </w:r>
      <w:r>
        <w:rPr>
          <w:lang w:eastAsia="zh-CN"/>
        </w:rPr>
        <w:t>　　我院体育部是我院学生会的主要部门之一，其主要工作职责是：</w:t>
      </w:r>
      <w:r>
        <w:rPr>
          <w:lang w:eastAsia="zh-CN"/>
        </w:rPr>
        <w:br/>
      </w:r>
      <w:r>
        <w:rPr>
          <w:lang w:eastAsia="zh-CN"/>
        </w:rPr>
        <w:t>　　1、坚持不懈地抓好学生早操检查、评比和公布工作(出勤率、质量)。</w:t>
      </w:r>
      <w:r>
        <w:rPr>
          <w:lang w:eastAsia="zh-CN"/>
        </w:rPr>
        <w:br/>
      </w:r>
      <w:r>
        <w:rPr>
          <w:lang w:eastAsia="zh-CN"/>
        </w:rPr>
        <w:t>　　2、积极组织各项体育活动，主抓秋运会。</w:t>
      </w:r>
      <w:r>
        <w:rPr>
          <w:lang w:eastAsia="zh-CN"/>
        </w:rPr>
        <w:br/>
      </w:r>
      <w:r>
        <w:rPr>
          <w:lang w:eastAsia="zh-CN"/>
        </w:rPr>
        <w:t>　　3、督促、协调学生社团联合会各体育类社团开展各项体育活动。</w:t>
      </w:r>
      <w:r>
        <w:rPr>
          <w:lang w:eastAsia="zh-CN"/>
        </w:rPr>
        <w:br/>
      </w:r>
      <w:r>
        <w:rPr>
          <w:lang w:eastAsia="zh-CN"/>
        </w:rPr>
        <w:t>　　4、协助团委、学生会其他部门开展工作。</w:t>
      </w:r>
      <w:r>
        <w:rPr>
          <w:lang w:eastAsia="zh-CN"/>
        </w:rPr>
        <w:br/>
      </w:r>
      <w:r>
        <w:rPr>
          <w:lang w:eastAsia="zh-CN"/>
        </w:rPr>
        <w:t>　　二、工作分类</w:t>
      </w:r>
      <w:r>
        <w:rPr>
          <w:lang w:eastAsia="zh-CN"/>
        </w:rPr>
        <w:br/>
      </w:r>
      <w:r>
        <w:rPr>
          <w:lang w:eastAsia="zh-CN"/>
        </w:rPr>
        <w:t>　　体育部工作具有工作时间相对集中、工作强度大、工作针对性强等一系列特点。其主要可以分为校秋季运动会、新生篮球赛、校级足\篮球赛以及执行团委学生会所给予的各项任务。</w:t>
      </w:r>
      <w:r>
        <w:rPr>
          <w:lang w:eastAsia="zh-CN"/>
        </w:rPr>
        <w:br/>
      </w:r>
      <w:r>
        <w:rPr>
          <w:lang w:eastAsia="zh-CN"/>
        </w:rPr>
        <w:t>　　三、具体部分的计划内容</w:t>
      </w:r>
      <w:r>
        <w:rPr>
          <w:lang w:eastAsia="zh-CN"/>
        </w:rPr>
        <w:br/>
      </w:r>
      <w:r>
        <w:rPr>
          <w:lang w:eastAsia="zh-CN"/>
        </w:rPr>
        <w:t>　　九月份</w:t>
      </w:r>
      <w:r>
        <w:rPr>
          <w:lang w:eastAsia="zh-CN"/>
        </w:rPr>
        <w:br/>
      </w:r>
      <w:r>
        <w:rPr>
          <w:lang w:eastAsia="zh-CN"/>
        </w:rPr>
        <w:t>　　九月初在迎新工作开展的过程中，对秋运会及体育部进行宣传，并且对新生进行摸底了解，使得有体育特长的新生能够有机会展示自己的才能，作为备战秋运会的前期基础准备。</w:t>
      </w:r>
      <w:r>
        <w:rPr>
          <w:lang w:eastAsia="zh-CN"/>
        </w:rPr>
        <w:br/>
      </w:r>
      <w:r>
        <w:rPr>
          <w:lang w:eastAsia="zh-CN"/>
        </w:rPr>
        <w:t>　　九月中旬积极联系往届运动会具有夺分能力的运动员，并根据具体情况安排其项目。新生军训结束后，对新生宣传有关秋运会报名的工作。同时，尽快通过团委学生会招新工作，选定具有责任心和一定组织管理能力的干事，组建起完整的体育部队伍。之后，对__级进行运动会的初选，选定新生运动员，最终拟订运动会录取名单，上报院里领导，请求批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九月下旬根据具体情况，及时组织各年级运动员进行运动会的准备训练工作，并进行严格有效的登记制度，使得赛前训练有组织、有监督记录，并且力求实效。同时，为了使训练有针对性、高效、系统，我们将尽力保证训练器械、场地、后勤等一系列问题的落实。并且以科学的训练计划，分步骤进行加强。</w:t>
      </w:r>
      <w:r>
        <w:rPr>
          <w:lang w:eastAsia="zh-CN"/>
        </w:rPr>
        <w:br/>
      </w:r>
      <w:r>
        <w:rPr>
          <w:lang w:eastAsia="zh-CN"/>
        </w:rPr>
        <w:t>　　十月份</w:t>
      </w:r>
      <w:r>
        <w:rPr>
          <w:lang w:eastAsia="zh-CN"/>
        </w:rPr>
        <w:br/>
      </w:r>
      <w:r>
        <w:rPr>
          <w:lang w:eastAsia="zh-CN"/>
        </w:rPr>
        <w:t>　　十月初我部将会同校体育部积极联系，获取参加秋季运动会的具体详细要求，并根据学校学院所下达的批示和文件，积极安排、组织相应工作。并时刻关注运动员的训练状况，根据当时情况进行适当调整。</w:t>
      </w:r>
      <w:r>
        <w:rPr>
          <w:lang w:eastAsia="zh-CN"/>
        </w:rPr>
        <w:br/>
      </w:r>
      <w:r>
        <w:rPr>
          <w:lang w:eastAsia="zh-CN"/>
        </w:rPr>
        <w:t>　　十月中旬根据学院团委学生会的要求，进行秋季运动会的动员，并确定参赛运动员名单，及时准确的将名单上报学校体育部。</w:t>
      </w:r>
      <w:r>
        <w:rPr>
          <w:lang w:eastAsia="zh-CN"/>
        </w:rPr>
        <w:br/>
      </w:r>
      <w:r>
        <w:rPr>
          <w:lang w:eastAsia="zh-CN"/>
        </w:rPr>
        <w:t>　　十月底&amp;&amp;十一月初本着严谨的工作态度和热情的服务精神，体育部将确保所有运动员的检录点名、参赛，并及时对运动员突发情况进行调整。协助各部门做好运动员的后勤保障工作(如：钉鞋的替换，药品的递送等)。体育部届时会倾尽全力来保证我院顺利有序的参加今年秋季田径运动会。</w:t>
      </w:r>
      <w:r>
        <w:rPr>
          <w:lang w:eastAsia="zh-CN"/>
        </w:rPr>
        <w:br/>
      </w:r>
      <w:r>
        <w:rPr>
          <w:lang w:eastAsia="zh-CN"/>
        </w:rPr>
        <w:t>　　秋季田径运动会主要负责人：体育部部长</w:t>
      </w:r>
      <w:r>
        <w:rPr>
          <w:lang w:eastAsia="zh-CN"/>
        </w:rPr>
        <w:br/>
      </w:r>
      <w:r>
        <w:rPr>
          <w:lang w:eastAsia="zh-CN"/>
        </w:rPr>
        <w:t>　　协助负责人：体育部副部长</w:t>
      </w:r>
      <w:r>
        <w:rPr>
          <w:lang w:eastAsia="zh-CN"/>
        </w:rPr>
        <w:br/>
      </w:r>
      <w:r>
        <w:rPr>
          <w:lang w:eastAsia="zh-CN"/>
        </w:rPr>
        <w:t>　　十一月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十一月中旬为促进我院__级新生尽早适应大学生活、增进新生之间的交流，由体育部向院团委学生会申请举办信息学院20__年新生篮球赛。届时，我部将向学校相关部门请批场地;同时对新生班级进行宣传。积极组织，周密准备，合理安排，公平裁判。保证球赛公平公正，并且达到促进新生友谊，增加我学院运动健身的良好氛围。</w:t>
      </w:r>
      <w:r>
        <w:rPr>
          <w:lang w:eastAsia="zh-CN"/>
        </w:rPr>
        <w:br/>
      </w:r>
      <w:r>
        <w:rPr>
          <w:lang w:eastAsia="zh-CN"/>
        </w:rPr>
        <w:t>　　新生篮球赛主要负责人：体育部副部长</w:t>
      </w:r>
      <w:r>
        <w:rPr>
          <w:lang w:eastAsia="zh-CN"/>
        </w:rPr>
        <w:br/>
      </w:r>
      <w:r>
        <w:rPr>
          <w:lang w:eastAsia="zh-CN"/>
        </w:rPr>
        <w:t>　　协助负责人：体育部部长</w:t>
      </w:r>
      <w:r>
        <w:rPr>
          <w:lang w:eastAsia="zh-CN"/>
        </w:rPr>
        <w:br/>
      </w:r>
      <w:r>
        <w:rPr>
          <w:lang w:eastAsia="zh-CN"/>
        </w:rPr>
        <w:t>　　体育部副部长</w:t>
      </w:r>
      <w:r>
        <w:rPr>
          <w:lang w:eastAsia="zh-CN"/>
        </w:rPr>
        <w:br/>
      </w:r>
      <w:r>
        <w:rPr>
          <w:lang w:eastAsia="zh-CN"/>
        </w:rPr>
        <w:t>　　本学期其它时间体育部将随时待命，根据团委学生会所下达的各项命令，积极完成。对于其他部门的工作，体育部也将尽力配合，来达到团委学生会工作一体化的目标。</w:t>
      </w:r>
      <w:r>
        <w:rPr>
          <w:lang w:eastAsia="zh-CN"/>
        </w:rPr>
        <w:br/>
      </w:r>
      <w:r>
        <w:rPr>
          <w:lang w:eastAsia="zh-CN"/>
        </w:rPr>
        <w:t>　　四、备注</w:t>
      </w:r>
      <w:r>
        <w:rPr>
          <w:lang w:eastAsia="zh-CN"/>
        </w:rPr>
        <w:br/>
      </w:r>
      <w:r>
        <w:rPr>
          <w:lang w:eastAsia="zh-CN"/>
        </w:rPr>
        <w:t>　　1、由于目前学院工作的具体日程没有定下，所以只能参考往届体育部的工作时间来确定工作进度，如与现实有出入，以现实情况另行制定相应的工作计划。</w:t>
      </w:r>
      <w:r>
        <w:rPr>
          <w:lang w:eastAsia="zh-CN"/>
        </w:rPr>
        <w:br/>
      </w:r>
      <w:r>
        <w:rPr>
          <w:lang w:eastAsia="zh-CN"/>
        </w:rPr>
        <w:t>　　2、体育部的工作有阶段性，所以不能像常规部门那样做出一学年的计划。因此，仅做出本学期的工作计划。</w:t>
      </w:r>
      <w:r>
        <w:rPr>
          <w:lang w:eastAsia="zh-CN"/>
        </w:rPr>
        <w:br/>
      </w:r>
      <w:r>
        <w:rPr>
          <w:lang w:eastAsia="zh-CN"/>
        </w:rPr>
        <w:t>　　3、感谢各位领导老师、主席团成员的阅览，由于水平有限、工作经验欠缺，所以有何不妥之处，希望能不吝指出，我们将感激不尽，并一定及时纠正。</w:t>
      </w:r>
      <w:r>
        <w:rPr>
          <w:lang w:eastAsia="zh-CN"/>
        </w:rPr>
        <w:br/>
      </w:r>
      <w:r>
        <w:rPr>
          <w:lang w:eastAsia="zh-CN"/>
        </w:rPr>
        <w:t xml:space="preserve">    学生会体育部的工作计划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本年度的工作计划依靠团委下达的以校园文化建设为主线，深入推进项目化管理的运做方式，开展以“建设校园文化，培育学校精神，构建和谐校园”为主题的指导精神。主要以项目化管理的运作方式来开展体育活动，配合团委继续深入推行校园文化活动的项目化，将校园文化活动的重心进一步下移，切实调动各级团、学体育组织的积极性、主动性。用先进的思想武装头脑，着重基层建设加强与各个二级学院及同学们之间的交流与联系。努力提高工作效率，有序的做好工作，更要体现活动的成本节约型和资源的整合性。多举办学生涉及面广，参与性高的体育活动。</w:t>
      </w:r>
      <w:r>
        <w:rPr>
          <w:lang w:eastAsia="zh-CN"/>
        </w:rPr>
        <w:br/>
      </w:r>
      <w:r>
        <w:rPr>
          <w:lang w:eastAsia="zh-CN"/>
        </w:rPr>
        <w:t>　　一.为体现“建设校园文化，培育学校精神，构建和谐校园”，我校体育部在组织建设方面有如下计划：</w:t>
      </w:r>
      <w:r>
        <w:rPr>
          <w:lang w:eastAsia="zh-CN"/>
        </w:rPr>
        <w:br/>
      </w:r>
      <w:r>
        <w:rPr>
          <w:lang w:eastAsia="zh-CN"/>
        </w:rPr>
        <w:t>　　1、招收新的体育部干事，在三月底之前完成体育部内部机构调整。</w:t>
      </w:r>
      <w:r>
        <w:rPr>
          <w:lang w:eastAsia="zh-CN"/>
        </w:rPr>
        <w:br/>
      </w:r>
      <w:r>
        <w:rPr>
          <w:lang w:eastAsia="zh-CN"/>
        </w:rPr>
        <w:t>　　2、为更好建设学校的体育活动，和学生社团联合会保持密切地联系，尤其是篮协、足协、排协、乒协、羽协等一些深受广大学生们喜爱的体育社团，多做经验的交流共同促进共同发展。以共同开展体育活动为载体，发挥我校体育部的主导地位。</w:t>
      </w:r>
      <w:r>
        <w:rPr>
          <w:lang w:eastAsia="zh-CN"/>
        </w:rPr>
        <w:br/>
      </w:r>
      <w:r>
        <w:rPr>
          <w:lang w:eastAsia="zh-CN"/>
        </w:rPr>
        <w:t>　　3、和各二级学院保持紧密联系，更好地督促与监督各二级学院的活动。</w:t>
      </w:r>
      <w:r>
        <w:rPr>
          <w:lang w:eastAsia="zh-CN"/>
        </w:rPr>
        <w:br/>
      </w:r>
      <w:r>
        <w:rPr>
          <w:lang w:eastAsia="zh-CN"/>
        </w:rPr>
        <w:t>　　4、与外联部联手，和其他兄弟院校建立友好的交流平台。主要是在学习他人之长的'同时补己之短；并把我校的体育文化向校外推广，加强我校在其他院校中的影响力。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5、在有能力的条件下多为同学们传播最新的体育新闻及体坛盛事，使我校同学能在20__年奥运会之前了解更多的体育知识，更重要的是加强同学们全民健身的体育意识，国民身体素质的提高才是振兴强国的保证。</w:t>
      </w:r>
      <w:r>
        <w:rPr>
          <w:lang w:eastAsia="zh-CN"/>
        </w:rPr>
        <w:br/>
      </w:r>
      <w:r>
        <w:rPr>
          <w:lang w:eastAsia="zh-CN"/>
        </w:rPr>
        <w:t>　　二.我校体育部在活动开展方面的计划：</w:t>
      </w:r>
      <w:r>
        <w:rPr>
          <w:lang w:eastAsia="zh-CN"/>
        </w:rPr>
        <w:br/>
      </w:r>
      <w:r>
        <w:rPr>
          <w:lang w:eastAsia="zh-CN"/>
        </w:rPr>
        <w:t>　　1、学生会系统内部篮球赛</w:t>
      </w:r>
      <w:r>
        <w:rPr>
          <w:lang w:eastAsia="zh-CN"/>
        </w:rPr>
        <w:br/>
      </w:r>
      <w:r>
        <w:rPr>
          <w:lang w:eastAsia="zh-CN"/>
        </w:rPr>
        <w:t>　　2、学生会系统内部与教职工羽毛球大赛</w:t>
      </w:r>
      <w:r>
        <w:rPr>
          <w:lang w:eastAsia="zh-CN"/>
        </w:rPr>
        <w:br/>
      </w:r>
      <w:r>
        <w:rPr>
          <w:lang w:eastAsia="zh-CN"/>
        </w:rPr>
        <w:t>　　3、拔河比赛</w:t>
      </w:r>
      <w:r>
        <w:rPr>
          <w:lang w:eastAsia="zh-CN"/>
        </w:rPr>
        <w:br/>
      </w:r>
      <w:r>
        <w:rPr>
          <w:lang w:eastAsia="zh-CN"/>
        </w:rPr>
        <w:t>　　4、一二、九长跑</w:t>
      </w:r>
      <w:r>
        <w:rPr>
          <w:lang w:eastAsia="zh-CN"/>
        </w:rPr>
        <w:br/>
      </w:r>
      <w:r>
        <w:rPr>
          <w:lang w:eastAsia="zh-CN"/>
        </w:rPr>
        <w:t>　　以上活动主要以加强各组织交流及鼓励学生体育运动为目的而设计，其详细内容详见各活动的策划书。</w:t>
      </w:r>
      <w:r>
        <w:rPr>
          <w:lang w:eastAsia="zh-CN"/>
        </w:rPr>
        <w:br/>
      </w:r>
      <w:r>
        <w:rPr>
          <w:lang w:eastAsia="zh-CN"/>
        </w:rPr>
        <w:t>　　祝愿今年我校体育部在校团委的领导下可以再创佳绩，体现以人为本的原则，为同学们多服务，服好务！</w:t>
      </w:r>
      <w:r>
        <w:rPr>
          <w:lang w:eastAsia="zh-CN"/>
        </w:rPr>
        <w:br/>
      </w:r>
      <w:r>
        <w:rPr>
          <w:lang w:eastAsia="zh-CN"/>
        </w:rPr>
        <w:t xml:space="preserve">    学生会体育部的工作计划 篇11 </w:t>
      </w:r>
      <w:r>
        <w:rPr>
          <w:lang w:eastAsia="zh-CN"/>
        </w:rPr>
        <w:br/>
      </w:r>
      <w:r>
        <w:rPr>
          <w:lang w:eastAsia="zh-CN"/>
        </w:rPr>
        <w:t>　　作为新一届体育部的部长，首先我感到很荣幸，荣幸之余我要做好我部门的工作。本学期即将结束，所以要面临的工作也不会很多。主要如下：</w:t>
      </w:r>
      <w:r>
        <w:rPr>
          <w:lang w:eastAsia="zh-CN"/>
        </w:rPr>
        <w:br/>
      </w:r>
      <w:r>
        <w:rPr>
          <w:lang w:eastAsia="zh-CN"/>
        </w:rPr>
        <w:t>　　1.选定副部长，本着对体育部负责的态度，我会经过仔细的考察确定人选。</w:t>
      </w:r>
      <w:r>
        <w:rPr>
          <w:lang w:eastAsia="zh-CN"/>
        </w:rPr>
        <w:br/>
      </w:r>
      <w:r>
        <w:rPr>
          <w:lang w:eastAsia="zh-CN"/>
        </w:rPr>
        <w:t>　　2.对于继续留任部门内部的干事，我会择优升任为高级助理和助理等职位。</w:t>
      </w:r>
      <w:r>
        <w:rPr>
          <w:lang w:eastAsia="zh-CN"/>
        </w:rPr>
        <w:br/>
      </w:r>
      <w:r>
        <w:rPr>
          <w:lang w:eastAsia="zh-CN"/>
        </w:rPr>
        <w:t>　　3.布置暑期工作计划。部门内部所有人暑假要写一份新学期的工作计划。主要包括招新、课余活动开展、等方面。(具体策划见策划书)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新的学期会马上就开始。在即将到来的新学期我对部门的工作做了初步的规划。</w:t>
      </w:r>
      <w:r>
        <w:rPr>
          <w:lang w:eastAsia="zh-CN"/>
        </w:rPr>
        <w:br/>
      </w:r>
      <w:r>
        <w:rPr>
          <w:lang w:eastAsia="zh-CN"/>
        </w:rPr>
        <w:t>　　1.招收新成员，在九月底之前完成体育部内部机构的调整。</w:t>
      </w:r>
      <w:r>
        <w:rPr>
          <w:lang w:eastAsia="zh-CN"/>
        </w:rPr>
        <w:br/>
      </w:r>
      <w:r>
        <w:rPr>
          <w:lang w:eastAsia="zh-CN"/>
        </w:rPr>
        <w:t>　　2.为更好建设学校的体育活动和丰富同学们的课余生活，我部准备与学生社团保持密切联系，在征得学院的同意后组织开展篮球赛等活动。(一对一、三对三、班级5V5、技巧比赛、三分大赛计划在十月份开始)(具体策划见策划书)</w:t>
      </w:r>
      <w:r>
        <w:rPr>
          <w:lang w:eastAsia="zh-CN"/>
        </w:rPr>
        <w:br/>
      </w:r>
      <w:r>
        <w:rPr>
          <w:lang w:eastAsia="zh-CN"/>
        </w:rPr>
        <w:t>　　3.与外联部联手，和其他兄弟院校建立友好的交流平台。开展或参与一些兄弟院校之间的赛事活动。旨在取长补短;并把我院的体育文化向外推广。</w:t>
      </w:r>
      <w:r>
        <w:rPr>
          <w:lang w:eastAsia="zh-CN"/>
        </w:rPr>
        <w:br/>
      </w:r>
      <w:r>
        <w:rPr>
          <w:lang w:eastAsia="zh-CN"/>
        </w:rPr>
        <w:t>　　4.对于一年一度的上海大学运动会，</w:t>
      </w:r>
      <w:r>
        <w:rPr>
          <w:lang w:eastAsia="zh-CN"/>
        </w:rPr>
        <w:br/>
      </w:r>
      <w:r>
        <w:rPr>
          <w:lang w:eastAsia="zh-CN"/>
        </w:rPr>
        <w:t>　　(1)我部会像往年一样做好充分的准备，积极动员学院的运动精英，去本部挥洒汗水和激情，为我院和个人争得荣誉。协助我院老师做好广播操比赛的报名统计、人员训练等相关工作。力争继续我院广播操连续多年蝉联冠军的神话。</w:t>
      </w:r>
      <w:r>
        <w:rPr>
          <w:lang w:eastAsia="zh-CN"/>
        </w:rPr>
        <w:br/>
      </w:r>
      <w:r>
        <w:rPr>
          <w:lang w:eastAsia="zh-CN"/>
        </w:rPr>
        <w:t>　　(2)和往年不同的是我部门会提前组织报名，提前培训，发挥体育部的作用。我已经征得体育老师的支持，对参赛的同学做培训工作。</w:t>
      </w:r>
      <w:r>
        <w:rPr>
          <w:lang w:eastAsia="zh-CN"/>
        </w:rPr>
        <w:br/>
      </w:r>
      <w:r>
        <w:rPr>
          <w:lang w:eastAsia="zh-CN"/>
        </w:rPr>
        <w:t>　　5.开展新型活动，加强老师与同学的联系。让师生都参与进来。(待策划)。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在今后的日子里我们将举行一些有意义的活动，在精神上影响到同学们，以便于引导同学们朝着一个积极的层面发展。同时还能丰富同学们的大学课余生活。我会带领我的部员勤勤恳恳的工作，不断努力创新、开拓进取，为体育部创造辉煌，为巴士创造更多的荣誉。</w:t>
      </w:r>
      <w:r>
        <w:rPr>
          <w:lang w:eastAsia="zh-CN"/>
        </w:rPr>
        <w:br/>
      </w:r>
      <w:r>
        <w:rPr>
          <w:lang w:eastAsia="zh-CN"/>
        </w:rPr>
        <w:t xml:space="preserve">    学生会体育部的工作计划 篇12 </w:t>
      </w:r>
      <w:r>
        <w:rPr>
          <w:lang w:eastAsia="zh-CN"/>
        </w:rPr>
        <w:br/>
      </w:r>
      <w:r>
        <w:rPr>
          <w:lang w:eastAsia="zh-CN"/>
        </w:rPr>
        <w:t>　　新的一学年已开始一段时间，新的一届体育部也终于诞生。虽然无论如何也不能不提到现今盛行的甲流对我部的深刻影响，但__级新生的到来才是我部最大的新闻，看那一张张积极向上、充满自信的面孔，在一片甲流肆虐的黑色背景下展现出我部一副崭新的面貌。</w:t>
      </w:r>
      <w:r>
        <w:rPr>
          <w:lang w:eastAsia="zh-CN"/>
        </w:rPr>
        <w:br/>
      </w:r>
      <w:r>
        <w:rPr>
          <w:lang w:eastAsia="zh-CN"/>
        </w:rPr>
        <w:t>　　以下为我体育部初步拟订的工作计划 ：</w:t>
      </w:r>
      <w:r>
        <w:rPr>
          <w:lang w:eastAsia="zh-CN"/>
        </w:rPr>
        <w:br/>
      </w:r>
      <w:r>
        <w:rPr>
          <w:lang w:eastAsia="zh-CN"/>
        </w:rPr>
        <w:t>　　一、召集我部成员第一次聚会，让部员之间充分接触认识，介绍部内划分的俊杰组与向珍组两小组的日常工作方向和工作重点，并成员根据个人爱好与意愿选择进入何组。</w:t>
      </w:r>
      <w:r>
        <w:rPr>
          <w:lang w:eastAsia="zh-CN"/>
        </w:rPr>
        <w:br/>
      </w:r>
      <w:r>
        <w:rPr>
          <w:lang w:eastAsia="zh-CN"/>
        </w:rPr>
        <w:t>　　二、组织我院篮球队、足球队、排球队参加学校三球联赛，并与学院其它各部取得联系、合作，保证我院参赛队后勤需求和赛事宣传工作的到位。</w:t>
      </w:r>
      <w:r>
        <w:rPr>
          <w:lang w:eastAsia="zh-CN"/>
        </w:rPr>
        <w:br/>
      </w:r>
      <w:r>
        <w:rPr>
          <w:lang w:eastAsia="zh-CN"/>
        </w:rPr>
        <w:t>　　三、召集一批有学裁判意愿的学生对其进行裁判(篮球、足球)培训，选出优秀者成立我院篮球、足球裁判小组，为日后各项比赛运动提供裁判保障。</w:t>
      </w:r>
      <w:r>
        <w:rPr>
          <w:lang w:eastAsia="zh-CN"/>
        </w:rPr>
        <w:br/>
      </w:r>
      <w:r>
        <w:rPr>
          <w:lang w:eastAsia="zh-CN"/>
        </w:rPr>
        <w:t>　　四、着手我院运动月的策划与组织活动开展，以赛前人尽知，赛中人尽看，赛后人尽论为目标，与实际相联系着重强调赛制创新，力争本届的运动月活动为我院史上最引人的运动月。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五、 配合院学生会各部，做好学生会的各项工作。</w:t>
      </w:r>
      <w:r>
        <w:rPr>
          <w:lang w:eastAsia="zh-CN"/>
        </w:rPr>
        <w:br/>
      </w:r>
      <w:r>
        <w:rPr>
          <w:lang w:eastAsia="zh-CN"/>
        </w:rPr>
        <w:t>　　以上为我部制定的__学年的初步工作计划，还请上级指导与监督。</w:t>
      </w:r>
      <w:r>
        <w:rPr>
          <w:lang w:eastAsia="zh-CN"/>
        </w:rPr>
        <w:br/>
      </w:r>
      <w:r>
        <w:rPr>
          <w:lang w:eastAsia="zh-CN"/>
        </w:rPr>
        <w:t xml:space="preserve">    学生会体育部的工作计划 篇13 </w:t>
      </w:r>
      <w:r>
        <w:rPr>
          <w:lang w:eastAsia="zh-CN"/>
        </w:rPr>
        <w:br/>
      </w:r>
      <w:r>
        <w:rPr>
          <w:lang w:eastAsia="zh-CN"/>
        </w:rPr>
        <w:t>　　尊敬的老师和同学们：</w:t>
      </w:r>
      <w:r>
        <w:rPr>
          <w:lang w:eastAsia="zh-CN"/>
        </w:rPr>
        <w:br/>
      </w:r>
      <w:r>
        <w:rPr>
          <w:lang w:eastAsia="zh-CN"/>
        </w:rPr>
        <w:t>　　大家好！</w:t>
      </w:r>
      <w:r>
        <w:rPr>
          <w:lang w:eastAsia="zh-CN"/>
        </w:rPr>
        <w:br/>
      </w:r>
      <w:r>
        <w:rPr>
          <w:lang w:eastAsia="zh-CN"/>
        </w:rPr>
        <w:t>　　新一届学生会这几天已经宣告成立，并开始充满活力地运转起来！凡事预则立，为了更好更周到地为同学们服务，我们在成立之初就做好这样一份工作计划，方便同学们了解和监督。更希望大家能够提出宝贵的意见和建议，来完善我们的计划，提高我们的服务质量。和前一届学生会一样，我们也有同样的常规性活动：篮球新生杯，篮球校联赛，校运动会，和全民健身活动。这些常规性活动我们都会尽心尽力地筹划好，同时，也尽量办出新意。</w:t>
      </w:r>
      <w:r>
        <w:rPr>
          <w:lang w:eastAsia="zh-CN"/>
        </w:rPr>
        <w:br/>
      </w:r>
      <w:r>
        <w:rPr>
          <w:lang w:eastAsia="zh-CN"/>
        </w:rPr>
        <w:t>　　我们将配合学院和班级工作，通过体育将学院和班级联系在一起。</w:t>
      </w:r>
      <w:r>
        <w:rPr>
          <w:lang w:eastAsia="zh-CN"/>
        </w:rPr>
        <w:br/>
      </w:r>
      <w:r>
        <w:rPr>
          <w:lang w:eastAsia="zh-CN"/>
        </w:rPr>
        <w:t>　　（一）体育部在组织建设方面：</w:t>
      </w:r>
      <w:r>
        <w:rPr>
          <w:lang w:eastAsia="zh-CN"/>
        </w:rPr>
        <w:br/>
      </w:r>
      <w:r>
        <w:rPr>
          <w:lang w:eastAsia="zh-CN"/>
        </w:rPr>
        <w:t>　　强化体育部所有成员的责任意识，吃苦耐劳的精神。</w:t>
      </w:r>
      <w:r>
        <w:rPr>
          <w:lang w:eastAsia="zh-CN"/>
        </w:rPr>
        <w:br/>
      </w:r>
      <w:r>
        <w:rPr>
          <w:lang w:eastAsia="zh-CN"/>
        </w:rPr>
        <w:t>　　为更好建设学院的体育工作，学生的体育锻炼应该是我们关注的焦点，尤其是篮球、足球、等一些深受广大学生们喜爱的体育活动，我们体育部以开展体育活动为载体，让同学们多做经验的交流，促进自身的全面发展，发扬体育文化的核心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和其他学院保持紧密联系，更好地督促与监督我们体育部存在的缺点与不足，加以改正。</w:t>
      </w:r>
      <w:r>
        <w:rPr>
          <w:lang w:eastAsia="zh-CN"/>
        </w:rPr>
        <w:br/>
      </w:r>
      <w:r>
        <w:rPr>
          <w:lang w:eastAsia="zh-CN"/>
        </w:rPr>
        <w:t>　　与学生会各部联手，建立友好的交流平台，可以在学习他人之长的同时补己之短，并可以在以后的工作中获得帮助。</w:t>
      </w:r>
      <w:r>
        <w:rPr>
          <w:lang w:eastAsia="zh-CN"/>
        </w:rPr>
        <w:br/>
      </w:r>
      <w:r>
        <w:rPr>
          <w:lang w:eastAsia="zh-CN"/>
        </w:rPr>
        <w:t>　　（二）体育部在活动开展方面：</w:t>
      </w:r>
      <w:r>
        <w:rPr>
          <w:lang w:eastAsia="zh-CN"/>
        </w:rPr>
        <w:br/>
      </w:r>
      <w:r>
        <w:rPr>
          <w:lang w:eastAsia="zh-CN"/>
        </w:rPr>
        <w:t>　　（一）篮球新生杯</w:t>
      </w:r>
      <w:r>
        <w:rPr>
          <w:lang w:eastAsia="zh-CN"/>
        </w:rPr>
        <w:br/>
      </w:r>
      <w:r>
        <w:rPr>
          <w:lang w:eastAsia="zh-CN"/>
        </w:rPr>
        <w:t>　　篮球新生杯将于8月21举行。篮球作为学校的传统体育项目，其受欢迎的程度，从平时球场上的人山人海就可以看出。好的东西应当秉承发扬，举办篮球比赛，不仅可以强化同学的锻炼意识，还可以激起同学们之间良好的竞争意识。我们学生会要做的就是组织同学更好地为我院加油，更好地服务运动球员，无论是在球场上还是在场下都展现出我院的色彩。</w:t>
      </w:r>
      <w:r>
        <w:rPr>
          <w:lang w:eastAsia="zh-CN"/>
        </w:rPr>
        <w:br/>
      </w:r>
      <w:r>
        <w:rPr>
          <w:lang w:eastAsia="zh-CN"/>
        </w:rPr>
        <w:t>　　（二）校际运动会</w:t>
      </w:r>
      <w:r>
        <w:rPr>
          <w:lang w:eastAsia="zh-CN"/>
        </w:rPr>
        <w:br/>
      </w:r>
      <w:r>
        <w:rPr>
          <w:lang w:eastAsia="zh-CN"/>
        </w:rPr>
        <w:t>　　校际运动会将于10月22号举行。校际运动会是我校备受瞩目的大型体育盛会，而我院在校际运动会中取得的骄人成绩更为我院增添了很多色彩。我院田径赛一直是第一名，运动场上有我们的运动员再加油，场下是我院师生的呐喊助威。没有最好只有更好，我院师生每年都在进步。我部将会为即将来临的校际运动会做好准备，考虑周全，更好地组织运动员的有效训练，让我们期待今年的运动再现好成绩。</w:t>
      </w:r>
      <w:r>
        <w:rPr>
          <w:lang w:eastAsia="zh-CN"/>
        </w:rPr>
        <w:br/>
      </w:r>
      <w:r>
        <w:rPr>
          <w:lang w:eastAsia="zh-CN"/>
        </w:rPr>
        <w:t>　　（三）全民健身活动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为发扬我院学生运动的精神，加强我院同学之间的交流，增强我院的凝聚力。因此既篮球赛和运动会，我院将举行全民健身活动。发动同学们积极参加，并想出好的有创新的项目，让同学们在活动中寻找乐趣，在参与中感受大学生活的精彩，我院的精彩，为我院增添更多欢乐及意义。</w:t>
      </w:r>
      <w:r>
        <w:rPr>
          <w:lang w:eastAsia="zh-CN"/>
        </w:rPr>
        <w:br/>
      </w:r>
      <w:r>
        <w:rPr>
          <w:lang w:eastAsia="zh-CN"/>
        </w:rPr>
        <w:t>　　（四）篮排球训练</w:t>
      </w:r>
      <w:r>
        <w:rPr>
          <w:lang w:eastAsia="zh-CN"/>
        </w:rPr>
        <w:br/>
      </w:r>
      <w:r>
        <w:rPr>
          <w:lang w:eastAsia="zh-CN"/>
        </w:rPr>
        <w:t>　　为了更好地为明年的篮球赛和排球赛，我院将于本学期将组织运动员训练。学基础颠球及互颠。将基础打好，很关键。为了安排好训练，我部将积极做好组织及服务工作。使得运动员能高效的把球练好，在训练中锻炼自己，在与队员合作中体味充实。在努力中准备为学院争光。</w:t>
      </w:r>
      <w:r>
        <w:rPr>
          <w:lang w:eastAsia="zh-CN"/>
        </w:rPr>
        <w:br/>
      </w:r>
      <w:r>
        <w:rPr>
          <w:lang w:eastAsia="zh-CN"/>
        </w:rPr>
        <w:t>　　我相信在学院领导的领导下，我部将会把活动办的更好，把工作做好。</w:t>
      </w:r>
      <w:r>
        <w:rPr>
          <w:lang w:eastAsia="zh-CN"/>
        </w:rPr>
        <w:br/>
      </w:r>
      <w:r>
        <w:rPr>
          <w:lang w:eastAsia="zh-CN"/>
        </w:rPr>
        <w:t xml:space="preserve">    学生会体育部的工作计划 篇14 </w:t>
      </w:r>
      <w:r>
        <w:rPr>
          <w:lang w:eastAsia="zh-CN"/>
        </w:rPr>
        <w:br/>
      </w:r>
      <w:r>
        <w:rPr>
          <w:lang w:eastAsia="zh-CN"/>
        </w:rPr>
        <w:t>　　新的一学年即将开始，对于我们学生会体育部的工作又是新的开始；新开始就得有新的形象。做出新的成绩。回顾上学年，我们体育部工作认真。成绩可佳；展望新学年，我们必定再接再厉努力把体育部的工作做得更好。</w:t>
      </w:r>
      <w:r>
        <w:rPr>
          <w:lang w:eastAsia="zh-CN"/>
        </w:rPr>
        <w:br/>
      </w:r>
      <w:r>
        <w:rPr>
          <w:lang w:eastAsia="zh-CN"/>
        </w:rPr>
        <w:t>　　一、指导思想：</w:t>
      </w:r>
      <w:r>
        <w:rPr>
          <w:lang w:eastAsia="zh-CN"/>
        </w:rPr>
        <w:br/>
      </w:r>
      <w:r>
        <w:rPr>
          <w:lang w:eastAsia="zh-CN"/>
        </w:rPr>
        <w:t>　　在院领导的领导下，发扬团结、拼搏、奉献、向上的精神。丰富学生课余文化生活，锻炼学生才干能力；注重加强体育部的自身建设，提高体育部的工作效率和服务水平；努力提高学生自我管理能力，创造性地开展活动。</w:t>
      </w:r>
      <w:r>
        <w:rPr>
          <w:lang w:eastAsia="zh-CN"/>
        </w:rPr>
        <w:br/>
      </w:r>
      <w:r>
        <w:rPr>
          <w:lang w:eastAsia="zh-CN"/>
        </w:rPr>
        <w:t>　　二、工作目标：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为全院学生服务，丰富我院学生的课外活动，提高学生素质，努力为我部创造更好的成绩，并协助学生会其他部门开展工作。</w:t>
      </w:r>
      <w:r>
        <w:rPr>
          <w:lang w:eastAsia="zh-CN"/>
        </w:rPr>
        <w:br/>
      </w:r>
      <w:r>
        <w:rPr>
          <w:lang w:eastAsia="zh-CN"/>
        </w:rPr>
        <w:t>　　三、工作要求：</w:t>
      </w:r>
      <w:r>
        <w:rPr>
          <w:lang w:eastAsia="zh-CN"/>
        </w:rPr>
        <w:br/>
      </w:r>
      <w:r>
        <w:rPr>
          <w:lang w:eastAsia="zh-CN"/>
        </w:rPr>
        <w:t>　　1、以维护学生为利益，坚持团结，拼搏，奉献，向上的工作精神。</w:t>
      </w:r>
      <w:r>
        <w:rPr>
          <w:lang w:eastAsia="zh-CN"/>
        </w:rPr>
        <w:br/>
      </w:r>
      <w:r>
        <w:rPr>
          <w:lang w:eastAsia="zh-CN"/>
        </w:rPr>
        <w:t>　　2、加强学生会的自身建设，学生干部要在学生中起到带头作用，并且严格要求自我。</w:t>
      </w:r>
      <w:r>
        <w:rPr>
          <w:lang w:eastAsia="zh-CN"/>
        </w:rPr>
        <w:br/>
      </w:r>
      <w:r>
        <w:rPr>
          <w:lang w:eastAsia="zh-CN"/>
        </w:rPr>
        <w:t>　　3、积极开展丰富的体育活动，丰富学生的课余生活。并从中发掘人才，培养人才，锻炼学生的身体。使其体育和学习同时进步</w:t>
      </w:r>
      <w:r>
        <w:rPr>
          <w:lang w:eastAsia="zh-CN"/>
        </w:rPr>
        <w:br/>
      </w:r>
      <w:r>
        <w:rPr>
          <w:lang w:eastAsia="zh-CN"/>
        </w:rPr>
        <w:t>　　四、具体工作计划：</w:t>
      </w:r>
      <w:r>
        <w:rPr>
          <w:lang w:eastAsia="zh-CN"/>
        </w:rPr>
        <w:br/>
      </w:r>
      <w:r>
        <w:rPr>
          <w:lang w:eastAsia="zh-CN"/>
        </w:rPr>
        <w:t>　　体育部要针对具体的情况来安排和组织相应的体育活动，来加强同学、学生会和老师三方面的关系，为以后更好的开展我部的工作奠定基础。开拓合作途径，加强本部和外部之间的联系，使我们的工作可以更好的展开。</w:t>
      </w:r>
      <w:r>
        <w:rPr>
          <w:lang w:eastAsia="zh-CN"/>
        </w:rPr>
        <w:br/>
      </w:r>
      <w:r>
        <w:rPr>
          <w:lang w:eastAsia="zh-CN"/>
        </w:rPr>
        <w:t>　　这学年主要的工作计划是“拔河比赛”和“运动会”。</w:t>
      </w:r>
      <w:r>
        <w:rPr>
          <w:lang w:eastAsia="zh-CN"/>
        </w:rPr>
        <w:br/>
      </w:r>
      <w:r>
        <w:rPr>
          <w:lang w:eastAsia="zh-CN"/>
        </w:rPr>
        <w:t>　　拔河比赛：</w:t>
      </w:r>
      <w:r>
        <w:rPr>
          <w:lang w:eastAsia="zh-CN"/>
        </w:rPr>
        <w:br/>
      </w:r>
      <w:r>
        <w:rPr>
          <w:lang w:eastAsia="zh-CN"/>
        </w:rPr>
        <w:t>　　1、活动地点时间：一教二教之间，时间待定。</w:t>
      </w:r>
      <w:r>
        <w:rPr>
          <w:lang w:eastAsia="zh-CN"/>
        </w:rPr>
        <w:br/>
      </w:r>
      <w:r>
        <w:rPr>
          <w:lang w:eastAsia="zh-CN"/>
        </w:rPr>
        <w:t>　　2、比赛时又两名体育部人员做裁判员，两名计分员，其余的人维持现场秩序。</w:t>
      </w:r>
      <w:r>
        <w:rPr>
          <w:lang w:eastAsia="zh-CN"/>
        </w:rPr>
        <w:br/>
      </w:r>
      <w:r>
        <w:rPr>
          <w:lang w:eastAsia="zh-CN"/>
        </w:rPr>
        <w:t>　　3、比赛规则：比赛分为淘汰赛和循环赛，选出第一二三四名，并给予奖励。</w:t>
      </w:r>
      <w:r>
        <w:rPr>
          <w:lang w:eastAsia="zh-CN"/>
        </w:rPr>
        <w:br/>
      </w:r>
      <w:r>
        <w:rPr>
          <w:lang w:eastAsia="zh-CN"/>
        </w:rPr>
        <w:t>　　4、活动经费：三百元左右。</w:t>
      </w:r>
      <w:r>
        <w:rPr>
          <w:lang w:eastAsia="zh-CN"/>
        </w:rPr>
        <w:br/>
      </w:r>
    </w:p>
    <w:p w:rsidR="001B1F19" w14:textId="27C3F48A">
      <w:pPr>
        <w:rPr>
          <w:rFonts w:hint="eastAsia"/>
          <w:lang w:eastAsia="zh-CN"/>
        </w:rPr>
      </w:pPr>
      <w:r>
        <w:rPr>
          <w:lang w:eastAsia="zh-CN"/>
        </w:rPr>
        <w:t>　　运动会：</w:t>
      </w:r>
      <w:r>
        <w:rPr>
          <w:lang w:eastAsia="zh-CN"/>
        </w:rPr>
        <w:br/>
      </w:r>
      <w:r>
        <w:rPr>
          <w:lang w:eastAsia="zh-CN"/>
        </w:rPr>
        <w:t>　　1、尽量给予每一位大一新生一个表现自我的机会，让没以为学生进行比赛选出比较优秀的学生参加比赛。</w:t>
      </w:r>
      <w:r>
        <w:rPr>
          <w:lang w:eastAsia="zh-CN"/>
        </w:rPr>
        <w:br/>
      </w:r>
      <w:r>
        <w:rPr>
          <w:lang w:eastAsia="zh-CN"/>
        </w:rPr>
        <w:t>　　2、每位体育部人员积极参加并组织比赛队员入场，在比赛过程中积极配合老师、部员等人的工作。</w:t>
      </w:r>
      <w:r>
        <w:rPr>
          <w:lang w:eastAsia="zh-CN"/>
        </w:rPr>
        <w:br/>
      </w:r>
      <w:r>
        <w:rPr>
          <w:lang w:eastAsia="zh-CN"/>
        </w:rPr>
        <w:t>　　3、比赛时当运动员跑完全程时应在终点设有专门人员帮助运动员回复体力。</w:t>
      </w:r>
      <w:r>
        <w:rPr>
          <w:lang w:eastAsia="zh-CN"/>
        </w:rPr>
        <w:br/>
      </w:r>
      <w:r>
        <w:rPr>
          <w:lang w:eastAsia="zh-CN"/>
        </w:rPr>
        <w:t>　　我们部门都是热爱体育运动的同学，基于这个特点希望在这学年里体育部能够成为学生会中最活跃的部门。最亮丽的风景线。</w:t>
      </w:r>
      <w:r>
        <w:rPr>
          <w:lang w:eastAsia="zh-CN"/>
        </w:rPr>
        <w:br/>
      </w:r>
      <w:r>
        <w:rPr>
          <w:lang w:eastAsia="zh-CN"/>
        </w:rPr>
        <w:t>　　以上是体育部这个学年的工作计划，真诚希望体育部能够真正起到活跃学校体育文化活动的作用，为同学们撑起一片快乐的蓝天。</w:t>
      </w:r>
      <w:r>
        <w:rPr>
          <w:lang w:eastAsia="zh-CN"/>
        </w:rPr>
        <w:br/>
      </w:r>
      <w:r>
        <w:rPr>
          <w:lang w:eastAsia="zh-CN"/>
        </w:rPr>
        <w:t xml:space="preserve">    学生会体育部的工作计划 篇15 </w:t>
      </w:r>
      <w:r>
        <w:rPr>
          <w:lang w:eastAsia="zh-CN"/>
        </w:rPr>
        <w:br/>
      </w:r>
      <w:r>
        <w:rPr>
          <w:lang w:eastAsia="zh-CN"/>
        </w:rPr>
        <w:t>　　新的学期新的开始，为了更好的配合学生会整体的工作。保证大家能积极参加体育锻炼、增强身体素质。我部认真对以往工作及开展得活动进行了总结，并制定出新学期的活动安排和工作计划。</w:t>
      </w:r>
      <w:r>
        <w:rPr>
          <w:lang w:eastAsia="zh-CN"/>
        </w:rPr>
        <w:br/>
      </w:r>
      <w:r>
        <w:rPr>
          <w:lang w:eastAsia="zh-CN"/>
        </w:rPr>
        <w:t>　　为体现建设校园文化，培育学校精神，构建和谐校园，我校体育部在组织建设方面有如下计划：</w:t>
      </w:r>
      <w:r>
        <w:rPr>
          <w:lang w:eastAsia="zh-CN"/>
        </w:rPr>
        <w:br/>
      </w:r>
      <w:r>
        <w:rPr>
          <w:lang w:eastAsia="zh-CN"/>
        </w:rPr>
        <w:t>　　1、为更好建设学校的体育活动，和学生社团联合会保持密切地联系，尤其是篮协、足协、排协、乒协、羽协等一些深受广大学生们喜爱的体育社团，多做的交流共同促进共同发展。以共同开展体育活动为载体，发挥我校体育部的主导地位。</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https://d.book118.com/178076040055006034</w:t>
        </w:r>
      </w:hyperlink>
    </w:p>
    <w:p w:rsidR="001B1F19">
      <w:pPr>
        <w:rPr>
          <w:rFonts w:hint="eastAsia"/>
          <w:lang w:eastAsia="zh-CN"/>
        </w:rPr>
      </w:pPr>
    </w:p>
    <w:sectPr>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7807604005500603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