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新一年销售工作计划范文（35篇）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新一年销售工作计划范文（精选35篇）</w:t>
      </w:r>
      <w:r>
        <w:rPr>
          <w:lang w:eastAsia="zh-CN"/>
        </w:rPr>
        <w:br/>
      </w:r>
      <w:r>
        <w:rPr>
          <w:lang w:eastAsia="zh-CN"/>
        </w:rPr>
        <w:t xml:space="preserve">    新一年销售工作计划范文 篇1 </w:t>
      </w:r>
      <w:r>
        <w:rPr>
          <w:lang w:eastAsia="zh-CN"/>
        </w:rPr>
        <w:br/>
      </w:r>
      <w:r>
        <w:rPr>
          <w:lang w:eastAsia="zh-CN"/>
        </w:rPr>
        <w:t>　　围绕__年度总公司目标，坚持以内抓管理、外拓市场的方针，并以目标管理方式，认真扎实地落实各项工作。</w:t>
      </w:r>
      <w:r>
        <w:rPr>
          <w:lang w:eastAsia="zh-CN"/>
        </w:rPr>
        <w:br/>
      </w:r>
      <w:r>
        <w:rPr>
          <w:lang w:eastAsia="zh-CN"/>
        </w:rPr>
        <w:t>　　一、市场的开发：</w:t>
      </w:r>
      <w:r>
        <w:rPr>
          <w:lang w:eastAsia="zh-CN"/>
        </w:rPr>
        <w:br/>
      </w:r>
      <w:r>
        <w:rPr>
          <w:lang w:eastAsia="zh-CN"/>
        </w:rPr>
        <w:t>　　创新求实、开拓国内市场。根据去年的基础，上海公司对国内市场有了更深的了解。产品需要市场，市场更需要适合的产品(包括产品的品质、外型和相称的包装)。因此，上海公司针对国内市场的特点，专门请人给公司作销售形象设计，提高盛天公司在中国市场的统一形象。配合优质的产品，为今后更有力地提高盛天公司在中国的知名度铺好了稳定的基础。</w:t>
      </w:r>
      <w:r>
        <w:rPr>
          <w:lang w:eastAsia="zh-CN"/>
        </w:rPr>
        <w:br/>
      </w:r>
      <w:r>
        <w:rPr>
          <w:lang w:eastAsia="zh-CN"/>
        </w:rPr>
        <w:t>　　同时，建立健全的销售网络体系，使盛天开拓中国市场奠定了销售分点。上海公司拟在3月初招聘7-8名业务员，全面培训业务知识和着力市场开发，灌输盛天实施理念。</w:t>
      </w:r>
      <w:r>
        <w:rPr>
          <w:lang w:eastAsia="zh-CN"/>
        </w:rPr>
        <w:br/>
      </w:r>
      <w:r>
        <w:rPr>
          <w:lang w:eastAsia="zh-CN"/>
        </w:rPr>
        <w:t>　　二、年度目标：</w:t>
      </w:r>
      <w:r>
        <w:rPr>
          <w:lang w:eastAsia="zh-CN"/>
        </w:rPr>
        <w:br/>
      </w:r>
      <w:r>
        <w:rPr>
          <w:lang w:eastAsia="zh-CN"/>
        </w:rPr>
        <w:t>　　1.全年实现销售收入2500万元。利润：100-150万元;</w:t>
      </w:r>
      <w:r>
        <w:rPr>
          <w:lang w:eastAsia="zh-CN"/>
        </w:rPr>
        <w:br/>
      </w:r>
      <w:r>
        <w:rPr>
          <w:lang w:eastAsia="zh-CN"/>
        </w:rPr>
        <w:t>　　2.盛天产品在(同行业)国内市场占有率大于10%;</w:t>
      </w:r>
      <w:r>
        <w:rPr>
          <w:lang w:eastAsia="zh-CN"/>
        </w:rPr>
        <w:br/>
      </w:r>
      <w:r>
        <w:rPr>
          <w:lang w:eastAsia="zh-CN"/>
        </w:rPr>
        <w:t>　　3.各项管理费用同步下降10%;</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4.设立产品开发部，在总公司的指导下，完成下达的开发任务;</w:t>
      </w:r>
      <w:r>
        <w:rPr>
          <w:lang w:eastAsia="zh-CN"/>
        </w:rPr>
        <w:br/>
      </w:r>
      <w:r>
        <w:rPr>
          <w:lang w:eastAsia="zh-CN"/>
        </w:rPr>
        <w:t>　　5.积极配合总公司做好上海盛天开发区的相关事宜及交办的其他事宜。</w:t>
      </w:r>
      <w:r>
        <w:rPr>
          <w:lang w:eastAsia="zh-CN"/>
        </w:rPr>
        <w:br/>
      </w:r>
      <w:r>
        <w:rPr>
          <w:lang w:eastAsia="zh-CN"/>
        </w:rPr>
        <w:t>　　三、实施要求：</w:t>
      </w:r>
      <w:r>
        <w:rPr>
          <w:lang w:eastAsia="zh-CN"/>
        </w:rPr>
        <w:br/>
      </w:r>
      <w:r>
        <w:rPr>
          <w:lang w:eastAsia="zh-CN"/>
        </w:rPr>
        <w:t>　　销售市场的细化、规范化有利操作。根据销售总目标2500万，分区域下指标，责任明确，落实到人，绩效挂钩。</w:t>
      </w:r>
      <w:r>
        <w:rPr>
          <w:lang w:eastAsia="zh-CN"/>
        </w:rPr>
        <w:br/>
      </w:r>
      <w:r>
        <w:rPr>
          <w:lang w:eastAsia="zh-CN"/>
        </w:rPr>
        <w:t>　　1.划分销售区域。全国分7-8区域，每个区域下达指标，用考核的方式与实绩挂钩，奖罚分明;</w:t>
      </w:r>
      <w:r>
        <w:rPr>
          <w:lang w:eastAsia="zh-CN"/>
        </w:rPr>
        <w:br/>
      </w:r>
      <w:r>
        <w:rPr>
          <w:lang w:eastAsia="zh-CN"/>
        </w:rPr>
        <w:t>　　2.依照销售网络的布局，要求大力推行代理商制，争取年内开辟15-20个省级城市的销售代理商;</w:t>
      </w:r>
      <w:r>
        <w:rPr>
          <w:lang w:eastAsia="zh-CN"/>
        </w:rPr>
        <w:br/>
      </w:r>
      <w:r>
        <w:rPr>
          <w:lang w:eastAsia="zh-CN"/>
        </w:rPr>
        <w:t>　　3.销售费用、差旅费实行销售承包责任制;</w:t>
      </w:r>
      <w:r>
        <w:rPr>
          <w:lang w:eastAsia="zh-CN"/>
        </w:rPr>
        <w:br/>
      </w:r>
      <w:r>
        <w:rPr>
          <w:lang w:eastAsia="zh-CN"/>
        </w:rPr>
        <w:t>　　4.设立开发产品研发部，力争上半年在引进技术开发人员3-5人的基础上，下半年初步形成新品开发能力，完成总公司下达的任务计划数;</w:t>
      </w:r>
      <w:r>
        <w:rPr>
          <w:lang w:eastAsia="zh-CN"/>
        </w:rPr>
        <w:br/>
      </w:r>
      <w:r>
        <w:rPr>
          <w:lang w:eastAsia="zh-CN"/>
        </w:rPr>
        <w:t>　　5.加强内部管理，提高经济效益：</w:t>
      </w:r>
      <w:r>
        <w:rPr>
          <w:lang w:eastAsia="zh-CN"/>
        </w:rPr>
        <w:br/>
      </w:r>
      <w:r>
        <w:rPr>
          <w:lang w:eastAsia="zh-CN"/>
        </w:rPr>
        <w:t>　　①财务销售成本：核算是国内市场的关键。进、销、存要清晰，月度要有报表反映，季度要有考核，力争销售年度达标2500万，成本下降5%;</w:t>
      </w:r>
      <w:r>
        <w:rPr>
          <w:lang w:eastAsia="zh-CN"/>
        </w:rPr>
        <w:br/>
      </w:r>
      <w:r>
        <w:rPr>
          <w:lang w:eastAsia="zh-CN"/>
        </w:rPr>
        <w:t>　　②人力资源管理：根据总公司要求，结合上海公司工作实际配置各岗相应人员。用科学激励机制考核，人尽其才，爱岗兢业，每位员工以实绩体现个人价值;</w:t>
      </w:r>
      <w:r>
        <w:rPr>
          <w:lang w:eastAsia="zh-CN"/>
        </w:rPr>
        <w:br/>
      </w:r>
      <w:r>
        <w:rPr>
          <w:lang w:eastAsia="zh-CN"/>
        </w:rPr>
        <w:t>　　③产品开发费用管理。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公司还有很多工作需努力开展，还有许多事项要切实去落实。为此我们要紧紧围绕总公司工作要点，结合公司实际，在__年度中承担应负的责任，为总公司的战略目标实现作出应有的贡献。</w:t>
      </w:r>
      <w:r>
        <w:rPr>
          <w:lang w:eastAsia="zh-CN"/>
        </w:rPr>
        <w:br/>
      </w:r>
      <w:r>
        <w:rPr>
          <w:lang w:eastAsia="zh-CN"/>
        </w:rPr>
        <w:t xml:space="preserve">    新一年销售工作计划范文 篇2 </w:t>
      </w:r>
      <w:r>
        <w:rPr>
          <w:lang w:eastAsia="zh-CN"/>
        </w:rPr>
        <w:br/>
      </w:r>
      <w:r>
        <w:rPr>
          <w:lang w:eastAsia="zh-CN"/>
        </w:rPr>
        <w:t>　　一、对销售工作的认识</w:t>
      </w:r>
      <w:r>
        <w:rPr>
          <w:lang w:eastAsia="zh-CN"/>
        </w:rPr>
        <w:br/>
      </w:r>
      <w:r>
        <w:rPr>
          <w:lang w:eastAsia="zh-CN"/>
        </w:rPr>
        <w:t>　　1.市场分析，根据市场容量和个人能力，客观、科学的制定出销售任务。暂订年任务：销售额300万元。</w:t>
      </w:r>
      <w:r>
        <w:rPr>
          <w:lang w:eastAsia="zh-CN"/>
        </w:rPr>
        <w:br/>
      </w:r>
      <w:r>
        <w:rPr>
          <w:lang w:eastAsia="zh-CN"/>
        </w:rPr>
        <w:t>　　2. 适时作出工作计划，制定出月计划和周计划。并定期与业务相关人员交流沟通，确保各专业负责人及时跟进。</w:t>
      </w:r>
      <w:r>
        <w:rPr>
          <w:lang w:eastAsia="zh-CN"/>
        </w:rPr>
        <w:br/>
      </w:r>
      <w:r>
        <w:rPr>
          <w:lang w:eastAsia="zh-CN"/>
        </w:rPr>
        <w:t>　　3. 目标市场定位，区分大客户与一般客户，分别对待，加强对大客户的沟通与合作，用相同的时间赢取最大的市场份额。</w:t>
      </w:r>
      <w:r>
        <w:rPr>
          <w:lang w:eastAsia="zh-CN"/>
        </w:rPr>
        <w:br/>
      </w:r>
      <w:r>
        <w:rPr>
          <w:lang w:eastAsia="zh-CN"/>
        </w:rPr>
        <w:t>　　4.不断学习行业新知识，为客户带来实用的资讯，更好为客户服务。可以和同行分享行业人脉和项目信息，达到多赢。</w:t>
      </w:r>
      <w:r>
        <w:rPr>
          <w:lang w:eastAsia="zh-CN"/>
        </w:rPr>
        <w:br/>
      </w:r>
      <w:r>
        <w:rPr>
          <w:lang w:eastAsia="zh-CN"/>
        </w:rPr>
        <w:t>　　5. 先友后单，与客户发展良好的友谊，处处为客户着想，把客户当成自己的好朋友，达到思想和情感上的交融。</w:t>
      </w:r>
      <w:r>
        <w:rPr>
          <w:lang w:eastAsia="zh-CN"/>
        </w:rPr>
        <w:br/>
      </w:r>
      <w:r>
        <w:rPr>
          <w:lang w:eastAsia="zh-CN"/>
        </w:rPr>
        <w:t>　　6. 对客户不能有隐瞒和欺骗，答应客户的承诺要及时兑现，讲诚信不仅是经商之本，也是为人之本。</w:t>
      </w:r>
      <w:r>
        <w:rPr>
          <w:lang w:eastAsia="zh-CN"/>
        </w:rPr>
        <w:br/>
      </w:r>
      <w:r>
        <w:rPr>
          <w:lang w:eastAsia="zh-CN"/>
        </w:rPr>
        <w:t>　　7.努力保持和谐的同事关系，善待同事，确保各部门在项目实施中各项职能的顺利执行。</w:t>
      </w:r>
      <w:r>
        <w:rPr>
          <w:lang w:eastAsia="zh-CN"/>
        </w:rPr>
        <w:br/>
      </w:r>
      <w:r>
        <w:rPr>
          <w:lang w:eastAsia="zh-CN"/>
        </w:rPr>
        <w:t>　　二、销售工作具体量化任务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1.制定出月计划和周计划、及每日的工作量。每天至少打30个电话，每周至少拜访10位客户，促使潜在客户从量变到质变。上午重点电话回访和预约客户，下午时间长可安排拜访客户。</w:t>
      </w:r>
      <w:r>
        <w:rPr>
          <w:lang w:eastAsia="zh-CN"/>
        </w:rPr>
        <w:br/>
      </w:r>
      <w:r>
        <w:rPr>
          <w:lang w:eastAsia="zh-CN"/>
        </w:rPr>
        <w:t>　　2. 见客户之前要多了解客户的主营业务和潜在需求，最好先了解决策人的个人爱好，准备一些有对方感兴趣的话题，并为客户提供针对性的解决方案。</w:t>
      </w:r>
      <w:r>
        <w:rPr>
          <w:lang w:eastAsia="zh-CN"/>
        </w:rPr>
        <w:br/>
      </w:r>
      <w:r>
        <w:rPr>
          <w:lang w:eastAsia="zh-CN"/>
        </w:rPr>
        <w:t>　　3. 做好每天的工作记录，以备遗忘重要事项，并标注重要未办理事项。</w:t>
      </w:r>
      <w:r>
        <w:rPr>
          <w:lang w:eastAsia="zh-CN"/>
        </w:rPr>
        <w:br/>
      </w:r>
      <w:r>
        <w:rPr>
          <w:lang w:eastAsia="zh-CN"/>
        </w:rPr>
        <w:t>　　4 填写项目跟踪表，根据项目进度：前期设计、备货执行、验收等跟进，并完成各阶段工作。</w:t>
      </w:r>
      <w:r>
        <w:rPr>
          <w:lang w:eastAsia="zh-CN"/>
        </w:rPr>
        <w:br/>
      </w:r>
      <w:r>
        <w:rPr>
          <w:lang w:eastAsia="zh-CN"/>
        </w:rPr>
        <w:t>　　5. 投标过程中，提前两天整理好相应的商务文件，快递或送到客户手上，以防止有任何遗漏和错误。</w:t>
      </w:r>
      <w:r>
        <w:rPr>
          <w:lang w:eastAsia="zh-CN"/>
        </w:rPr>
        <w:br/>
      </w:r>
      <w:r>
        <w:rPr>
          <w:lang w:eastAsia="zh-CN"/>
        </w:rPr>
        <w:t>　　6.投标结束，及时回访客户，询问投标结果。中标后主动要求深化设计，帮客户承担全部或部份设计工作。</w:t>
      </w:r>
      <w:r>
        <w:rPr>
          <w:lang w:eastAsia="zh-CN"/>
        </w:rPr>
        <w:br/>
      </w:r>
      <w:r>
        <w:rPr>
          <w:lang w:eastAsia="zh-CN"/>
        </w:rPr>
        <w:t>　　7.争取早日与客户签订合同，并收取预付款，提前安排交货，以最快的时间响应客户的需求，争取早日回款。</w:t>
      </w:r>
      <w:r>
        <w:rPr>
          <w:lang w:eastAsia="zh-CN"/>
        </w:rPr>
        <w:br/>
      </w:r>
      <w:r>
        <w:rPr>
          <w:lang w:eastAsia="zh-CN"/>
        </w:rPr>
        <w:t>　　8. 货到现场，请技术部安排调试人员到现场调试，,验收。</w:t>
      </w:r>
      <w:r>
        <w:rPr>
          <w:lang w:eastAsia="zh-CN"/>
        </w:rPr>
        <w:br/>
      </w:r>
      <w:r>
        <w:rPr>
          <w:lang w:eastAsia="zh-CN"/>
        </w:rPr>
        <w:t>　　9. 提前准备验收文档，验收完成后及时收款，保证良好的资金周转率。</w:t>
      </w:r>
      <w:r>
        <w:rPr>
          <w:lang w:eastAsia="zh-CN"/>
        </w:rPr>
        <w:br/>
      </w:r>
      <w:r>
        <w:rPr>
          <w:lang w:eastAsia="zh-CN"/>
        </w:rPr>
        <w:t xml:space="preserve">    新一年销售工作计划范文 篇3 </w:t>
      </w:r>
      <w:r>
        <w:rPr>
          <w:lang w:eastAsia="zh-CN"/>
        </w:rPr>
        <w:br/>
      </w:r>
      <w:r>
        <w:rPr>
          <w:lang w:eastAsia="zh-CN"/>
        </w:rPr>
        <w:t>　　1、销售业绩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根据公司下达的年销任务，月销售任务。根据市场具体情况进行分解。分解到每月、每周、每日。以每月、每周、每日的销售目标分解到各个系统及各个门店，完成各个时段的销售任务。并在完成任务的基础上，提高销售业绩。主要手段是：提高团队素质，加强团队管理，开展各种促销活动，制定奖罚制度及激励方案(根据市场情况及各时间段的实际情况进行)此项工作不分淡旺季时时主抓。在销售旺季针对国美、苏宁等专业家电系统实施力度较大的销售促进活动，强势推进大型终端。</w:t>
      </w:r>
      <w:r>
        <w:rPr>
          <w:lang w:eastAsia="zh-CN"/>
        </w:rPr>
        <w:br/>
      </w:r>
      <w:r>
        <w:rPr>
          <w:lang w:eastAsia="zh-CN"/>
        </w:rPr>
        <w:t>　　2、k/a、代理商管理及关系维护</w:t>
      </w:r>
      <w:r>
        <w:rPr>
          <w:lang w:eastAsia="zh-CN"/>
        </w:rPr>
        <w:br/>
      </w:r>
      <w:r>
        <w:rPr>
          <w:lang w:eastAsia="zh-CN"/>
        </w:rPr>
        <w:t>　　针对现有的k/a客户、代理商或将拓展的k/a及代理商进行有效管理及关系维护，对各个k/a客户及代理商建立客户档案，了解前期销售情况及实力情况，进行公司的企业文化传播和公司20_年度的新产品传播。此项工作在8月末完成。在旺季结束后和旺季来临前不定时的进行传播。了解各k/a及代理商负责人的基本情况进行定期拜访，进行有效沟通。</w:t>
      </w:r>
      <w:r>
        <w:rPr>
          <w:lang w:eastAsia="zh-CN"/>
        </w:rPr>
        <w:br/>
      </w:r>
      <w:r>
        <w:rPr>
          <w:lang w:eastAsia="zh-CN"/>
        </w:rPr>
        <w:t>　　3、品牌及产品推广</w:t>
      </w:r>
      <w:r>
        <w:rPr>
          <w:lang w:eastAsia="zh-CN"/>
        </w:rPr>
        <w:br/>
      </w:r>
      <w:r>
        <w:rPr>
          <w:lang w:eastAsia="zh-CN"/>
        </w:rPr>
        <w:t>　　品牌及产品推广在20_年至20_年度配合及执行公司的定期品牌宣传及产品推广活动，并策划一些投入成本，较低的公共关系宣传活动，提升品牌形象。如“格兰仕空调健康、环保、爱我家”等公益活动。有可能的情况下与各个k/a系统联合进行推广，不但可以扩大影响力，还可以建立良好的客情关系。产品推广主要进行一些“路演”或户外静态展示进行一些产品推广和正常营业推广。</w:t>
      </w:r>
      <w:r>
        <w:rPr>
          <w:lang w:eastAsia="zh-CN"/>
        </w:rPr>
        <w:br/>
      </w:r>
      <w:r>
        <w:rPr>
          <w:lang w:eastAsia="zh-CN"/>
        </w:rPr>
        <w:t>　　4、终端布置(配合业务条线的渠道拓展)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根据公司的08年度的销售目标，渠道网点普及还会大量的增加，根据此种情况随时随地积极配合业务部门的工作，积极配合店中店、园中园、店中柜的形象建设，(根据公司的展台布置六个氛围的要求进行)。积极对促销安排上岗及上样跟踪和产品陈列等工作。此项工作根据公司的业务部门的需要进行开展。布置标准严格按照公司的统一标准。(特殊情况再适时调整)</w:t>
      </w:r>
      <w:r>
        <w:rPr>
          <w:lang w:eastAsia="zh-CN"/>
        </w:rPr>
        <w:br/>
      </w:r>
      <w:r>
        <w:rPr>
          <w:lang w:eastAsia="zh-CN"/>
        </w:rPr>
        <w:t>　　5、促销活动的策划与执行</w:t>
      </w:r>
      <w:r>
        <w:rPr>
          <w:lang w:eastAsia="zh-CN"/>
        </w:rPr>
        <w:br/>
      </w:r>
      <w:r>
        <w:rPr>
          <w:lang w:eastAsia="zh-CN"/>
        </w:rPr>
        <w:t>　　促销活动的策划及执行主要在04月—8月销售旺季进行，第一严格执行公司的销售促进活动，第二根据届时的市场情况和竞争对手的销售促进活动，灵活策划一些销售促进活动。主题思路以避其优势，攻其劣势，根据公司的产品优势及资源优势，突出重点进行策划与执行。</w:t>
      </w:r>
      <w:r>
        <w:rPr>
          <w:lang w:eastAsia="zh-CN"/>
        </w:rPr>
        <w:br/>
      </w:r>
      <w:r>
        <w:rPr>
          <w:lang w:eastAsia="zh-CN"/>
        </w:rPr>
        <w:t xml:space="preserve">    新一年销售工作计划范文 篇4 </w:t>
      </w:r>
      <w:r>
        <w:rPr>
          <w:lang w:eastAsia="zh-CN"/>
        </w:rPr>
        <w:br/>
      </w:r>
      <w:r>
        <w:rPr>
          <w:lang w:eastAsia="zh-CN"/>
        </w:rPr>
        <w:t>　　虽然半年来我们的工作取得了一定成绩，但是离领导的要求还存在很多差距和不足，主要有以下几方面的问题：</w:t>
      </w:r>
      <w:r>
        <w:rPr>
          <w:lang w:eastAsia="zh-CN"/>
        </w:rPr>
        <w:br/>
      </w:r>
      <w:r>
        <w:rPr>
          <w:lang w:eastAsia="zh-CN"/>
        </w:rPr>
        <w:t>　　1、呼入方面：咨询应对能力不足，部分课程仍然缺乏深度咨询能力，需要与产品加强协作，加大培训力度。</w:t>
      </w:r>
      <w:r>
        <w:rPr>
          <w:lang w:eastAsia="zh-CN"/>
        </w:rPr>
        <w:br/>
      </w:r>
      <w:r>
        <w:rPr>
          <w:lang w:eastAsia="zh-CN"/>
        </w:rPr>
        <w:t>　　2、呼出方面：目前主要日常业务是网站未支付订单回访，业务性质较为浅表化。在真正意义上的电话销售，即老用户二次开发与新用户电话陌生拜访销售上投入的力度不够。</w:t>
      </w:r>
      <w:r>
        <w:rPr>
          <w:lang w:eastAsia="zh-CN"/>
        </w:rPr>
        <w:br/>
      </w:r>
      <w:r>
        <w:rPr>
          <w:lang w:eastAsia="zh-CN"/>
        </w:rPr>
        <w:t>　　3、有的仅凭感觉销售，对业绩起伏无统计分析，对主要产品转化率无统计分析。</w:t>
      </w:r>
      <w:r>
        <w:rPr>
          <w:lang w:eastAsia="zh-CN"/>
        </w:rPr>
        <w:br/>
      </w:r>
      <w:r>
        <w:rPr>
          <w:lang w:eastAsia="zh-CN"/>
        </w:rPr>
        <w:t>　　4、团队氛围一度出现问题，业务竞争向恶性竞争方向发展，直接影响整体业绩。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下一步，我们将努力做好以下几方面的工作：</w:t>
      </w:r>
      <w:r>
        <w:rPr>
          <w:lang w:eastAsia="zh-CN"/>
        </w:rPr>
        <w:br/>
      </w:r>
      <w:r>
        <w:rPr>
          <w:lang w:eastAsia="zh-CN"/>
        </w:rPr>
        <w:t>　　1、加强合作，进一步强化培训。新的一年，我们希望和产品部进一步加强合作，多为我们进行产品培训，协助我们走向资深销售顾问的行列。对于学校的职员来说，熟悉学校的产品是很必要的。为了发展，学校可能会有产品改进或者新品的推出，经常开展一些产品的培训，让职员对学校的新产品更加了解，提高员工的工作技能，让大家成长得更快。</w:t>
      </w:r>
      <w:r>
        <w:rPr>
          <w:lang w:eastAsia="zh-CN"/>
        </w:rPr>
        <w:br/>
      </w:r>
      <w:r>
        <w:rPr>
          <w:lang w:eastAsia="zh-CN"/>
        </w:rPr>
        <w:t>　　2、加强数据统计与分析，及时了解呼入和呼出量，根据业绩起伏加强管理，提高产品转化率。</w:t>
      </w:r>
      <w:r>
        <w:rPr>
          <w:lang w:eastAsia="zh-CN"/>
        </w:rPr>
        <w:br/>
      </w:r>
      <w:r>
        <w:rPr>
          <w:lang w:eastAsia="zh-CN"/>
        </w:rPr>
        <w:t>　　3、主动研究发掘销售规律，以指导好销售工作的开展，为学校创造更多的经济效益。</w:t>
      </w:r>
      <w:r>
        <w:rPr>
          <w:lang w:eastAsia="zh-CN"/>
        </w:rPr>
        <w:br/>
      </w:r>
      <w:r>
        <w:rPr>
          <w:lang w:eastAsia="zh-CN"/>
        </w:rPr>
        <w:t>　　4、进行大范围外呼，让沉睡的数据苏醒，促成老客户的多次销售。</w:t>
      </w:r>
      <w:r>
        <w:rPr>
          <w:lang w:eastAsia="zh-CN"/>
        </w:rPr>
        <w:br/>
      </w:r>
      <w:r>
        <w:rPr>
          <w:lang w:eastAsia="zh-CN"/>
        </w:rPr>
        <w:t>　　在新的一年里，我们将紧紧抓住教育发展的战略机遇期，尽的努力协助销售员共同完成销售目标。我们大家会一起努力，紧密结合自身的实际，长远规划，埋头实干，站在新的起点上，向着更高的、更美好的目标迈进，将工作做到更好!在不久的将来，我相信学校一定会发展得更好、更快!</w:t>
      </w:r>
      <w:r>
        <w:rPr>
          <w:lang w:eastAsia="zh-CN"/>
        </w:rPr>
        <w:br/>
      </w:r>
      <w:r>
        <w:rPr>
          <w:lang w:eastAsia="zh-CN"/>
        </w:rPr>
        <w:t xml:space="preserve">    新一年销售工作计划范文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李杰是一家方便面企业的销售经理，自他担任该职务3年以来，每年的年度销售计划书便成为了他的“必修课”，他的年度销售计划书不仅文笔生动，描述具体，而且还往往理论联系实际，策略与实战并举，数字与表格齐下，很好地指导了他的营销团队，使其按照年度计划有条不紊地开展市场推广工作，取得了较好的效果，那么，李经理的__年销售计划书怎么写的呢?它又包括哪几个方面的内容?</w:t>
      </w:r>
      <w:r>
        <w:rPr>
          <w:lang w:eastAsia="zh-CN"/>
        </w:rPr>
        <w:br/>
      </w:r>
      <w:r>
        <w:rPr>
          <w:lang w:eastAsia="zh-CN"/>
        </w:rPr>
        <w:t>　　市场分析</w:t>
      </w:r>
      <w:r>
        <w:rPr>
          <w:lang w:eastAsia="zh-CN"/>
        </w:rPr>
        <w:br/>
      </w:r>
      <w:r>
        <w:rPr>
          <w:lang w:eastAsia="zh-CN"/>
        </w:rPr>
        <w:t>　　年度销售工作计划制定的依据，是对过去一年市场形势及市场现状的分析，而李经理采用的工具便是目前企业经常使用的swot分析法，即企业的优劣势分析以及竞争威胁和存在的机会，通过swot分析，李经理可以从中了解市场竞争的格局及态势，并结合企业的缺陷和机会，整合和优化资源配置，使其利用最大化。比如，通过市场分析，李经理很清晰地知道了方便面的市场现状和未来趋势：产品(档次)向上走，渠道向下移(通路精耕和深度分销)，寡头竞争初露端倪，营销组合策略将成为下一轮竞争的热点等等。</w:t>
      </w:r>
      <w:r>
        <w:rPr>
          <w:lang w:eastAsia="zh-CN"/>
        </w:rPr>
        <w:br/>
      </w:r>
      <w:r>
        <w:rPr>
          <w:lang w:eastAsia="zh-CN"/>
        </w:rPr>
        <w:t>　　营销思路</w:t>
      </w:r>
      <w:r>
        <w:rPr>
          <w:lang w:eastAsia="zh-CN"/>
        </w:rPr>
        <w:br/>
      </w:r>
      <w:r>
        <w:rPr>
          <w:lang w:eastAsia="zh-CN"/>
        </w:rPr>
        <w:t>　　营销思路是根据市场分析而做出的指导全年销售计划的“精神”纲领，是营销工作的方向和“灵魂”，也是销售部需要经常灌输和贯彻的营销操作理念。针对这一点，李经理制定了具体的营销思路，其中涵盖了如下几方面的内容：</w:t>
      </w:r>
      <w:r>
        <w:rPr>
          <w:lang w:eastAsia="zh-CN"/>
        </w:rPr>
        <w:br/>
      </w:r>
      <w:r>
        <w:rPr>
          <w:lang w:eastAsia="zh-CN"/>
        </w:rPr>
        <w:t>　　1.树立全员营销观念，真正体现“营销生活化，生活营销化”。</w:t>
      </w:r>
      <w:r>
        <w:rPr>
          <w:lang w:eastAsia="zh-CN"/>
        </w:rPr>
        <w:br/>
      </w:r>
      <w:r>
        <w:rPr>
          <w:lang w:eastAsia="zh-CN"/>
        </w:rPr>
        <w:t>　　2.实施深度分销，树立决战在终端的思想，有计划、有重点地指导经销商直接运作末端市场。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3.综合利用产品、价格、通路、促销、传播、服务等营销组合策略，形成强大的营销合力。</w:t>
      </w:r>
      <w:r>
        <w:rPr>
          <w:lang w:eastAsia="zh-CN"/>
        </w:rPr>
        <w:br/>
      </w:r>
      <w:r>
        <w:rPr>
          <w:lang w:eastAsia="zh-CN"/>
        </w:rPr>
        <w:t>　　4.在市场操作层面，体现“两高一差”，即要坚持“运作差异化，高价位、高促销”的原则，扬长避短，体现独有的操作特色等等。营销思路的确定，李经理充分结合了企业的实际，不仅翔实、有可操作性，而且还与时俱进，体现了创新的营销精神，因此，在以往的年度销售计划中，都曾发挥了很好的指引效果。</w:t>
      </w:r>
      <w:r>
        <w:rPr>
          <w:lang w:eastAsia="zh-CN"/>
        </w:rPr>
        <w:br/>
      </w:r>
      <w:r>
        <w:rPr>
          <w:lang w:eastAsia="zh-CN"/>
        </w:rPr>
        <w:t>　　销售目标</w:t>
      </w:r>
      <w:r>
        <w:rPr>
          <w:lang w:eastAsia="zh-CN"/>
        </w:rPr>
        <w:br/>
      </w:r>
      <w:r>
        <w:rPr>
          <w:lang w:eastAsia="zh-CN"/>
        </w:rPr>
        <w:t>　　销售目标是一切营销工作的出发点和落脚点，因此，科学、合理的销售目标制定也是年度销售计划的最重要和最核心的部分。那么，李经理是如何制定销售目标的呢?</w:t>
      </w:r>
      <w:r>
        <w:rPr>
          <w:lang w:eastAsia="zh-CN"/>
        </w:rPr>
        <w:br/>
      </w:r>
      <w:r>
        <w:rPr>
          <w:lang w:eastAsia="zh-CN"/>
        </w:rPr>
        <w:t>　　1.根据上一年度的销售数额，按照一定增长比例，比如20%或30%，确定当前年度的销售数量。</w:t>
      </w:r>
      <w:r>
        <w:rPr>
          <w:lang w:eastAsia="zh-CN"/>
        </w:rPr>
        <w:br/>
      </w:r>
      <w:r>
        <w:rPr>
          <w:lang w:eastAsia="zh-CN"/>
        </w:rPr>
        <w:t>　　2.销售目标不仅体现在具体的每一个月度，而且还责任到人，量化到人，并细分到具体市场。</w:t>
      </w:r>
      <w:r>
        <w:rPr>
          <w:lang w:eastAsia="zh-CN"/>
        </w:rPr>
        <w:br/>
      </w:r>
      <w:r>
        <w:rPr>
          <w:lang w:eastAsia="zh-CN"/>
        </w:rPr>
        <w:t>　　3.权衡销售目标与利润目标的关系，做一个经营型的营销人才，具体表现就是合理产品结构，将产品销售目标具体细分到各层次产品。比如，李经理根据企业方便面产品abc分类，将产品结构比例定位在a(高价、形象利润产品)∶b(平价、微利上量产品)∶c(低价、战略性炮灰产品)=2∶3∶1，从而更好地控制产品销量和利润的关系。销售目标的确认，使李经理有了冲刺的对象，也使其销售目标的跟踪有了基础，从而有利于销售目标的顺利达成。</w:t>
      </w:r>
      <w:r>
        <w:rPr>
          <w:lang w:eastAsia="zh-CN"/>
        </w:rPr>
        <w:br/>
      </w:r>
      <w:r>
        <w:rPr>
          <w:lang w:eastAsia="zh-CN"/>
        </w:rPr>
        <w:t>　　营销策略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营销策略是营销战略的战术分解，是顺利实现企业销售目标的有力保障。李经理根据方便面行业的运作形势，结合自己多年的市场运作经验，制定了如下的营销策略：</w:t>
      </w:r>
      <w:r>
        <w:rPr>
          <w:lang w:eastAsia="zh-CN"/>
        </w:rPr>
        <w:br/>
      </w:r>
      <w:r>
        <w:rPr>
          <w:lang w:eastAsia="zh-CN"/>
        </w:rPr>
        <w:t>　　1.产品策略，坚持差异化，走特色发展之路，产品进入市场，要充分体现集群特点，发挥产品核心竞争力，形成一个强大的产品组合战斗群，避免单兵作战。 2.价格策略，高质、高价，产品价格向行业标兵看齐，同时，强调产品运输半径，以600公里为限，实行“一套价格体系，两种返利模式”，即价格相同，但返利标准根据距离远近不同而有所不同的定价策略。</w:t>
      </w:r>
      <w:r>
        <w:rPr>
          <w:lang w:eastAsia="zh-CN"/>
        </w:rPr>
        <w:br/>
      </w:r>
      <w:r>
        <w:rPr>
          <w:lang w:eastAsia="zh-CN"/>
        </w:rPr>
        <w:t>　　3.通路策略，创新性地提出分品项、分渠道运作思想，除精耕细作，做好传统通路外，集中物力、财力、人力、运力等企业资源，大力度地开拓学校、社区、网吧、团购等一些特殊通路，实施全方位、立体式的突破。</w:t>
      </w:r>
      <w:r>
        <w:rPr>
          <w:lang w:eastAsia="zh-CN"/>
        </w:rPr>
        <w:br/>
      </w:r>
      <w:r>
        <w:rPr>
          <w:lang w:eastAsia="zh-CN"/>
        </w:rPr>
        <w:t>　　4.促销策略，在“高价位、高促销”的基础上，开创性地提出了“连环促销”的营销理念，它具有如下几个特征：一、促销体现“联动”，牵一发而动全身，其目的是大力度地牵制经销商，充分利用其资金、网络等一切可以利用的资源，有效挤压竞争对手。二、连环的促销方式至少两个以上，比如销售累积奖和箱内设奖同时出现，以充分吸引分销商和终端消费者的眼球。三、促销品的选择原则求新、求奇、求异，即要与竞品不同，通过富有吸引力的促销品，实现市场“动销”，以及促销激活通路、通路激活促销之目的。陈列走向，具体修饰所需的费用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（2）采购部根据企划部出具的效果图，制定相关的方案。</w:t>
      </w:r>
      <w:r>
        <w:rPr>
          <w:lang w:eastAsia="zh-CN"/>
        </w:rPr>
        <w:br/>
      </w:r>
      <w:r>
        <w:rPr>
          <w:lang w:eastAsia="zh-CN"/>
        </w:rPr>
        <w:t>　　A。费用的分摊。</w:t>
      </w:r>
      <w:r>
        <w:rPr>
          <w:lang w:eastAsia="zh-CN"/>
        </w:rPr>
        <w:br/>
      </w:r>
      <w:r>
        <w:rPr>
          <w:lang w:eastAsia="zh-CN"/>
        </w:rPr>
        <w:t>　　B。品种陈列的划分，规定。</w:t>
      </w:r>
      <w:r>
        <w:rPr>
          <w:lang w:eastAsia="zh-CN"/>
        </w:rPr>
        <w:br/>
      </w:r>
      <w:r>
        <w:rPr>
          <w:lang w:eastAsia="zh-CN"/>
        </w:rPr>
        <w:t>　　C。初步确定引进计划供应商。</w:t>
      </w:r>
      <w:r>
        <w:rPr>
          <w:lang w:eastAsia="zh-CN"/>
        </w:rPr>
        <w:br/>
      </w:r>
      <w:r>
        <w:rPr>
          <w:lang w:eastAsia="zh-CN"/>
        </w:rPr>
        <w:t>　　（3）比例： 资金比例：</w:t>
      </w:r>
      <w:r>
        <w:rPr>
          <w:lang w:eastAsia="zh-CN"/>
        </w:rPr>
        <w:br/>
      </w:r>
      <w:r>
        <w:rPr>
          <w:lang w:eastAsia="zh-CN"/>
        </w:rPr>
        <w:t>　　A。食品（糖果，饼干，巧克力等） 40%。</w:t>
      </w:r>
      <w:r>
        <w:rPr>
          <w:lang w:eastAsia="zh-CN"/>
        </w:rPr>
        <w:br/>
      </w:r>
      <w:r>
        <w:rPr>
          <w:lang w:eastAsia="zh-CN"/>
        </w:rPr>
        <w:t>　　B。保健品 15%。</w:t>
      </w:r>
      <w:r>
        <w:rPr>
          <w:lang w:eastAsia="zh-CN"/>
        </w:rPr>
        <w:br/>
      </w:r>
      <w:r>
        <w:rPr>
          <w:lang w:eastAsia="zh-CN"/>
        </w:rPr>
        <w:t>　　C。干货 5%。</w:t>
      </w:r>
      <w:r>
        <w:rPr>
          <w:lang w:eastAsia="zh-CN"/>
        </w:rPr>
        <w:br/>
      </w:r>
      <w:r>
        <w:rPr>
          <w:lang w:eastAsia="zh-CN"/>
        </w:rPr>
        <w:t>　　D。烟酒 15%。</w:t>
      </w:r>
      <w:r>
        <w:rPr>
          <w:lang w:eastAsia="zh-CN"/>
        </w:rPr>
        <w:br/>
      </w:r>
      <w:r>
        <w:rPr>
          <w:lang w:eastAsia="zh-CN"/>
        </w:rPr>
        <w:t>　　E。非食品 25%。</w:t>
      </w:r>
      <w:r>
        <w:rPr>
          <w:lang w:eastAsia="zh-CN"/>
        </w:rPr>
        <w:br/>
      </w:r>
      <w:r>
        <w:rPr>
          <w:lang w:eastAsia="zh-CN"/>
        </w:rPr>
        <w:t>　　（二）洽谈方案</w:t>
      </w:r>
      <w:r>
        <w:rPr>
          <w:lang w:eastAsia="zh-CN"/>
        </w:rPr>
        <w:br/>
      </w:r>
      <w:r>
        <w:rPr>
          <w:lang w:eastAsia="zh-CN"/>
        </w:rPr>
        <w:t>　　（1）签订短期合同，只做年货，按扣点方式合作，供应商适当交纳进场费，堆头费，促销费相关等费用。</w:t>
      </w:r>
      <w:r>
        <w:rPr>
          <w:lang w:eastAsia="zh-CN"/>
        </w:rPr>
        <w:br/>
      </w:r>
      <w:r>
        <w:rPr>
          <w:lang w:eastAsia="zh-CN"/>
        </w:rPr>
        <w:t>　　（2）签订长期合同，由供应商供货，我们定零售价，供应商适当交纳相关的堆头费，促销费等费用。</w:t>
      </w:r>
      <w:r>
        <w:rPr>
          <w:lang w:eastAsia="zh-CN"/>
        </w:rPr>
        <w:br/>
      </w:r>
      <w:r>
        <w:rPr>
          <w:lang w:eastAsia="zh-CN"/>
        </w:rPr>
        <w:t>　　（3）已和我们合作的供应商，增加的货品种适当交纳相关的堆头费，促销费等费用。</w:t>
      </w:r>
      <w:r>
        <w:rPr>
          <w:lang w:eastAsia="zh-CN"/>
        </w:rPr>
        <w:br/>
      </w:r>
      <w:r>
        <w:rPr>
          <w:lang w:eastAsia="zh-CN"/>
        </w:rPr>
        <w:t>　　（备注：供应商合作属扣点形式的，扣点率一般在8%—10%，如不上促销的扣点率在12%—15%。</w:t>
      </w:r>
      <w:r>
        <w:rPr>
          <w:lang w:eastAsia="zh-CN"/>
        </w:rPr>
        <w:br/>
      </w:r>
      <w:r>
        <w:rPr>
          <w:lang w:eastAsia="zh-CN"/>
        </w:rPr>
        <w:t>　　年货推荐</w:t>
      </w:r>
      <w:r>
        <w:rPr>
          <w:lang w:eastAsia="zh-CN"/>
        </w:rPr>
        <w:br/>
      </w:r>
      <w:r>
        <w:rPr>
          <w:lang w:eastAsia="zh-CN"/>
        </w:rPr>
        <w:t>　　糖果：袋装糖果系列，糖果系列。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休闲食品：系列，系列化，糖果系列，系列，小馒头，系列，系列化。</w:t>
      </w:r>
      <w:r>
        <w:rPr>
          <w:lang w:eastAsia="zh-CN"/>
        </w:rPr>
        <w:br/>
      </w:r>
      <w:r>
        <w:rPr>
          <w:lang w:eastAsia="zh-CN"/>
        </w:rPr>
        <w:t>　　保健品：豆奶系列，系列，系列，系列。</w:t>
      </w:r>
      <w:r>
        <w:rPr>
          <w:lang w:eastAsia="zh-CN"/>
        </w:rPr>
        <w:br/>
      </w:r>
      <w:r>
        <w:rPr>
          <w:lang w:eastAsia="zh-CN"/>
        </w:rPr>
        <w:t>　　红酒：葡萄酒，葡萄酒系列。</w:t>
      </w:r>
      <w:r>
        <w:rPr>
          <w:lang w:eastAsia="zh-CN"/>
        </w:rPr>
        <w:br/>
      </w:r>
      <w:r>
        <w:rPr>
          <w:lang w:eastAsia="zh-CN"/>
        </w:rPr>
        <w:t>　　腊味：火腿系列，火腿肠系列，火腿肠系列，腊肠系列化。</w:t>
      </w:r>
      <w:r>
        <w:rPr>
          <w:lang w:eastAsia="zh-CN"/>
        </w:rPr>
        <w:br/>
      </w:r>
      <w:r>
        <w:rPr>
          <w:lang w:eastAsia="zh-CN"/>
        </w:rPr>
        <w:t>　　干货：干货系列，干货系列，系列， 系列。</w:t>
      </w:r>
      <w:r>
        <w:rPr>
          <w:lang w:eastAsia="zh-CN"/>
        </w:rPr>
        <w:br/>
      </w:r>
      <w:r>
        <w:rPr>
          <w:lang w:eastAsia="zh-CN"/>
        </w:rPr>
        <w:t>　　饼干：饼干系列，（散装和袋装盒装）袋装饼干劲系列，饼徒系列。</w:t>
      </w:r>
      <w:r>
        <w:rPr>
          <w:lang w:eastAsia="zh-CN"/>
        </w:rPr>
        <w:br/>
      </w:r>
      <w:r>
        <w:rPr>
          <w:lang w:eastAsia="zh-CN"/>
        </w:rPr>
        <w:t>　　调味：系列调味品，味精系列，火锅底料系列。</w:t>
      </w:r>
      <w:r>
        <w:rPr>
          <w:lang w:eastAsia="zh-CN"/>
        </w:rPr>
        <w:br/>
      </w:r>
      <w:r>
        <w:rPr>
          <w:lang w:eastAsia="zh-CN"/>
        </w:rPr>
        <w:t>　　非食品：</w:t>
      </w:r>
      <w:r>
        <w:rPr>
          <w:lang w:eastAsia="zh-CN"/>
        </w:rPr>
        <w:br/>
      </w:r>
      <w:r>
        <w:rPr>
          <w:lang w:eastAsia="zh-CN"/>
        </w:rPr>
        <w:t>　　厨具：压力锅系列，炒锅系列，系列。</w:t>
      </w:r>
      <w:r>
        <w:rPr>
          <w:lang w:eastAsia="zh-CN"/>
        </w:rPr>
        <w:br/>
      </w:r>
      <w:r>
        <w:rPr>
          <w:lang w:eastAsia="zh-CN"/>
        </w:rPr>
        <w:t>　　纸制品：列，系列，系列等等。</w:t>
      </w:r>
      <w:r>
        <w:rPr>
          <w:lang w:eastAsia="zh-CN"/>
        </w:rPr>
        <w:br/>
      </w:r>
      <w:r>
        <w:rPr>
          <w:lang w:eastAsia="zh-CN"/>
        </w:rPr>
        <w:t>　　洗涤：系列，系列，系列，之秀，系列等等。</w:t>
      </w:r>
      <w:r>
        <w:rPr>
          <w:lang w:eastAsia="zh-CN"/>
        </w:rPr>
        <w:br/>
      </w:r>
      <w:r>
        <w:rPr>
          <w:lang w:eastAsia="zh-CN"/>
        </w:rPr>
        <w:t>　　肤肤：</w:t>
      </w:r>
      <w:r>
        <w:rPr>
          <w:lang w:eastAsia="zh-CN"/>
        </w:rPr>
        <w:br/>
      </w:r>
      <w:r>
        <w:rPr>
          <w:lang w:eastAsia="zh-CN"/>
        </w:rPr>
        <w:t>　　年画类：</w:t>
      </w:r>
      <w:r>
        <w:rPr>
          <w:lang w:eastAsia="zh-CN"/>
        </w:rPr>
        <w:br/>
      </w:r>
      <w:r>
        <w:rPr>
          <w:lang w:eastAsia="zh-CN"/>
        </w:rPr>
        <w:t xml:space="preserve">    新一年销售工作计划范文 篇6 </w:t>
      </w:r>
      <w:r>
        <w:rPr>
          <w:lang w:eastAsia="zh-CN"/>
        </w:rPr>
        <w:br/>
      </w:r>
      <w:r>
        <w:rPr>
          <w:lang w:eastAsia="zh-CN"/>
        </w:rPr>
        <w:t>　　公司在总结20__年度工作基础上，20__年公司销售部销售工作计划决心围绕20__年度总公司目标，坚持以“内抓管理、外拓市场”的方针，并以“目标管理”方式，认真扎实地落实20__年销售工作计划。</w:t>
      </w:r>
      <w:r>
        <w:rPr>
          <w:lang w:eastAsia="zh-CN"/>
        </w:rPr>
        <w:br/>
      </w:r>
      <w:r>
        <w:rPr>
          <w:lang w:eastAsia="zh-CN"/>
        </w:rPr>
        <w:t>　　一、市场的开发：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创新求实、开拓国内市场。根据去年的基础，上海公司对国内市场有了更深的了解。产品需要市场，市场更需要适合的产品（包括产品的品质、外型和相称的包装）。因此，上海公司针对国内市场的特点，专门请人给公司作销售形象设计，提高盛天公司在中国市场的统一形象。配合优质的产品，为今后更有力地提高盛天公司在中国的知名度铺好了稳定的基础。</w:t>
      </w:r>
      <w:r>
        <w:rPr>
          <w:lang w:eastAsia="zh-CN"/>
        </w:rPr>
        <w:br/>
      </w:r>
      <w:r>
        <w:rPr>
          <w:lang w:eastAsia="zh-CN"/>
        </w:rPr>
        <w:t>　　同时，建立健全的`销售网络体系，使盛天开拓中国市场奠定了销售分点。上海公司拟在3月初招聘7—8名业务员，全面培训业务知识和着力市场开发，灌输盛天实施理念。</w:t>
      </w:r>
      <w:r>
        <w:rPr>
          <w:lang w:eastAsia="zh-CN"/>
        </w:rPr>
        <w:br/>
      </w:r>
      <w:r>
        <w:rPr>
          <w:lang w:eastAsia="zh-CN"/>
        </w:rPr>
        <w:t>　　二、年度目标：</w:t>
      </w:r>
      <w:r>
        <w:rPr>
          <w:lang w:eastAsia="zh-CN"/>
        </w:rPr>
        <w:br/>
      </w:r>
      <w:r>
        <w:rPr>
          <w:lang w:eastAsia="zh-CN"/>
        </w:rPr>
        <w:t>　　1、盛天产品在（同行业）国内市场占有率大于10%；</w:t>
      </w:r>
      <w:r>
        <w:rPr>
          <w:lang w:eastAsia="zh-CN"/>
        </w:rPr>
        <w:br/>
      </w:r>
      <w:r>
        <w:rPr>
          <w:lang w:eastAsia="zh-CN"/>
        </w:rPr>
        <w:t>　　2、各项管理费用同步下降10%；</w:t>
      </w:r>
      <w:r>
        <w:rPr>
          <w:lang w:eastAsia="zh-CN"/>
        </w:rPr>
        <w:br/>
      </w:r>
      <w:r>
        <w:rPr>
          <w:lang w:eastAsia="zh-CN"/>
        </w:rPr>
        <w:t>　　3、设立产品开发部，在总公司的指导下，完成下达的开发任务；</w:t>
      </w:r>
      <w:r>
        <w:rPr>
          <w:lang w:eastAsia="zh-CN"/>
        </w:rPr>
        <w:br/>
      </w:r>
      <w:r>
        <w:rPr>
          <w:lang w:eastAsia="zh-CN"/>
        </w:rPr>
        <w:t>　　4、积极配合总公司做好上海盛天开发区的相关事宜及交办的其他事宜。</w:t>
      </w:r>
      <w:r>
        <w:rPr>
          <w:lang w:eastAsia="zh-CN"/>
        </w:rPr>
        <w:br/>
      </w:r>
      <w:r>
        <w:rPr>
          <w:lang w:eastAsia="zh-CN"/>
        </w:rPr>
        <w:t>　　三、实施要求：</w:t>
      </w:r>
      <w:r>
        <w:rPr>
          <w:lang w:eastAsia="zh-CN"/>
        </w:rPr>
        <w:br/>
      </w:r>
      <w:r>
        <w:rPr>
          <w:lang w:eastAsia="zh-CN"/>
        </w:rPr>
        <w:t>　　销售市场的细化、规范化有利操作。根据销售总目标2500万，分区域下指标，责任明确，落实到人，绩效挂钩。</w:t>
      </w:r>
      <w:r>
        <w:rPr>
          <w:lang w:eastAsia="zh-CN"/>
        </w:rPr>
        <w:br/>
      </w:r>
      <w:r>
        <w:rPr>
          <w:lang w:eastAsia="zh-CN"/>
        </w:rPr>
        <w:t>　　1、划分销售区域。全国分7—8区域，每个区域下达指标，用考核的方式与实绩挂钩，奖罚分明；</w:t>
      </w:r>
      <w:r>
        <w:rPr>
          <w:lang w:eastAsia="zh-CN"/>
        </w:rPr>
        <w:br/>
      </w:r>
      <w:r>
        <w:rPr>
          <w:lang w:eastAsia="zh-CN"/>
        </w:rPr>
        <w:t>　　2、销售费用、差旅费实行销售承包责任制；</w:t>
      </w:r>
      <w:r>
        <w:rPr>
          <w:lang w:eastAsia="zh-CN"/>
        </w:rPr>
        <w:br/>
      </w:r>
      <w:r>
        <w:rPr>
          <w:lang w:eastAsia="zh-CN"/>
        </w:rPr>
        <w:t>　　3、设立开发产品研发部，力争上半年在引进技术开发人员3—5人的基础上，下半年初步形成新品开发能力，完成总公司下达的任务计划数；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4、加强内部管理，提高经济效益：</w:t>
      </w:r>
      <w:r>
        <w:rPr>
          <w:lang w:eastAsia="zh-CN"/>
        </w:rPr>
        <w:br/>
      </w:r>
      <w:r>
        <w:rPr>
          <w:lang w:eastAsia="zh-CN"/>
        </w:rPr>
        <w:t>　　①财务销售成本：核算是国内市场的关键。进、销、存要清晰，月度要有报表反映，季度要有考核，力争销售年度工作计划要达标2500万，成本下降5%；</w:t>
      </w:r>
      <w:r>
        <w:rPr>
          <w:lang w:eastAsia="zh-CN"/>
        </w:rPr>
        <w:br/>
      </w:r>
      <w:r>
        <w:rPr>
          <w:lang w:eastAsia="zh-CN"/>
        </w:rPr>
        <w:t>　　②人力资源管理：根据总公司要求，结合上海公司工作实际配置各岗相应人员。用科学激励机制考核，人尽其才，爱岗兢业，每位员工以实绩体现个人价值；</w:t>
      </w:r>
      <w:r>
        <w:rPr>
          <w:lang w:eastAsia="zh-CN"/>
        </w:rPr>
        <w:br/>
      </w:r>
      <w:r>
        <w:rPr>
          <w:lang w:eastAsia="zh-CN"/>
        </w:rPr>
        <w:t>　　③产品开发费用管理。</w:t>
      </w:r>
      <w:r>
        <w:rPr>
          <w:lang w:eastAsia="zh-CN"/>
        </w:rPr>
        <w:br/>
      </w:r>
      <w:r>
        <w:rPr>
          <w:lang w:eastAsia="zh-CN"/>
        </w:rPr>
        <w:t>　　公司还有很多工作需努力开展，还有许多事项要切实去落实。为此我们要紧紧围绕总公司工作要点，结合公司实际，在20__年度中承担应负的责任，为总公司的战略目标实现作出应有的贡献。</w:t>
      </w:r>
      <w:r>
        <w:rPr>
          <w:lang w:eastAsia="zh-CN"/>
        </w:rPr>
        <w:br/>
      </w:r>
      <w:r>
        <w:rPr>
          <w:lang w:eastAsia="zh-CN"/>
        </w:rPr>
        <w:t xml:space="preserve">    新一年销售工作计划范文 篇7 </w:t>
      </w:r>
      <w:r>
        <w:rPr>
          <w:lang w:eastAsia="zh-CN"/>
        </w:rPr>
        <w:br/>
      </w:r>
      <w:r>
        <w:rPr>
          <w:lang w:eastAsia="zh-CN"/>
        </w:rPr>
        <w:t>　　1、销售目标</w:t>
      </w:r>
      <w:r>
        <w:rPr>
          <w:lang w:eastAsia="zh-CN"/>
        </w:rPr>
        <w:br/>
      </w:r>
      <w:r>
        <w:rPr>
          <w:lang w:eastAsia="zh-CN"/>
        </w:rPr>
        <w:t>　　（1）区域业绩目标落实到位</w:t>
      </w:r>
      <w:r>
        <w:rPr>
          <w:lang w:eastAsia="zh-CN"/>
        </w:rPr>
        <w:br/>
      </w:r>
      <w:r>
        <w:rPr>
          <w:lang w:eastAsia="zh-CN"/>
        </w:rPr>
        <w:t>　　（2）第一季度计划实现40万业绩（1月份做好铺垫工作，2、3月份必需做到40万业绩）</w:t>
      </w:r>
      <w:r>
        <w:rPr>
          <w:lang w:eastAsia="zh-CN"/>
        </w:rPr>
        <w:br/>
      </w:r>
      <w:r>
        <w:rPr>
          <w:lang w:eastAsia="zh-CN"/>
        </w:rPr>
        <w:t>　　2、客户分类</w:t>
      </w:r>
      <w:r>
        <w:rPr>
          <w:lang w:eastAsia="zh-CN"/>
        </w:rPr>
        <w:br/>
      </w:r>
      <w:r>
        <w:rPr>
          <w:lang w:eastAsia="zh-CN"/>
        </w:rPr>
        <w:t>　　（1）根据客户关系，各地方购买能力及需求分为重点客户、一级客户和二级客户、三级客户</w:t>
      </w:r>
      <w:r>
        <w:rPr>
          <w:lang w:eastAsia="zh-CN"/>
        </w:rPr>
        <w:t xml:space="preserve"> 重点客户：南方电网超高压公司、广州供电局变电一部、变电二部、广东电网电力科学研究院，佛山变电一部、变电二部、禅城区供电局，肇庆输变电部、高要供电局、四会供电局。</w:t>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一级客户：广州供电局输电部、荔湾供电局、越秀供电局、海珠供电局、天河供电局、黄埔供电局、萝岗供电局、番禺供电局、白云供电局、花都供电局、增城供电局、从化供电局，南海供电局、顺德供电局、佛山供电局输电部、三水供电局、高明供电局、广宁供电局、云浮供电局。</w:t>
      </w:r>
      <w:r>
        <w:rPr>
          <w:lang w:eastAsia="zh-CN"/>
        </w:rPr>
        <w:br/>
      </w:r>
      <w:r>
        <w:rPr>
          <w:lang w:eastAsia="zh-CN"/>
        </w:rPr>
        <w:t>　　二级客户：端州供电局、鼎湖区供电局、怀集供电局、封开供电局、德庆供电局 三级客户：各供电所</w:t>
      </w:r>
      <w:r>
        <w:rPr>
          <w:lang w:eastAsia="zh-CN"/>
        </w:rPr>
        <w:br/>
      </w:r>
      <w:r>
        <w:rPr>
          <w:lang w:eastAsia="zh-CN"/>
        </w:rPr>
        <w:t>　　3、 业务员重新调整：</w:t>
      </w:r>
      <w:r>
        <w:rPr>
          <w:lang w:eastAsia="zh-CN"/>
        </w:rPr>
        <w:br/>
      </w:r>
      <w:r>
        <w:rPr>
          <w:lang w:eastAsia="zh-CN"/>
        </w:rPr>
        <w:t>　　现有业务人员客户分工</w:t>
      </w:r>
      <w:r>
        <w:rPr>
          <w:lang w:eastAsia="zh-CN"/>
        </w:rPr>
        <w:br/>
      </w:r>
      <w:r>
        <w:rPr>
          <w:lang w:eastAsia="zh-CN"/>
        </w:rPr>
        <w:t>　　吴蒙(广州供电局变电一部、变电二部、广州供电局输电部、荔湾供电局、越秀供电局、海珠供电局)</w:t>
      </w:r>
      <w:r>
        <w:rPr>
          <w:lang w:eastAsia="zh-CN"/>
        </w:rPr>
        <w:br/>
      </w:r>
      <w:r>
        <w:rPr>
          <w:lang w:eastAsia="zh-CN"/>
        </w:rPr>
        <w:t>　　杨华(番禺供电局、南方电网超高压公司)</w:t>
      </w:r>
      <w:r>
        <w:rPr>
          <w:lang w:eastAsia="zh-CN"/>
        </w:rPr>
        <w:br/>
      </w:r>
      <w:r>
        <w:rPr>
          <w:lang w:eastAsia="zh-CN"/>
        </w:rPr>
        <w:t>　　张敖日格乐(增城供电局)</w:t>
      </w:r>
      <w:r>
        <w:rPr>
          <w:lang w:eastAsia="zh-CN"/>
        </w:rPr>
        <w:br/>
      </w:r>
      <w:r>
        <w:rPr>
          <w:lang w:eastAsia="zh-CN"/>
        </w:rPr>
        <w:t>　　周玉辉(天河供电局、黄埔供电局、萝岗供电局)</w:t>
      </w:r>
      <w:r>
        <w:rPr>
          <w:lang w:eastAsia="zh-CN"/>
        </w:rPr>
        <w:br/>
      </w:r>
      <w:r>
        <w:rPr>
          <w:lang w:eastAsia="zh-CN"/>
        </w:rPr>
        <w:t>　　吕牧哲(佛山变电一部、变电二部、禅城区供电局、佛山供电局输电部、三水供电局、高明供电局、南海供电局、顺德供电局)</w:t>
      </w:r>
      <w:r>
        <w:rPr>
          <w:lang w:eastAsia="zh-CN"/>
        </w:rPr>
        <w:br/>
      </w:r>
      <w:r>
        <w:rPr>
          <w:lang w:eastAsia="zh-CN"/>
        </w:rPr>
        <w:t>　　李满亮(肇庆输变电部、高要供电局、四会供电局、端州供电局、鼎湖区供电局、怀集供电局、封开供电局、德庆供电局、云浮供电局)</w:t>
      </w:r>
      <w:r>
        <w:rPr>
          <w:lang w:eastAsia="zh-CN"/>
        </w:rPr>
        <w:br/>
      </w:r>
      <w:r>
        <w:rPr>
          <w:lang w:eastAsia="zh-CN"/>
        </w:rPr>
        <w:t>　　马麟犊（从化供电局）李茂明（花都供电局）</w:t>
      </w:r>
      <w:r>
        <w:rPr>
          <w:lang w:eastAsia="zh-CN"/>
        </w:rPr>
        <w:br/>
      </w:r>
      <w:r>
        <w:rPr>
          <w:lang w:eastAsia="zh-CN"/>
        </w:rPr>
        <w:t>　　业务人员变动分工</w:t>
      </w:r>
      <w:r>
        <w:rPr>
          <w:lang w:eastAsia="zh-CN"/>
        </w:rPr>
        <w:br/>
      </w:r>
      <w:r>
        <w:rPr>
          <w:lang w:eastAsia="zh-CN"/>
        </w:rPr>
        <w:t>　　吴蒙(广州供电局变电一部、变电二部、广州供电局输电部、荔湾供电局、越秀供电局、海珠供电局)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杨华(番禺供电局、南方电网超高压公司、增城供电局、天河供电局、黄埔供电局、萝岗供电局，该业务人员的工作能力较强，而且现有客户较少，建议把上述客户交给此业务员) 张敖日格乐(工作经验不足，建议调整)</w:t>
      </w:r>
      <w:r>
        <w:rPr>
          <w:lang w:eastAsia="zh-CN"/>
        </w:rPr>
        <w:br/>
      </w:r>
      <w:r>
        <w:rPr>
          <w:lang w:eastAsia="zh-CN"/>
        </w:rPr>
        <w:t>　　周玉辉(因该业务员的客户较多，无时间开发新客户，建议把该区域供电局交给其它业务人员，增进重点客户的工作)</w:t>
      </w:r>
      <w:r>
        <w:rPr>
          <w:lang w:eastAsia="zh-CN"/>
        </w:rPr>
        <w:br/>
      </w:r>
      <w:r>
        <w:rPr>
          <w:lang w:eastAsia="zh-CN"/>
        </w:rPr>
        <w:t>　　吕牧哲(佛山变电一部、变电二部、禅城区供电局、佛山供电局输电部、三水供电局、高明供电局、南海供电局、顺德供电局)</w:t>
      </w:r>
      <w:r>
        <w:rPr>
          <w:lang w:eastAsia="zh-CN"/>
        </w:rPr>
        <w:br/>
      </w:r>
      <w:r>
        <w:rPr>
          <w:lang w:eastAsia="zh-CN"/>
        </w:rPr>
        <w:t>　　李满亮(肇庆输变电部、高要供电局、四会供电局、端州供电局、鼎湖区供电局、怀集供电局、封开供电局、德庆供电局、云浮供电局)</w:t>
      </w:r>
      <w:r>
        <w:rPr>
          <w:lang w:eastAsia="zh-CN"/>
        </w:rPr>
        <w:br/>
      </w:r>
      <w:r>
        <w:rPr>
          <w:lang w:eastAsia="zh-CN"/>
        </w:rPr>
        <w:t>　　马麟犊（从化供电局）</w:t>
      </w:r>
      <w:r>
        <w:rPr>
          <w:lang w:eastAsia="zh-CN"/>
        </w:rPr>
        <w:br/>
      </w:r>
      <w:r>
        <w:rPr>
          <w:lang w:eastAsia="zh-CN"/>
        </w:rPr>
        <w:t>　　李茂明（花都供电局）</w:t>
      </w:r>
      <w:r>
        <w:rPr>
          <w:lang w:eastAsia="zh-CN"/>
        </w:rPr>
        <w:br/>
      </w:r>
      <w:r>
        <w:rPr>
          <w:lang w:eastAsia="zh-CN"/>
        </w:rPr>
        <w:t>　　新招业务人员安排在广州区域、佛山区域电力系统</w:t>
      </w:r>
      <w:r>
        <w:rPr>
          <w:lang w:eastAsia="zh-CN"/>
        </w:rPr>
        <w:br/>
      </w:r>
      <w:r>
        <w:rPr>
          <w:lang w:eastAsia="zh-CN"/>
        </w:rPr>
        <w:t>　　调整相关措施：</w:t>
      </w:r>
      <w:r>
        <w:rPr>
          <w:lang w:eastAsia="zh-CN"/>
        </w:rPr>
        <w:br/>
      </w:r>
      <w:r>
        <w:rPr>
          <w:lang w:eastAsia="zh-CN"/>
        </w:rPr>
        <w:t>　　（1）对业务员的综合能力进行测评：工作表现、社会关系、应变能力、销售目标、业绩达标情况</w:t>
      </w:r>
      <w:r>
        <w:rPr>
          <w:lang w:eastAsia="zh-CN"/>
        </w:rPr>
        <w:br/>
      </w:r>
      <w:r>
        <w:rPr>
          <w:lang w:eastAsia="zh-CN"/>
        </w:rPr>
        <w:t>　　（2）对于销售业绩不达标的人员进行季度调整，或者从本单位人员进行内部招聘、社会招聘</w:t>
      </w:r>
      <w:r>
        <w:rPr>
          <w:lang w:eastAsia="zh-CN"/>
        </w:rPr>
        <w:br/>
      </w:r>
      <w:r>
        <w:rPr>
          <w:lang w:eastAsia="zh-CN"/>
        </w:rPr>
        <w:t>　　（3）计划社会招聘2人，工作经验及相关行业履历！</w:t>
      </w:r>
      <w:r>
        <w:rPr>
          <w:lang w:eastAsia="zh-CN"/>
        </w:rPr>
        <w:br/>
      </w:r>
      <w:r>
        <w:rPr>
          <w:lang w:eastAsia="zh-CN"/>
        </w:rPr>
        <w:t>　　4、业务员培训</w:t>
      </w:r>
      <w:r>
        <w:rPr>
          <w:lang w:eastAsia="zh-CN"/>
        </w:rPr>
        <w:br/>
      </w:r>
      <w:r>
        <w:rPr>
          <w:lang w:eastAsia="zh-CN"/>
        </w:rPr>
        <w:t>　　（1）针对性找出客户需求产品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（2）针对性的产品培训</w:t>
      </w:r>
      <w:r>
        <w:rPr>
          <w:lang w:eastAsia="zh-CN"/>
        </w:rPr>
        <w:br/>
      </w:r>
      <w:r>
        <w:rPr>
          <w:lang w:eastAsia="zh-CN"/>
        </w:rPr>
        <w:t>　　（3）针对性业务技能培训</w:t>
      </w:r>
      <w:r>
        <w:rPr>
          <w:lang w:eastAsia="zh-CN"/>
        </w:rPr>
        <w:br/>
      </w:r>
      <w:r>
        <w:rPr>
          <w:lang w:eastAsia="zh-CN"/>
        </w:rPr>
        <w:t>　　5、工作安排及目标</w:t>
      </w:r>
      <w:r>
        <w:rPr>
          <w:lang w:eastAsia="zh-CN"/>
        </w:rPr>
        <w:br/>
      </w:r>
      <w:r>
        <w:rPr>
          <w:lang w:eastAsia="zh-CN"/>
        </w:rPr>
        <w:t>　　（1）1月份初步完成广州、佛山、肇庆的市场摸底，找出客户对产品的需求品种，以便为市场开拓提供参考依据</w:t>
      </w:r>
      <w:r>
        <w:rPr>
          <w:lang w:eastAsia="zh-CN"/>
        </w:rPr>
        <w:br/>
      </w:r>
      <w:r>
        <w:rPr>
          <w:lang w:eastAsia="zh-CN"/>
        </w:rPr>
        <w:t>　　（2）1、2、3月份落实市场计划销售任务，业务人员销售任务分配（广州20万、佛山10万、肇庆10万）（3）带业务员熟悉客户各个部门人员</w:t>
      </w:r>
      <w:r>
        <w:rPr>
          <w:lang w:eastAsia="zh-CN"/>
        </w:rPr>
        <w:br/>
      </w:r>
      <w:r>
        <w:rPr>
          <w:lang w:eastAsia="zh-CN"/>
        </w:rPr>
        <w:t>　　（4）重点培养有潜力的销售人员</w:t>
      </w:r>
      <w:r>
        <w:rPr>
          <w:lang w:eastAsia="zh-CN"/>
        </w:rPr>
        <w:br/>
      </w:r>
      <w:r>
        <w:rPr>
          <w:lang w:eastAsia="zh-CN"/>
        </w:rPr>
        <w:t>　　（5）做好陪跑工作</w:t>
      </w:r>
      <w:r>
        <w:rPr>
          <w:lang w:eastAsia="zh-CN"/>
        </w:rPr>
        <w:br/>
      </w:r>
      <w:r>
        <w:rPr>
          <w:lang w:eastAsia="zh-CN"/>
        </w:rPr>
        <w:t>　　（6）自己以重点客户及客户领导公关为主要工作</w:t>
      </w:r>
      <w:r>
        <w:rPr>
          <w:lang w:eastAsia="zh-CN"/>
        </w:rPr>
        <w:br/>
      </w:r>
      <w:r>
        <w:rPr>
          <w:lang w:eastAsia="zh-CN"/>
        </w:rPr>
        <w:t>　　（7）为与客户加强交流，增近感情，对重点客户每周拜访两次；对一级客户每周拜访一次；对于其它客户根据实际情况安排拜访时间（但必需做到至少两周拜访一次） 。</w:t>
      </w:r>
      <w:r>
        <w:rPr>
          <w:lang w:eastAsia="zh-CN"/>
        </w:rPr>
        <w:br/>
      </w:r>
      <w:r>
        <w:rPr>
          <w:lang w:eastAsia="zh-CN"/>
        </w:rPr>
        <w:t>　　(8) 了解客户基本情况（附表）</w:t>
      </w:r>
      <w:r>
        <w:rPr>
          <w:lang w:eastAsia="zh-CN"/>
        </w:rPr>
        <w:br/>
      </w:r>
      <w:r>
        <w:rPr>
          <w:lang w:eastAsia="zh-CN"/>
        </w:rPr>
        <w:t>　　（9)了解客户对产品实际需求并提交详细清单</w:t>
      </w:r>
      <w:r>
        <w:rPr>
          <w:lang w:eastAsia="zh-CN"/>
        </w:rPr>
        <w:br/>
      </w:r>
      <w:r>
        <w:rPr>
          <w:lang w:eastAsia="zh-CN"/>
        </w:rPr>
        <w:t>　　6、落实产品交流会</w:t>
      </w:r>
      <w:r>
        <w:rPr>
          <w:lang w:eastAsia="zh-CN"/>
        </w:rPr>
        <w:br/>
      </w:r>
      <w:r>
        <w:rPr>
          <w:lang w:eastAsia="zh-CN"/>
        </w:rPr>
        <w:t>　　针对重点客户开展产品交流会,主要联系该单位生技部门负责人，安排该单位及其下属供电所相关人员来参加产品交流会！</w:t>
      </w:r>
      <w:r>
        <w:rPr>
          <w:lang w:eastAsia="zh-CN"/>
        </w:rPr>
        <w:br/>
      </w:r>
      <w:r>
        <w:rPr>
          <w:lang w:eastAsia="zh-CN"/>
        </w:rPr>
        <w:t xml:space="preserve">    新一年销售工作计划范文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为确保公司物流部的工作能顺利正常的开展，为了公司能节约相对成本，也为让公司对我的工作进行考核，我将做好以下方面的计划，来提高工作效率，更好的开展工作。</w:t>
      </w:r>
      <w:r>
        <w:rPr>
          <w:lang w:eastAsia="zh-CN"/>
        </w:rPr>
        <w:br/>
      </w:r>
      <w:r>
        <w:rPr>
          <w:lang w:eastAsia="zh-CN"/>
        </w:rPr>
        <w:t>　　一.继续提高员工素养，强化员工服务意识</w:t>
      </w:r>
      <w:r>
        <w:rPr>
          <w:lang w:eastAsia="zh-CN"/>
        </w:rPr>
        <w:br/>
      </w:r>
      <w:r>
        <w:rPr>
          <w:lang w:eastAsia="zh-CN"/>
        </w:rPr>
        <w:t>　　人是万物之本，员工是企业生存的命脉，只有企业真正重视员工，关心员工，让员工感受到企业的温暖，员工才会用更好激情来为企业付出。当然我们企业更需要有先企业后个人的高素质员工，因此我们必需加强员工培训，提高员工积极性，增强员工个人素养，使员工更有团队精神和奉献精神。只要员工的个人素养真正提高了，能真正关心企业，那么我们部门的服务水平也就相应的提高了，各项工作也能顺利的进行。这样就进入了一个良性循环的过程中。对此向公司提出两点建议：一是不建议加班，当然前提是在高工作效率和计划任务完成的情况之下;二是奖与惩相结合，不能光有惩而不奖，反之当然也不行，二者是相辅相承，缺一不可。</w:t>
      </w:r>
      <w:r>
        <w:rPr>
          <w:lang w:eastAsia="zh-CN"/>
        </w:rPr>
        <w:br/>
      </w:r>
      <w:r>
        <w:rPr>
          <w:lang w:eastAsia="zh-CN"/>
        </w:rPr>
        <w:t>　　二.不断完善管理制度</w:t>
      </w:r>
      <w:r>
        <w:rPr>
          <w:lang w:eastAsia="zh-CN"/>
        </w:rPr>
        <w:br/>
      </w:r>
      <w:r>
        <w:rPr>
          <w:lang w:eastAsia="zh-CN"/>
        </w:rPr>
        <w:t>　　由于物流部不是直接创造经济价值的部门，再加上物流部缺乏系统的规章制度和管理工作方面存在的漏洞，所以往往会被本部门员工误认为不被公司重视，对员工工作积极性有一定的影响。对此需不断完善部门管理制度，需实施《岗位责任制制度》、《交接班制度》、《车辆管理制度》、《文件管理制度》、《奖惩制度》等。</w:t>
      </w:r>
      <w:r>
        <w:rPr>
          <w:lang w:eastAsia="zh-CN"/>
        </w:rPr>
        <w:br/>
      </w:r>
      <w:r>
        <w:rPr>
          <w:lang w:eastAsia="zh-CN"/>
        </w:rPr>
        <w:t>　　三.加快管理岗位建设</w:t>
      </w:r>
      <w:r>
        <w:rPr>
          <w:lang w:eastAsia="zh-CN"/>
        </w:rPr>
        <w:br/>
      </w:r>
      <w:r>
        <w:rPr>
          <w:lang w:eastAsia="zh-CN"/>
        </w:rPr>
        <w:t>　　我将结合本部门岗位的具体工作情况，逐步优化组织结构，使其“基层具体落实、中层监督指导”。使各岗位人员明确其职责所在，以便在工作中各司其职，各尽其责，继而争先创优。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四.作内容及安排</w:t>
      </w:r>
      <w:r>
        <w:rPr>
          <w:lang w:eastAsia="zh-CN"/>
        </w:rPr>
        <w:br/>
      </w:r>
      <w:r>
        <w:rPr>
          <w:lang w:eastAsia="zh-CN"/>
        </w:rPr>
        <w:t>　　1.收发货流程进行梳理，改进，并督促物流部员工严格按标准执行，实行岗位责任制。制定预防可能发生的错误，及时发现，纠正不正确的工作方法。</w:t>
      </w:r>
      <w:r>
        <w:rPr>
          <w:lang w:eastAsia="zh-CN"/>
        </w:rPr>
        <w:br/>
      </w:r>
      <w:r>
        <w:rPr>
          <w:lang w:eastAsia="zh-CN"/>
        </w:rPr>
        <w:t>　　2.每日早会十分钟，计划当天的工作安排，及总结上一天的工作完成进度，出现的问题，困难，部门岗位需要协助配合的安排，表扬有进步，工作较主动积极等个人，激发员工的工作激情。</w:t>
      </w:r>
      <w:r>
        <w:rPr>
          <w:lang w:eastAsia="zh-CN"/>
        </w:rPr>
        <w:br/>
      </w:r>
      <w:r>
        <w:rPr>
          <w:lang w:eastAsia="zh-CN"/>
        </w:rPr>
        <w:t>　　3.每日下班前检查各项工作完成情况，已完成事项，未完成事项，待办事项，第二日需交接事项或紧急待办事项。检查电源，门窗是否关闭。清洁是否到位等。</w:t>
      </w:r>
      <w:r>
        <w:rPr>
          <w:lang w:eastAsia="zh-CN"/>
        </w:rPr>
        <w:br/>
      </w:r>
      <w:r>
        <w:rPr>
          <w:lang w:eastAsia="zh-CN"/>
        </w:rPr>
        <w:t>　　4.每日开单员下班前检查当天单据的准确性，完整性，是否按时交财务。检查系统所有单据，有无异常情况，库存有无异常数据。发现问题立即解决。</w:t>
      </w:r>
      <w:r>
        <w:rPr>
          <w:lang w:eastAsia="zh-CN"/>
        </w:rPr>
        <w:br/>
      </w:r>
      <w:r>
        <w:rPr>
          <w:lang w:eastAsia="zh-CN"/>
        </w:rPr>
        <w:t>　　5.每周/月总结本周/月工作情况，对工作中出现的问题、困难提出可执行建议/方案，对工作中作出成绩，有重大进步，为公司提出建议，或努力工作，尽心尽力者给予表扬或奖励。</w:t>
      </w:r>
      <w:r>
        <w:rPr>
          <w:lang w:eastAsia="zh-CN"/>
        </w:rPr>
        <w:br/>
      </w:r>
      <w:r>
        <w:rPr>
          <w:lang w:eastAsia="zh-CN"/>
        </w:rPr>
        <w:t>　　6.各种物料码放、搬运入库时应先内后外、先下后上。检查货架的货品是否按规定陈列，整个库房保持整齐，整洁，有无脏乱现象，货品名，标签，及价格是否一致。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7.严格按照仓库管理规程进行日常操作，仓库收发货人员对当日发生的业务必须及时登记，做到日清日结，确保物料进出及结存数据的正确无误。不定时复核实物和库存差异，当天发现有差异数据当日处理，找出原因，并纠正错误。</w:t>
      </w:r>
      <w:r>
        <w:rPr>
          <w:lang w:eastAsia="zh-CN"/>
        </w:rPr>
        <w:br/>
      </w:r>
      <w:r>
        <w:rPr>
          <w:lang w:eastAsia="zh-CN"/>
        </w:rPr>
        <w:t>　　9.仓库必须根据实际情况和各类原材料的性质、用途、类型分明别类建立相应的明细账,凡是无吊牌货品一律找出同款贴上标签(款号，尺码，价格)，凡是浅色衣服原则上全部套外包装袋。</w:t>
      </w:r>
      <w:r>
        <w:rPr>
          <w:lang w:eastAsia="zh-CN"/>
        </w:rPr>
        <w:br/>
      </w:r>
      <w:r>
        <w:rPr>
          <w:lang w:eastAsia="zh-CN"/>
        </w:rPr>
        <w:t>　　10.做好各类物料和产品的日常核查工作，仓库收发货人员必须对各类库存物资定期进行检查盘点，并做到账、吊牌、物一致。如有变动及时向主管领导及相关职能部门反映，以便及时调整。</w:t>
      </w:r>
      <w:r>
        <w:rPr>
          <w:lang w:eastAsia="zh-CN"/>
        </w:rPr>
        <w:br/>
      </w:r>
      <w:r>
        <w:rPr>
          <w:lang w:eastAsia="zh-CN"/>
        </w:rPr>
        <w:t>　　11.库存物资清查盘点中发现问题和差错，及时查明原因，并进行相应处理。如属短缺及需报废处理的，必须按审批程序经领导审核批准后才可进行处理，否则一律不准自行调整。发现物料失少或质量上的问题(如受潮或损坏等)，及时的用书面的形式向有关部门汇报。</w:t>
      </w:r>
      <w:r>
        <w:rPr>
          <w:lang w:eastAsia="zh-CN"/>
        </w:rPr>
        <w:br/>
      </w:r>
      <w:r>
        <w:rPr>
          <w:lang w:eastAsia="zh-CN"/>
        </w:rPr>
        <w:t>　　12.合格品、逾期品、失效品、料废、返修品等分类存放，分别做账。废料根据实际情况合理利用。各种物料不得抛掷。</w:t>
      </w:r>
      <w:r>
        <w:rPr>
          <w:lang w:eastAsia="zh-CN"/>
        </w:rPr>
        <w:br/>
      </w:r>
      <w:r>
        <w:rPr>
          <w:lang w:eastAsia="zh-CN"/>
        </w:rPr>
        <w:t>　　13.仓库通道出入口要保持畅通，仓库内要及时清理，保持整洁。所有单据必须有责任人签字，并且字迹清楚。</w:t>
      </w:r>
      <w:r>
        <w:rPr>
          <w:lang w:eastAsia="zh-CN"/>
        </w:rPr>
        <w:br/>
      </w:r>
      <w:r>
        <w:rPr>
          <w:lang w:eastAsia="zh-CN"/>
        </w:rPr>
        <w:t>　　14.提前做好部门内员工请/休假的工作交接安排，并和其它部门做好衔接安排。</w:t>
      </w:r>
      <w:r>
        <w:rPr>
          <w:lang w:eastAsia="zh-CN"/>
        </w:rPr>
        <w:br/>
      </w:r>
      <w:r>
        <w:rPr>
          <w:lang w:eastAsia="zh-CN"/>
        </w:rPr>
        <w:t xml:space="preserve">    新一年销售工作计划范文 篇9 </w:t>
      </w:r>
      <w:r>
        <w:rPr>
          <w:lang w:eastAsia="zh-CN"/>
        </w:rPr>
        <w:br/>
      </w:r>
      <w:r>
        <w:rPr>
          <w:lang w:eastAsia="zh-CN"/>
        </w:rPr>
        <w:t>　　为了实现明年的计划目标，结合公司和市场实际情况，确定明年几项工作重点：</w:t>
      </w:r>
      <w:r>
        <w:rPr>
          <w:lang w:eastAsia="zh-CN"/>
        </w:rPr>
        <w:br/>
      </w:r>
      <w:r>
        <w:rPr>
          <w:lang w:eastAsia="zh-CN"/>
        </w:rPr>
        <w:t>　　1、 扩大销售队伍，加强业务培训。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人才的引进和培养是最根本的，也是最核心的，人才是第一生产力。企业无人则止，加大人才的引进大量补充公司的新鲜血液。 铁打的营盘流水的兵，所以在留着合理的人才上下功夫。在选好人，用好人，用对人。加强和公司办公室人沟通，多选拔和引进优秀销售人员，利用自己的关系，整合一部分业务人员，利用业务员转介绍的策略，多争取业务人员，加大招聘工作的力度，前期完善公司的人员配置和销售队伍的建立。另外市场上去招一些成熟的技术和业务人员。自己计划将工作重点放在榜样的树立和新榜样的培养上，一是主要做好几个榜样树立典型。因为榜样的力量是无穷的。</w:t>
      </w:r>
      <w:r>
        <w:rPr>
          <w:lang w:eastAsia="zh-CN"/>
        </w:rPr>
        <w:br/>
      </w:r>
      <w:r>
        <w:rPr>
          <w:lang w:eastAsia="zh-CN"/>
        </w:rPr>
        <w:t>　　人是有可塑性的，并且人是有惰性的。对销售队伍的知识培训，专业知识、销售知识的培训始终不能放松。培训对业务队伍的建立和巩固是很重要的一种手段。定期开展培训，对业务员的心态塑造是很大的好处。并且根据业务人员的发展，选拔引进培养大区经理。业务人员的积极性才会更高。</w:t>
      </w:r>
      <w:r>
        <w:rPr>
          <w:lang w:eastAsia="zh-CN"/>
        </w:rPr>
        <w:br/>
      </w:r>
      <w:r>
        <w:rPr>
          <w:lang w:eastAsia="zh-CN"/>
        </w:rPr>
        <w:t>　　2、 销售渠道完善，销售渠道下沉。</w:t>
      </w:r>
      <w:r>
        <w:rPr>
          <w:lang w:eastAsia="zh-CN"/>
        </w:rPr>
        <w:br/>
      </w:r>
      <w:r>
        <w:rPr>
          <w:lang w:eastAsia="zh-CN"/>
        </w:rPr>
        <w:t>　　为确保完成全年销售任务，自己平时就积极搜集信息并及时汇总，力争在新区域开发市场，以扩大产品市场占有额。合理有效的分解目标。</w:t>
      </w:r>
      <w:r>
        <w:rPr>
          <w:lang w:eastAsia="zh-CN"/>
        </w:rPr>
        <w:br/>
      </w:r>
      <w:r>
        <w:rPr>
          <w:lang w:eastAsia="zh-CN"/>
        </w:rPr>
        <w:t>　　河南、河北、山东三省，市场是公司的核心竞争区，在这三省要完善销售队伍和销售渠道。一方面的人员的配置，另一方面是客户资源的整合，客户员工化的重点区域。要在这里树立公司的榜样，并且建立样板市场。加以克隆复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其他省市以一部现有业务人员为主，重点寻找合作伙伴和一些大的代理商。走批发路线的公司在销售政策上适当放宽。</w:t>
      </w:r>
      <w:r>
        <w:rPr>
          <w:lang w:eastAsia="zh-CN"/>
        </w:rPr>
        <w:br/>
      </w:r>
      <w:r>
        <w:rPr>
          <w:lang w:eastAsia="zh-CN"/>
        </w:rPr>
        <w:t>　　如果业务人员自己开拓市场，公司前期从业务上去扶持，时间上一个月重点培养，后期以技术上进行扶持利用三个月的时间进行维护。</w:t>
      </w:r>
      <w:r>
        <w:rPr>
          <w:lang w:eastAsia="zh-CN"/>
        </w:rPr>
        <w:br/>
      </w:r>
      <w:r>
        <w:rPr>
          <w:lang w:eastAsia="zh-CN"/>
        </w:rPr>
        <w:t>　　3、 产品调整，产品更新。</w:t>
      </w:r>
      <w:r>
        <w:rPr>
          <w:lang w:eastAsia="zh-CN"/>
        </w:rPr>
        <w:br/>
      </w:r>
      <w:r>
        <w:rPr>
          <w:lang w:eastAsia="zh-CN"/>
        </w:rPr>
        <w:t>　　产品是企业的生命线，不是我们想买什么，而是客户想买什么。我们买的的客户想买的。找到客户的需求，才是根本。所以产品调整要与市场很好的结合起来。 另外，要考虑产品的利润，无利润的产品，它就无生存空间。对客户来讲，也是一样。客户不是买产品，而是买利润，是买的产品得来的利润。追求产品最大利润的合理分配原则，是唯一不变的法则。 企业不是福利院，所以为企业创造价值最大化，就是管理的最基本要求。从发展才是硬道理到赚钱才是硬道理的转变。</w:t>
      </w:r>
      <w:r>
        <w:rPr>
          <w:lang w:eastAsia="zh-CN"/>
        </w:rPr>
        <w:br/>
      </w:r>
      <w:r>
        <w:rPr>
          <w:lang w:eastAsia="zh-CN"/>
        </w:rPr>
        <w:t>　　一个产品的寿命是有限的，不断的补充新产品，一方面显示出公司的实力，一方面显示出公司的活力。淘汰无利润和不适应市场的产品。结合公司业务人员专业素质，产品要往三个有利于方面调整：有利于公司的发展、有利于业务人员的销售、有利于客户的需求。</w:t>
      </w:r>
      <w:r>
        <w:rPr>
          <w:lang w:eastAsia="zh-CN"/>
        </w:rPr>
        <w:br/>
      </w:r>
      <w:r>
        <w:rPr>
          <w:lang w:eastAsia="zh-CN"/>
        </w:rPr>
        <w:t>　　产品要体现公司的'特色，走差异化道路。一方面，要有公司的品牌产品。一个产品可以打造一个品牌。所以产品要走精细化道路。</w:t>
      </w:r>
      <w:r>
        <w:rPr>
          <w:lang w:eastAsia="zh-CN"/>
        </w:rPr>
        <w:br/>
      </w:r>
      <w:r>
        <w:rPr>
          <w:lang w:eastAsia="zh-CN"/>
        </w:rPr>
        <w:t>　　4、 长期宣传，重点促销。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宣传是长久的，促销是短暂的。促销一时，宣传一世。重点的开展促销活动使产品在一个市场上树立起名气，就是品牌意思。结合市场和疫情发展变化，使产品坐庄，达到营销造势的目的。就重点产品和重点市场，因地制宜的开展各种各样的促销活动。当然最主要的工作重心还是在产品的宣传上，具办各种知识讲座。利用公司网站，把产品及时发布出去，利用互联网发布产品上市等信息</w:t>
      </w:r>
      <w:r>
        <w:rPr>
          <w:lang w:eastAsia="zh-CN"/>
        </w:rPr>
        <w:br/>
      </w:r>
      <w:r>
        <w:rPr>
          <w:lang w:eastAsia="zh-CN"/>
        </w:rPr>
        <w:t>　　5、 自我提高，快速成长。</w:t>
      </w:r>
      <w:r>
        <w:rPr>
          <w:lang w:eastAsia="zh-CN"/>
        </w:rPr>
        <w:br/>
      </w:r>
      <w:r>
        <w:rPr>
          <w:lang w:eastAsia="zh-CN"/>
        </w:rPr>
        <w:t>　　为积极配合销售，自己计划努力学习。在管理上多学习，在销售上多研究。自己在搞好销售的同时计划认真学习业务知识、管理技能及销售实战来完善自己的理论知识，力求不断提高自己的综合素质，为企业的再发展奠定人力资源基础。</w:t>
      </w:r>
      <w:r>
        <w:rPr>
          <w:lang w:eastAsia="zh-CN"/>
        </w:rPr>
        <w:br/>
      </w:r>
      <w:r>
        <w:rPr>
          <w:lang w:eastAsia="zh-CN"/>
        </w:rPr>
        <w:t>　　附：销售工作计划怎么写</w:t>
      </w:r>
      <w:r>
        <w:rPr>
          <w:lang w:eastAsia="zh-CN"/>
        </w:rPr>
        <w:br/>
      </w:r>
      <w:r>
        <w:rPr>
          <w:lang w:eastAsia="zh-CN"/>
        </w:rPr>
        <w:t>　　原则一：前瞻性与预测性。对不可量化的市场指标进行前瞻性的分析与评估。如：市场供求关系的变化趋势、市场竞争发展态势、商业业态发展趋势等。同时，对可量化的指标进行预测性的判断，做具体的计划和要求。如销售额（量）、价格、费用等。</w:t>
      </w:r>
      <w:r>
        <w:rPr>
          <w:lang w:eastAsia="zh-CN"/>
        </w:rPr>
        <w:br/>
      </w:r>
      <w:r>
        <w:rPr>
          <w:lang w:eastAsia="zh-CN"/>
        </w:rPr>
        <w:t>　　原则二：挑战性与现实性。良好的业绩来自于实现富有挑战性的目标。营销计划书中的任务与计划指标不是轻而易举就能够实现的，但都是经过努力可以达到的，这样才能鼓舞销售队伍的士气。</w:t>
      </w:r>
      <w:r>
        <w:rPr>
          <w:lang w:eastAsia="zh-CN"/>
        </w:rPr>
        <w:br/>
      </w:r>
      <w:r>
        <w:rPr>
          <w:lang w:eastAsia="zh-CN"/>
        </w:rPr>
        <w:t>　　原则三：全面性与综合性。许多区域销售经理的年度营销工作计划只涉及销售目标与计划，缺乏全面性，忽略了其他的配套计划和控制性计划的内容，易于造成执行中的走样和障碍。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原则四：指令性与指导性。各项目标与计划指标是指令性的，一旦制定就必须按计划执行。同时，策略的安排则是指导性的，是实现目标与计划的措施。</w:t>
      </w:r>
      <w:r>
        <w:rPr>
          <w:lang w:eastAsia="zh-CN"/>
        </w:rPr>
        <w:br/>
      </w:r>
      <w:r>
        <w:rPr>
          <w:lang w:eastAsia="zh-CN"/>
        </w:rPr>
        <w:t>　　原则五：权威性与说服性。营销计划要确保其权威性，才能得到贯彻与执行，要得到绝大多数销售人员的理解与认同，才能调动人的积极性。</w:t>
      </w:r>
      <w:r>
        <w:rPr>
          <w:lang w:eastAsia="zh-CN"/>
        </w:rPr>
        <w:br/>
      </w:r>
      <w:r>
        <w:rPr>
          <w:lang w:eastAsia="zh-CN"/>
        </w:rPr>
        <w:t xml:space="preserve">    新一年销售工作计划范文 篇10 </w:t>
      </w:r>
      <w:r>
        <w:rPr>
          <w:lang w:eastAsia="zh-CN"/>
        </w:rPr>
        <w:br/>
      </w:r>
      <w:r>
        <w:rPr>
          <w:lang w:eastAsia="zh-CN"/>
        </w:rPr>
        <w:t>　　在新一年里，公司也将迎来更大的发展，为了跟进时代进步的脚伐，我也制度了相应工作计划并提出一些自己小小的建议。</w:t>
      </w:r>
      <w:r>
        <w:rPr>
          <w:lang w:eastAsia="zh-CN"/>
        </w:rPr>
        <w:br/>
      </w:r>
      <w:r>
        <w:rPr>
          <w:lang w:eastAsia="zh-CN"/>
        </w:rPr>
        <w:t>　　一、新客户的开发21世纪是个信息发达的世纪，在开发新客户中，我们可以通过网络、报刊、杂志等途径来寻找新客户。另外，让客户了解到公司也很重要，在此我有点建议，如果有时间的话，大家可以多发些信息，以便更多的人了解到公司，了解到咱公司的产品，为公司争取到更多的客户资源。在客户跟进方面，我主要负责寄样品和画册，后继跟进由销售人员负责，当然我也要了解客户处于哪个进度，在销售人员外出的情状下，我也可以跟进。每个新开发的客户，我都将制表统计，在开发客户的得失之处我们可以做分析。建议每半个月可以开一次例会来分析近来客户的状况，对于未成交的客户我们可以做一个总结，以便更好地跟进，对于成交的客户我们也可以拿出来分享以供大家学习。</w:t>
      </w:r>
      <w:r>
        <w:rPr>
          <w:lang w:eastAsia="zh-CN"/>
        </w:rPr>
        <w:br/>
      </w:r>
      <w:r>
        <w:rPr>
          <w:lang w:eastAsia="zh-CN"/>
        </w:rPr>
        <w:t>　　二、老客户的维护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A.回复交期每个订单下单后我将及时回复的交期，如果交期有问题就和客户沟通，如果客户不能接受延期，我将和生产部门协调好，尽量满足客户的要求。</w:t>
      </w:r>
      <w:r>
        <w:rPr>
          <w:lang w:eastAsia="zh-CN"/>
        </w:rPr>
        <w:br/>
      </w:r>
      <w:r>
        <w:rPr>
          <w:lang w:eastAsia="zh-CN"/>
        </w:rPr>
        <w:t>　　B.货物的跟进产品生产过程可能会有这样或者那样的状况出现，以致延误了出货，此时和生产部门的沟通显得尤为重要。在和生产部门的沟通时，我会尽量协调好各方便的关系，心平气好的把事情处理好以保证出货的及时。出货后把货运或者快递公司电话、发货日期、单号等信息反馈给客户，以便客户查询和签收。</w:t>
      </w:r>
      <w:r>
        <w:rPr>
          <w:lang w:eastAsia="zh-CN"/>
        </w:rPr>
        <w:br/>
      </w:r>
      <w:r>
        <w:rPr>
          <w:lang w:eastAsia="zh-CN"/>
        </w:rPr>
        <w:t>　　C.产品的改进公司的产品有改进是公司的一种进步，我们在启用新品时，首先要给客户送样，得到他们的承认后方可使用，若他们不接受，我们将作相应的改进满足他们的需求。</w:t>
      </w:r>
      <w:r>
        <w:rPr>
          <w:lang w:eastAsia="zh-CN"/>
        </w:rPr>
        <w:br/>
      </w:r>
      <w:r>
        <w:rPr>
          <w:lang w:eastAsia="zh-CN"/>
        </w:rPr>
        <w:t>　　D.回访和沟通对于老客户的回访，我们是不定期的。在节假日里我们是一定要送出问候和祝福的，在重要的日子里可以送些小礼品以增进感情。在平时，我们也要和客户保持联络，关心他们的状况，平常可以通过电话QQEAMI等联络感情。如果方便的话，可以登门拜访客户，以便促进我们和客户之间的关系。对于大客户反映的问题，我们会作为重点来解决，及时把信息反馈，让他们有一种被重视的感觉。当然对于一般客户的问题我们也不会忽略。总之要维护客群关系，沟通是关键。我们会尽努力把客群关系搞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三、建议对于公司的职员来说，熟悉公司的产品是很必要的。为了发展，公司可能会有产品改进或者新品的推出，建议公司经常作一些产品的培训，让我们对咱公司的产品更加了解。此外，工作中学习也是很重要的，如果有时间的话，建议公司开展一些工作技能的培训，让大家成长得更快。还有，工作之余我们可以开展一些活动，比方爬山，赛、赛等等丰富我们的业余生活。公司可以有自己的，创办自己的月刊。</w:t>
      </w:r>
      <w:r>
        <w:rPr>
          <w:lang w:eastAsia="zh-CN"/>
        </w:rPr>
        <w:br/>
      </w:r>
      <w:r>
        <w:rPr>
          <w:lang w:eastAsia="zh-CN"/>
        </w:rPr>
        <w:t xml:space="preserve">    新一年销售工作计划范文 篇11 </w:t>
      </w:r>
      <w:r>
        <w:rPr>
          <w:lang w:eastAsia="zh-CN"/>
        </w:rPr>
        <w:br/>
      </w:r>
      <w:r>
        <w:rPr>
          <w:lang w:eastAsia="zh-CN"/>
        </w:rPr>
        <w:t>　　20__年，中支公司在省分公司各级领导及全体同仁的关心支持下，完成了筹建工作并顺利开业，在业务的发展上也取得了较好的成绩，占领了一定的市场份额，完成了省公司下达的各项任务指标，在此基础上，公司总结20__年的工作经验并结合地区的实际情况，制定如下工作计划：</w:t>
      </w:r>
      <w:r>
        <w:rPr>
          <w:lang w:eastAsia="zh-CN"/>
        </w:rPr>
        <w:br/>
      </w:r>
      <w:r>
        <w:rPr>
          <w:lang w:eastAsia="zh-CN"/>
        </w:rPr>
        <w:t>　　一、加强业管工作，构建优质、规范的承保服务体系</w:t>
      </w:r>
      <w:r>
        <w:rPr>
          <w:lang w:eastAsia="zh-CN"/>
        </w:rPr>
        <w:br/>
      </w:r>
      <w:r>
        <w:rPr>
          <w:lang w:eastAsia="zh-CN"/>
        </w:rPr>
        <w:t>　　承保是保险公司经营的源头，是风险管控、实现效益的重要基础，是保险公司生存的基础保障。因此，在年度里，公司将狠抓业管工作，提高风险管控能力。</w:t>
      </w:r>
      <w:r>
        <w:rPr>
          <w:lang w:eastAsia="zh-CN"/>
        </w:rPr>
        <w:br/>
      </w:r>
      <w:r>
        <w:rPr>
          <w:lang w:eastAsia="zh-CN"/>
        </w:rPr>
        <w:t>　　1、对承保业务及时地进行审核，利用风险管理技术及定价体系来控制承保风险，决定承保费率，确保承保质量。对超越公司权限拟承保的业务进行初审并签署意见后上报审批，确保此类业务的严格承保。</w:t>
      </w:r>
      <w:r>
        <w:rPr>
          <w:lang w:eastAsia="zh-CN"/>
        </w:rPr>
        <w:br/>
      </w:r>
      <w:r>
        <w:rPr>
          <w:lang w:eastAsia="zh-CN"/>
        </w:rPr>
        <w:t>　　2、加强信息技术部门的管理，完善各类险种业务的处理平台，通过建设、使用电子化承保业务处理系统，建立完善的承保基础数据库，并缮制相关报表和承保分析。同时做好市场调研，并定期编制中、长期业务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3、建立健全重大标的业务和特殊风险业务的风险评估制度，确保风险的合理控制，同时根据业务的风险情况，执行有关分保或再保险管理规定，确保合理分散承保风险。</w:t>
      </w:r>
      <w:r>
        <w:rPr>
          <w:lang w:eastAsia="zh-CN"/>
        </w:rPr>
        <w:br/>
      </w:r>
      <w:r>
        <w:rPr>
          <w:lang w:eastAsia="zh-CN"/>
        </w:rPr>
        <w:t>　　4、强化承保、核保规范，严格执行条款、费率体系，熟练掌握新核心业务系统的操作，对中支所属的承保、核保人员进行全面、系统的培训，以提高他们的综合业务技能和素质，为公司业务发展提供良好的保障。</w:t>
      </w:r>
      <w:r>
        <w:rPr>
          <w:lang w:eastAsia="zh-CN"/>
        </w:rPr>
        <w:br/>
      </w:r>
      <w:r>
        <w:rPr>
          <w:lang w:eastAsia="zh-CN"/>
        </w:rPr>
        <w:t>　　二、提高客户服务工作质量，建设一流的客户服务平台</w:t>
      </w:r>
      <w:r>
        <w:rPr>
          <w:lang w:eastAsia="zh-CN"/>
        </w:rPr>
        <w:br/>
      </w:r>
      <w:r>
        <w:rPr>
          <w:lang w:eastAsia="zh-CN"/>
        </w:rPr>
        <w:t>　　随着保险市场竞争主体的不断增加，各家保险公司都加大了对市场业务竞争的力度，而保险公司所经营的不是有形产品，而是一种规避风险或风险投资的服务，因此，建设一个优质服务的客服平台显得极为重要，当服务已经成为核心内容纳入保险企业的价值观，成为核心竞争时，客服工作就成为一种具有独特理念的一种服务文化。经过年的努力，我司已在市场占有了一定的份额，同时也拥有了较大的客户群体，随着业务发展的不断深入，客服工作的重要性将尤其突出，因此，中支在年里将严格规范客服工作，把一流的客服管理平台运用、落实到位。</w:t>
      </w:r>
      <w:r>
        <w:rPr>
          <w:lang w:eastAsia="zh-CN"/>
        </w:rPr>
        <w:br/>
      </w:r>
      <w:r>
        <w:rPr>
          <w:lang w:eastAsia="zh-CN"/>
        </w:rPr>
        <w:t>　　1、建立健全语音服务系统，加大热线的宣传力度，以多种形式将热线推向社会，让众多的客户全面了解公司语音服务系统强大的支持功能，以提高自身的市场竞争力，实现客户满意化。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2、加强客服人员培训，提高客服人员综合技能素质，严格奉行“热情、周到、优质、高效”的服务宗旨，坚持“主动、迅速、准确、合理”的原则，严格按照岗位职责和业务操作实务流程的规定作好接、报案、查勘定损、条款解释、理赔投诉等各项工作。</w:t>
      </w:r>
      <w:r>
        <w:rPr>
          <w:lang w:eastAsia="zh-CN"/>
        </w:rPr>
        <w:br/>
      </w:r>
      <w:r>
        <w:rPr>
          <w:lang w:eastAsia="zh-CN"/>
        </w:rPr>
        <w:t>　　3、以中心支公司为中心，专、兼职并行，建立一个覆盖全区的查勘、定损网点，初期由中支设立专职查勘定损人员3名，同时搭配非专职人员共同查勘，以提高中支业务人员的整体素质，切实提高查勘、定损理赔质量，做到查勘准确，定损合理，理赔快捷。</w:t>
      </w:r>
      <w:r>
        <w:rPr>
          <w:lang w:eastAsia="zh-CN"/>
        </w:rPr>
        <w:br/>
      </w:r>
      <w:r>
        <w:rPr>
          <w:lang w:eastAsia="zh-CN"/>
        </w:rPr>
        <w:t>　　4、在20__年_月之前完成营销服务部、营销服务部两个服务机构的下延工作，至此，全区的服务网点建设基本完善，为公司的客户提供高效、便捷的保险售后服务。</w:t>
      </w:r>
      <w:r>
        <w:rPr>
          <w:lang w:eastAsia="zh-CN"/>
        </w:rPr>
        <w:br/>
      </w:r>
      <w:r>
        <w:rPr>
          <w:lang w:eastAsia="zh-CN"/>
        </w:rPr>
        <w:t>　　三、加快业务发展，提高市场占有率，做大做强公司保险品牌</w:t>
      </w:r>
      <w:r>
        <w:rPr>
          <w:lang w:eastAsia="zh-CN"/>
        </w:rPr>
        <w:br/>
      </w:r>
      <w:r>
        <w:rPr>
          <w:lang w:eastAsia="zh-CN"/>
        </w:rPr>
        <w:t>　　1、机动车辆险是我司业务的重中之重，因此，大力发展机动车辆险业务，充分发挥公司的车险优势，打好车险业务的攻坚战，还是我们工作的重点，20__年在车险业务上要巩固老的客户，争取新客户，侧重点在发展车队业务以及新车业务的承保上，以实现车险业务更上一个新的台阶。</w:t>
      </w:r>
      <w:r>
        <w:rPr>
          <w:lang w:eastAsia="zh-CN"/>
        </w:rPr>
        <w:br/>
      </w:r>
      <w:r>
        <w:rPr>
          <w:lang w:eastAsia="zh-CN"/>
        </w:rPr>
        <w:t>　　2、认真做好非车险的展业工作，选择拜访一些大、中型企业，对效益好，风险低的企业要重点公关，与企业建立良好的关系，力争财产、人员、车辆一揽子承保，同时也要做好非车险效益型险种的市场开发工作，在年里努力使非车险业务在发展上形成新的格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3、积极做好与银行的代理业务工作。20__年__月我司经过积极地努力已与__银行等签定了兼业代理合作协议，20__年要集中精力与各大银行加强业务上的沟通联系，让银行充分地了解中华保险的品牌及优势，争取加大银行在代理业务上对我司的支持与政策倾斜力度，力求在银行代理业务上的新突破，实现险种结构调整的战略目标，为公司实现效益化奠定良好的基础。</w:t>
      </w:r>
      <w:r>
        <w:rPr>
          <w:lang w:eastAsia="zh-CN"/>
        </w:rPr>
        <w:br/>
      </w:r>
      <w:r>
        <w:rPr>
          <w:lang w:eastAsia="zh-CN"/>
        </w:rPr>
        <w:t>　　在新的一年里，虽然市场的竞争将更加激烈，但有省公司的正确领导，中支将开拓思路，奋力进取，去创造新的业绩，为做大做强公司保险事业而奋斗。</w:t>
      </w:r>
      <w:r>
        <w:rPr>
          <w:lang w:eastAsia="zh-CN"/>
        </w:rPr>
        <w:br/>
      </w:r>
      <w:r>
        <w:rPr>
          <w:lang w:eastAsia="zh-CN"/>
        </w:rPr>
        <w:t xml:space="preserve">    新一年销售工作计划范文 篇12 </w:t>
      </w:r>
      <w:r>
        <w:rPr>
          <w:lang w:eastAsia="zh-CN"/>
        </w:rPr>
        <w:br/>
      </w:r>
      <w:r>
        <w:rPr>
          <w:lang w:eastAsia="zh-CN"/>
        </w:rPr>
        <w:t>　　受贵单位委托，计划由我校对贵单位新招聘工程机械操作人员进行专项技能培训，特制定计划实施方案如下。</w:t>
      </w:r>
      <w:r>
        <w:rPr>
          <w:lang w:eastAsia="zh-CN"/>
        </w:rPr>
        <w:br/>
      </w:r>
      <w:r>
        <w:rPr>
          <w:lang w:eastAsia="zh-CN"/>
        </w:rPr>
        <w:t>　　一、培训目的</w:t>
      </w:r>
      <w:r>
        <w:rPr>
          <w:lang w:eastAsia="zh-CN"/>
        </w:rPr>
        <w:br/>
      </w:r>
      <w:r>
        <w:rPr>
          <w:lang w:eastAsia="zh-CN"/>
        </w:rPr>
        <w:t>　　1、针对贵单位新进工程机械操作人员操作技术零起点的实际情况，通过此次培训、考核结束，所有参训人均能达到独立驾驶操作挖掘机、装载机。</w:t>
      </w:r>
      <w:r>
        <w:rPr>
          <w:lang w:eastAsia="zh-CN"/>
        </w:rPr>
        <w:br/>
      </w:r>
      <w:r>
        <w:rPr>
          <w:lang w:eastAsia="zh-CN"/>
        </w:rPr>
        <w:t>　　2、通过培训考核合格的学员，我校负责向上级主管部门申办中华人民共和国《职业资格证》、《特种作业操作证》两种证书。</w:t>
      </w:r>
      <w:r>
        <w:rPr>
          <w:lang w:eastAsia="zh-CN"/>
        </w:rPr>
        <w:br/>
      </w:r>
      <w:r>
        <w:rPr>
          <w:lang w:eastAsia="zh-CN"/>
        </w:rPr>
        <w:t>　　二、培训领导机构</w:t>
      </w:r>
      <w:r>
        <w:rPr>
          <w:lang w:eastAsia="zh-CN"/>
        </w:rPr>
        <w:br/>
      </w:r>
      <w:r>
        <w:rPr>
          <w:lang w:eastAsia="zh-CN"/>
        </w:rPr>
        <w:t>　　为保证本期培训班能按期完成培训任务、达到培训目的，我校特成立领导小组如下：</w:t>
      </w:r>
      <w:r>
        <w:rPr>
          <w:lang w:eastAsia="zh-CN"/>
        </w:rPr>
        <w:br/>
      </w:r>
      <w:r>
        <w:rPr>
          <w:lang w:eastAsia="zh-CN"/>
        </w:rPr>
        <w:t>　　组 长：罗雅昆(校长)</w:t>
      </w:r>
      <w:r>
        <w:rPr>
          <w:lang w:eastAsia="zh-CN"/>
        </w:rPr>
        <w:br/>
      </w:r>
      <w:r>
        <w:rPr>
          <w:lang w:eastAsia="zh-CN"/>
        </w:rPr>
        <w:t>　　副组长：校办公室主任、教务处主任、实训处主任</w:t>
      </w:r>
      <w:r>
        <w:rPr>
          <w:lang w:eastAsia="zh-CN"/>
        </w:rPr>
        <w:br/>
      </w:r>
      <w:r>
        <w:rPr>
          <w:lang w:eastAsia="zh-CN"/>
        </w:rPr>
        <w:t>　　组 员：校财务科、后勤科等相关职能部门人员。</w:t>
      </w:r>
      <w:r>
        <w:rPr>
          <w:lang w:eastAsia="zh-CN"/>
        </w:rPr>
        <w:br/>
      </w:r>
      <w:r>
        <w:rPr>
          <w:lang w:eastAsia="zh-CN"/>
        </w:rPr>
        <w:t>　　领导小组下设办公室在校教务处，由教务处主任担任本期培训工作负责人，负责协调联系、安排培训工作各相关事项。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三、培训费用</w:t>
      </w:r>
      <w:r>
        <w:rPr>
          <w:lang w:eastAsia="zh-CN"/>
        </w:rPr>
        <w:br/>
      </w:r>
      <w:r>
        <w:rPr>
          <w:lang w:eastAsia="zh-CN"/>
        </w:rPr>
        <w:t>　　1、培训学费：6600元/人，费用含教材资料费、教师授课费、油料费、水电费、住宿费、办证费(挖掘机、装载机各2证)。6600元/人_23人=151800元。</w:t>
      </w:r>
      <w:r>
        <w:rPr>
          <w:lang w:eastAsia="zh-CN"/>
        </w:rPr>
        <w:br/>
      </w:r>
      <w:r>
        <w:rPr>
          <w:lang w:eastAsia="zh-CN"/>
        </w:rPr>
        <w:t>　　2、生活费：600元/人_23人=13800元。</w:t>
      </w:r>
      <w:r>
        <w:rPr>
          <w:lang w:eastAsia="zh-CN"/>
        </w:rPr>
        <w:br/>
      </w:r>
      <w:r>
        <w:rPr>
          <w:lang w:eastAsia="zh-CN"/>
        </w:rPr>
        <w:t>　　3、行李费： 250元/人_23人=5750元(如贵单位自行提供或学员自带，学校不收取费用)。</w:t>
      </w:r>
      <w:r>
        <w:rPr>
          <w:lang w:eastAsia="zh-CN"/>
        </w:rPr>
        <w:br/>
      </w:r>
      <w:r>
        <w:rPr>
          <w:lang w:eastAsia="zh-CN"/>
        </w:rPr>
        <w:t>　　以上三项收费总计171350元，按23人计算，平均每人费用为7450元。</w:t>
      </w:r>
      <w:r>
        <w:rPr>
          <w:lang w:eastAsia="zh-CN"/>
        </w:rPr>
        <w:br/>
      </w:r>
      <w:r>
        <w:rPr>
          <w:lang w:eastAsia="zh-CN"/>
        </w:rPr>
        <w:t>　　说明：学校提供单人铁床，为集体宿舍，8到10人每间，学员洗漱用品自带，学校不提供。</w:t>
      </w:r>
      <w:r>
        <w:rPr>
          <w:lang w:eastAsia="zh-CN"/>
        </w:rPr>
        <w:br/>
      </w:r>
      <w:r>
        <w:rPr>
          <w:lang w:eastAsia="zh-CN"/>
        </w:rPr>
        <w:t>　　四、学员管理</w:t>
      </w:r>
      <w:r>
        <w:rPr>
          <w:lang w:eastAsia="zh-CN"/>
        </w:rPr>
        <w:br/>
      </w:r>
      <w:r>
        <w:rPr>
          <w:lang w:eastAsia="zh-CN"/>
        </w:rPr>
        <w:t>　　贵单位本期培训班学员为在职脱岗培训，自培训开班之日起，学员培训管理工作由我校负责，管理概要如下：</w:t>
      </w:r>
      <w:r>
        <w:rPr>
          <w:lang w:eastAsia="zh-CN"/>
        </w:rPr>
        <w:br/>
      </w:r>
      <w:r>
        <w:rPr>
          <w:lang w:eastAsia="zh-CN"/>
        </w:rPr>
        <w:t>　　1、本期培训班专为贵单位开设，为保证培训质量，学校保证不安排其他培训学员掺杂。开班后，贵单位从送培人员中选出合适人员担任带队负责人，负责组织、协调全体参训人员按时参加各科目的培训。我校指定专人担任班主任，负责对学员培训、生活的全面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2、本期培训班学员在校统一食宿，学校将采取半封闭管理，实行上课、操作训练点名签到。培训期间有事、有病需请假的应向单位书面请假，经贵单位主管人员签批同意，由学员将假条交回学校统一备案后才准离校，学校其他人员无权批准学员的请假。</w:t>
      </w:r>
      <w:r>
        <w:rPr>
          <w:lang w:eastAsia="zh-CN"/>
        </w:rPr>
        <w:br/>
      </w:r>
      <w:r>
        <w:rPr>
          <w:lang w:eastAsia="zh-CN"/>
        </w:rPr>
        <w:t>　　3、培训期间各学员必须服从学校的管理，不得违反学校的管理规章制度。出现违规、违纪的，学校提出处理意见并及时向贵单位报告，贵单位派相关人员及时参与教育、处理。</w:t>
      </w:r>
      <w:r>
        <w:rPr>
          <w:lang w:eastAsia="zh-CN"/>
        </w:rPr>
        <w:br/>
      </w:r>
      <w:r>
        <w:rPr>
          <w:lang w:eastAsia="zh-CN"/>
        </w:rPr>
        <w:t>　　4、培训期间，学员认真遵守国家的法律、法规，不得进行黄、赌、毒活动，出现不良后果的由学员自己承担全部责任。</w:t>
      </w:r>
      <w:r>
        <w:rPr>
          <w:lang w:eastAsia="zh-CN"/>
        </w:rPr>
        <w:br/>
      </w:r>
      <w:r>
        <w:rPr>
          <w:lang w:eastAsia="zh-CN"/>
        </w:rPr>
        <w:t>　　5、学员未经请假或私自外出，学校将按旷课处理，并及时通报贵单位，对违反贵单位的管理要求的，由贵单位进行处理。</w:t>
      </w:r>
      <w:r>
        <w:rPr>
          <w:lang w:eastAsia="zh-CN"/>
        </w:rPr>
        <w:br/>
      </w:r>
      <w:r>
        <w:rPr>
          <w:lang w:eastAsia="zh-CN"/>
        </w:rPr>
        <w:t>　　6、培训期间，各学员应遵守学校的作息时间，按时完成学校制定的各项教学计划，因学员个人原因不按时参与培训的，后果由学员自负。</w:t>
      </w:r>
      <w:r>
        <w:rPr>
          <w:lang w:eastAsia="zh-CN"/>
        </w:rPr>
        <w:br/>
      </w:r>
      <w:r>
        <w:rPr>
          <w:lang w:eastAsia="zh-CN"/>
        </w:rPr>
        <w:t>　　7、培训期间，学员应爱护使用学校的公共财物，出现人为损坏的，照价培偿。同时要保管好自己的私人财物，出现遗失、被盗的，学校不负责任。</w:t>
      </w:r>
      <w:r>
        <w:rPr>
          <w:lang w:eastAsia="zh-CN"/>
        </w:rPr>
        <w:br/>
      </w:r>
      <w:r>
        <w:rPr>
          <w:lang w:eastAsia="zh-CN"/>
        </w:rPr>
        <w:t>　　8、为保证培训按计划进行，我校食堂保证按时、按量提供早点、中餐、晚餐，学员应按规定时间进行用餐，不得影响正常培训。</w:t>
      </w:r>
      <w:r>
        <w:rPr>
          <w:lang w:eastAsia="zh-CN"/>
        </w:rPr>
        <w:br/>
      </w:r>
      <w:r>
        <w:rPr>
          <w:lang w:eastAsia="zh-CN"/>
        </w:rPr>
        <w:t>　　五、培训时间</w:t>
      </w:r>
      <w:r>
        <w:rPr>
          <w:lang w:eastAsia="zh-CN"/>
        </w:rPr>
        <w:br/>
      </w:r>
      <w:r>
        <w:rPr>
          <w:lang w:eastAsia="zh-CN"/>
        </w:rPr>
        <w:t>　　本期培训班计划培训时间为30天，周一至周五以在校教学进行理论、实操培训为主，周六至周日分两组，分别进行实操训练、修理厂见习参观，两组相互轮流进行。</w:t>
      </w:r>
      <w:r>
        <w:rPr>
          <w:lang w:eastAsia="zh-CN"/>
        </w:rPr>
        <w:br/>
      </w:r>
      <w:r>
        <w:rPr>
          <w:lang w:eastAsia="zh-CN"/>
        </w:rPr>
        <w:t>　　开班时间及结业时间由贵单位安排，我校负责组织。届时，贵单位派相关人员参与。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日教学时间：上午 8：30——11：30</w:t>
      </w:r>
      <w:r>
        <w:rPr>
          <w:lang w:eastAsia="zh-CN"/>
        </w:rPr>
        <w:br/>
      </w:r>
      <w:r>
        <w:rPr>
          <w:lang w:eastAsia="zh-CN"/>
        </w:rPr>
        <w:t>　　下午 14：30——17：30</w:t>
      </w:r>
      <w:r>
        <w:rPr>
          <w:lang w:eastAsia="zh-CN"/>
        </w:rPr>
        <w:br/>
      </w:r>
      <w:r>
        <w:rPr>
          <w:lang w:eastAsia="zh-CN"/>
        </w:rPr>
        <w:t>　　晚上 19：00——21：00</w:t>
      </w:r>
      <w:r>
        <w:rPr>
          <w:lang w:eastAsia="zh-CN"/>
        </w:rPr>
        <w:br/>
      </w:r>
      <w:r>
        <w:rPr>
          <w:lang w:eastAsia="zh-CN"/>
        </w:rPr>
        <w:t>　　六、培训内容及课时安排</w:t>
      </w:r>
      <w:r>
        <w:rPr>
          <w:lang w:eastAsia="zh-CN"/>
        </w:rPr>
        <w:br/>
      </w:r>
      <w:r>
        <w:rPr>
          <w:lang w:eastAsia="zh-CN"/>
        </w:rPr>
        <w:t>　　本期培训班培训采用理论+实操相结合的方法进行培训，根据教学计划进度，针对重点培训科目学校及时安排带学员到修理厂见习参观，具体见培训计划安排表。</w:t>
      </w:r>
      <w:r>
        <w:rPr>
          <w:lang w:eastAsia="zh-CN"/>
        </w:rPr>
        <w:br/>
      </w:r>
      <w:r>
        <w:rPr>
          <w:lang w:eastAsia="zh-CN"/>
        </w:rPr>
        <w:t xml:space="preserve">    新一年销售工作计划范文 篇13 </w:t>
      </w:r>
      <w:r>
        <w:rPr>
          <w:lang w:eastAsia="zh-CN"/>
        </w:rPr>
        <w:br/>
      </w:r>
      <w:r>
        <w:rPr>
          <w:lang w:eastAsia="zh-CN"/>
        </w:rPr>
        <w:t>　　根据以往我单位销售工作中存在的优点，在新的销售工作计划书中将继续发扬，不足的部分将加大工作力度，争取在最短的时间将其克服。以下是新的销售工作计划书范文。</w:t>
      </w:r>
      <w:r>
        <w:rPr>
          <w:lang w:eastAsia="zh-CN"/>
        </w:rPr>
        <w:br/>
      </w:r>
      <w:r>
        <w:rPr>
          <w:lang w:eastAsia="zh-CN"/>
        </w:rPr>
        <w:t>　　根据旅行社目前的经营现状，我社如想在有限的市场份额面前占有一席之地，就得具有超越单纯价格竞争的新竞争思路，以创新取胜，以优质取胜，以价廉取胜，以服务取胜，以快速取胜，以促销取胜等等。所以，我社明年在加强自身建设的同时，必须加大营销工作的力度，以促进我社的发展，在集团公司的领导下，把旅行社做大做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一、在旅行社目前规模较小，且经营能力有限。所以，可以选择在这些细分市场上占有绝对的市场份额。据调查，整个南昌市，甚至江西省的旅游市场上，还没有哪家旅行社是专做商务会议旅游及奖励旅游这一细分市场的，所以我们可以通过这个旅游市场上的空白点来给自己的旅行社做一个市场定位，正如美国学者肯罗曼珍曼丝所言：定位的精义在于牺牲，只有舍弃若干要点才能重点突出。从而使自己区别于众多的竞争对手，避开市场竞争形成的经营压力。利用集团公司所能带给我们的优势条件，迅速占领市场，成为这一市场的主导型的旅行社。争取在明年承办10个以上的会议团，可采取以下营销工作计划：</w:t>
      </w:r>
      <w:r>
        <w:rPr>
          <w:lang w:eastAsia="zh-CN"/>
        </w:rPr>
        <w:br/>
      </w:r>
      <w:r>
        <w:rPr>
          <w:lang w:eastAsia="zh-CN"/>
        </w:rPr>
        <w:t>　　1.在旅行社设专门的公务旅游业务组。可以提供比如代订饭店客房、代办交通票据和文娱票据，代客联系参观游览项目，代办旅游保险，导游服务和交通集散地的接送服务等，为会议主办方排忧解难，做好后勤保障工作，为与会代表提供丰富而周到的服务。</w:t>
      </w:r>
      <w:r>
        <w:rPr>
          <w:lang w:eastAsia="zh-CN"/>
        </w:rPr>
        <w:br/>
      </w:r>
      <w:r>
        <w:rPr>
          <w:lang w:eastAsia="zh-CN"/>
        </w:rPr>
        <w:t>　　2.制定一句旅游业务的宣传口号，可以通过一句琅琅上口的宣传口号反映出我社的市场定位。我认为（让我代理你的移动）比较合适。</w:t>
      </w:r>
      <w:r>
        <w:rPr>
          <w:lang w:eastAsia="zh-CN"/>
        </w:rPr>
        <w:br/>
      </w:r>
      <w:r>
        <w:rPr>
          <w:lang w:eastAsia="zh-CN"/>
        </w:rPr>
        <w:t>　　3.通过一切渠道获取有关政府机关、各企事业单位的商务会议信息。</w:t>
      </w:r>
      <w:r>
        <w:rPr>
          <w:lang w:eastAsia="zh-CN"/>
        </w:rPr>
        <w:br/>
      </w:r>
      <w:r>
        <w:rPr>
          <w:lang w:eastAsia="zh-CN"/>
        </w:rPr>
        <w:t>　　4.主动出击，承办其商务会议及旅游业务。</w:t>
      </w:r>
      <w:r>
        <w:rPr>
          <w:lang w:eastAsia="zh-CN"/>
        </w:rPr>
        <w:br/>
      </w:r>
      <w:r>
        <w:rPr>
          <w:lang w:eastAsia="zh-CN"/>
        </w:rPr>
        <w:t>　　5.提供周到而丰富的系列服务。</w:t>
      </w:r>
      <w:r>
        <w:rPr>
          <w:lang w:eastAsia="zh-CN"/>
        </w:rPr>
        <w:br/>
      </w:r>
      <w:r>
        <w:rPr>
          <w:lang w:eastAsia="zh-CN"/>
        </w:rPr>
        <w:t>　　6.加强与主办方的联系，形成稳定的回头客。</w:t>
      </w:r>
      <w:r>
        <w:rPr>
          <w:lang w:eastAsia="zh-CN"/>
        </w:rPr>
        <w:br/>
      </w:r>
      <w:r>
        <w:rPr>
          <w:lang w:eastAsia="zh-CN"/>
        </w:rPr>
        <w:t>　　二、除了做好公务旅游这一市场外，旅行社传统的休闲旅游这一块业务要继续做，并且要稳步发展，力争明年达到组团和地接人数20__人次的预期目标。</w:t>
      </w:r>
      <w:r>
        <w:rPr>
          <w:lang w:eastAsia="zh-CN"/>
        </w:rPr>
        <w:br/>
      </w:r>
      <w:r>
        <w:rPr>
          <w:lang w:eastAsia="zh-CN"/>
        </w:rPr>
        <w:t>　　1、在旅行社成立休闲旅游业务组。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2、在休闲旅游业务组内部又可细分为组团业务和地接业务两大部分。</w:t>
      </w:r>
      <w:r>
        <w:rPr>
          <w:lang w:eastAsia="zh-CN"/>
        </w:rPr>
        <w:br/>
      </w:r>
      <w:r>
        <w:rPr>
          <w:lang w:eastAsia="zh-CN"/>
        </w:rPr>
        <w:t>　　3、根据不同的业务特点，采取不面的营销活动。力争做一个客户便留住一个客户，建立完整的客户档案，因为维系一个老客户比去发展一个新客户容易地多，可以更容易形成客户对我们的品牌忠诚。</w:t>
      </w:r>
      <w:r>
        <w:rPr>
          <w:lang w:eastAsia="zh-CN"/>
        </w:rPr>
        <w:br/>
      </w:r>
      <w:r>
        <w:rPr>
          <w:lang w:eastAsia="zh-CN"/>
        </w:rPr>
        <w:t>　　4、加强与外地组团社的联系与沟通，主动地向他们提供我们最新的地接价格以及线路的变化，并根据他们的要求提供所需的线路和服务，并有针对性地实行优惠和奖励。</w:t>
      </w:r>
      <w:r>
        <w:rPr>
          <w:lang w:eastAsia="zh-CN"/>
        </w:rPr>
        <w:br/>
      </w:r>
      <w:r>
        <w:rPr>
          <w:lang w:eastAsia="zh-CN"/>
        </w:rPr>
        <w:t>　　5、主动地走出旅行社，走访南昌各大机关单位、团体、学校、医院、企业等，甚至是深入大街小巷，上门推销我们的旅游产品，这样不仅仅是推销产品，也是在做最廉价的广告宣传。</w:t>
      </w:r>
      <w:r>
        <w:rPr>
          <w:lang w:eastAsia="zh-CN"/>
        </w:rPr>
        <w:br/>
      </w:r>
      <w:r>
        <w:rPr>
          <w:lang w:eastAsia="zh-CN"/>
        </w:rPr>
        <w:t>　　三、配合集团做好厚田沙漠的销售工作。我社计划明年在集团公司的领导下，利用沙漠景区的优惠政策，做好厚田沙漠景区的团队和散客的销售工作。目前已和湖北海外旅游集团公司取得了意向性联系</w:t>
      </w:r>
      <w:r>
        <w:rPr>
          <w:lang w:eastAsia="zh-CN"/>
        </w:rPr>
        <w:br/>
      </w:r>
      <w:r>
        <w:rPr>
          <w:lang w:eastAsia="zh-CN"/>
        </w:rPr>
        <w:t xml:space="preserve">    新一年销售工作计划范文 篇14 </w:t>
      </w:r>
      <w:r>
        <w:rPr>
          <w:lang w:eastAsia="zh-CN"/>
        </w:rPr>
        <w:br/>
      </w:r>
      <w:r>
        <w:rPr>
          <w:lang w:eastAsia="zh-CN"/>
        </w:rPr>
        <w:t>　　一 、本年度工作总结</w:t>
      </w:r>
      <w:r>
        <w:rPr>
          <w:lang w:eastAsia="zh-CN"/>
        </w:rPr>
        <w:br/>
      </w:r>
      <w:r>
        <w:rPr>
          <w:lang w:eastAsia="zh-CN"/>
        </w:rPr>
        <w:t>　　临近年终，我感觉有必要对自己的工作做一下总结。目的在于吸取教训，提高自己，以至于把工作做的更好，自己有信心也有决心把明年的工作做的更好。下面我对一年的工作进行简要的总结。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我是今年三月份到公司工作的，四月份开始组建市场部，在没有负责市场部工作以前，我是没有销售经验的，仅凭对销售工作的热情，而缺乏行业销售经验和行业知识。为了迅速融入到这个行业中来，到公司之后，一切从零开始，一边学习产品知识，一边摸索市场，遇到销售和产品方面的难点和问题，我经常请教经理和北京总公司几位领导和其他有经验的同事，一起寻求解决问题的方案和对一些比较难缠的客户研究针对性策略，取得了良好的效果。</w:t>
      </w:r>
      <w:r>
        <w:rPr>
          <w:lang w:eastAsia="zh-CN"/>
        </w:rPr>
        <w:br/>
      </w:r>
      <w:r>
        <w:rPr>
          <w:lang w:eastAsia="zh-CN"/>
        </w:rPr>
        <w:t>　　通过不断的学习产品知识，收取同行业之间的信息和积累市场经验，现在对市场有了一个大概的认识和了解。现在我逐渐可以清晰、流利的应对客户所提到的各种问题，准确的把握客户的需要，良好的与客户沟通，因此逐渐取得了客户的信任。所以经过大半年的努力，也取得了几个成功客户案例，一些优质客户也逐渐积累到了一定程度，对市场的认识也有一个比较透明的掌握。在不断的学习产品知识和积累经验的同时，自己的能力，业务水平都比以前有了一个较大幅度的提高，针对市场的一些变化和同行业之间的竞争，现在可以拿出一个比较完整的方案应付一些突发事件。对于一个项目可以全程的操作下来。</w:t>
      </w:r>
      <w:r>
        <w:rPr>
          <w:lang w:eastAsia="zh-CN"/>
        </w:rPr>
        <w:br/>
      </w:r>
      <w:r>
        <w:rPr>
          <w:lang w:eastAsia="zh-CN"/>
        </w:rPr>
        <w:t>　　存在的缺点：</w:t>
      </w:r>
      <w:r>
        <w:rPr>
          <w:lang w:eastAsia="zh-CN"/>
        </w:rPr>
        <w:br/>
      </w:r>
      <w:r>
        <w:rPr>
          <w:lang w:eastAsia="zh-CN"/>
        </w:rPr>
        <w:t>　　对于市场了解的还不够深入，对产品的技术问题掌握的过度薄弱，不能十分清晰的向客户解释，对于一些大的问题不能快速拿出一个很好的解决问题的方法。在与客户的沟通过程中，过分的依赖和相信客户，以至于引起一连串的不良反应。本职的工作做得不好，感觉自己还停留在一个销售人员的位置上，对市场销售人员的培训，指导力度不够，影响市场部的销售业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二.部门工作总结</w:t>
      </w:r>
      <w:r>
        <w:rPr>
          <w:lang w:eastAsia="zh-CN"/>
        </w:rPr>
        <w:br/>
      </w:r>
      <w:r>
        <w:rPr>
          <w:lang w:eastAsia="zh-CN"/>
        </w:rPr>
        <w:t>　　在将近一年的时间中，经过市场部全体员工共同的努力，使我们公司的产品知名度在河南市场上渐渐被客户所认识，良好的售后服务加上优良的产品品质获得了客户的一致好评，也取得了宝贵的销售经验和一些成功的客户案例。这是我认为我们做的比较好的方面，但在其他方面在工作中我们做法还是存在很大的问题。</w:t>
      </w:r>
      <w:r>
        <w:rPr>
          <w:lang w:eastAsia="zh-CN"/>
        </w:rPr>
        <w:br/>
      </w:r>
      <w:r>
        <w:rPr>
          <w:lang w:eastAsia="zh-CN"/>
        </w:rPr>
        <w:t>　　下面是公司总的销售情况：</w:t>
      </w:r>
      <w:r>
        <w:rPr>
          <w:lang w:eastAsia="zh-CN"/>
        </w:rPr>
        <w:br/>
      </w:r>
      <w:r>
        <w:rPr>
          <w:lang w:eastAsia="zh-CN"/>
        </w:rPr>
        <w:t>　　从上面的销售业绩上看，我们的工作做的是不好的，可以说是销售做的十分的失败。产品价格混乱，这对于我们开展市场造成很大的压力。</w:t>
      </w:r>
      <w:r>
        <w:rPr>
          <w:lang w:eastAsia="zh-CN"/>
        </w:rPr>
        <w:br/>
      </w:r>
      <w:r>
        <w:rPr>
          <w:lang w:eastAsia="zh-CN"/>
        </w:rPr>
        <w:t>　　客观上的一些因素虽然存在，在工作中其他的一些做法也有很大的问题，主要表现在销售工作最基本的客户访问量太少。市场部是今年四月中旬开始工作的，在开始工作倒现在有记载的客户访问记录有__个，加上没有记录的概括为__个，八个月天的时间，总体计算三个销售人员一天拜访的客户量__个。从上面的数字上看我们基本的访问客户工作没有做好。</w:t>
      </w:r>
      <w:r>
        <w:rPr>
          <w:lang w:eastAsia="zh-CN"/>
        </w:rPr>
        <w:br/>
      </w:r>
      <w:r>
        <w:rPr>
          <w:lang w:eastAsia="zh-CN"/>
        </w:rPr>
        <w:t>　　沟通不够深入。销售人员在与客户沟通的过程中，不能把我们公司产品的情况十分清晰的传达给客户，了解客户的真正想法和意图；对客户提出的某项建议不能做出迅速的反应。在传达产品信息时不知道客户对我们的产品有几分了解或接受的什么程度，洛阳迅及汽车运输有限公司就是一个明显的例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工作没有一个明确的目标和详细的计划。销售人员没有养成一个写工作总结和计划的习惯，销售工作处于放任自流的状态，从而引发销售工作没有一个统一的管理，工作时间没有合理的分配，工作局面混乱等各种不良的后果。</w:t>
      </w:r>
      <w:r>
        <w:rPr>
          <w:lang w:eastAsia="zh-CN"/>
        </w:rPr>
        <w:br/>
      </w:r>
      <w:r>
        <w:rPr>
          <w:lang w:eastAsia="zh-CN"/>
        </w:rPr>
        <w:t>　　新业务的开拓不够，业务增长小，个别业务员的工作责任心和工作计划性不强，业务能力还有待提高</w:t>
      </w:r>
      <w:r>
        <w:rPr>
          <w:lang w:eastAsia="zh-CN"/>
        </w:rPr>
        <w:br/>
      </w:r>
      <w:r>
        <w:rPr>
          <w:lang w:eastAsia="zh-CN"/>
        </w:rPr>
        <w:t>　　三.市场分析</w:t>
      </w:r>
      <w:r>
        <w:rPr>
          <w:lang w:eastAsia="zh-CN"/>
        </w:rPr>
        <w:br/>
      </w:r>
      <w:r>
        <w:rPr>
          <w:lang w:eastAsia="zh-CN"/>
        </w:rPr>
        <w:t>　　现在市场品牌很多，但主要也就是那几家公司，现在我们公司的产品从产品质量，功能上属于上等的产品。在价格上是卖得偏高的价位，在本年销售产品过程中，牵涉问题最多的就是产品的价格。有几个因为价格而丢单的客户，面对小型的客户，价格不是太别重要的问题，但面对采购数量比较多时，客户对产品的价位时非常敏感的。在明年的销售工作中我认为产品的价格做一下适当的浮动，这样可以促进销售人员去销售。 在区域，我们公司进入市场比较晚，产品的知名度与价格都没有什么优势，在开拓市场压力很大，所以我们把主要的市场放在地区市上，那里的市场竞争相对的来说要比小一点。外界因素减少了，加上我们的销售人员的灵活性，我相信我们做的比原来更好。</w:t>
      </w:r>
      <w:r>
        <w:rPr>
          <w:lang w:eastAsia="zh-CN"/>
        </w:rPr>
        <w:br/>
      </w:r>
      <w:r>
        <w:rPr>
          <w:lang w:eastAsia="zh-CN"/>
        </w:rPr>
        <w:t>　　市场是良好的，形势是严峻的。可以用这一句话来概括，在技术发展飞快地今天，明年是大有作为的一年，假如在明年一年内没有把市场做好，没有抓住这个机遇，我们很可能失去这个机会，永远没有机会在做这个市场。</w:t>
      </w:r>
      <w:r>
        <w:rPr>
          <w:lang w:eastAsia="zh-CN"/>
        </w:rPr>
        <w:br/>
      </w:r>
      <w:r>
        <w:rPr>
          <w:lang w:eastAsia="zh-CN"/>
        </w:rPr>
        <w:t>　　四.工作计划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在明年的工作规划中下面的几项工作作为主要的工作来做：</w:t>
      </w:r>
      <w:r>
        <w:rPr>
          <w:lang w:eastAsia="zh-CN"/>
        </w:rPr>
        <w:br/>
      </w:r>
      <w:r>
        <w:rPr>
          <w:lang w:eastAsia="zh-CN"/>
        </w:rPr>
        <w:t>　　1、建立一支熟悉业务，而相对稳定的销售团队。</w:t>
      </w:r>
      <w:r>
        <w:rPr>
          <w:lang w:eastAsia="zh-CN"/>
        </w:rPr>
        <w:br/>
      </w:r>
      <w:r>
        <w:rPr>
          <w:lang w:eastAsia="zh-CN"/>
        </w:rPr>
        <w:t>　　人才是企业最宝贵的资源，一切销售业绩都起源于有一个好的销售人员，建立一支具有凝聚力，合作精神的销售团队是企业的根本。在明年的工作中建立一个和谐，具有杀伤力的团队作为一项主要的工作来抓。</w:t>
      </w:r>
      <w:r>
        <w:rPr>
          <w:lang w:eastAsia="zh-CN"/>
        </w:rPr>
        <w:br/>
      </w:r>
      <w:r>
        <w:rPr>
          <w:lang w:eastAsia="zh-CN"/>
        </w:rPr>
        <w:t>　　2、完善销售制度，建立一套明确系统的业务管理办法。</w:t>
      </w:r>
      <w:r>
        <w:rPr>
          <w:lang w:eastAsia="zh-CN"/>
        </w:rPr>
        <w:br/>
      </w:r>
      <w:r>
        <w:rPr>
          <w:lang w:eastAsia="zh-CN"/>
        </w:rPr>
        <w:t>　　销售管理是企业的老大难问题，销售人员出差，见客户处于放任自流的状态。完善销售管理制度的目的是让销售人员在工作中发挥主观能动性，对工作有高度的责任心，提高销售人员的主人翁意识。</w:t>
      </w:r>
      <w:r>
        <w:rPr>
          <w:lang w:eastAsia="zh-CN"/>
        </w:rPr>
        <w:br/>
      </w:r>
      <w:r>
        <w:rPr>
          <w:lang w:eastAsia="zh-CN"/>
        </w:rPr>
        <w:t>　　3、培养销售人员发现问题，总结问题，不断自我提高的习惯。</w:t>
      </w:r>
      <w:r>
        <w:rPr>
          <w:lang w:eastAsia="zh-CN"/>
        </w:rPr>
        <w:br/>
      </w:r>
      <w:r>
        <w:rPr>
          <w:lang w:eastAsia="zh-CN"/>
        </w:rPr>
        <w:t>　　培养销售人员发现问题，总结问题目的在于提高销售人员综合素质，在工作中能发现问题总结问题并能提出自己的看法和建议，业务能力提高到一个新的档次。</w:t>
      </w:r>
      <w:r>
        <w:rPr>
          <w:lang w:eastAsia="zh-CN"/>
        </w:rPr>
        <w:br/>
      </w:r>
      <w:r>
        <w:rPr>
          <w:lang w:eastAsia="zh-CN"/>
        </w:rPr>
        <w:t>　　4、在地区市建立销售，服务网点。（建议试行）</w:t>
      </w:r>
      <w:r>
        <w:rPr>
          <w:lang w:eastAsia="zh-CN"/>
        </w:rPr>
        <w:br/>
      </w:r>
      <w:r>
        <w:rPr>
          <w:lang w:eastAsia="zh-CN"/>
        </w:rPr>
        <w:t>　　根据今年在出差过程中遇到的一系列的问题，约好的客户突然改变行程，毁约，车辆不在家的情况，使计划好的行程被打乱，不能顺利完成出差的目的。造成时间，资金上的浪费。</w:t>
      </w:r>
      <w:r>
        <w:rPr>
          <w:lang w:eastAsia="zh-CN"/>
        </w:rPr>
        <w:br/>
      </w:r>
      <w:r>
        <w:rPr>
          <w:lang w:eastAsia="zh-CN"/>
        </w:rPr>
        <w:t>　　5、销售目标</w:t>
      </w:r>
      <w:r>
        <w:rPr>
          <w:lang w:eastAsia="zh-CN"/>
        </w:rPr>
        <w:br/>
      </w:r>
      <w:r>
        <w:rPr>
          <w:lang w:eastAsia="zh-CN"/>
        </w:rPr>
        <w:t>　　今年的销售目标最基本的是做到月月有进帐的单子。根据公司下达的销售任务，把任务根据具体情况分解到每月，每周</w:t>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xml:space="preserve"> ，每日；以每月，每周</w:t>
      </w:r>
      <w:r>
        <w:rPr>
          <w:lang w:eastAsia="zh-CN"/>
        </w:rPr>
        <w:t xml:space="preserve"> ，每日的销售目标分解到各个销售人员身上，完成各个时间段的销售任务。并在完成销售任务的基础上提高销售业绩。</w:t>
      </w:r>
      <w:r>
        <w:rPr>
          <w:lang w:eastAsia="zh-CN"/>
        </w:rPr>
        <w:br/>
      </w:r>
      <w:r>
        <w:rPr>
          <w:lang w:eastAsia="zh-CN"/>
        </w:rPr>
        <w:t>　　我认为公司明年的发展是与整个公司的员工综合素质，公司的指导方针，团队的建设是分不开的。提高执行力的标准，建立一个良好的销售团队和有一个好的工作模式与工作环境是工作的关键。</w:t>
      </w:r>
      <w:r>
        <w:rPr>
          <w:lang w:eastAsia="zh-CN"/>
        </w:rPr>
        <w:br/>
      </w:r>
      <w:r>
        <w:rPr>
          <w:lang w:eastAsia="zh-CN"/>
        </w:rPr>
        <w:t>　　以上是我的一些不成熟的建议和看法，如有不妥之处敬请谅解。</w:t>
      </w:r>
      <w:r>
        <w:rPr>
          <w:lang w:eastAsia="zh-CN"/>
        </w:rPr>
        <w:br/>
      </w:r>
      <w:r>
        <w:rPr>
          <w:lang w:eastAsia="zh-CN"/>
        </w:rPr>
        <w:t xml:space="preserve">    新一年销售工作计划范文 篇15 </w:t>
      </w:r>
      <w:r>
        <w:rPr>
          <w:lang w:eastAsia="zh-CN"/>
        </w:rPr>
        <w:br/>
      </w:r>
      <w:r>
        <w:rPr>
          <w:lang w:eastAsia="zh-CN"/>
        </w:rPr>
        <w:t>　　做工作计划相信很多成功人士都会准备的一个工作吧，只有有规划的去工作，才会让自己不会那么凌乱，处理事情也会比较得心应手。</w:t>
      </w:r>
      <w:r>
        <w:rPr>
          <w:lang w:eastAsia="zh-CN"/>
        </w:rPr>
        <w:br/>
      </w:r>
      <w:r>
        <w:rPr>
          <w:lang w:eastAsia="zh-CN"/>
        </w:rPr>
        <w:t>　　一;对于老客户，和固定客户，要经常保持联系，在有时间有条件的情况下，送一些小礼物或宴请客户，好稳定与客户关系。</w:t>
      </w:r>
      <w:r>
        <w:rPr>
          <w:lang w:eastAsia="zh-CN"/>
        </w:rPr>
        <w:br/>
      </w:r>
      <w:r>
        <w:rPr>
          <w:lang w:eastAsia="zh-CN"/>
        </w:rPr>
        <w:t>　　二;在拥有老客户的同时还要不断从各种渠道快速开发新客户,推广新产品.</w:t>
      </w:r>
      <w:r>
        <w:rPr>
          <w:lang w:eastAsia="zh-CN"/>
        </w:rPr>
        <w:br/>
      </w:r>
      <w:r>
        <w:rPr>
          <w:lang w:eastAsia="zh-CN"/>
        </w:rPr>
        <w:t>　　三;要有好业绩就得加强业务学习，开拓视野，丰富知识，采取多样化形式，把学业务与交流技能相结合。</w:t>
      </w:r>
      <w:r>
        <w:rPr>
          <w:lang w:eastAsia="zh-CN"/>
        </w:rPr>
        <w:br/>
      </w:r>
      <w:r>
        <w:rPr>
          <w:lang w:eastAsia="zh-CN"/>
        </w:rPr>
        <w:t>　　四;今年对自己有以下要求</w:t>
      </w:r>
      <w:r>
        <w:rPr>
          <w:lang w:eastAsia="zh-CN"/>
        </w:rPr>
        <w:br/>
      </w:r>
      <w:r>
        <w:rPr>
          <w:lang w:eastAsia="zh-CN"/>
        </w:rPr>
        <w:t>　　1：每周要拜服4个以上的新客户，还要有1到2个潜在客户。</w:t>
      </w:r>
      <w:r>
        <w:rPr>
          <w:lang w:eastAsia="zh-CN"/>
        </w:rPr>
        <w:br/>
      </w:r>
      <w:r>
        <w:rPr>
          <w:lang w:eastAsia="zh-CN"/>
        </w:rPr>
        <w:t>　　2：一周一小结，每月一大结，看看有哪些工作上的失误，及时改正下次不要再犯。</w:t>
      </w:r>
      <w:r>
        <w:rPr>
          <w:lang w:eastAsia="zh-CN"/>
        </w:rPr>
        <w:br/>
      </w:r>
      <w:r>
        <w:rPr>
          <w:lang w:eastAsia="zh-CN"/>
        </w:rPr>
        <w:t>　　3：见客户之前要多了解客户的状态和需求，再做好准备工作才有可能与这个客户合作。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4：对自己严格要求,学习亮剑精神,工作扎实细致,要不断加强业务方面的学习，多看书及相关产品知识，上网查阅相关资料，与同行们交流，向他们学习更好的方式方法。</w:t>
      </w:r>
      <w:r>
        <w:rPr>
          <w:lang w:eastAsia="zh-CN"/>
        </w:rPr>
        <w:br/>
      </w:r>
      <w:r>
        <w:rPr>
          <w:lang w:eastAsia="zh-CN"/>
        </w:rPr>
        <w:t>　　5：对所有客户的工作态度都要一样，加强产品质量和服务意识,为公司树立更好的形象,让客户相信我们的工作实力，才能更好的完成任务。</w:t>
      </w:r>
      <w:r>
        <w:rPr>
          <w:lang w:eastAsia="zh-CN"/>
        </w:rPr>
        <w:br/>
      </w:r>
      <w:r>
        <w:rPr>
          <w:lang w:eastAsia="zh-CN"/>
        </w:rPr>
        <w:t>　　6：和公司其他员工要有良好的沟通，有团队意识，多交流，多探讨，才能不断增长业务技能。</w:t>
      </w:r>
      <w:r>
        <w:rPr>
          <w:lang w:eastAsia="zh-CN"/>
        </w:rPr>
        <w:br/>
      </w:r>
      <w:r>
        <w:rPr>
          <w:lang w:eastAsia="zh-CN"/>
        </w:rPr>
        <w:t>　　7：为了今年的销售任务每月我要努力完成1万到2万元的任务额，为公司创造利润。</w:t>
      </w:r>
      <w:r>
        <w:rPr>
          <w:lang w:eastAsia="zh-CN"/>
        </w:rPr>
        <w:br/>
      </w:r>
      <w:r>
        <w:rPr>
          <w:lang w:eastAsia="zh-CN"/>
        </w:rPr>
        <w:t>　　以上就是我这一年的工作计划，工作中总会有各种各样的困难，我会向领导请示，向同事探讨，共同努力克服。为公司做出自己最大的贡献。</w:t>
      </w:r>
      <w:r>
        <w:rPr>
          <w:lang w:eastAsia="zh-CN"/>
        </w:rPr>
        <w:br/>
      </w:r>
      <w:r>
        <w:rPr>
          <w:lang w:eastAsia="zh-CN"/>
        </w:rPr>
        <w:t xml:space="preserve">    新一年销售工作计划范文 篇16 </w:t>
      </w:r>
      <w:r>
        <w:rPr>
          <w:lang w:eastAsia="zh-CN"/>
        </w:rPr>
        <w:br/>
      </w:r>
      <w:r>
        <w:rPr>
          <w:lang w:eastAsia="zh-CN"/>
        </w:rPr>
        <w:t>　　一，制定详细的工作计划</w:t>
      </w:r>
      <w:r>
        <w:rPr>
          <w:lang w:eastAsia="zh-CN"/>
        </w:rPr>
        <w:br/>
      </w:r>
      <w:r>
        <w:rPr>
          <w:lang w:eastAsia="zh-CN"/>
        </w:rPr>
        <w:t>　　结合我司当前的资源，充分利用，更具去年的销售报告，我们应该努力发展开拓广告市场，虽然目前有许多问题摆在我的眼前，但是我们要最大限度争取终端广告的投放工作，同时，对还为开发的市场做好坚实的铺垫，争取有更大的投放，长期投放的客户吸纳进来。根据我们公司终端的数量的增长率情况，有针对性的调整我们的工作策略以及工作思路。</w:t>
      </w:r>
      <w:r>
        <w:rPr>
          <w:lang w:eastAsia="zh-CN"/>
        </w:rPr>
        <w:br/>
      </w:r>
      <w:r>
        <w:rPr>
          <w:lang w:eastAsia="zh-CN"/>
        </w:rPr>
        <w:t>　　二，季度工作安排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3、第三季度，“十一“中秋双节，广告市场会给后半年带来一个良好的开端，白酒、保健品、礼品等一些产品会加入广告行列。并且，随着我公司终端铺设数量的增加，一些投放量大的、长期的客户就可以逐步渗入进来了，为年底的广告大战做好充分的准备。</w:t>
      </w:r>
      <w:r>
        <w:rPr>
          <w:lang w:eastAsia="zh-CN"/>
        </w:rPr>
        <w:br/>
      </w:r>
      <w:r>
        <w:rPr>
          <w:lang w:eastAsia="zh-CN"/>
        </w:rPr>
        <w:t>　　4、年底的广告工作是一年当中的顶峰时期，加之我们一年的终端铺设、客户推广，我相信是我们广告部最热火朝天的时间。随着冬季结婚人群的增加婚庆服务、婚庆用品也会加入广告行列，双节的广告气氛也会在这种环境下随之而来。</w:t>
      </w:r>
      <w:r>
        <w:rPr>
          <w:lang w:eastAsia="zh-CN"/>
        </w:rPr>
        <w:br/>
      </w:r>
      <w:r>
        <w:rPr>
          <w:lang w:eastAsia="zh-CN"/>
        </w:rPr>
        <w:t>　　我会更加一年不同时段，有针对性有计划的开展工作，同时不断调整我的工作思路，加强客户的开发工作，正确把我司广告销售进一步提高到新的台阶。</w:t>
      </w:r>
      <w:r>
        <w:rPr>
          <w:lang w:eastAsia="zh-CN"/>
        </w:rPr>
        <w:br/>
      </w:r>
      <w:r>
        <w:rPr>
          <w:lang w:eastAsia="zh-CN"/>
        </w:rPr>
        <w:t>　　三、制订学习计划。</w:t>
      </w:r>
      <w:r>
        <w:rPr>
          <w:lang w:eastAsia="zh-CN"/>
        </w:rPr>
        <w:br/>
      </w:r>
      <w:r>
        <w:rPr>
          <w:lang w:eastAsia="zh-CN"/>
        </w:rPr>
        <w:t>　　市场开拓是需要根据市场不停的变化局面，不断调整经营思路的工作，不断提高知识对于业务人员来说非常重要，因为它直接关系到一个业务人员与时俱进的步伐和业务方面的生命力。我会适时的根据需要调整我的学习方向来补充新的能量。产品知识、营销知识、投放策略、数据、媒体运作管理等相关广告的知识都是我要掌握的内容，知己知彼，方能百战不殆(在这方面还希望公司给与我们业务人员支持)。</w:t>
      </w:r>
      <w:r>
        <w:rPr>
          <w:lang w:eastAsia="zh-CN"/>
        </w:rPr>
        <w:br/>
      </w:r>
      <w:r>
        <w:rPr>
          <w:lang w:eastAsia="zh-CN"/>
        </w:rPr>
        <w:t>　　四、加强思想道德建设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2"/>
          <w:cols w:space="425"/>
          <w:titlePg w:val="0"/>
          <w:docGrid w:type="lines" w:linePitch="312"/>
        </w:sectPr>
      </w:pPr>
      <w:r>
        <w:rPr>
          <w:lang w:eastAsia="zh-CN"/>
        </w:rPr>
        <w:t>　　一个人成功不算成功，应为我们是一个团队，今年我还要加强思想道德的建设，增强全局意识，增强团队协作意识、同时加强责任感。积极把工作做好。真正做到点子上、落到实处、同时我也将尽到我最大的努力帮助领导减轻工作压力。</w:t>
      </w:r>
      <w:r>
        <w:rPr>
          <w:lang w:eastAsia="zh-CN"/>
        </w:rPr>
        <w:br/>
      </w:r>
      <w:r>
        <w:rPr>
          <w:lang w:eastAsia="zh-CN"/>
        </w:rPr>
        <w:t xml:space="preserve">    新一年销售工作计划范文 篇17 </w:t>
      </w:r>
      <w:r>
        <w:rPr>
          <w:lang w:eastAsia="zh-CN"/>
        </w:rPr>
        <w:br/>
      </w:r>
      <w:r>
        <w:rPr>
          <w:lang w:eastAsia="zh-CN"/>
        </w:rPr>
        <w:t>　　1、销量目标：</w:t>
      </w:r>
      <w:r>
        <w:rPr>
          <w:lang w:eastAsia="zh-CN"/>
        </w:rPr>
        <w:br/>
      </w:r>
      <w:r>
        <w:rPr>
          <w:lang w:eastAsia="zh-CN"/>
        </w:rPr>
        <w:t>　　至20__年11月31日，山东区发卖义务560万元，发卖目的700万元（20__年度发卖方案表附后）；</w:t>
      </w:r>
      <w:r>
        <w:rPr>
          <w:lang w:eastAsia="zh-CN"/>
        </w:rPr>
        <w:br/>
      </w:r>
      <w:r>
        <w:rPr>
          <w:lang w:eastAsia="zh-CN"/>
        </w:rPr>
        <w:t>　　2、方案制定：</w:t>
      </w:r>
      <w:r>
        <w:rPr>
          <w:lang w:eastAsia="zh-CN"/>
        </w:rPr>
        <w:br/>
      </w:r>
      <w:r>
        <w:rPr>
          <w:lang w:eastAsia="zh-CN"/>
        </w:rPr>
        <w:t>　　一、年终制定《年度发卖整体方案》；</w:t>
      </w:r>
      <w:r>
        <w:rPr>
          <w:lang w:eastAsia="zh-CN"/>
        </w:rPr>
        <w:br/>
      </w:r>
      <w:r>
        <w:rPr>
          <w:lang w:eastAsia="zh-CN"/>
        </w:rPr>
        <w:t>　　二、年关制定《年度发卖总结》；</w:t>
      </w:r>
      <w:r>
        <w:rPr>
          <w:lang w:eastAsia="zh-CN"/>
        </w:rPr>
        <w:br/>
      </w:r>
      <w:r>
        <w:rPr>
          <w:lang w:eastAsia="zh-CN"/>
        </w:rPr>
        <w:t>　　三、月初制定《月发卖方案表》以及《月访客户方案表》；</w:t>
      </w:r>
      <w:r>
        <w:rPr>
          <w:lang w:eastAsia="zh-CN"/>
        </w:rPr>
        <w:br/>
      </w:r>
      <w:r>
        <w:rPr>
          <w:lang w:eastAsia="zh-CN"/>
        </w:rPr>
        <w:t>　　四、月末制定《月发卖统计表》以及《月访客户统计表》；</w:t>
      </w:r>
      <w:r>
        <w:rPr>
          <w:lang w:eastAsia="zh-CN"/>
        </w:rPr>
        <w:br/>
      </w:r>
      <w:r>
        <w:rPr>
          <w:lang w:eastAsia="zh-CN"/>
        </w:rPr>
        <w:t>　　3、客户分类：</w:t>
      </w:r>
      <w:r>
        <w:rPr>
          <w:lang w:eastAsia="zh-CN"/>
        </w:rPr>
        <w:br/>
      </w:r>
      <w:r>
        <w:rPr>
          <w:lang w:eastAsia="zh-CN"/>
        </w:rPr>
        <w:t>　　依据__年度发卖额度，对于市场停止细分解，将现有客户分为VIP用户、一级用户、二级用户以及别的用户四年夜类，并对于各级用户停止片面剖析。</w:t>
      </w:r>
      <w:r>
        <w:rPr>
          <w:lang w:eastAsia="zh-CN"/>
        </w:rPr>
        <w:br/>
      </w:r>
      <w:r>
        <w:rPr>
          <w:lang w:eastAsia="zh-CN"/>
        </w:rPr>
        <w:t>　　4、施行办法：</w:t>
      </w:r>
      <w:r>
        <w:rPr>
          <w:lang w:eastAsia="zh-CN"/>
        </w:rPr>
        <w:br/>
      </w:r>
      <w:r>
        <w:rPr>
          <w:lang w:eastAsia="zh-CN"/>
        </w:rPr>
        <w:t>　　一、技能交换：</w:t>
      </w:r>
      <w:r>
        <w:rPr>
          <w:lang w:eastAsia="zh-CN"/>
        </w:rPr>
        <w:br/>
      </w:r>
      <w:r>
        <w:rPr>
          <w:lang w:eastAsia="zh-CN"/>
        </w:rPr>
        <w:t>　　（1）今年度针对于VIP客户的技能部、售后效劳部展开一次技能交换研究会；</w:t>
      </w:r>
      <w:r>
        <w:rPr>
          <w:lang w:eastAsia="zh-CN"/>
        </w:rPr>
        <w:br/>
      </w:r>
      <w:r>
        <w:rPr>
          <w:lang w:eastAsia="zh-CN"/>
        </w:rPr>
        <w:t>　　（2）参与相干行业展会两次，此中展会时期布置一场年夜型联谊漫谈会；</w:t>
      </w:r>
      <w:r>
        <w:rPr>
          <w:lang w:eastAsia="zh-CN"/>
        </w:rPr>
        <w:br/>
      </w:r>
      <w:r>
        <w:rPr>
          <w:lang w:eastAsia="zh-CN"/>
        </w:rPr>
        <w:t>　　二、客户回访：</w:t>
      </w:r>
      <w:r>
        <w:rPr>
          <w:lang w:eastAsia="zh-CN"/>
        </w:rPr>
        <w:br/>
      </w:r>
    </w:p>
    <w:p w:rsidR="001B1F19" w14:textId="27C3F48A">
      <w:pPr>
        <w:rPr>
          <w:rFonts w:hint="eastAsia"/>
          <w:lang w:eastAsia="zh-CN"/>
        </w:rPr>
      </w:pPr>
      <w:r>
        <w:rPr>
          <w:lang w:eastAsia="zh-CN"/>
        </w:rPr>
        <w:t>　　今朝正在国际市场下流通的类似品牌有七八种之多，与我司品牌相称的有三四种，技能方面八两半斤，合作越来越剧烈，已经组成市场要挟。为稳定以及拓展市场，务必增强与客户的交换，和谐与客户、间接用户之间的干系。</w:t>
      </w:r>
      <w:r>
        <w:rPr>
          <w:lang w:eastAsia="zh-CN"/>
        </w:rPr>
        <w:br/>
      </w:r>
      <w:r>
        <w:rPr>
          <w:lang w:eastAsia="zh-CN"/>
        </w:rPr>
        <w:t>　　（1）为与客户增强信息交换，增近豪情，对于VIP客户每个月访问一次；对于一级客户每一两月访问一次；关于二级客户依据实践状况另行布置访问工夫；</w:t>
      </w:r>
      <w:r>
        <w:rPr>
          <w:lang w:eastAsia="zh-CN"/>
        </w:rPr>
        <w:br/>
      </w:r>
      <w:r>
        <w:rPr>
          <w:lang w:eastAsia="zh-CN"/>
        </w:rPr>
        <w:t>　　（2）顺应掌握情势，发卖任务已经不只仅是销货到咱们的客户方即为完毕，还要协助客户出货，协助客户做间接用户的任务，这项任务参加我__年任务重点。</w:t>
      </w:r>
      <w:r>
        <w:rPr>
          <w:lang w:eastAsia="zh-CN"/>
        </w:rPr>
        <w:br/>
      </w:r>
      <w:r>
        <w:rPr>
          <w:lang w:eastAsia="zh-CN"/>
        </w:rPr>
        <w:t>　　三、收集检索：</w:t>
      </w:r>
      <w:r>
        <w:rPr>
          <w:lang w:eastAsia="zh-CN"/>
        </w:rPr>
        <w:br/>
      </w:r>
      <w:r>
        <w:rPr>
          <w:lang w:eastAsia="zh-CN"/>
        </w:rPr>
        <w:t>　　充沛发扬我司网站及收集资本，经过信息检索发明把握发卖信息。</w:t>
      </w:r>
      <w:r>
        <w:rPr>
          <w:lang w:eastAsia="zh-CN"/>
        </w:rPr>
        <w:br/>
      </w:r>
      <w:r>
        <w:rPr>
          <w:lang w:eastAsia="zh-CN"/>
        </w:rPr>
        <w:t>　　四、售后和谐：</w:t>
      </w:r>
      <w:r>
        <w:rPr>
          <w:lang w:eastAsia="zh-CN"/>
        </w:rPr>
        <w:br/>
      </w:r>
      <w:r>
        <w:rPr>
          <w:lang w:eastAsia="zh-CN"/>
        </w:rPr>
        <w:t>　　今朝状况下，我公司依然以商业为主，“卖产物没有如卖效劳”，鄙人一步任务中，咱们要加强义务感，不时强化优良效劳。</w:t>
      </w:r>
      <w:r>
        <w:rPr>
          <w:lang w:eastAsia="zh-CN"/>
        </w:rPr>
        <w:br/>
      </w:r>
      <w:r>
        <w:rPr>
          <w:lang w:eastAsia="zh-CN"/>
        </w:rPr>
        <w:t>　　用户运用咱们的产物好像享用咱们供给的效劳，从稳定市场、久远协作的角度，咱们务必强化为客户担任的认识，掌握每次与用户打仗的时机，供给热忱具体殷勤的售后效劳，给公司添加一个制胜的筹马。</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https://d.book118.com/178126036053006043</w:t>
        </w:r>
      </w:hyperlink>
    </w:p>
    <w:p w:rsidR="001B1F19">
      <w:pPr>
        <w:rPr>
          <w:rFonts w:hint="eastAsia"/>
          <w:lang w:eastAsia="zh-CN"/>
        </w:rPr>
      </w:pPr>
    </w:p>
    <w:sectPr>
      <w:type w:val="nextPage"/>
      <w:pgSz w:w="11906" w:h="16838"/>
      <w:pgMar w:top="1440" w:right="1800" w:bottom="1440" w:left="1800" w:header="851" w:footer="992" w:gutter="0"/>
      <w:pgNumType w:start="4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7812603605300604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