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小学运动会活动总结（30篇）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小学运动会活动总结最新（通用30篇）</w:t>
      </w:r>
      <w:r>
        <w:rPr>
          <w:lang w:eastAsia="zh-CN"/>
        </w:rPr>
        <w:br/>
      </w:r>
      <w:r>
        <w:rPr>
          <w:lang w:eastAsia="zh-CN"/>
        </w:rPr>
        <w:t xml:space="preserve">    小学运动会活动总结最新 篇1 </w:t>
      </w:r>
      <w:r>
        <w:rPr>
          <w:lang w:eastAsia="zh-CN"/>
        </w:rPr>
        <w:br/>
      </w:r>
      <w:r>
        <w:rPr>
          <w:lang w:eastAsia="zh-CN"/>
        </w:rPr>
        <w:t>　　__中学的校运会，除了本次的，留在我记忆中的是三年前的一些片断。在我的记忆中，还没有哪一次的校运会有如此的精彩圆满，将来有没有我不知道，至少它是空前的，别的学校的校运会我也见过一些，但都不能相比。我们的校运会其实很朴实，没有任何的花架子，没有任何的不切实际的形式，但我们就是在这样一个不花钱，不排场，不张扬的前提下，凭现有的条件，扎扎实实地开了一场成功的校运会。这是老师们高度责任心和踏实工作作风的胜利，是同学们主人翁角色和良好素质的胜利，是__中学锐意进取，自强不息精神的胜利！这次校运会是成功的！气氛热烈，热情高涨，场面动人，特别是同学们奋勇拼搏和团结互助的精神，给每一位在场观众留下深刻印象。我看过风雨球场上各班的大本营，那简直是集体创造力和集体荣誉感双剑合璧的结晶，我暗自赞叹同学们出色的`才华和美好的心灵。我记得前天下午闭幕时各班集体合影的情景，我想，从今天起，我们的班级荣誉感会象火箭一样上升，会像一棵合抱的树干那样结识、凝固。我想，单就这一点，体育老师、裁判员、工作人员、班主任老师三天的辛苦，一个字：值！</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同学们一定还记得我曾对老师们提出的四点要求：关爱和服务好每一位学生；公平公正的裁判；全面保护学生的安全；班主任始终要和学生在一起。如果我现在要检验这四点要求，我想全体同学一定会对老师们有一个最高的评价！是的，为了这次运动会，为了让同学们开好自己的运动会，为了让同学们在自己的校运会上获得成功和快乐的体验，当然也有失败和挫折带给你的财富，为</w:t>
      </w:r>
      <w:r>
        <w:rPr>
          <w:lang w:eastAsia="zh-CN"/>
        </w:rPr>
        <w:br/>
      </w:r>
      <w:r>
        <w:rPr>
          <w:lang w:eastAsia="zh-CN"/>
        </w:rPr>
        <w:t>　　了同学们的身心健康，为了让同学们获得超过体育本身的精神价值，一句话，为了同学们的发展，我们的老师付出了很多，汗水，甚至伤痛。你们可知道，体育老师曾对我说，三天站下来，回家腰都直不起来了。体育老师尚且如此，其他平时没有什么时间锻炼的老师，劳累就更加可想而知。但他们没有怨言，没有擅离岗位，没有提出任何要求。有些班主任嗓子都喊哑了，对于同学们的参赛，心中挂念，希望有好成绩，又希望不要受伤。这种无私的奉献和关爱，就在第三十二届校运会上被演绎得淋漓尽致。</w:t>
      </w:r>
      <w:r>
        <w:rPr>
          <w:lang w:eastAsia="zh-CN"/>
        </w:rPr>
        <w:br/>
      </w:r>
      <w:r>
        <w:rPr>
          <w:lang w:eastAsia="zh-CN"/>
        </w:rPr>
        <w:t>　　这就是我们的老师。运动场上如此，平时的教学中也是如此，只是被不是轰轰烈烈的平常生活溶解了，被我们不轻易感动的心忽略了。老师永远都要和学生在一起，这是教师职业的全部内涵，老师永远都要关爱学生，这是教师职业的核心内涵。我相信，通过这次校运会，同学们会获得对于教师的新的认识，会进一步加深师生的情感，特别重要的是，由于认识的加深，同学们会懂得怎样去尊重老师的劳动，接受老师的关爱，从而焕发起努力学习，立志成才，报答父母，报答老师的意志和信念。</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届校运会成熟一届人。高三学生是成熟的，高一高二正在成长。我还记得高三1班的跑操，那就是成熟的标志，那就是综合素质高的标志！品德和才智双馨，体质与心灵俱健，是可以达到的。恐怕同样的高三，不会仅仅在跑操上见高低！很多事情，不是不能，是不为！这对于我们每一位师生，都有启发！校运会让我们看到了希望，收获了启示！</w:t>
      </w:r>
      <w:r>
        <w:rPr>
          <w:lang w:eastAsia="zh-CN"/>
        </w:rPr>
        <w:br/>
      </w:r>
      <w:r>
        <w:rPr>
          <w:lang w:eastAsia="zh-CN"/>
        </w:rPr>
        <w:t>　　再一次感谢老师们，感谢学生会干部，感谢全体同学，感谢一切为校运会做出自己贡献的人！</w:t>
      </w:r>
      <w:r>
        <w:rPr>
          <w:lang w:eastAsia="zh-CN"/>
        </w:rPr>
        <w:br/>
      </w:r>
      <w:r>
        <w:rPr>
          <w:lang w:eastAsia="zh-CN"/>
        </w:rPr>
        <w:t xml:space="preserve">    小学运动会活动总结最新 篇2 </w:t>
      </w:r>
      <w:r>
        <w:rPr>
          <w:lang w:eastAsia="zh-CN"/>
        </w:rPr>
        <w:br/>
      </w:r>
      <w:r>
        <w:rPr>
          <w:lang w:eastAsia="zh-CN"/>
        </w:rPr>
        <w:t>　　为进一步提高学生素质，培养学生运动技能，激发学生勇于挑战自我，战胜自我的顽强意识，创设文明、健康、活泼、和谐的校园文化， 20__年4月29日，我校举行了趣味运动会。本次运动会的主题是有趣、和谐、健美、阳光，突出展现的陈村小学阳光、健康、快乐的风采。是对每个运动员智慧、能力和品德的挑战，也是对各参赛班级的精神风貌、竞争意识、团队精神、集体荣誉感和顽强拼搏精神的大检阅。</w:t>
      </w:r>
      <w:r>
        <w:rPr>
          <w:lang w:eastAsia="zh-CN"/>
        </w:rPr>
        <w:br/>
      </w:r>
      <w:r>
        <w:rPr>
          <w:lang w:eastAsia="zh-CN"/>
        </w:rPr>
        <w:t>　　本次活动学生参与面广，要求人人参与。</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比赛开始，同学们都非常的投入。参赛的同学个个精神抖擞，观看的同学们也热情高涨，加油声此起彼伏。所有人都在为运动员尽情地鼓掌和呐喊，大家充分展现出团结进取、蓬勃向上的精神风貌，全体同学自始自终以班级、学校为重，关心、关注本班的比赛和成绩。运动会成为了凝聚班风、团结进取的一堂班会课，赛场成为了师生情感互通的一个场所。在大家的共同努力下，运动会开成了一个团结、文明的运动盛会。</w:t>
      </w:r>
      <w:r>
        <w:rPr>
          <w:lang w:eastAsia="zh-CN"/>
        </w:rPr>
        <w:br/>
      </w:r>
      <w:r>
        <w:rPr>
          <w:lang w:eastAsia="zh-CN"/>
        </w:rPr>
        <w:t>　　此次活动把学生单纯的体育竞技转换成了竞技加游戏的形式，多了一份趣味，多了一份童真。让孩子体验运动的快乐，竞争的乐趣、参与的欣慰，培养孩子的规则意识及协作精神，激发孩子的运动潜能。</w:t>
      </w:r>
      <w:r>
        <w:rPr>
          <w:lang w:eastAsia="zh-CN"/>
        </w:rPr>
        <w:br/>
      </w:r>
      <w:r>
        <w:rPr>
          <w:lang w:eastAsia="zh-CN"/>
        </w:rPr>
        <w:t>　　整个运动会气氛热烈、秩序井然，体现了师生们良好的精神风貌， 尤其值得关注的是，运动会自始至终体现出一种集体的凝聚力与向心力，使本次运动会不仅圆满完成了比赛任务，而且将有力地推动我校今后的体育工作。</w:t>
      </w:r>
      <w:r>
        <w:rPr>
          <w:lang w:eastAsia="zh-CN"/>
        </w:rPr>
        <w:br/>
      </w:r>
      <w:r>
        <w:rPr>
          <w:lang w:eastAsia="zh-CN"/>
        </w:rPr>
        <w:t xml:space="preserve">    小学运动会活动总结最新 篇3 </w:t>
      </w:r>
      <w:r>
        <w:rPr>
          <w:lang w:eastAsia="zh-CN"/>
        </w:rPr>
        <w:br/>
      </w:r>
      <w:r>
        <w:rPr>
          <w:lang w:eastAsia="zh-CN"/>
        </w:rPr>
        <w:t>　　老师们，同学们：</w:t>
      </w:r>
      <w:r>
        <w:rPr>
          <w:lang w:eastAsia="zh-CN"/>
        </w:rPr>
        <w:br/>
      </w:r>
      <w:r>
        <w:rPr>
          <w:lang w:eastAsia="zh-CN"/>
        </w:rPr>
        <w:t>　　有感于第三十二届校运会的成功，今天作一个特别的讲话。</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__中学的校运会，除了本次的，留在我记忆中的是三年前的一些片断。在我的记忆中，还没有哪一次的校运会有如此的精彩圆满，将来有没有我不知道，至少它是空前的，别的学校的校运会我也见过一些，但都不能相比。我们的校运会其实很朴实，没有任何的花架子，没有任何的不切实际的形式，但我们就是在这样一个不花钱，不排场，不张扬的前提下，凭现有的条件，扎扎实实地开了一场成功的校运会。这是老师们高度责任心和踏实工作作风的胜利，是同学们主人翁角色和良好素质的胜利，是__中学锐意进取，自强不息精神的胜利!这次校运会是成功的!气氛热烈，热情高涨，场面动人，特别是同学们奋勇拼搏和团结互助的精神，给每一位在场观众留下深刻印象。我看过风雨球场上各班的大本营，那简直是集体创造力和集体荣誉感双剑合璧的结晶，我暗自赞叹同学们出色的才华和美好的心灵。我记得前天下午闭幕时各班集体合影的情景，我想，从今天起，我们的班级荣誉感会象火箭一样上升，会像一棵合抱的树干那样结识、凝固。我想，单就这一点，体育老师、裁判员、工作人员、班主任老师三天的辛苦，一个字：值!</w:t>
      </w:r>
      <w:r>
        <w:rPr>
          <w:lang w:eastAsia="zh-CN"/>
        </w:rPr>
        <w:br/>
      </w:r>
      <w:r>
        <w:rPr>
          <w:lang w:eastAsia="zh-CN"/>
        </w:rPr>
        <w:t>　　同学们一定还记得我曾对老师们提出的四点要求：关爱和服务好每一位学生;公平公正的裁判;全面保护学生的安全;班主任始终要和学生在一起。如果我现在要检验这四点要求，我想全体同学一定会对老师们有一个最高的评价!是的，为了这次运动会，为了让同学们开好自己的运动会，为了让同学们在自己的校运会上获得成功和快乐的体验，当然也有失败和挫折带给你的财富，为</w:t>
      </w:r>
      <w:r>
        <w:rPr>
          <w:lang w:eastAsia="zh-CN"/>
        </w:rPr>
        <w:br/>
      </w:r>
      <w:r>
        <w:rPr>
          <w:lang w:eastAsia="zh-CN"/>
        </w:rPr>
        <w:t>　　了同学们的身心健康，为了让同学们获得超过体育本身的精神价值，一句话，为了同学们的发展，我们的老师付出了很多，汗水，甚至伤痛。你们可知道，体育老师曾对我说，三天站下来，回家腰都直不起来了。体育老师尚且如此，其他平时没有什么时间锻炼的老师，劳累就更加可想而知。但他们没有怨言，没有擅离岗位，没有提出任何要求。有些班主任嗓子都喊哑了，对于同学们的参赛，心中挂念，希望有好成绩，又希望不要受伤。这种无私的奉献和关爱，就在第三十二届校运会上被演绎得淋漓尽致。</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这就是我们的老师。运动场上如此，平时的教学中也是如此，只是被不是轰轰烈烈的平常生活溶解了，被我们不轻易感动的心忽略了。老师永远都要和学生在一起，这是教师职业的全部内涵，老师永远都要关爱学生，这是教师职业的核心内涵。我相信，通过这次校运会，同学们会获得对于教师的新的认识，会进一步加深师生的情感，特别重要的是，由于认识的加深，同学们会懂得怎样去尊重老师的劳动，接受老师的关爱，从而焕发起努力学习，立志成才，报答父母，报答老师的意志和信念。</w:t>
      </w:r>
      <w:r>
        <w:rPr>
          <w:lang w:eastAsia="zh-CN"/>
        </w:rPr>
        <w:br/>
      </w:r>
      <w:r>
        <w:rPr>
          <w:lang w:eastAsia="zh-CN"/>
        </w:rPr>
        <w:t>　　一届校运会成熟一届人。高三学生是成熟的，高一高二正在成长。我还记得高三1班的跑操，那就是成熟的标志，那就是综合素质高的标志!品德和才智双馨，体质与心灵俱健，是可以达到的。恐怕同样的高三，不会仅仅在跑操上见高低!很多事情，不是不能，是不为!这对于我们每一位师生，都有启发!校运会让我们看到了希望，收获了启示!</w:t>
      </w:r>
      <w:r>
        <w:rPr>
          <w:lang w:eastAsia="zh-CN"/>
        </w:rPr>
        <w:br/>
      </w:r>
      <w:r>
        <w:rPr>
          <w:lang w:eastAsia="zh-CN"/>
        </w:rPr>
        <w:t>　　再一次感谢老师们，感谢学生会干部，感谢全体同学，感谢一切为校运会做出自己贡献的人!</w:t>
      </w:r>
      <w:r>
        <w:rPr>
          <w:lang w:eastAsia="zh-CN"/>
        </w:rPr>
        <w:br/>
      </w:r>
      <w:r>
        <w:rPr>
          <w:lang w:eastAsia="zh-CN"/>
        </w:rPr>
        <w:t xml:space="preserve">    小学运动会活动总结最新 篇4 </w:t>
      </w:r>
      <w:r>
        <w:rPr>
          <w:lang w:eastAsia="zh-CN"/>
        </w:rPr>
        <w:br/>
      </w:r>
      <w:r>
        <w:rPr>
          <w:lang w:eastAsia="zh-CN"/>
        </w:rPr>
        <w:t>　　为了丰富__小学学生的精神生活并且让他们有更精彩的六一儿童节。联合于20__年5月3日在__小学举办了“__小学趣味运动会”。全校500名学生，有150余名学生参加了本次活动，其余学生全部到场观看了本次趣味运动会。本次活动取得圆满成功，现将本次活动的各项工作总结如下：</w:t>
      </w:r>
      <w:r>
        <w:rPr>
          <w:lang w:eastAsia="zh-CN"/>
        </w:rPr>
        <w:br/>
      </w:r>
      <w:r>
        <w:rPr>
          <w:lang w:eastAsia="zh-CN"/>
        </w:rPr>
        <w:t>　　一、活动规模：</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活动规模是相对其他活动最大的一次。全校有500人左右，其中150余名学生参加了本次活动。工作人员有30人左右。</w:t>
      </w:r>
      <w:r>
        <w:rPr>
          <w:lang w:eastAsia="zh-CN"/>
        </w:rPr>
        <w:br/>
      </w:r>
      <w:r>
        <w:rPr>
          <w:lang w:eastAsia="zh-CN"/>
        </w:rPr>
        <w:t>　　二、地点选择：</w:t>
      </w:r>
      <w:r>
        <w:rPr>
          <w:lang w:eastAsia="zh-CN"/>
        </w:rPr>
        <w:br/>
      </w:r>
      <w:r>
        <w:rPr>
          <w:lang w:eastAsia="zh-CN"/>
        </w:rPr>
        <w:t>　　本次活动的地点选择是较为合理的。本次活动场地初步定在篮球场，但结合当天的天气情况以及活动规模，活动最终在武丰小学篮球场旁的操场上举办。</w:t>
      </w:r>
      <w:r>
        <w:rPr>
          <w:lang w:eastAsia="zh-CN"/>
        </w:rPr>
        <w:br/>
      </w:r>
      <w:r>
        <w:rPr>
          <w:lang w:eastAsia="zh-CN"/>
        </w:rPr>
        <w:t>　　三、时间安排：</w:t>
      </w:r>
      <w:r>
        <w:rPr>
          <w:lang w:eastAsia="zh-CN"/>
        </w:rPr>
        <w:br/>
      </w:r>
      <w:r>
        <w:rPr>
          <w:lang w:eastAsia="zh-CN"/>
        </w:rPr>
        <w:t>　　本次活动的时间是此次活动的不足之处。当天下午两点整活动正式开始，但大部分工作人员下午都有课，并且活动前从湖北大学赶到武丰小学时间也比较紧凑，不利于活动的前期准备，但结合第二天是儿童节要放假，并且6月份小学开始准备期末考试复习，只能将活动时间定在5月31日下午。</w:t>
      </w:r>
      <w:r>
        <w:rPr>
          <w:lang w:eastAsia="zh-CN"/>
        </w:rPr>
        <w:br/>
      </w:r>
      <w:r>
        <w:rPr>
          <w:lang w:eastAsia="zh-CN"/>
        </w:rPr>
        <w:t>　　四、工作安排：</w:t>
      </w:r>
      <w:r>
        <w:rPr>
          <w:lang w:eastAsia="zh-CN"/>
        </w:rPr>
        <w:br/>
      </w:r>
      <w:r>
        <w:rPr>
          <w:lang w:eastAsia="zh-CN"/>
        </w:rPr>
        <w:t>　　本次工作安排不够合理。最初由单独举办本次活动，由于和也意向举办此活动，且活动前准备时间较少，三个组织沟通较少，最终定为三个组织共同以活动策划举办本次活动。结合以上原因此次工作安排不够合理，导致其他两个组织处于被动的状态，活动过程中的大部分工作都由成员完成。其次，活动过程中很多细节工作没有提前考虑周到导致当时临时安排很多细节工作，才使本次活动顺利完成。注意以后的活动要把各项细节工作都安排周到，不致使活动中手忙脚乱。</w:t>
      </w:r>
      <w:r>
        <w:rPr>
          <w:lang w:eastAsia="zh-CN"/>
        </w:rPr>
        <w:br/>
      </w:r>
      <w:r>
        <w:rPr>
          <w:lang w:eastAsia="zh-CN"/>
        </w:rPr>
        <w:t>　　五、活动经费：</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活动经费由三个组织平分，比较合理。不足之处是预算和实际相差较大，不利于向团委的经费申请。其次，应注意“收据”和“发票”的区别。向团委报销活动经费的凭证式发票。</w:t>
      </w:r>
      <w:r>
        <w:rPr>
          <w:lang w:eastAsia="zh-CN"/>
        </w:rPr>
        <w:br/>
      </w:r>
      <w:r>
        <w:rPr>
          <w:lang w:eastAsia="zh-CN"/>
        </w:rPr>
        <w:t>　　六、宣传工作：</w:t>
      </w:r>
      <w:r>
        <w:rPr>
          <w:lang w:eastAsia="zh-CN"/>
        </w:rPr>
        <w:br/>
      </w:r>
      <w:r>
        <w:rPr>
          <w:lang w:eastAsia="zh-CN"/>
        </w:rPr>
        <w:t>　　活动前期的宣传不够到位，__学院的宣传板在活动前5天已经展出，值得我们学习。活动结束后应该及时做一个活动图片展以宣传本次活动，扩大影响力。</w:t>
      </w:r>
      <w:r>
        <w:rPr>
          <w:lang w:eastAsia="zh-CN"/>
        </w:rPr>
        <w:br/>
      </w:r>
      <w:r>
        <w:rPr>
          <w:lang w:eastAsia="zh-CN"/>
        </w:rPr>
        <w:t>　　通过本次活动的成功举办并结合其他活动的工作经验，我对做好本次活动提出以下建议：</w:t>
      </w:r>
      <w:r>
        <w:rPr>
          <w:lang w:eastAsia="zh-CN"/>
        </w:rPr>
        <w:br/>
      </w:r>
      <w:r>
        <w:rPr>
          <w:lang w:eastAsia="zh-CN"/>
        </w:rPr>
        <w:t>　　1、精心策划，及时行动。对于整个活动的开展，必须认真细心全面的做好活动的策划工作，并就活动的各个环节制定具体的实施方案。策划工作一旦完成，必须及时付诸行动，否则可能会影响整个计划的的实施。</w:t>
      </w:r>
      <w:r>
        <w:rPr>
          <w:lang w:eastAsia="zh-CN"/>
        </w:rPr>
        <w:br/>
      </w:r>
      <w:r>
        <w:rPr>
          <w:lang w:eastAsia="zh-CN"/>
        </w:rPr>
        <w:t>　　2、重视细节，力求全面。从各项游戏规则示范员，到起点终点裁判员，以及活动材料的前期准备，活动场地的规划，一切都体现出细节的重要性。作为活动的主办方，应该重视每一个细节，力求做到周全，不出现大的纰漏。</w:t>
      </w:r>
      <w:r>
        <w:rPr>
          <w:lang w:eastAsia="zh-CN"/>
        </w:rPr>
        <w:br/>
      </w:r>
      <w:r>
        <w:rPr>
          <w:lang w:eastAsia="zh-CN"/>
        </w:rPr>
        <w:t>　　本次活动的优点也是应该铭记的：</w:t>
      </w:r>
      <w:r>
        <w:rPr>
          <w:lang w:eastAsia="zh-CN"/>
        </w:rPr>
        <w:br/>
      </w:r>
      <w:r>
        <w:rPr>
          <w:lang w:eastAsia="zh-CN"/>
        </w:rPr>
        <w:t>　　1、活动形式新颖，活泼有意义。实现了红色元素的社团宗旨。</w:t>
      </w:r>
      <w:r>
        <w:rPr>
          <w:lang w:eastAsia="zh-CN"/>
        </w:rPr>
        <w:br/>
      </w:r>
      <w:r>
        <w:rPr>
          <w:lang w:eastAsia="zh-CN"/>
        </w:rPr>
        <w:t>　　2、各位工作人员工作认真，相互配合是本次活动顺利进行的必要条件。等工作人员值得表扬。</w:t>
      </w:r>
      <w:r>
        <w:rPr>
          <w:lang w:eastAsia="zh-CN"/>
        </w:rPr>
        <w:br/>
      </w:r>
      <w:r>
        <w:rPr>
          <w:lang w:eastAsia="zh-CN"/>
        </w:rPr>
        <w:t xml:space="preserve">    小学运动会活动总结最新 篇5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20__年__月19—22日，我校举行了冬季田径运动会。这次运动会，在全体师生的共同努力下，圆满结束了，这次运动会开得成功、开得喜庆，充分展示了我们永睦师生的精神面貌，是对我们学校教育教学工作的全面检阅，是一个祥和欢乐的运动会，下头对本次运动会做简要总结。</w:t>
      </w:r>
      <w:r>
        <w:rPr>
          <w:lang w:eastAsia="zh-CN"/>
        </w:rPr>
        <w:br/>
      </w:r>
      <w:r>
        <w:rPr>
          <w:lang w:eastAsia="zh-CN"/>
        </w:rPr>
        <w:t>　　一、领导重视。是本次运动会取得成功的关键。</w:t>
      </w:r>
      <w:r>
        <w:rPr>
          <w:lang w:eastAsia="zh-CN"/>
        </w:rPr>
        <w:br/>
      </w:r>
      <w:r>
        <w:rPr>
          <w:lang w:eastAsia="zh-CN"/>
        </w:rPr>
        <w:t>　　本次运动会在十月上旬开始筹备，运动会组织工作是一项复杂的工作，之所以能取得圆满成功，关键在于领导高度重视，精心策划，组织有序，工作落实到位，全校师生进取努力，密切配合，团结协作。</w:t>
      </w:r>
      <w:r>
        <w:rPr>
          <w:lang w:eastAsia="zh-CN"/>
        </w:rPr>
        <w:br/>
      </w:r>
      <w:r>
        <w:rPr>
          <w:lang w:eastAsia="zh-CN"/>
        </w:rPr>
        <w:t>　　二、团结协作是运动会成功举办的基础。</w:t>
      </w:r>
      <w:r>
        <w:rPr>
          <w:lang w:eastAsia="zh-CN"/>
        </w:rPr>
        <w:br/>
      </w:r>
      <w:r>
        <w:rPr>
          <w:lang w:eastAsia="zh-CN"/>
        </w:rPr>
        <w:t>　　本届运动会共有15个班级，参赛项目18个，超过200名运动员参加了竞赛。在广大师生的共同努力下，经过三天紧张的激烈角逐，我们的运动会已经取得圆满成功，这些都得力于全体师生的大力支持，得益于大会工作人员和裁判员的精心工作。他们既有分工，又相互协作。“协作”是本次运动会最显著的特点。正是有了他们的精心准备、尽职尽责，相互协作。才有了赛会的有序、欢乐、顺畅、和谐。全体班主任对本次运动会十分重视。赛前进取组织学生加强训练，做到耐心指导，训练到位，准备充分。主要表此刻入场式中，班级学生队伍整齐，道具样式和色彩各异，口号声音洪亮，振奋人心。同学们自信潇洒，精彩纷呈，体现了同学们朝气蓬勃、奋发向上、顽强拼搏的精神，将开幕式推向了高潮。</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三、本次运动会有如下收获：</w:t>
      </w:r>
      <w:r>
        <w:rPr>
          <w:lang w:eastAsia="zh-CN"/>
        </w:rPr>
        <w:br/>
      </w:r>
      <w:r>
        <w:rPr>
          <w:lang w:eastAsia="zh-CN"/>
        </w:rPr>
        <w:t>　　1、广大师生参与意识空前高涨，参与的人次与项目都是空前的，到达了强体魄的目的。</w:t>
      </w:r>
      <w:r>
        <w:rPr>
          <w:lang w:eastAsia="zh-CN"/>
        </w:rPr>
        <w:br/>
      </w:r>
      <w:r>
        <w:rPr>
          <w:lang w:eastAsia="zh-CN"/>
        </w:rPr>
        <w:t>　　2、经过这次运动会，发现了一批体育人才。</w:t>
      </w:r>
      <w:r>
        <w:rPr>
          <w:lang w:eastAsia="zh-CN"/>
        </w:rPr>
        <w:br/>
      </w:r>
      <w:r>
        <w:rPr>
          <w:lang w:eastAsia="zh-CN"/>
        </w:rPr>
        <w:t>　　3、和谐学校的氛围已经构成。</w:t>
      </w:r>
      <w:r>
        <w:rPr>
          <w:lang w:eastAsia="zh-CN"/>
        </w:rPr>
        <w:br/>
      </w:r>
      <w:r>
        <w:rPr>
          <w:lang w:eastAsia="zh-CN"/>
        </w:rPr>
        <w:t>　　四、存在的不足：</w:t>
      </w:r>
      <w:r>
        <w:rPr>
          <w:lang w:eastAsia="zh-CN"/>
        </w:rPr>
        <w:br/>
      </w:r>
      <w:r>
        <w:rPr>
          <w:lang w:eastAsia="zh-CN"/>
        </w:rPr>
        <w:t>　　1、参赛队员队有些比赛项目不熟悉，造成比赛时间加长。</w:t>
      </w:r>
      <w:r>
        <w:rPr>
          <w:lang w:eastAsia="zh-CN"/>
        </w:rPr>
        <w:br/>
      </w:r>
      <w:r>
        <w:rPr>
          <w:lang w:eastAsia="zh-CN"/>
        </w:rPr>
        <w:t>　　2、裁判员对自我的工作不是很熟悉，造成部分比赛项目重测、补测。</w:t>
      </w:r>
      <w:r>
        <w:rPr>
          <w:lang w:eastAsia="zh-CN"/>
        </w:rPr>
        <w:br/>
      </w:r>
      <w:r>
        <w:rPr>
          <w:lang w:eastAsia="zh-CN"/>
        </w:rPr>
        <w:t>　　3、全体师生安全意识不够强、时间观念也不够强。</w:t>
      </w:r>
      <w:r>
        <w:rPr>
          <w:lang w:eastAsia="zh-CN"/>
        </w:rPr>
        <w:br/>
      </w:r>
      <w:r>
        <w:rPr>
          <w:lang w:eastAsia="zh-CN"/>
        </w:rPr>
        <w:t>　　4、我们组委会对工作工作有的地方研究不周、不全、有的工作不细，不到位。例：比赛场地、比赛器材、比赛项目安排不够合理。</w:t>
      </w:r>
      <w:r>
        <w:rPr>
          <w:lang w:eastAsia="zh-CN"/>
        </w:rPr>
        <w:br/>
      </w:r>
      <w:r>
        <w:rPr>
          <w:lang w:eastAsia="zh-CN"/>
        </w:rPr>
        <w:t>　　5、在赛事日程安排方面不够合理，造成有的同学体力透支、身体不适以及有的比赛时间拖的过程，耽误其他事情。</w:t>
      </w:r>
      <w:r>
        <w:rPr>
          <w:lang w:eastAsia="zh-CN"/>
        </w:rPr>
        <w:br/>
      </w:r>
      <w:r>
        <w:rPr>
          <w:lang w:eastAsia="zh-CN"/>
        </w:rPr>
        <w:t>　　6、全体裁判员没有及时维护好比赛场地的相处持续，比赛现场比较混乱。</w:t>
      </w:r>
      <w:r>
        <w:rPr>
          <w:lang w:eastAsia="zh-CN"/>
        </w:rPr>
        <w:br/>
      </w:r>
      <w:r>
        <w:rPr>
          <w:lang w:eastAsia="zh-CN"/>
        </w:rPr>
        <w:t>　　7、比赛过程中出现的伪例现象不够重视。</w:t>
      </w:r>
      <w:r>
        <w:rPr>
          <w:lang w:eastAsia="zh-CN"/>
        </w:rPr>
        <w:br/>
      </w:r>
      <w:r>
        <w:rPr>
          <w:lang w:eastAsia="zh-CN"/>
        </w:rPr>
        <w:t>　　我相信，只要不断总结经验教训，在今后工作中努力改善、发扬优点、克服缺点，我们的体育工作和学校工作必将登上一个新台阶。</w:t>
      </w:r>
      <w:r>
        <w:rPr>
          <w:lang w:eastAsia="zh-CN"/>
        </w:rPr>
        <w:br/>
      </w:r>
      <w:r>
        <w:rPr>
          <w:lang w:eastAsia="zh-CN"/>
        </w:rPr>
        <w:t xml:space="preserve">    小学运动会活动总结最新 篇6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了丰富农民工子弟学校武丰小学学生的精神生活并且让他们有更精彩的六一儿童节，小学运动会活动总结。红色元素联合材料学院青志和政法学院青志于20__年5月3日在青山区大洲村武丰小学举办了“武丰小学趣味运动会”。全校500名学生，有150余名学生参加了本次活动，其余学生全部到场观看了本次趣味运动会。本次活动取得圆满成功，现将本次活动的各项工作总结如下：</w:t>
      </w:r>
      <w:r>
        <w:rPr>
          <w:lang w:eastAsia="zh-CN"/>
        </w:rPr>
        <w:br/>
      </w:r>
      <w:r>
        <w:rPr>
          <w:lang w:eastAsia="zh-CN"/>
        </w:rPr>
        <w:t>　　一， 活动规模：活动规模是相对其他活动最大的一次。全校有500人左右，其中150余名学生参加了本次活动。工作人员有30人左右。</w:t>
      </w:r>
      <w:r>
        <w:rPr>
          <w:lang w:eastAsia="zh-CN"/>
        </w:rPr>
        <w:br/>
      </w:r>
      <w:r>
        <w:rPr>
          <w:lang w:eastAsia="zh-CN"/>
        </w:rPr>
        <w:t>　　二，地点选择：本次活动的地点选择是较为合理的。本次活动场地初步定在篮球场，但结合当天的天气情况以及活动规模，活动最终在武丰小学篮球场旁的操场上举办。</w:t>
      </w:r>
      <w:r>
        <w:rPr>
          <w:lang w:eastAsia="zh-CN"/>
        </w:rPr>
        <w:br/>
      </w:r>
      <w:r>
        <w:rPr>
          <w:lang w:eastAsia="zh-CN"/>
        </w:rPr>
        <w:t>　　三，时间安排：本次活动的时间是此次活动的不足之处。当天下午两点整活动正式开始，但大部分工作人员下午都有课，并且活动前从湖北大学赶到武丰小学时间也比较紧凑，不利于活动的前期准备，但结合第二天是儿童节要放假，并且6月份小学开始准备期末考试复习，只能将活动时间定在5月31日下午。</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四，工作安排：本次工作安排不够合理。最初由红色元素单独举办本次活动，由于政法青志和材料学院青志也意向举办此活动，且活动前准备时间较少，三个组织沟通较少，最终定为三个组织共同以红色元素的活动策划举办本次活动。结合以上原因此次工作安排不够合理，导致其他两个组织处于被动的状态，活动过程中的大部分工作都由红色元素的成员完成。其次，活动过程中很多细节工作没有提前考虑周到导致当时临时安排很多细节工作，才使本次活动顺利完成。注意以后的活动要把各项细节工作都安排周到，不致使活动中手忙脚乱。</w:t>
      </w:r>
      <w:r>
        <w:rPr>
          <w:lang w:eastAsia="zh-CN"/>
        </w:rPr>
        <w:br/>
      </w:r>
      <w:r>
        <w:rPr>
          <w:lang w:eastAsia="zh-CN"/>
        </w:rPr>
        <w:t>　　五，活动经费：活动经费由三个组织平分，比较合理。不足之处是预算和实际相差较大，不利于向团委的经费申请。其次，应注意“收据”和“发票”的区别。向团委报销活动经费的凭证式发票。</w:t>
      </w:r>
      <w:r>
        <w:rPr>
          <w:lang w:eastAsia="zh-CN"/>
        </w:rPr>
        <w:br/>
      </w:r>
      <w:r>
        <w:rPr>
          <w:lang w:eastAsia="zh-CN"/>
        </w:rPr>
        <w:t>　　六，宣传工作：活动前期的宣传不够到位，政法学院的宣传板在活动前5天已经展出，值得我们学习。活动结束后应该及时做一个活动图片展以宣传本次活动，扩大红色元素的影响力。</w:t>
      </w:r>
      <w:r>
        <w:rPr>
          <w:lang w:eastAsia="zh-CN"/>
        </w:rPr>
        <w:br/>
      </w:r>
      <w:r>
        <w:rPr>
          <w:lang w:eastAsia="zh-CN"/>
        </w:rPr>
        <w:t>　　通过本次活动的成功举办并结合其他活动的工作经验，我对做好本次活动提出以下建议：</w:t>
      </w:r>
      <w:r>
        <w:rPr>
          <w:lang w:eastAsia="zh-CN"/>
        </w:rPr>
        <w:br/>
      </w:r>
      <w:r>
        <w:rPr>
          <w:lang w:eastAsia="zh-CN"/>
        </w:rPr>
        <w:t>　　一，精心策划，及时行动。对于整个活动的开展，必须认真细心全面的做好活动的策划工作，并就活动的各个环节制定具体的实施方案。策划工作一旦完成，必须及时付诸行动，否则可能会影响整个计划的的实施。</w:t>
      </w:r>
      <w:r>
        <w:rPr>
          <w:lang w:eastAsia="zh-CN"/>
        </w:rPr>
        <w:br/>
      </w:r>
      <w:r>
        <w:rPr>
          <w:lang w:eastAsia="zh-CN"/>
        </w:rPr>
        <w:t>　　二，重视细节，力求全面。从各项游戏规则示范员，到起点终点裁判员，以及活动材料的前期准备，活动场地的规划，一切都体现出细节的重要性。作为活动的主办方，应该重视每一个细节，力求做到周全，不出现大的纰漏。</w:t>
      </w:r>
      <w:r>
        <w:rPr>
          <w:lang w:eastAsia="zh-CN"/>
        </w:rPr>
        <w:br/>
      </w:r>
      <w:r>
        <w:rPr>
          <w:lang w:eastAsia="zh-CN"/>
        </w:rPr>
        <w:t>　　本次活动的优点也是应该铭记的：</w:t>
      </w:r>
      <w:r>
        <w:rPr>
          <w:lang w:eastAsia="zh-CN"/>
        </w:rPr>
        <w:br/>
      </w:r>
      <w:r>
        <w:rPr>
          <w:lang w:eastAsia="zh-CN"/>
        </w:rPr>
        <w:t>　　一，活动形式新颖，活泼有意义。实现了红色元素的社团宗旨。</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二，各位工作人员工作认真，相互配合是本次活动顺利进行的必要条件。金纯，郑山东，束婷，赵峰，于庆杰等工作人员值得表扬。</w:t>
      </w:r>
      <w:r>
        <w:rPr>
          <w:lang w:eastAsia="zh-CN"/>
        </w:rPr>
        <w:br/>
      </w:r>
      <w:r>
        <w:rPr>
          <w:lang w:eastAsia="zh-CN"/>
        </w:rPr>
        <w:t xml:space="preserve">    小学运动会活动总结最新 篇7 </w:t>
      </w:r>
      <w:r>
        <w:rPr>
          <w:lang w:eastAsia="zh-CN"/>
        </w:rPr>
        <w:br/>
      </w:r>
      <w:r>
        <w:rPr>
          <w:lang w:eastAsia="zh-CN"/>
        </w:rPr>
        <w:t>　　为丰富教职员工业余文体生活，增强教职员工体质，培养团队精神，促进教职员工之间的交流，决定举办__年教职工趣味运动会，现将具体事项通知如下：</w:t>
      </w:r>
      <w:r>
        <w:rPr>
          <w:lang w:eastAsia="zh-CN"/>
        </w:rPr>
        <w:br/>
      </w:r>
      <w:r>
        <w:rPr>
          <w:lang w:eastAsia="zh-CN"/>
        </w:rPr>
        <w:t>　　一、竞赛时间：</w:t>
      </w:r>
      <w:r>
        <w:rPr>
          <w:lang w:eastAsia="zh-CN"/>
        </w:rPr>
        <w:br/>
      </w:r>
      <w:r>
        <w:rPr>
          <w:lang w:eastAsia="zh-CN"/>
        </w:rPr>
        <w:t>　　12月25日下午1：00～3：30</w:t>
      </w:r>
      <w:r>
        <w:rPr>
          <w:lang w:eastAsia="zh-CN"/>
        </w:rPr>
        <w:br/>
      </w:r>
      <w:r>
        <w:rPr>
          <w:lang w:eastAsia="zh-CN"/>
        </w:rPr>
        <w:t>　　二、竞赛项目</w:t>
      </w:r>
      <w:r>
        <w:rPr>
          <w:lang w:eastAsia="zh-CN"/>
        </w:rPr>
        <w:br/>
      </w:r>
      <w:r>
        <w:rPr>
          <w:lang w:eastAsia="zh-CN"/>
        </w:rPr>
        <w:t>　　1.单项：羽毛球拍托乒乓球跑、足式保龄球、木棍赶篮球跑。</w:t>
      </w:r>
      <w:r>
        <w:rPr>
          <w:lang w:eastAsia="zh-CN"/>
        </w:rPr>
        <w:br/>
      </w:r>
      <w:r>
        <w:rPr>
          <w:lang w:eastAsia="zh-CN"/>
        </w:rPr>
        <w:t>　　2.集体项目：拔河</w:t>
      </w:r>
      <w:r>
        <w:rPr>
          <w:lang w:eastAsia="zh-CN"/>
        </w:rPr>
        <w:br/>
      </w:r>
      <w:r>
        <w:rPr>
          <w:lang w:eastAsia="zh-CN"/>
        </w:rPr>
        <w:t>　　三、单项竞赛分组</w:t>
      </w:r>
      <w:r>
        <w:rPr>
          <w:lang w:eastAsia="zh-CN"/>
        </w:rPr>
        <w:br/>
      </w:r>
      <w:r>
        <w:rPr>
          <w:lang w:eastAsia="zh-CN"/>
        </w:rPr>
        <w:t>　　甲组—男、女均为35岁以下(__年12月31日以后出生);</w:t>
      </w:r>
      <w:r>
        <w:rPr>
          <w:lang w:eastAsia="zh-CN"/>
        </w:rPr>
        <w:br/>
      </w:r>
      <w:r>
        <w:rPr>
          <w:lang w:eastAsia="zh-CN"/>
        </w:rPr>
        <w:t>　　乙组—男、女为35～50岁(__年12月31日以前出生) 丙组—男、女为50岁以上(__年12月31日以前出生)</w:t>
      </w:r>
      <w:r>
        <w:rPr>
          <w:lang w:eastAsia="zh-CN"/>
        </w:rPr>
        <w:br/>
      </w:r>
      <w:r>
        <w:rPr>
          <w:lang w:eastAsia="zh-CN"/>
        </w:rPr>
        <w:t>　　四、参赛办法</w:t>
      </w:r>
      <w:r>
        <w:rPr>
          <w:lang w:eastAsia="zh-CN"/>
        </w:rPr>
        <w:br/>
      </w:r>
      <w:r>
        <w:rPr>
          <w:lang w:eastAsia="zh-CN"/>
        </w:rPr>
        <w:t>　　1.单项比赛每人限报1项。</w:t>
      </w:r>
      <w:r>
        <w:rPr>
          <w:lang w:eastAsia="zh-CN"/>
        </w:rPr>
        <w:br/>
      </w:r>
      <w:r>
        <w:rPr>
          <w:lang w:eastAsia="zh-CN"/>
        </w:rPr>
        <w:t>　　2.报名表于12月24日上午11：00前交至教导处李红主任处。</w:t>
      </w:r>
      <w:r>
        <w:rPr>
          <w:lang w:eastAsia="zh-CN"/>
        </w:rPr>
        <w:br/>
      </w:r>
      <w:r>
        <w:rPr>
          <w:lang w:eastAsia="zh-CN"/>
        </w:rPr>
        <w:t>　　五、竞赛办法：</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球拍托乒乓球跑：参赛者站于起跑线后并站立式起跑且必须单手持羽毛球拍把手处，将乒乓球置于球拍上，托球向前跑，赛程为30米。比赛要求：①比赛时，持球拍手不得超出把手，不得用另一只手做任何辅助持球动作。否则，成绩无效。②途中若球落地，需捡起球置于球拍上，并退至掉球处继续跑。捡球时不得影响其他选手比赛。否则，成绩无效。③过终点时，球必须在球拍上才可记为有效成绩。人和球必须同时过终点，不可用球拍将球抛过终点。否则，成绩无效。</w:t>
      </w:r>
      <w:r>
        <w:rPr>
          <w:lang w:eastAsia="zh-CN"/>
        </w:rPr>
        <w:br/>
      </w:r>
      <w:r>
        <w:rPr>
          <w:lang w:eastAsia="zh-CN"/>
        </w:rPr>
        <w:t>　　2.足式保龄球：在每边长为0.6米的等边三角形中，按1、2、3、4排列10只可乐瓶，三角形顶端指向踢球方向。运动员在距三角形尖端6米处，以踢足球的任何方式，踢到可乐瓶，</w:t>
      </w:r>
      <w:r>
        <w:rPr>
          <w:lang w:eastAsia="zh-CN"/>
        </w:rPr>
        <w:br/>
      </w:r>
      <w:r>
        <w:rPr>
          <w:lang w:eastAsia="zh-CN"/>
        </w:rPr>
        <w:t>　　每人踢3次。累计每人3次踢倒瓶数，排列名次，前8名中成绩相同，加赛半轮(2次)依此类推。</w:t>
      </w:r>
      <w:r>
        <w:rPr>
          <w:lang w:eastAsia="zh-CN"/>
        </w:rPr>
        <w:br/>
      </w:r>
      <w:r>
        <w:rPr>
          <w:lang w:eastAsia="zh-CN"/>
        </w:rPr>
        <w:t>　　3. 木棍赶篮球跑：</w:t>
      </w:r>
      <w:r>
        <w:rPr>
          <w:lang w:eastAsia="zh-CN"/>
        </w:rPr>
        <w:br/>
      </w:r>
      <w:r>
        <w:rPr>
          <w:lang w:eastAsia="zh-CN"/>
        </w:rPr>
        <w:t>　　道具：篮球6个，木棍6个。 规则：</w:t>
      </w:r>
      <w:r>
        <w:rPr>
          <w:lang w:eastAsia="zh-CN"/>
        </w:rPr>
        <w:br/>
      </w:r>
      <w:r>
        <w:rPr>
          <w:lang w:eastAsia="zh-CN"/>
        </w:rPr>
        <w:t>　　(1)参赛选手每人一根木棍，用木棍赶篮球前行，至25米折返处返回起点。</w:t>
      </w:r>
      <w:r>
        <w:rPr>
          <w:lang w:eastAsia="zh-CN"/>
        </w:rPr>
        <w:br/>
      </w:r>
      <w:r>
        <w:rPr>
          <w:lang w:eastAsia="zh-CN"/>
        </w:rPr>
        <w:t>　　(2)篮球一定要控制在跑道内，每出跑道一次加时3秒。</w:t>
      </w:r>
      <w:r>
        <w:rPr>
          <w:lang w:eastAsia="zh-CN"/>
        </w:rPr>
        <w:br/>
      </w:r>
      <w:r>
        <w:rPr>
          <w:lang w:eastAsia="zh-CN"/>
        </w:rPr>
        <w:t>　　(3)1名裁判员记录各人犯规次数，另1名裁判记录各人完成比赛的时间。</w:t>
      </w:r>
      <w:r>
        <w:rPr>
          <w:lang w:eastAsia="zh-CN"/>
        </w:rPr>
        <w:br/>
      </w:r>
      <w:r>
        <w:rPr>
          <w:lang w:eastAsia="zh-CN"/>
        </w:rPr>
        <w:t>　　(4)记录各人比赛所用的时间，按用时最短的到最长的进行排名。</w:t>
      </w:r>
      <w:r>
        <w:rPr>
          <w:lang w:eastAsia="zh-CN"/>
        </w:rPr>
        <w:br/>
      </w:r>
      <w:r>
        <w:rPr>
          <w:lang w:eastAsia="zh-CN"/>
        </w:rPr>
        <w:t>　　4.拔河：每组十名教职工参与，当中心标志被拉到一方的2m白色线时，即绳子向一方移动2m，比赛结束。本赛采取淘汰与循环结合的比赛制度。</w:t>
      </w:r>
      <w:r>
        <w:rPr>
          <w:lang w:eastAsia="zh-CN"/>
        </w:rPr>
        <w:br/>
      </w:r>
      <w:r>
        <w:rPr>
          <w:lang w:eastAsia="zh-CN"/>
        </w:rPr>
        <w:t>　　六、名次录取及奖励办法</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1.单项取前8名，不足8名则减1录取。按9、7、6、5、4、3、2、1计分。</w:t>
      </w:r>
      <w:r>
        <w:rPr>
          <w:lang w:eastAsia="zh-CN"/>
        </w:rPr>
        <w:br/>
      </w:r>
      <w:r>
        <w:rPr>
          <w:lang w:eastAsia="zh-CN"/>
        </w:rPr>
        <w:t>　　2.集体项目取前3名。全校分语文组、数学组和综合组三个大组。</w:t>
      </w:r>
      <w:r>
        <w:rPr>
          <w:lang w:eastAsia="zh-CN"/>
        </w:rPr>
        <w:br/>
      </w:r>
      <w:r>
        <w:rPr>
          <w:lang w:eastAsia="zh-CN"/>
        </w:rPr>
        <w:t>　　3.以上奖项分别由校工会给予精神和物质奖励。</w:t>
      </w:r>
      <w:r>
        <w:rPr>
          <w:lang w:eastAsia="zh-CN"/>
        </w:rPr>
        <w:br/>
      </w:r>
      <w:r>
        <w:rPr>
          <w:lang w:eastAsia="zh-CN"/>
        </w:rPr>
        <w:t>　　七、裁判员：由工会委派工作认真负责、执裁公正的教职工参加裁判工作。</w:t>
      </w:r>
      <w:r>
        <w:rPr>
          <w:lang w:eastAsia="zh-CN"/>
        </w:rPr>
        <w:br/>
      </w:r>
      <w:r>
        <w:rPr>
          <w:lang w:eastAsia="zh-CN"/>
        </w:rPr>
        <w:t>　　八、裁判员、工作人员会议定于12月26日上午9：00在前二楼会议室召开。</w:t>
      </w:r>
      <w:r>
        <w:rPr>
          <w:lang w:eastAsia="zh-CN"/>
        </w:rPr>
        <w:br/>
      </w:r>
      <w:r>
        <w:rPr>
          <w:lang w:eastAsia="zh-CN"/>
        </w:rPr>
        <w:t>　　九、竞赛规则、赛场安排及运动员报名表附后。</w:t>
      </w:r>
      <w:r>
        <w:rPr>
          <w:lang w:eastAsia="zh-CN"/>
        </w:rPr>
        <w:br/>
      </w:r>
      <w:r>
        <w:rPr>
          <w:lang w:eastAsia="zh-CN"/>
        </w:rPr>
        <w:t>　　十、未尽事宜，另行通知。</w:t>
      </w:r>
      <w:r>
        <w:rPr>
          <w:lang w:eastAsia="zh-CN"/>
        </w:rPr>
        <w:br/>
      </w:r>
      <w:r>
        <w:rPr>
          <w:lang w:eastAsia="zh-CN"/>
        </w:rPr>
        <w:t>　　建湖县冈东小学 __年12月23日</w:t>
      </w:r>
      <w:r>
        <w:rPr>
          <w:lang w:eastAsia="zh-CN"/>
        </w:rPr>
        <w:br/>
      </w:r>
      <w:r>
        <w:rPr>
          <w:lang w:eastAsia="zh-CN"/>
        </w:rPr>
        <w:t>　　组 织 机 构</w:t>
      </w:r>
      <w:r>
        <w:rPr>
          <w:lang w:eastAsia="zh-CN"/>
        </w:rPr>
        <w:br/>
      </w:r>
      <w:r>
        <w:rPr>
          <w:lang w:eastAsia="zh-CN"/>
        </w:rPr>
        <w:t>　　顾 问：吴加明 主 任：戴必勇</w:t>
      </w:r>
      <w:r>
        <w:rPr>
          <w:lang w:eastAsia="zh-CN"/>
        </w:rPr>
        <w:br/>
      </w:r>
      <w:r>
        <w:rPr>
          <w:lang w:eastAsia="zh-CN"/>
        </w:rPr>
        <w:t>　　副主任：周艳群 刘孝锋 李三林 仲裁委员会：周艳群 刘孝锋 李三林 奖品颁发：李三林 孙开昶 摄像：纪 刚</w:t>
      </w:r>
      <w:r>
        <w:rPr>
          <w:lang w:eastAsia="zh-CN"/>
        </w:rPr>
        <w:br/>
      </w:r>
      <w:r>
        <w:rPr>
          <w:lang w:eastAsia="zh-CN"/>
        </w:rPr>
        <w:t>　　__年教职工趣味运动会赛场安排</w:t>
      </w:r>
      <w:r>
        <w:rPr>
          <w:lang w:eastAsia="zh-CN"/>
        </w:rPr>
        <w:br/>
      </w:r>
      <w:r>
        <w:rPr>
          <w:lang w:eastAsia="zh-CN"/>
        </w:rPr>
        <w:t>　　1.球拍托乒乓球跑：田径场内东边的直道。 2.木棍赶篮球跑：田径场内西边50米直道。 3. 足式保龄球：篮球场 4. 拔河：田径场内</w:t>
      </w:r>
      <w:r>
        <w:rPr>
          <w:lang w:eastAsia="zh-CN"/>
        </w:rPr>
        <w:br/>
      </w:r>
      <w:r>
        <w:rPr>
          <w:lang w:eastAsia="zh-CN"/>
        </w:rPr>
        <w:t>　　请各办公室组织参赛运动员，按秩序册的赛程安排，按时到相应场地进行比赛。</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建湖县冈东小学__年12月23日</w:t>
      </w:r>
      <w:r>
        <w:rPr>
          <w:lang w:eastAsia="zh-CN"/>
        </w:rPr>
        <w:br/>
      </w:r>
      <w:r>
        <w:rPr>
          <w:lang w:eastAsia="zh-CN"/>
        </w:rPr>
        <w:t xml:space="preserve">    小学运动会活动总结最新 篇8 </w:t>
      </w:r>
      <w:r>
        <w:rPr>
          <w:lang w:eastAsia="zh-CN"/>
        </w:rPr>
        <w:br/>
      </w:r>
      <w:r>
        <w:rPr>
          <w:lang w:eastAsia="zh-CN"/>
        </w:rPr>
        <w:t>　　运动会已圆满结束，我们班取得了团体总分第一名的好成绩！其实，只要孩子们高兴就好，成绩并不重要。可贵的是好多家长、孩子在运动会上的表现让我很感动！</w:t>
      </w:r>
      <w:r>
        <w:rPr>
          <w:lang w:eastAsia="zh-CN"/>
        </w:rPr>
        <w:br/>
      </w:r>
      <w:r>
        <w:rPr>
          <w:lang w:eastAsia="zh-CN"/>
        </w:rPr>
        <w:t>　　一、表扬孩子们。</w:t>
      </w:r>
      <w:r>
        <w:rPr>
          <w:lang w:eastAsia="zh-CN"/>
        </w:rPr>
        <w:br/>
      </w:r>
      <w:r>
        <w:rPr>
          <w:lang w:eastAsia="zh-CN"/>
        </w:rPr>
        <w:t>　　1、表扬全班同学。在运动会当天没有一个孩子忘记带折扇、忘记穿服装，开幕式孩子们都走得很认真！特别表扬赵文瑄带病坚持走完开幕式！</w:t>
      </w:r>
      <w:r>
        <w:rPr>
          <w:lang w:eastAsia="zh-CN"/>
        </w:rPr>
        <w:br/>
      </w:r>
      <w:r>
        <w:rPr>
          <w:lang w:eastAsia="zh-CN"/>
        </w:rPr>
        <w:t>　　2、表扬全体运动员。当天没有一个运动员忘记佩戴符号，心里想得全是集体！特别表扬孙平任发烧还坚持参加比赛。</w:t>
      </w:r>
      <w:r>
        <w:rPr>
          <w:lang w:eastAsia="zh-CN"/>
        </w:rPr>
        <w:br/>
      </w:r>
      <w:r>
        <w:rPr>
          <w:lang w:eastAsia="zh-CN"/>
        </w:rPr>
        <w:t>　　二、感谢家长。</w:t>
      </w:r>
      <w:r>
        <w:rPr>
          <w:lang w:eastAsia="zh-CN"/>
        </w:rPr>
        <w:br/>
      </w:r>
      <w:r>
        <w:rPr>
          <w:lang w:eastAsia="zh-CN"/>
        </w:rPr>
        <w:t>　　1、感谢全体家委会成员，热心为孩子们服务，不管什么事情都想得非常周到！</w:t>
      </w:r>
      <w:r>
        <w:rPr>
          <w:lang w:eastAsia="zh-CN"/>
        </w:rPr>
        <w:br/>
      </w:r>
      <w:r>
        <w:rPr>
          <w:lang w:eastAsia="zh-CN"/>
        </w:rPr>
        <w:t>　　2、感谢以下同学的家长，运动会全天为孩子们服务。</w:t>
      </w:r>
      <w:r>
        <w:rPr>
          <w:lang w:eastAsia="zh-CN"/>
        </w:rPr>
        <w:br/>
      </w:r>
      <w:r>
        <w:rPr>
          <w:lang w:eastAsia="zh-CN"/>
        </w:rPr>
        <w:t>　　3、感谢以下同学的家长为孩子们订购各种食品、道具张孟琨妈妈为班级捐赠了班旗、为每个孩子捐赠了手摇小旗还帮孩子们买了用来加油的“小巴掌"赵信博妈妈、崔烁爸爸帮孩子们订、送肯德基午餐王伟祎爸爸帮孩子们买了矿泉水王奕欢妈妈帮孩子们买了巧克力、水果感谢家长们的支持和帮助！</w:t>
      </w:r>
      <w:r>
        <w:rPr>
          <w:lang w:eastAsia="zh-CN"/>
        </w:rPr>
        <w:br/>
      </w:r>
      <w:r>
        <w:rPr>
          <w:lang w:eastAsia="zh-CN"/>
        </w:rPr>
        <w:t>　　尽管天很冷，但孩子们被浓浓的爱包围着！</w:t>
      </w:r>
      <w:r>
        <w:rPr>
          <w:lang w:eastAsia="zh-CN"/>
        </w:rPr>
        <w:br/>
      </w:r>
      <w:r>
        <w:rPr>
          <w:lang w:eastAsia="zh-CN"/>
        </w:rPr>
        <w:t xml:space="preserve">    小学运动会活动总结最新 篇9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为了丰富广大教师的业余生活，凝聚集体的向心力，同时发扬亚运精神、增强身体素质，并深入践行学校绿色生态教育，营造和谐的工作氛围。</w:t>
      </w:r>
      <w:r>
        <w:rPr>
          <w:lang w:eastAsia="zh-CN"/>
        </w:rPr>
        <w:br/>
      </w:r>
      <w:r>
        <w:rPr>
          <w:lang w:eastAsia="zh-CN"/>
        </w:rPr>
        <w:t>　　罗村中心小学在12月14日举行了一次别开生面的教师趣味运动会。说它别开生面，是因为参赛的选手一律是女教师，裁判员一律是男教师。</w:t>
      </w:r>
      <w:r>
        <w:rPr>
          <w:lang w:eastAsia="zh-CN"/>
        </w:rPr>
        <w:br/>
      </w:r>
      <w:r>
        <w:rPr>
          <w:lang w:eastAsia="zh-CN"/>
        </w:rPr>
        <w:t>　　这次活动是罗村中心小学继开展了“激情盛会、和谐校园”田径运动会后，又一个大型的运动盛会。为了不影响学生的上课，老师们是选在放学后的时间里来举行盛会的，虽然只有短短的一个小时比赛过程，却把罗村中心小学全体教师那种团结协作、和谐进取的团队精神体现了出来，也把罗村中心小学女教师那种阳光健康、青春靓丽的整体形象绽放了出来。</w:t>
      </w:r>
      <w:r>
        <w:rPr>
          <w:lang w:eastAsia="zh-CN"/>
        </w:rPr>
        <w:br/>
      </w:r>
      <w:r>
        <w:rPr>
          <w:lang w:eastAsia="zh-CN"/>
        </w:rPr>
        <w:t>　　这次活动首先是进行“青春保龄球”项目比赛，这个项目的“趣味”体现在“保龄球”不是真的保龄球，而是一瓶瓶还没开盖的矿泉水，这些“保龄球”被女士们抛出的实心球撞得满场乱滚，惹来了满场的欢笑。</w:t>
      </w:r>
      <w:r>
        <w:rPr>
          <w:lang w:eastAsia="zh-CN"/>
        </w:rPr>
        <w:br/>
      </w:r>
      <w:r>
        <w:rPr>
          <w:lang w:eastAsia="zh-CN"/>
        </w:rPr>
        <w:t>　　接着进行的项目是“竞走乒乓球”，女教师们以级组为单位，用乒乓球拍托着乒乓球在篮球场上健步如飞，真想不到平时高雅端庄的女士们还有这手绝活，男教师也自愧不如呀!</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接下来进行的是“抱篮接福”，这个“福”其实就是一个毽球，比赛规定一个人在6米外的地方，朝对面的搭挡投去一个毽球，接毽球的女教师不能用双手去接，只能用挂在胸前的篮子去接，而且两只手也不能碰到篮子。</w:t>
      </w:r>
      <w:r>
        <w:rPr>
          <w:lang w:eastAsia="zh-CN"/>
        </w:rPr>
        <w:br/>
      </w:r>
      <w:r>
        <w:rPr>
          <w:lang w:eastAsia="zh-CN"/>
        </w:rPr>
        <w:t>　　只见这边一个毽球飞过去之后，那边的女教师扭动着腰枝牵引着篮子接住飞过来的毽球，“十拿九稳”!看来我们女教师每周进行一次的瑜珈练习，真的起到了关键的作用。</w:t>
      </w:r>
      <w:r>
        <w:rPr>
          <w:lang w:eastAsia="zh-CN"/>
        </w:rPr>
        <w:br/>
      </w:r>
      <w:r>
        <w:rPr>
          <w:lang w:eastAsia="zh-CN"/>
        </w:rPr>
        <w:t>　　再接下来的项目是“呼啦圈大巡游”，这个比赛一定会让你大呼过瘾。6个年级组的女教师围成6个大圆圈在操场上，比奥运五环还多出一环，场面相当壮观。裁判员一声哨音响起后，挂在女教师身上的呼啦圈就“不由自主”的转动起来，像变魔术似的穿过一个个女教师的身体，围观的教师、特别是男教师不由得大叫喝起彩来。</w:t>
      </w:r>
      <w:r>
        <w:rPr>
          <w:lang w:eastAsia="zh-CN"/>
        </w:rPr>
        <w:br/>
      </w:r>
      <w:r>
        <w:rPr>
          <w:lang w:eastAsia="zh-CN"/>
        </w:rPr>
        <w:t>　　好!最快到达终点的二年级老师不由得高兴得跳了起来，大家也都以为是她们拿冠军了，但每队人还要用总时间除去总人数后得到的才是最后的成绩。结果，冠军是三年级，这样的比赛结果够趣味了吧?</w:t>
      </w:r>
      <w:r>
        <w:rPr>
          <w:lang w:eastAsia="zh-CN"/>
        </w:rPr>
        <w:br/>
      </w:r>
      <w:r>
        <w:rPr>
          <w:lang w:eastAsia="zh-CN"/>
        </w:rPr>
        <w:t>　　最后的一个比赛项目是“齐心协力赶鸭子”，比赛规则是每个年级挑选10位“美女”，在足球门前手持体操棒一字排开，听到裁判发令后，分别快速跑到球场中央，把10个实心球用棍棒推赶回球门内，那个年级组用的时间最少就为冠军。</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这个项目最有趣的是，别看罗村中心小学的女教师平时看起来温柔文静，一副大家闺秀的模样。但一操起棍棒推赶着“鸭子”的那个狠样，真让在场的男士们看得有些心慌。原来美女都是具有两面性的，不发威的样子让你感觉很“亲切”，一发威的样子让你感觉很“心怯”。</w:t>
      </w:r>
      <w:r>
        <w:rPr>
          <w:lang w:eastAsia="zh-CN"/>
        </w:rPr>
        <w:br/>
      </w:r>
      <w:r>
        <w:rPr>
          <w:lang w:eastAsia="zh-CN"/>
        </w:rPr>
        <w:t>　　欢乐的时光过得总是特别快，又是时候说“拜拜”，一个小时的趣味运动会一眨眼就过去了。各个年级的女教师都分别在各个项目上得到一项冠军，在激情盛会上分到一杯羹。</w:t>
      </w:r>
      <w:r>
        <w:rPr>
          <w:lang w:eastAsia="zh-CN"/>
        </w:rPr>
        <w:br/>
      </w:r>
      <w:r>
        <w:rPr>
          <w:lang w:eastAsia="zh-CN"/>
        </w:rPr>
        <w:t>　　但胜败乃是小事，所谓“友谊第一、比赛第二”，这次学校举办的趣味运动会，我们个个老师都是赢家，我们赢得了友情、赢得了健康，赢得了欢乐、也赢得了美丽!</w:t>
      </w:r>
      <w:r>
        <w:rPr>
          <w:lang w:eastAsia="zh-CN"/>
        </w:rPr>
        <w:br/>
      </w:r>
      <w:r>
        <w:rPr>
          <w:lang w:eastAsia="zh-CN"/>
        </w:rPr>
        <w:t>　　“生命在于运动”。为了丰富教师的生活，提升教师的身体素质，10月27日，三港小学举行了“教师趣味运动会”。</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学生们热烈的掌声中，“教师趣味运动会”正式拉开了序幕。第一个项目是“共建高塔”，以两人为一组并排坐在一张桌子旁，按顺序依次交替叠放，单手拿象棋，单手叠放，哪方放象棋时倒塌就算输。教师们摆放时轻手轻脚，学生们屏住呼吸生怕一不小心高塔就倒了，现场的气氛空前的紧张。第二个项目是“齐心协力”，两人并排站立内侧手相互撑起一个球，前进时球不能掉落，以最短时间冲过终点的那组胜。这边是教师们紧张的备战，那边是学生们此起彼伏的加油声。听到同学们的加油声，我们的教师更起劲了，坚决不让学生失望。瞧，我们的蓝老师和郑老师搭配得多好啊，摆出了“雄鹰展翅”的造型。第三个项目是“勤劳的啄木鸟”，要求教师用吸管吸起脸盆中的乒乓球并移动放入3米远的另一脸盆中，以一分钟内帮运的兵乓球多者为胜。教师们使尽全力想把乒乓球运到目的地。可是一只只平时很乖巧的乒乓球此时却像那顽皮的娃娃，眼看就要到目的地，“咚”地一声又掉下来了。经过几次失败的教训后，教师们总结出了经验，一个个“捣蛋鬼”终于被制服了。</w:t>
      </w:r>
      <w:r>
        <w:rPr>
          <w:lang w:eastAsia="zh-CN"/>
        </w:rPr>
        <w:br/>
      </w:r>
      <w:r>
        <w:rPr>
          <w:lang w:eastAsia="zh-CN"/>
        </w:rPr>
        <w:t>　　教师趣味运动会，增进了教师与教师之间的感情，也缩短了教师和同学们之间的距离，一举多得。</w:t>
      </w:r>
      <w:r>
        <w:rPr>
          <w:lang w:eastAsia="zh-CN"/>
        </w:rPr>
        <w:br/>
      </w:r>
      <w:r>
        <w:rPr>
          <w:lang w:eastAsia="zh-CN"/>
        </w:rPr>
        <w:t xml:space="preserve">    小学运动会活动总结最新 篇10 </w:t>
      </w:r>
      <w:r>
        <w:rPr>
          <w:lang w:eastAsia="zh-CN"/>
        </w:rPr>
        <w:br/>
      </w:r>
      <w:r>
        <w:rPr>
          <w:lang w:eastAsia="zh-CN"/>
        </w:rPr>
        <w:t>　　本届运动会在全校师生的积极参与共同努力下，经过一天半紧张、激烈、精彩的比赛，取得了圆满成功。整个运动会气氛热烈、秩序井然，体现了我校师生良好的精神风貌，成为我校体育工作的一次成功检阅，尤其值得关注的是，运动会自始至终体现出一种集体的凝聚力与向心力，使本届运动会不仅圆满完成了比赛任务，而且将有力地推动我校今后的体育工作，取得了更大意义上的成功。本届运动会有以下特点：</w:t>
      </w:r>
      <w:r>
        <w:rPr>
          <w:lang w:eastAsia="zh-CN"/>
        </w:rPr>
        <w:br/>
      </w:r>
      <w:r>
        <w:rPr>
          <w:lang w:eastAsia="zh-CN"/>
        </w:rPr>
        <w:t>　　一、领导重视、组织健全</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运动会能取得圆满成功，学校领导的高度重视是关键。为了使运动会取得圆满成功，吕校长、冯校长亲自统筹指挥，统一思想，明确职责，成立了运动会组委会，形成了一个强而有力的领导核心，学校多次召开学校春季田径运动会会议，听取运动会筹备情况的汇报，同时对运动会各项工作提出明确的要求，为本次运动会有力地提供了保障，全校师生做了大量的前期筹备工作，学校利用例会向全体教职员工落实、布置任务。学校领导从运动会的前期组织筹备、各代表队的入场顺序、赛程安排、主持人、裁判员等的确定，都会一一的过问和指导，确保各项工作分工明确，落实到人。比赛期间全体行政领导场场观看，对获奖队员学校领导亲自颁奖。</w:t>
      </w:r>
      <w:r>
        <w:rPr>
          <w:lang w:eastAsia="zh-CN"/>
        </w:rPr>
        <w:br/>
      </w:r>
      <w:r>
        <w:rPr>
          <w:lang w:eastAsia="zh-CN"/>
        </w:rPr>
        <w:t>　　二、教师积极参与，团结协作</w:t>
      </w:r>
      <w:r>
        <w:rPr>
          <w:lang w:eastAsia="zh-CN"/>
        </w:rPr>
        <w:br/>
      </w:r>
      <w:r>
        <w:rPr>
          <w:lang w:eastAsia="zh-CN"/>
        </w:rPr>
        <w:t>　　自3月1日运动会筹备到4月11日运动会的召开，我们用了一个半个月的时间，全体老师在保证正常工作的情况下做了大量的工作。</w:t>
      </w:r>
      <w:r>
        <w:rPr>
          <w:lang w:eastAsia="zh-CN"/>
        </w:rPr>
        <w:br/>
      </w:r>
      <w:r>
        <w:rPr>
          <w:lang w:eastAsia="zh-CN"/>
        </w:rPr>
        <w:t>　　1、体育教师全力以赴，尽职尽责</w:t>
      </w:r>
      <w:r>
        <w:rPr>
          <w:lang w:eastAsia="zh-CN"/>
        </w:rPr>
        <w:br/>
      </w:r>
      <w:r>
        <w:rPr>
          <w:lang w:eastAsia="zh-CN"/>
        </w:rPr>
        <w:t>　　本次运动会的成功召开，除了学校领导的支持，离不开体育组教师的共同努力。首先，从构思运动会的总框架，制定规程、发放规程报名、编排竞赛日程、编排秩序册、直到裁判工作，体育教师能凭着团结协作、艰苦奋斗的精神做好本职工作。全体体育老师在做好迎接学校运动会的同时，能利用体育课进行队列训练和对参赛运动员进行训练，同时在开幕式上对各方队的出场和退场的顺序进行有序的指挥。从运动场场内场外的工作态度和精神，都体现出体育组是一个团结协作的集体。为了校运会的顺利进行，他们花了心思、付出了努力。</w:t>
      </w:r>
      <w:r>
        <w:rPr>
          <w:lang w:eastAsia="zh-CN"/>
        </w:rPr>
        <w:br/>
      </w:r>
      <w:r>
        <w:rPr>
          <w:lang w:eastAsia="zh-CN"/>
        </w:rPr>
        <w:t>　　2、各班主任密切配合，任劳任怨。</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校运会的成功举行，凝聚了各班主任不少的心血。比赛前，在不耽误正常的教学工作的情况下，他们对选拔训练运动员，填写比赛报名表，班级的布置点缀设计、开幕式学生出入场排练，检阅手持的饰物、口号的设计训练等工作都能做到一丝不苟。为了让自己班级的学生在开幕式出场时步伐整齐，精神抖擞，口号响亮，他们不厌其烦的利用课余时间顶着烈日一次次的训练。在比赛期间，班主任一方面安排本班运动员参赛，一方面不辞劳苦的跟班管理，确保学生的安全。整个运动会期间，班主任对各项工作密切配合，任劳任怨。</w:t>
      </w:r>
      <w:r>
        <w:rPr>
          <w:lang w:eastAsia="zh-CN"/>
        </w:rPr>
        <w:br/>
      </w:r>
      <w:r>
        <w:rPr>
          <w:lang w:eastAsia="zh-CN"/>
        </w:rPr>
        <w:t>　　3、全体教职工积极工作，乐于奉献</w:t>
      </w:r>
      <w:r>
        <w:rPr>
          <w:lang w:eastAsia="zh-CN"/>
        </w:rPr>
        <w:br/>
      </w:r>
      <w:r>
        <w:rPr>
          <w:lang w:eastAsia="zh-CN"/>
        </w:rPr>
        <w:t>　　各位裁判员老师以高度的责任心公正裁判，认真服务。后勤部门担负了主席台的布置，设施、广播器材、奖品的准备、发放等工作。宣传广播组：刘娜、王森老师能认真搞好宣传广播工作，撰写大会前导队入场解说词，承担了所有比赛的赛程及成绩宣传广播任务;并及时公布比赛的成绩，使奖品能及时的送到胜利者手上，让运动会所有的奖项顺利颁发。照相、摄像组：王英、张杰老师，用照相机、摄影机即时捕捉会场精彩的镜头，使参赛队员留下永久的精彩回忆的同时，王建成老师为了确保运动会期间的音响效果，提前进行了多次试播和调试。</w:t>
      </w:r>
      <w:r>
        <w:rPr>
          <w:lang w:eastAsia="zh-CN"/>
        </w:rPr>
        <w:br/>
      </w:r>
      <w:r>
        <w:rPr>
          <w:lang w:eastAsia="zh-CN"/>
        </w:rPr>
        <w:t>　　三、本届运动会团体总分如下:</w:t>
      </w:r>
      <w:r>
        <w:rPr>
          <w:lang w:eastAsia="zh-CN"/>
        </w:rPr>
        <w:br/>
      </w:r>
      <w:r>
        <w:rPr>
          <w:lang w:eastAsia="zh-CN"/>
        </w:rPr>
        <w:t>　　一年级：第一名 5班 第二名 1班</w:t>
      </w:r>
      <w:r>
        <w:rPr>
          <w:lang w:eastAsia="zh-CN"/>
        </w:rPr>
        <w:br/>
      </w:r>
      <w:r>
        <w:rPr>
          <w:lang w:eastAsia="zh-CN"/>
        </w:rPr>
        <w:t>　　二年级：第一名 5班 第二名 4班</w:t>
      </w:r>
      <w:r>
        <w:rPr>
          <w:lang w:eastAsia="zh-CN"/>
        </w:rPr>
        <w:br/>
      </w:r>
      <w:r>
        <w:rPr>
          <w:lang w:eastAsia="zh-CN"/>
        </w:rPr>
        <w:t>　　三年级：第一名 2班 第二名 1班</w:t>
      </w:r>
      <w:r>
        <w:rPr>
          <w:lang w:eastAsia="zh-CN"/>
        </w:rPr>
        <w:br/>
      </w:r>
      <w:r>
        <w:rPr>
          <w:lang w:eastAsia="zh-CN"/>
        </w:rPr>
        <w:t>　　四年级：第一名 3班 第二名 5班</w:t>
      </w:r>
      <w:r>
        <w:rPr>
          <w:lang w:eastAsia="zh-CN"/>
        </w:rPr>
        <w:br/>
      </w:r>
      <w:r>
        <w:rPr>
          <w:lang w:eastAsia="zh-CN"/>
        </w:rPr>
        <w:t>　　五年级：第一名 1班 第二名 5班</w:t>
      </w:r>
      <w:r>
        <w:rPr>
          <w:lang w:eastAsia="zh-CN"/>
        </w:rPr>
        <w:br/>
      </w:r>
      <w:r>
        <w:rPr>
          <w:lang w:eastAsia="zh-CN"/>
        </w:rPr>
        <w:t>　　六年级：第一名 3班 第二名 2班</w:t>
      </w:r>
      <w:r>
        <w:rPr>
          <w:lang w:eastAsia="zh-CN"/>
        </w:rPr>
        <w:br/>
      </w:r>
      <w:r>
        <w:rPr>
          <w:lang w:eastAsia="zh-CN"/>
        </w:rPr>
        <w:t xml:space="preserve">    小学运动会活动总结最新 篇11 </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这次春季运动会，比过去的运动会更加隆重，因为时代的原因，大家越来越重视健康，也更喜欢运动，很多过去不愿意参加运动会的人，都已经开始进入到了活动项目中，主动参与。</w:t>
      </w:r>
      <w:r>
        <w:rPr>
          <w:lang w:eastAsia="zh-CN"/>
        </w:rPr>
        <w:br/>
      </w:r>
      <w:r>
        <w:rPr>
          <w:lang w:eastAsia="zh-CN"/>
        </w:rPr>
        <w:t>　　运动会开始的时候学校领导做了一个隆重的动员大会，没有参加运动会的同学都站在操场上认真的聆听着领导的激动人心的演讲，而又项目的人，都在等候着跃跃欲试，我们最先的是个人运动，比如长跑，跳远调高，扔铅球等运动，每个场所都有一个小节目，很多个小节目小项目一起举行，圆形的操场，四周都有约比操场高两三米的观众台，如同阶梯状的观众台露天，温暖的阳光照射在操场上泛起淡淡的金色，在运动场上的同学都在尽情的挥洒自己的力量。</w:t>
      </w:r>
      <w:r>
        <w:rPr>
          <w:lang w:eastAsia="zh-CN"/>
        </w:rPr>
        <w:br/>
      </w:r>
      <w:r>
        <w:rPr>
          <w:lang w:eastAsia="zh-CN"/>
        </w:rPr>
        <w:t>　　如同百川汇哈，百花争艳，真相奔放。操场上还有老师做裁判，每当一个接结束，就会马上举行另一个节目，参加的很多同学，穿着运动服，做着热身运动，展现自己的能力让所有观众都感到了一个不同的同学，在操场上的每个同学，都散发出不同的魅力，那就是自信的微笑。</w:t>
      </w:r>
      <w:r>
        <w:rPr>
          <w:lang w:eastAsia="zh-CN"/>
        </w:rPr>
        <w:br/>
      </w:r>
      <w:r>
        <w:rPr>
          <w:lang w:eastAsia="zh-CN"/>
        </w:rPr>
        <w:t>　　春季是充分阳关，充满了色彩的地方，这里让我们接受到了很多的春的色彩，让我们开心之余也学会了去锻炼，我们学习大力鼓舞所有同学参加运动，所有参加运动的同学都有一份参与奖，虽然礼品简单，但是却也极大的激励了大家的积极性，在运动场上，有的人为了展现自己的力量，有的是参与，不管如何都让这次春季的运动会有着别样的色彩。</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激动人心的音乐，响起在我们每个让你心中，没有参加运动会的同学自发组织起来了啦啦队，为自己的班级的同学加油，大家都用力的呐喊，让在操场上运动的同学，充满了力量，一起去努力的做着简单却有令人振奋的工作。时间过的很快，消失在了以前的工作中，每个人都表现出了自己最优秀的一面，个所有的同学检阅，让所有的同学共同欣赏他们的风采。</w:t>
      </w:r>
      <w:r>
        <w:rPr>
          <w:lang w:eastAsia="zh-CN"/>
        </w:rPr>
        <w:br/>
      </w:r>
      <w:r>
        <w:rPr>
          <w:lang w:eastAsia="zh-CN"/>
        </w:rPr>
        <w:t>　　下午的集体运动会同样也让人满怀激动，比如接力赛，每个人都彼此仙姑协助，有的人因为激动都不由自主的站了起来看着他们不断奋斗的身影，都恨不得自己参加其中，这次运动会没有让我们失望，没有让我们留下遗憾，给了我们最够精彩的表演，同时对于运动也让我们有了更多的激情，相信以后会有更多的同学参加运动，有最优秀的人有最努力的人，他们都值得我们尊重，他们有的用自己的能力让我们尊敬，有的用自己的坚持展现了他们的坚韧，下次的运动会相信会一样精彩。</w:t>
      </w:r>
      <w:r>
        <w:rPr>
          <w:lang w:eastAsia="zh-CN"/>
        </w:rPr>
        <w:br/>
      </w:r>
      <w:r>
        <w:rPr>
          <w:lang w:eastAsia="zh-CN"/>
        </w:rPr>
        <w:t xml:space="preserve">    小学运动会活动总结最新 篇12 </w:t>
      </w:r>
      <w:r>
        <w:rPr>
          <w:lang w:eastAsia="zh-CN"/>
        </w:rPr>
        <w:br/>
      </w:r>
      <w:r>
        <w:rPr>
          <w:lang w:eastAsia="zh-CN"/>
        </w:rPr>
        <w:t>　　面对温暖的冬日阳光，伴随着欢快的音乐，第一次校运会在北师大全体师生的笑声中落幕。</w:t>
      </w:r>
      <w:r>
        <w:rPr>
          <w:lang w:eastAsia="zh-CN"/>
        </w:rPr>
        <w:br/>
      </w:r>
      <w:r>
        <w:rPr>
          <w:lang w:eastAsia="zh-CN"/>
        </w:rPr>
        <w:t>　　本周一周二，我们小学激烈竞争了一天半。在比赛过程中，运动员表现出顽强的斗志。他们摩拳擦掌，毫不示弱。为了取得更好的成绩，年轻的跳高运动员尽了最大努力。刘玉舟获男子立定跳远第六名，叶雨欣获女子立定跳远第五名。有些学生即使失败也不放弃。这种不断超越自己的精神是他们在这场比赛中获得的巨大财富，也是他们未来走得更高更远的坚实基础。</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垒球比赛的选手相互竞争，成绩越来越远。最终，宋思雅获得年级女子第三名;她手中的垒球仿佛变成了一个充满期待的许愿球，不断追逐着她的梦想。</w:t>
      </w:r>
      <w:r>
        <w:rPr>
          <w:lang w:eastAsia="zh-CN"/>
        </w:rPr>
        <w:br/>
      </w:r>
      <w:r>
        <w:rPr>
          <w:lang w:eastAsia="zh-CN"/>
        </w:rPr>
        <w:t>　　各种比赛，整个球场沸腾，欢呼声此起彼伏。我们年轻的运动员像兔子一样从起点飞走，像利箭一样冲向终点。最终，我们的同学孙获得了年级男子200米第五名;刘青青在年级女子200米比赛中获得第七名。唐子岳获女子800米第五名;无论选手是否排名，在我们观众的心中，这些年轻的运动员都打出了不屈不挠、顽强拼搏的体育精神，他们都是运动场上的“英雄”。</w:t>
      </w:r>
      <w:r>
        <w:rPr>
          <w:lang w:eastAsia="zh-CN"/>
        </w:rPr>
        <w:br/>
      </w:r>
      <w:r>
        <w:rPr>
          <w:lang w:eastAsia="zh-CN"/>
        </w:rPr>
        <w:t>　　总之，这次校运会圆满成功，赛场上挥汗如雨，主席台上笑容满面。这次运动会的同学们表现出了轰轰烈烈的作风和顽强的作风，这次精彩的运动会将长久地留在我们的记忆里。</w:t>
      </w:r>
      <w:r>
        <w:rPr>
          <w:lang w:eastAsia="zh-CN"/>
        </w:rPr>
        <w:br/>
      </w:r>
      <w:r>
        <w:rPr>
          <w:lang w:eastAsia="zh-CN"/>
        </w:rPr>
        <w:t xml:space="preserve">    小学运动会活动总结最新 篇13 </w:t>
      </w:r>
      <w:r>
        <w:rPr>
          <w:lang w:eastAsia="zh-CN"/>
        </w:rPr>
        <w:br/>
      </w:r>
      <w:r>
        <w:rPr>
          <w:lang w:eastAsia="zh-CN"/>
        </w:rPr>
        <w:t>　　10月24日，政法学院20级研究生秋季趣味运动会在镜月校区足球场拉开帷幕，50多名20级研究生出席。经过两个月的强化课程，学生们希望在简单的氛围中摆脱忙碌，放松心情，加强交流。</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有趣的体育游戏一开始就表现出乐趣，游戏分八个学习小组进行。运动会的第一项是“我的地方就是我的主人”。每个队员站在一张报纸上，哪个组站在报纸上的人多，哪个组赢。可以单脚站立，但另一只脚不能接触报纸外的地面，否则无效。这个游戏看似简单，但它需要学生们运用他们聪明的大脑，采取各种措施，让自己的团队成员站在报纸上。每一组的玩家都使出浑身解数，却看到当时分散的玩家都聚集在这一组的报纸上。场面壮观。第二个项目是“两人三条腿足球赛”。“两人三脚”这个游戏玩了很久，有着悠久的传统，可以考验玩家之间的默契。然而，这场趣味运动会中的“两人三条腿足球赛”无疑增加了比赛的难度。每个队员不应该只使用传统的“两人三脚”游戏模式把两条腿绑在一起。而且会有这种形式的足球比赛。不仅考验了“组”球员的默契，也考验了“大组”球员的配合。足球比赛进行得非常顺利，不断有人欢呼。偷，传，射，救。同学之间的默契度相当高，让比赛更有乐趣。</w:t>
      </w:r>
      <w:r>
        <w:rPr>
          <w:lang w:eastAsia="zh-CN"/>
        </w:rPr>
        <w:br/>
      </w:r>
      <w:r>
        <w:rPr>
          <w:lang w:eastAsia="zh-CN"/>
        </w:rPr>
        <w:t>　　短短两个小时的比赛中，穿插了“心连心接力赛”、“踢毽子”、“让我轻轻告诉你——山路弯弯”等有趣的比赛。各专业的同学赛前都不是很熟，但赛后同学之间增进了友谊和默契，整个运动会期间一直笑个不停。</w:t>
      </w:r>
      <w:r>
        <w:rPr>
          <w:lang w:eastAsia="zh-CN"/>
        </w:rPr>
        <w:br/>
      </w:r>
      <w:r>
        <w:rPr>
          <w:lang w:eastAsia="zh-CN"/>
        </w:rPr>
        <w:t>　　经过短短两个小时的运动会，政法学院20__级的同学们仿佛回到了童年，忘却了自己的疲惫和烦恼，全场欢声笑语。</w:t>
      </w:r>
      <w:r>
        <w:rPr>
          <w:lang w:eastAsia="zh-CN"/>
        </w:rPr>
        <w:br/>
      </w:r>
      <w:r>
        <w:rPr>
          <w:lang w:eastAsia="zh-CN"/>
        </w:rPr>
        <w:t>　　友谊第一比赛第二。</w:t>
      </w:r>
      <w:r>
        <w:rPr>
          <w:lang w:eastAsia="zh-CN"/>
        </w:rPr>
        <w:br/>
      </w:r>
      <w:r>
        <w:rPr>
          <w:lang w:eastAsia="zh-CN"/>
        </w:rPr>
        <w:t>　　虽然是运动会，项目也是竞技性的，但是这次运动会的目的是给大家提供一个锻炼身体，交流感情的机会。政法学院的同学也充分理解了运动会的内涵。从比赛一开始，政法学院的同学们就在各种赛事中互相打气，从不计较输赢。</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加油，吹喇叭，声音没完没了；拍拍手，挥挥手，每一个动作都会带动玩家步调一致。这个时候成绩已经忘了，同学们更加关注同学的感受和感受。同学们完全可以理解这次趣味运动会的目的，输赢不重要，快乐健康最重要；竞赛组是小团队，整个学院是大团队，团队精神远胜于具体成绩。</w:t>
      </w:r>
      <w:r>
        <w:rPr>
          <w:lang w:eastAsia="zh-CN"/>
        </w:rPr>
        <w:br/>
      </w:r>
      <w:r>
        <w:rPr>
          <w:lang w:eastAsia="zh-CN"/>
        </w:rPr>
        <w:t>　　在金秋时节，两个小时的趣味运动会在学生们的热烈欢呼声中结束了。学生们聚集在一起，向镜头展示他们最真实的笑脸，为这个孩子般的活动留下了完美的记忆。</w:t>
      </w:r>
      <w:r>
        <w:rPr>
          <w:lang w:eastAsia="zh-CN"/>
        </w:rPr>
        <w:br/>
      </w:r>
      <w:r>
        <w:rPr>
          <w:lang w:eastAsia="zh-CN"/>
        </w:rPr>
        <w:t xml:space="preserve">    小学运动会活动总结最新 篇14 </w:t>
      </w:r>
      <w:r>
        <w:rPr>
          <w:lang w:eastAsia="zh-CN"/>
        </w:rPr>
        <w:br/>
      </w:r>
      <w:r>
        <w:rPr>
          <w:lang w:eastAsia="zh-CN"/>
        </w:rPr>
        <w:t>　　有感于第三十二届校运会的成功，今天作一个特别的讲话。</w:t>
      </w:r>
      <w:r>
        <w:rPr>
          <w:lang w:eastAsia="zh-CN"/>
        </w:rPr>
        <w:br/>
      </w:r>
      <w:r>
        <w:rPr>
          <w:lang w:eastAsia="zh-CN"/>
        </w:rPr>
        <w:t>　　__中学的校运会，除了本次的，留在我记忆中的是三年前的一些片断。在我的记忆中，还没有哪一次的校运会有如此的精彩圆满，将来有没有我不知道，至少它是空前的，别的学校的校运会我也见过一些，但都不能相比。我们的校运会其实很朴实，没有任何的花架子，没有任何的不切实际的形式，但我们就是在这样一个不花钱，不排场，不张扬的前提下，凭现有的条件，扎扎实实地开了一场成功的校运会。这是老师们高度责任心和踏实工作作风的胜利，是同学们主人翁角色和良好素质的胜利，是__中学锐意进取，自强不息精神的胜利! 这次校运会是成功的!气氛热烈，热情高涨，场面动人，特别是同学们奋勇拼搏和团结互助的精神，给每一位在场观众留下深刻印象。我看过风雨球场上各班的大本营，那简直是集体创造力和集体荣誉感双剑合璧的结晶，我暗自赞叹同学们出色的才华和美好的心灵。我记得前天下午闭幕时各班集体合影的情景，我想，从今天起，我们的班级荣誉感会象火箭一样上升，会像一棵合抱的树干那样结识、凝固。我想，单就这一点，体育老师、裁判员、工作人员、班主任老师三天的辛苦，一个字：值!</w:t>
      </w:r>
      <w:r>
        <w:rPr>
          <w:lang w:eastAsia="zh-CN"/>
        </w:rPr>
        <w:br/>
      </w:r>
    </w:p>
    <w:p w:rsidR="001B1F19" w14:textId="27C3F48A">
      <w:pPr>
        <w:rPr>
          <w:lang w:eastAsia="zh-CN"/>
        </w:rPr>
      </w:pPr>
      <w:r>
        <w:rPr>
          <w:lang w:eastAsia="zh-CN"/>
        </w:rPr>
        <w:t>　　同学们一定还记得我曾对老师们提出的四点要求：关爱和服务好每一位学生;公平公正的裁判;全面保护学生的安全;班主任始终要和学生在一起。如果我现在要检验这四点要求，我想全体同学一定会对老师们有一个最高的评价! 是的，为了这次运动会，为了让同学们开好自己的运动会，为了让同学们在自己的校运会上获得成功和快乐的体验，当然也有失败和挫折带给你的财富，为了同学们的身心健康，为了让同学们获得超过体育本身的精神价值，一句话，为了同学们的发展，我们的老师付出了很多，汗水，甚至伤痛。你们可知道，体育老师曾对我说，三天站下来，回家腰都直不起来了。体育老师尚且如此，其他平时没有什么时间锻炼的老师，劳累就更加可想而知。但他们没有怨言，没有擅离岗位，没有提出任何要求。有些班主任嗓子都喊哑了，对于同学们的参赛，心中挂念，希望有好成绩，又希望不要受伤。这种无私的奉献和关爱，就在第三十二届校运会上被演绎得淋漓尽致。</w:t>
      </w:r>
      <w:r>
        <w:rPr>
          <w:lang w:eastAsia="zh-CN"/>
        </w:rPr>
        <w:br/>
      </w:r>
      <w:r>
        <w:rPr>
          <w:lang w:eastAsia="zh-CN"/>
        </w:rPr>
        <w:t>　　这就是我们的老师。运动场上如此，平时的教学中也是如此，只是被不是轰轰烈烈的平常生活溶解了，被我们不轻易感动的心忽略了。老师永远都要和学生在一起，这是教师职业的全部内涵，老师永远都要关爱学生，这是教师职业的核心内涵。我相信，通过这次校运会，同学们会获得对于教师的新的认识，会进一步加深师生的情感，特别重要的是，由于认识的加深，同学们会懂得怎样去尊重老师的劳动，接受老师的关爱，从而焕发起努力学习，立志成才，报答父母，报答老师的意志和信念。</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https://d.book118.com/185000142010011122</w:t>
        </w:r>
      </w:hyperlink>
    </w:p>
    <w:p w:rsidR="001B1F19">
      <w:pPr>
        <w:rPr>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5000142010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