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学生会干事工作总结1500字（32篇）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学生会干事工作总结1500字（精选32篇）</w:t>
      </w:r>
      <w:r>
        <w:rPr>
          <w:lang w:eastAsia="zh-CN"/>
        </w:rPr>
        <w:br/>
      </w:r>
      <w:r>
        <w:rPr>
          <w:lang w:eastAsia="zh-CN"/>
        </w:rPr>
        <w:t xml:space="preserve">    学生会干事工作总结1500字 篇1 </w:t>
      </w:r>
      <w:r>
        <w:rPr>
          <w:lang w:eastAsia="zh-CN"/>
        </w:rPr>
        <w:br/>
      </w:r>
      <w:r>
        <w:rPr>
          <w:lang w:eastAsia="zh-CN"/>
        </w:rPr>
        <w:t>　　人总是在尝试中不断成长，在这一年里我尝试了许多以前没有过的事情，自己各方面的能力都有所提高。从刚开学时的懵懂青涩到现在已经可以独立熟练处理部里的工作，我清楚的感受到了自己的变化。这种变化就是我一年来不断努力、认真学习所换来的成长。</w:t>
      </w:r>
      <w:r>
        <w:rPr>
          <w:lang w:eastAsia="zh-CN"/>
        </w:rPr>
        <w:br/>
      </w:r>
      <w:r>
        <w:rPr>
          <w:lang w:eastAsia="zh-CN"/>
        </w:rPr>
        <w:t>　　回想起自己参加学生会纳新时，面对学生会十多个不同部门，我毫不犹豫的选择了信宣部，是因为自己对画画的喜好，也因为自己活泼开朗的性格适合这个立足于为大家服务的部门。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那时的自己空有满腔热血，自以为比较丰富的电脑知识也渐渐的在日后的工作中显得匮乏起来。部里的日常工作，一是为各个活动拍摄照片，二是为每个活动做宣传海报，三是为系里各个活动的开展提供电脑方面的技术支持。刚进去的时候，不知道在忙什么，总是弄东西弄的号迟。在部长老大的保护下我们茁壮成长；在部长老大的领导下，我们齐心协力完成一件又一件的事情；在部长老大的教导下，我学会了很多以前不曾掌握的功能性软件的使用。从PS到电子报刊的制作软件，从辩论赛软件到影子系统装机保护，许多许多知识的增长让我获益匪浅。这一年总结下来，我进步最明显的，大概就是PS的应用和PPT的制作了。这两项能力的提升会对我将来的工作起到巨大的帮助作用。</w:t>
      </w:r>
      <w:r>
        <w:rPr>
          <w:lang w:eastAsia="zh-CN"/>
        </w:rPr>
        <w:br/>
      </w:r>
      <w:r>
        <w:rPr>
          <w:lang w:eastAsia="zh-CN"/>
        </w:rPr>
        <w:t>　　做为学生干事，我们也有我们的职责，首先我们应当以身作则，只有自己做好了他人才能信服，自然而然就会跟着我们去做，从而改变不良行为。在学校我们是校园的先锋，我们的一举一动更加受到学校的领导和学生的观注，因此我们要做好榜样，尽自己所能认真完成上级布置的任务，认真处理好每一件事。在社会上，我们是学校的“代言人”，要从言行举止中体现学校的教育水平，维护学校的利益。</w:t>
      </w:r>
      <w:r>
        <w:rPr>
          <w:lang w:eastAsia="zh-CN"/>
        </w:rPr>
        <w:br/>
      </w:r>
      <w:r>
        <w:rPr>
          <w:lang w:eastAsia="zh-CN"/>
        </w:rPr>
        <w:t>　　做为学生干事应该具备各种素质和能力，这样我们才能将工作做的更加出色，才能更好的服务同学。任务，认真处理好每一件事。在社会上，我们是学校的“代言人”，要从言行举止中体现学校的教育水平，维护学校的利益。</w:t>
      </w:r>
      <w:r>
        <w:rPr>
          <w:lang w:eastAsia="zh-CN"/>
        </w:rPr>
        <w:br/>
      </w:r>
      <w:r>
        <w:rPr>
          <w:lang w:eastAsia="zh-CN"/>
        </w:rPr>
        <w:t>　　做为学生干事应该具备各种素质和能力，这样我们才能将工作做的更加出色，才能更好的服务同学。在同学之中我们没有什么值得夸耀的，但是我们应该具备良好的心态，想做大事就必须知从小事做起，要懂得和他人合作，相互帮助，相互促进。</w:t>
      </w:r>
      <w:r>
        <w:rPr>
          <w:lang w:eastAsia="zh-CN"/>
        </w:rPr>
        <w:br/>
      </w:r>
      <w:r>
        <w:rPr>
          <w:lang w:eastAsia="zh-CN"/>
        </w:rPr>
        <w:t>　　各个部门都会有许多的活动，举行一个活动就必须要有一份策划书和一张完美的海报，一个良好的开端是成功的一半，有一份好的策划书才能让这个活动举办的更加完美。结合“三个和尚”这个故事我得出了一些结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第一，策划一个活动方案时，我们要以学校和学生的利益为重，并且尽可能让更多的同学参与到这个活动中。</w:t>
      </w:r>
      <w:r>
        <w:rPr>
          <w:lang w:eastAsia="zh-CN"/>
        </w:rPr>
        <w:br/>
      </w:r>
      <w:r>
        <w:rPr>
          <w:lang w:eastAsia="zh-CN"/>
        </w:rPr>
        <w:t>　　第二，遇到困难时要努力克服困难、坚持不懈。</w:t>
      </w:r>
      <w:r>
        <w:rPr>
          <w:lang w:eastAsia="zh-CN"/>
        </w:rPr>
        <w:br/>
      </w:r>
      <w:r>
        <w:rPr>
          <w:lang w:eastAsia="zh-CN"/>
        </w:rPr>
        <w:t>　　第三，要注重人们的心里，让他们有很想参加这个活动的想法。写策划书有许多注意的地方，策划书要有新颖的标题题、明确的时间地点、内容、精确的经费计算。首先，举办一个活动要有场地，场地需要经过复杂的审批过程。</w:t>
      </w:r>
      <w:r>
        <w:rPr>
          <w:lang w:eastAsia="zh-CN"/>
        </w:rPr>
        <w:br/>
      </w:r>
      <w:r>
        <w:rPr>
          <w:lang w:eastAsia="zh-CN"/>
        </w:rPr>
        <w:t>　　第四，做好活动宣传，如独特的海报、到班级宣传的形式等，对于有重大影响的事还应登报或通过媒体报到。宣传很重要，宣传的好与否决定活动举办的成功不成功。记得自己曾经为了海报，弄到凌晨半夜了。</w:t>
      </w:r>
      <w:r>
        <w:rPr>
          <w:lang w:eastAsia="zh-CN"/>
        </w:rPr>
        <w:br/>
      </w:r>
      <w:r>
        <w:rPr>
          <w:lang w:eastAsia="zh-CN"/>
        </w:rPr>
        <w:t>　　第五，这是一项非常重要的事，活动经费的预算，没有这个经费活动根本办不起来，我们要将各个项目的经费算出来，然后在精确算出总计费用，同时候要调配好人力、物力、财力。</w:t>
      </w:r>
      <w:r>
        <w:rPr>
          <w:lang w:eastAsia="zh-CN"/>
        </w:rPr>
        <w:br/>
      </w:r>
      <w:r>
        <w:rPr>
          <w:lang w:eastAsia="zh-CN"/>
        </w:rPr>
        <w:t>　　第六，对于参加活动的胜出者我们要给予一定的奖励和小礼物等等。</w:t>
      </w:r>
      <w:r>
        <w:rPr>
          <w:lang w:eastAsia="zh-CN"/>
        </w:rPr>
        <w:br/>
      </w:r>
      <w:r>
        <w:rPr>
          <w:lang w:eastAsia="zh-CN"/>
        </w:rPr>
        <w:t>　　第七，大活动包含小活动时要确定好时间和地点，负责人的分工明确。写明参与对象，承办方，运用图片、图表等生动形象的展现出活动规则，让参与者一目了然。</w:t>
      </w:r>
      <w:r>
        <w:rPr>
          <w:lang w:eastAsia="zh-CN"/>
        </w:rPr>
        <w:br/>
      </w:r>
      <w:r>
        <w:rPr>
          <w:lang w:eastAsia="zh-CN"/>
        </w:rPr>
        <w:t>　　第八，活动完成时要及时活动总节、简报。明确活动的目的、意义、目标。策划好活动后，要组织好人员安排，大家相互协调、相互合作。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各个干事做到尽职尽责，提高自己，锻炼自己、服务同学，做一位出色的学生干事。</w:t>
      </w:r>
      <w:r>
        <w:rPr>
          <w:lang w:eastAsia="zh-CN"/>
        </w:rPr>
        <w:br/>
      </w:r>
      <w:r>
        <w:rPr>
          <w:lang w:eastAsia="zh-CN"/>
        </w:rPr>
        <w:t>　　团总支学生会</w:t>
      </w:r>
      <w:r>
        <w:rPr>
          <w:lang w:eastAsia="zh-CN"/>
        </w:rPr>
        <w:br/>
      </w:r>
      <w:r>
        <w:rPr>
          <w:lang w:eastAsia="zh-CN"/>
        </w:rPr>
        <w:t>　　_部干事</w:t>
      </w:r>
      <w:r>
        <w:rPr>
          <w:lang w:eastAsia="zh-CN"/>
        </w:rPr>
        <w:br/>
      </w:r>
      <w:r>
        <w:rPr>
          <w:lang w:eastAsia="zh-CN"/>
        </w:rPr>
        <w:t xml:space="preserve">    学生会干事工作总结1500字 篇2 </w:t>
      </w:r>
      <w:r>
        <w:rPr>
          <w:lang w:eastAsia="zh-CN"/>
        </w:rPr>
        <w:br/>
      </w:r>
      <w:r>
        <w:rPr>
          <w:lang w:eastAsia="zh-CN"/>
        </w:rPr>
        <w:t>　　随着时间的步伐，不知不觉中我们已经走进了大学校园，往事悠悠，对于那些蹉跎的岁月，我们虽无法释怀，然而我们可以托起自己梦想，畅想未来，激扬我们的青春!过去的一学期，在学院团委的指导下，在团总支老师和院学生会的具体指导下，我认真贯彻服务同学，锻炼自我的宗旨，围绕本部的工作中心，积极开展活动，并取得了良好的成绩。回顾一学期的工作和学习，从成熟到不成熟，从充满激情到稳重冷静，我成长了很多也学到了很多。</w:t>
      </w:r>
      <w:r>
        <w:rPr>
          <w:lang w:eastAsia="zh-CN"/>
        </w:rPr>
        <w:br/>
      </w:r>
      <w:r>
        <w:rPr>
          <w:lang w:eastAsia="zh-CN"/>
        </w:rPr>
        <w:t>　　作为一个团体，我身在其中，明白了团队合作的重要性。不管是部门内部或是部门与部门之间的。让我懂得一座大厦不可能只由一根柱子建成，而一个优秀的团体不可能靠单方面的努力去完成各项任务的。所以在工作中，我学会了与别人进行合作，相互配合的去完成，这对我来说也是一个很大的收获。工作期间，我与同事一起合作，彼此由陌生到熟悉。就单说，我在为人处世方面就取得了很大的进步，而且同时对我们部门以及整个学校的认识也越来越深刻。如今，我想，我们已经可以很有默契地共事，很熟练地做好手头的部门工作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回首看来，我们的工作就从每次会议开始。在团总支、在实践部，我们全体干事和部长不只是同事还是感情深厚的好朋友，大家在这里相互帮助，共同学习，团结一致的完成上级分配下来的任务。在每次的例会上，我们都能深切地体会到我们部门的会议，不会有素来会议呈现的死板僵硬，取而代之的是大家各述己见，是生动。部长除了就我们最近工作的表现提出自己的意见和看法外，也会同我们讨论今后工作的方法等，有时，更对我们平时的处事学习提出建议。但这也不是说我们的会议效率低，相反，会议的内容十分丰富，我们从中得到的也绝不会少于任何所谓的严肃的会议!</w:t>
      </w:r>
      <w:r>
        <w:rPr>
          <w:lang w:eastAsia="zh-CN"/>
        </w:rPr>
        <w:br/>
      </w:r>
      <w:r>
        <w:rPr>
          <w:lang w:eastAsia="zh-CN"/>
        </w:rPr>
        <w:t>　　对于一个部门的发展而言，实际上就是每一个个人的发展，而发展需要总结和激情，短期的激情维持需要欢快向上的气氛，而长期的激情维持则需要让每一个人在其中切实感觉到有所提高，付出后有收获。而大家在一起，本来就是一种珍贵的缘分，所以和部门人员的关系，不是简单的上下级关系，更是亲密的伙伴和战友。</w:t>
      </w:r>
      <w:r>
        <w:rPr>
          <w:lang w:eastAsia="zh-CN"/>
        </w:rPr>
        <w:br/>
      </w:r>
      <w:r>
        <w:rPr>
          <w:lang w:eastAsia="zh-CN"/>
        </w:rPr>
        <w:t>　　有了良好的关系和明确的分工，干起工作来自然斗志昂扬。这学期我们主要举办了一下几个活动：</w:t>
      </w:r>
      <w:r>
        <w:rPr>
          <w:lang w:eastAsia="zh-CN"/>
        </w:rPr>
        <w:br/>
      </w:r>
      <w:r>
        <w:rPr>
          <w:lang w:eastAsia="zh-CN"/>
        </w:rPr>
        <w:t>　　(写一写你们的每一个活动，包括：概况、意义、过程、结果等，然后再加一点自己的想法，最好是简短的说一点活动中的感人、搞笑或者记忆深刻的事。让人读起来很容易去遐想。最好是写上每次活动你觉得做得不足的地方和改进方法，写的时候可以回想一下做活动时的细节。) 1.</w:t>
      </w:r>
      <w:r>
        <w:rPr>
          <w:lang w:eastAsia="zh-CN"/>
        </w:rPr>
        <w:br/>
      </w:r>
      <w:r>
        <w:rPr>
          <w:lang w:eastAsia="zh-CN"/>
        </w:rPr>
        <w:t>　　2.</w:t>
      </w:r>
      <w:r>
        <w:rPr>
          <w:lang w:eastAsia="zh-CN"/>
        </w:rPr>
        <w:br/>
      </w:r>
      <w:r>
        <w:rPr>
          <w:lang w:eastAsia="zh-CN"/>
        </w:rPr>
        <w:t>　　3.</w:t>
      </w:r>
      <w:r>
        <w:rPr>
          <w:lang w:eastAsia="zh-CN"/>
        </w:rPr>
        <w:br/>
      </w:r>
      <w:r>
        <w:rPr>
          <w:lang w:eastAsia="zh-CN"/>
        </w:rPr>
        <w:t>　　4.</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5.</w:t>
      </w:r>
      <w:r>
        <w:rPr>
          <w:lang w:eastAsia="zh-CN"/>
        </w:rPr>
        <w:br/>
      </w:r>
      <w:r>
        <w:rPr>
          <w:lang w:eastAsia="zh-CN"/>
        </w:rPr>
        <w:t>　　这些工作中有些看上去好象有点简单，可是当我第一次做的时候，我会遇到很多意想不到的问题，但是，我都会不断尝试直到很好解决这些问题，当然，这里我必须感谢我的部长以及和我一起努力的好同事们的帮助!只有通过自己的努力，并在这些同事帮助下，我才能顺利完成我的工作，才能从中学得的工作方法，培养了更好的工作的能力!</w:t>
      </w:r>
      <w:r>
        <w:rPr>
          <w:lang w:eastAsia="zh-CN"/>
        </w:rPr>
        <w:br/>
      </w:r>
      <w:r>
        <w:rPr>
          <w:lang w:eastAsia="zh-CN"/>
        </w:rPr>
        <w:t>　　几个月的工作下来，我也发现了自己很多不足，例如(可以自己写写自己发觉自己做得不好的地方，但不要太多，比如：自身的综合素质和组织管理能力还有待提高，个人工作效率不高啊，很多业务不熟等等。)针对这些不足，我想在今后的工作中，我应当为自己做好一份详细的计划，合理安排自己工作，继续以最大精力投入学习工作中，并积极向学长学姐们好好学习!</w:t>
      </w:r>
      <w:r>
        <w:rPr>
          <w:lang w:eastAsia="zh-CN"/>
        </w:rPr>
        <w:br/>
      </w:r>
      <w:r>
        <w:rPr>
          <w:lang w:eastAsia="zh-CN"/>
        </w:rPr>
        <w:t>　　一路走来，阳光与风雨共存，付出也不断有了回报，我们将继续努力，不断完善自我，不断加强部门建设，把工作做得出色，为学院和学生会作出更多的贡献!相信，在团总支老师的指导和学生会的帮助下以及我们的努力下，我部下学期的工作将会更上一个台阶。</w:t>
      </w:r>
      <w:r>
        <w:rPr>
          <w:lang w:eastAsia="zh-CN"/>
        </w:rPr>
        <w:br/>
      </w:r>
      <w:r>
        <w:rPr>
          <w:lang w:eastAsia="zh-CN"/>
        </w:rPr>
        <w:t xml:space="preserve">    学生会干事工作总结1500字 篇3 </w:t>
      </w:r>
      <w:r>
        <w:rPr>
          <w:lang w:eastAsia="zh-CN"/>
        </w:rPr>
        <w:br/>
      </w:r>
      <w:r>
        <w:rPr>
          <w:lang w:eastAsia="zh-CN"/>
        </w:rPr>
        <w:t>　　20__-20__年，在学生会__里，我不断学习，积极参加工作，建立友好的人际关系，以加强自身的学习能力，执行能力，沟通能力。但在这一年中发生的事情太多了，为了更好的指导我今后的工作，现在进行以下总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一、工作的优点：</w:t>
      </w:r>
      <w:r>
        <w:rPr>
          <w:lang w:eastAsia="zh-CN"/>
        </w:rPr>
        <w:br/>
      </w:r>
      <w:r>
        <w:rPr>
          <w:lang w:eastAsia="zh-CN"/>
        </w:rPr>
        <w:t>　　1.做事有计划有条理</w:t>
      </w:r>
      <w:r>
        <w:rPr>
          <w:lang w:eastAsia="zh-CN"/>
        </w:rPr>
        <w:br/>
      </w:r>
      <w:r>
        <w:rPr>
          <w:lang w:eastAsia="zh-CN"/>
        </w:rPr>
        <w:t>　　每次师姐交代的工作我都会记得。例如：周四收集大事记，我每次都会提前一天告诉宣传部部长让她准备。到我收集的时候，我也会提前一天告诉师姐和同伴们，并确定他们将信息通知到各部门。</w:t>
      </w:r>
      <w:r>
        <w:rPr>
          <w:lang w:eastAsia="zh-CN"/>
        </w:rPr>
        <w:br/>
      </w:r>
      <w:r>
        <w:rPr>
          <w:lang w:eastAsia="zh-CN"/>
        </w:rPr>
        <w:t>　　2.努力改进自己，虚心向学</w:t>
      </w:r>
      <w:r>
        <w:rPr>
          <w:lang w:eastAsia="zh-CN"/>
        </w:rPr>
        <w:br/>
      </w:r>
      <w:r>
        <w:rPr>
          <w:lang w:eastAsia="zh-CN"/>
        </w:rPr>
        <w:t>　　①还记得我第一次做的__部长会议记录，被师姐狠狠的批改了。这件事让我明白到，做会议记录并不仅仅是为了记录会议的内容，还要考虑到没有参加会议的人是否能看懂这份会议记录。我一直都觉得我做会议记录不够倩敏好，是因为我的文书不好，而这件事告诉我一份好的会议记录的先决条件是条理清晰，主题明确，让人看起来舒服易懂，与文书没有必然的关系。后来，我就致力于研究会议记录，改正自己不好的地方，并在下一份会议记录中取得了师姐的表扬。</w:t>
      </w:r>
      <w:r>
        <w:rPr>
          <w:lang w:eastAsia="zh-CN"/>
        </w:rPr>
        <w:br/>
      </w:r>
      <w:r>
        <w:rPr>
          <w:lang w:eastAsia="zh-CN"/>
        </w:rPr>
        <w:t>　　②第一次我做“大学生之家”常规活动负责人时，我忘记了向实践交流部的干事拿评分表，在评分前10分钟我才记得要拿表，给实践交流部的干部干事带来了很多的麻烦，经过这次的失败，我向师兄讨教，第二次我做“大学生之家”常规活动负责人时，我细心的注意每一个细节，完美的完成我的工作。</w:t>
      </w:r>
      <w:r>
        <w:rPr>
          <w:lang w:eastAsia="zh-CN"/>
        </w:rPr>
        <w:br/>
      </w:r>
      <w:r>
        <w:rPr>
          <w:lang w:eastAsia="zh-CN"/>
        </w:rPr>
        <w:t>　　3.工作积极，态度认真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每次面对部门的工作我都会充满热情，有一次我们部门要为学生会内部联谊向体育馆申请物资，在这过程中有很多的困难。艳明师姐一连两天让我跑体育馆，她说辛苦我了，要我一个人跑那么多次，但我觉得师姐让我去干是因为对我有信心，相信我能够解决困难。而不会觉得不公平或埋怨部门。</w:t>
      </w:r>
      <w:r>
        <w:rPr>
          <w:lang w:eastAsia="zh-CN"/>
        </w:rPr>
        <w:br/>
      </w:r>
      <w:r>
        <w:rPr>
          <w:lang w:eastAsia="zh-CN"/>
        </w:rPr>
        <w:t>　　4.养成睡前思考工作的习惯</w:t>
      </w:r>
      <w:r>
        <w:rPr>
          <w:lang w:eastAsia="zh-CN"/>
        </w:rPr>
        <w:br/>
      </w:r>
      <w:r>
        <w:rPr>
          <w:lang w:eastAsia="zh-CN"/>
        </w:rPr>
        <w:t>　　因为部门的工作很多也很复杂。为了将事情做好，只有加强记忆才能记清楚工作得开展和细节。于是，睡前思考是很重要的。</w:t>
      </w:r>
      <w:r>
        <w:rPr>
          <w:lang w:eastAsia="zh-CN"/>
        </w:rPr>
        <w:br/>
      </w:r>
      <w:r>
        <w:rPr>
          <w:lang w:eastAsia="zh-CN"/>
        </w:rPr>
        <w:t>　　5.努力学习，涉猎其他部门的工作</w:t>
      </w:r>
      <w:r>
        <w:rPr>
          <w:lang w:eastAsia="zh-CN"/>
        </w:rPr>
        <w:br/>
      </w:r>
      <w:r>
        <w:rPr>
          <w:lang w:eastAsia="zh-CN"/>
        </w:rPr>
        <w:t>　　在20__年的下半学期，我参加了实践交流部的经理对外服务日与大学生之家常规活动；参加了宣传部的电子膳讯工作；参加了“大学生之家”30周年系列活动的筹委会。在这么多的工作中，不仅培养了我个人的沟通能力和执行能力，而且让我更了解工作。因为了解，所以深爱。让我更坚定了自己留在决心。</w:t>
      </w:r>
      <w:r>
        <w:rPr>
          <w:lang w:eastAsia="zh-CN"/>
        </w:rPr>
        <w:br/>
      </w:r>
      <w:r>
        <w:rPr>
          <w:lang w:eastAsia="zh-CN"/>
        </w:rPr>
        <w:t>　　二、工作存在的不足：</w:t>
      </w:r>
      <w:r>
        <w:rPr>
          <w:lang w:eastAsia="zh-CN"/>
        </w:rPr>
        <w:br/>
      </w:r>
      <w:r>
        <w:rPr>
          <w:lang w:eastAsia="zh-CN"/>
        </w:rPr>
        <w:t>　　1.做事不够细致</w:t>
      </w:r>
      <w:r>
        <w:rPr>
          <w:lang w:eastAsia="zh-CN"/>
        </w:rPr>
        <w:br/>
      </w:r>
      <w:r>
        <w:rPr>
          <w:lang w:eastAsia="zh-CN"/>
        </w:rPr>
        <w:t>　　①每次师姐批改过的文件，我都会去看，但我每次都没有逐点逐点的对照，寻找每一处错误</w:t>
      </w:r>
      <w:r>
        <w:rPr>
          <w:lang w:eastAsia="zh-CN"/>
        </w:rPr>
        <w:br/>
      </w:r>
      <w:r>
        <w:rPr>
          <w:lang w:eastAsia="zh-CN"/>
        </w:rPr>
        <w:t>　　②对于内部发下来的策划书，我每次都只是大概地浏览一下，并没有抱着寻找错误与分析的态度去认真看，因此致使我对策划书的内容没有清楚的明白。</w:t>
      </w:r>
      <w:r>
        <w:rPr>
          <w:lang w:eastAsia="zh-CN"/>
        </w:rPr>
        <w:br/>
      </w:r>
      <w:r>
        <w:rPr>
          <w:lang w:eastAsia="zh-CN"/>
        </w:rPr>
        <w:t>　　2.学习能力不足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经历了主导的学生会大联谊活动，我没有将新旧干部干事交流会与之相比较，寻找新旧干部干事交流会的不足之处，最终导致交流会的人员安排混乱，冷场次数较多，经常出现突发情况。</w:t>
      </w:r>
      <w:r>
        <w:rPr>
          <w:lang w:eastAsia="zh-CN"/>
        </w:rPr>
        <w:br/>
      </w:r>
      <w:r>
        <w:rPr>
          <w:lang w:eastAsia="zh-CN"/>
        </w:rPr>
        <w:t>　　3.领导能力不强</w:t>
      </w:r>
      <w:r>
        <w:rPr>
          <w:lang w:eastAsia="zh-CN"/>
        </w:rPr>
        <w:br/>
      </w:r>
      <w:r>
        <w:rPr>
          <w:lang w:eastAsia="zh-CN"/>
        </w:rPr>
        <w:t>　　20__-20__年上半学年，我自荐成为新旧干部干事交流会的主要负责人，让我明白到自己的领导能力不强。由于这个原因，导致中期的时候，人和事的安排混乱，工作岗位和活动细节不明确。</w:t>
      </w:r>
      <w:r>
        <w:rPr>
          <w:lang w:eastAsia="zh-CN"/>
        </w:rPr>
        <w:br/>
      </w:r>
      <w:r>
        <w:rPr>
          <w:lang w:eastAsia="zh-CN"/>
        </w:rPr>
        <w:t>　　三、工作展望</w:t>
      </w:r>
      <w:r>
        <w:rPr>
          <w:lang w:eastAsia="zh-CN"/>
        </w:rPr>
        <w:br/>
      </w:r>
      <w:r>
        <w:rPr>
          <w:lang w:eastAsia="zh-CN"/>
        </w:rPr>
        <w:t>　　1.提高领导能力</w:t>
      </w:r>
      <w:r>
        <w:rPr>
          <w:lang w:eastAsia="zh-CN"/>
        </w:rPr>
        <w:br/>
      </w:r>
      <w:r>
        <w:rPr>
          <w:lang w:eastAsia="zh-CN"/>
        </w:rPr>
        <w:t>　　在学生会的干部的带领下，我要通过“大学生之家”30周年系列活动的筹委会来提升自己的领导能力。加入筹委会不仅让我更清楚干部们的工作，而且让我学习到如何领导同伴们更好的协调和开展工作。</w:t>
      </w:r>
      <w:r>
        <w:rPr>
          <w:lang w:eastAsia="zh-CN"/>
        </w:rPr>
        <w:br/>
      </w:r>
      <w:r>
        <w:rPr>
          <w:lang w:eastAsia="zh-CN"/>
        </w:rPr>
        <w:t>　　2.增强责任心</w:t>
      </w:r>
      <w:r>
        <w:rPr>
          <w:lang w:eastAsia="zh-CN"/>
        </w:rPr>
        <w:br/>
      </w:r>
      <w:r>
        <w:rPr>
          <w:lang w:eastAsia="zh-CN"/>
        </w:rPr>
        <w:t>　　虽然我只是一名小干事，但是我一定要对自己的工作负责。我必须改正自己看文件不细心的缺点。铭记住自己由于没仔细了解策划书的内容，而在被学生分会的干部询问策划书细节时无法回答的过错。</w:t>
      </w:r>
      <w:r>
        <w:rPr>
          <w:lang w:eastAsia="zh-CN"/>
        </w:rPr>
        <w:br/>
      </w:r>
      <w:r>
        <w:rPr>
          <w:lang w:eastAsia="zh-CN"/>
        </w:rPr>
        <w:t>　　3.保持好的执行能力，培养自己的行政能力</w:t>
      </w:r>
      <w:r>
        <w:rPr>
          <w:lang w:eastAsia="zh-CN"/>
        </w:rPr>
        <w:br/>
      </w:r>
      <w:r>
        <w:rPr>
          <w:lang w:eastAsia="zh-CN"/>
        </w:rPr>
        <w:t>　　每个人都认为我做事很积极，但却觉得我只是听从被人的意愿，没有表达自己的思想。于是，我深刻的理解到我是一个会用心听取别人意见的人，可是这一特征让别人认为我是一个没主见的人。因此，我今后会做到在听取别人意见的同时，及时的表达自己的思想，并坚信自己的意见是有意义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4.加强创新思维，更好的建设</w:t>
      </w:r>
      <w:r>
        <w:rPr>
          <w:lang w:eastAsia="zh-CN"/>
        </w:rPr>
        <w:br/>
      </w:r>
      <w:r>
        <w:rPr>
          <w:lang w:eastAsia="zh-CN"/>
        </w:rPr>
        <w:t>　　现在，我一直在构思着一个活动，希望通过这个活动提供一个更舒适的就餐环境给同学们。从而提高我们的知名度和吸引力。</w:t>
      </w:r>
      <w:r>
        <w:rPr>
          <w:lang w:eastAsia="zh-CN"/>
        </w:rPr>
        <w:br/>
      </w:r>
      <w:r>
        <w:rPr>
          <w:lang w:eastAsia="zh-CN"/>
        </w:rPr>
        <w:t xml:space="preserve">    学生会干事工作总结1500字 篇4 </w:t>
      </w:r>
      <w:r>
        <w:rPr>
          <w:lang w:eastAsia="zh-CN"/>
        </w:rPr>
        <w:br/>
      </w:r>
      <w:r>
        <w:rPr>
          <w:lang w:eastAsia="zh-CN"/>
        </w:rPr>
        <w:t>　　非常荣幸地在--—--学年的上半学期当选为学生会纪检部副部长，在此非常感谢部长和领导对我的信任及厚爱。站在期末，透视即将过去的一学期，工作的点点滴滴就时时在眼前隐现，回眸望去过去一个多月的一幕慕，也在不知不觉中充实眼睑。这一个多月来，在系及学生会各干部的领导下，当然还有同学们的支持下，我部坚持以为同学服务为基本原则，为加强同学与系、同学与学生会的联系和了解为目标，为系、校的各种活动能很好的进展，而努力工作!</w:t>
      </w:r>
      <w:r>
        <w:rPr>
          <w:lang w:eastAsia="zh-CN"/>
        </w:rPr>
        <w:br/>
      </w:r>
      <w:r>
        <w:rPr>
          <w:lang w:eastAsia="zh-CN"/>
        </w:rPr>
        <w:t>　　一、在没有进入学生会前，我通过收集关于学生会的资料，为的就是多了解学生会，为的就是怎样才能顺利的进学生会，为的就是学生会对自己多么的重要，为的就是能在自己能进学生会后很好的去工作，一切为了学校服务，为同学服务。</w:t>
      </w:r>
      <w:r>
        <w:rPr>
          <w:lang w:eastAsia="zh-CN"/>
        </w:rPr>
        <w:br/>
      </w:r>
      <w:r>
        <w:rPr>
          <w:lang w:eastAsia="zh-CN"/>
        </w:rPr>
        <w:t>　　二、进入学生会后，通过了之前的资料收集了解纪检部的各项工作，我认</w:t>
      </w:r>
      <w:r>
        <w:rPr>
          <w:lang w:eastAsia="zh-CN"/>
        </w:rPr>
        <w:br/>
      </w:r>
      <w:r>
        <w:rPr>
          <w:lang w:eastAsia="zh-CN"/>
        </w:rPr>
        <w:t>　　真对待每一项工作，并认真完成老师及部长交给的任务。</w:t>
      </w:r>
      <w:r>
        <w:rPr>
          <w:lang w:eastAsia="zh-CN"/>
        </w:rPr>
        <w:br/>
      </w:r>
      <w:r>
        <w:rPr>
          <w:lang w:eastAsia="zh-CN"/>
        </w:rPr>
        <w:t>　　三、团总支学生会，就是在这一年里有了这样的改变，选取、一些工作等跟上届有很大的差别，可以说都是崭新的，作为首批这样改变后中的一员，我觉得自己是多么的荣幸。</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四、每周定期召开部门例会。本人我就是专做记录的，每一次会议，就是每一次的收获。在会议中，部门的各成员积极谈论近期的工作情况及在工作中遇到的一些问题，大家共同探讨解决。这就证明我们是一个团结向上的团队。当然例会的重点在于发现问题和解决问题。可以说我部的每一次例会都起到了它实实在在的效用，相信纪检能使纪检条例越来越完善，工作上做得越来越到位。</w:t>
      </w:r>
      <w:r>
        <w:rPr>
          <w:lang w:eastAsia="zh-CN"/>
        </w:rPr>
        <w:br/>
      </w:r>
      <w:r>
        <w:rPr>
          <w:lang w:eastAsia="zh-CN"/>
        </w:rPr>
        <w:t>　　五、工作分组。在每次系或院搞活动期，根据工作需要，我部都把成员分成小组，并落实每小组的工作方块。基本每次都能做到了细心安排，安排彻底。</w:t>
      </w:r>
      <w:r>
        <w:rPr>
          <w:lang w:eastAsia="zh-CN"/>
        </w:rPr>
        <w:br/>
      </w:r>
      <w:r>
        <w:rPr>
          <w:lang w:eastAsia="zh-CN"/>
        </w:rPr>
        <w:t>　　六、维持系举办各项活动的会场秩序。如：远动动员大会、系远动会、院远动会、远动员表彰大会等都有我们纪检部成员维持秩序的身影。在维持秩序中不免遇到些唱反调的同学，可是我们都很有耐心的去说服他们。</w:t>
      </w:r>
      <w:r>
        <w:rPr>
          <w:lang w:eastAsia="zh-CN"/>
        </w:rPr>
        <w:br/>
      </w:r>
      <w:r>
        <w:rPr>
          <w:lang w:eastAsia="zh-CN"/>
        </w:rPr>
        <w:t>　　七、协助学生会其他部门的工作。我部以团结学生会为宗旨，积极配合学生会其他各部门的工作。如：在系远动会期间，除了完成自己部门的任务外，我们还帮助了其他部门工作，表彰大会协助组织部，这些工作都有效地结合在了一起。</w:t>
      </w:r>
      <w:r>
        <w:rPr>
          <w:lang w:eastAsia="zh-CN"/>
        </w:rPr>
        <w:br/>
      </w:r>
      <w:r>
        <w:rPr>
          <w:lang w:eastAsia="zh-CN"/>
        </w:rPr>
        <w:t>　　八、主要表现。在生活，学习，工作中起到一定的带头作用，生活上我乐于帮助他人;学习上我积极进取，从未出现过迟到、旷课、早退等现象;工作中我起到了带头作用，还在系、院运动会总结出我部成员的不足之处：</w:t>
      </w:r>
      <w:r>
        <w:rPr>
          <w:lang w:eastAsia="zh-CN"/>
        </w:rPr>
        <w:br/>
      </w:r>
      <w:r>
        <w:rPr>
          <w:lang w:eastAsia="zh-CN"/>
        </w:rPr>
        <w:t>　　由于我们纪检部大多数都是新手，缺乏经验，在运动会前后，我们的工作都出现了不少问题。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1、当啦啦队来的多时不知如何安排，在以后的工作中，要让他们有更多的机会，去锻炼，去提高;</w:t>
      </w:r>
      <w:r>
        <w:rPr>
          <w:lang w:eastAsia="zh-CN"/>
        </w:rPr>
        <w:br/>
      </w:r>
      <w:r>
        <w:rPr>
          <w:lang w:eastAsia="zh-CN"/>
        </w:rPr>
        <w:t>　　2、处理问题有待提高，当啦啦队想要离开时不知如何去合理的解释和阻止;</w:t>
      </w:r>
      <w:r>
        <w:rPr>
          <w:lang w:eastAsia="zh-CN"/>
        </w:rPr>
        <w:br/>
      </w:r>
      <w:r>
        <w:rPr>
          <w:lang w:eastAsia="zh-CN"/>
        </w:rPr>
        <w:t>　　3、啦啦队所在场地没有过多的在意，没有保持清洁卫生;</w:t>
      </w:r>
      <w:r>
        <w:rPr>
          <w:lang w:eastAsia="zh-CN"/>
        </w:rPr>
        <w:br/>
      </w:r>
      <w:r>
        <w:rPr>
          <w:lang w:eastAsia="zh-CN"/>
        </w:rPr>
        <w:t>　　4、当谭老师来时，出现助威人数不多，有冷场的现象;</w:t>
      </w:r>
      <w:r>
        <w:rPr>
          <w:lang w:eastAsia="zh-CN"/>
        </w:rPr>
        <w:br/>
      </w:r>
      <w:r>
        <w:rPr>
          <w:lang w:eastAsia="zh-CN"/>
        </w:rPr>
        <w:t>　　5、工作中还没真正去做好自己的职责;</w:t>
      </w:r>
      <w:r>
        <w:rPr>
          <w:lang w:eastAsia="zh-CN"/>
        </w:rPr>
        <w:br/>
      </w:r>
      <w:r>
        <w:rPr>
          <w:lang w:eastAsia="zh-CN"/>
        </w:rPr>
        <w:t>　　6、应变能力缺乏，没有挂牌。</w:t>
      </w:r>
      <w:r>
        <w:rPr>
          <w:lang w:eastAsia="zh-CN"/>
        </w:rPr>
        <w:br/>
      </w:r>
      <w:r>
        <w:rPr>
          <w:lang w:eastAsia="zh-CN"/>
        </w:rPr>
        <w:t xml:space="preserve">    学生会干事工作总结1500字 篇5 </w:t>
      </w:r>
      <w:r>
        <w:rPr>
          <w:lang w:eastAsia="zh-CN"/>
        </w:rPr>
        <w:br/>
      </w:r>
      <w:r>
        <w:rPr>
          <w:lang w:eastAsia="zh-CN"/>
        </w:rPr>
        <w:t>　　在20__-20__年，很荣幸加入学生会，我自己认为在一年以来不断学习，建立友好的人际关系，以加强自身的学习能力，执行能力，沟通能力。但在这一年中发生的事情太多了，也存在很多遗憾，为了更好的指导我今后的工作，现在进行以下总结。</w:t>
      </w:r>
      <w:r>
        <w:rPr>
          <w:lang w:eastAsia="zh-CN"/>
        </w:rPr>
        <w:br/>
      </w:r>
      <w:r>
        <w:rPr>
          <w:lang w:eastAsia="zh-CN"/>
        </w:rPr>
        <w:t>　　以下是我这学年在素拓部工作的总结，这学期参加的部门活动、为部门作出贡献太少了，我感觉确实很遗憾，感觉对不起这个给我温馨的大家庭。</w:t>
      </w:r>
      <w:r>
        <w:rPr>
          <w:lang w:eastAsia="zh-CN"/>
        </w:rPr>
        <w:br/>
      </w:r>
      <w:r>
        <w:rPr>
          <w:lang w:eastAsia="zh-CN"/>
        </w:rPr>
        <w:t>　　一、工作的优点：</w:t>
      </w:r>
      <w:r>
        <w:rPr>
          <w:lang w:eastAsia="zh-CN"/>
        </w:rPr>
        <w:br/>
      </w:r>
      <w:r>
        <w:rPr>
          <w:lang w:eastAsia="zh-CN"/>
        </w:rPr>
        <w:t>　　1. 做事有计划有条理</w:t>
      </w:r>
      <w:r>
        <w:rPr>
          <w:lang w:eastAsia="zh-CN"/>
        </w:rPr>
        <w:br/>
      </w:r>
      <w:r>
        <w:rPr>
          <w:lang w:eastAsia="zh-CN"/>
        </w:rPr>
        <w:t>　　记得上学期第二次进行部门会议时，由于刚刚回家回来直接到二教开会，忘记带了笔纸，好记性确实不如烂笔头，那次会议给我深刻印象，后来忘了很多重要的事。这事给了我深刻教训，使后来每次不管参加什么集体事都会带上笔纸。</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2. 努力改进自己，虚心向学</w:t>
      </w:r>
      <w:r>
        <w:rPr>
          <w:lang w:eastAsia="zh-CN"/>
        </w:rPr>
        <w:br/>
      </w:r>
      <w:r>
        <w:rPr>
          <w:lang w:eastAsia="zh-CN"/>
        </w:rPr>
        <w:t>　　还记得我第一次做的湿地公园素质拓展活动的策划，很努力，这个策划现在看起来很可笑。后来是没有被用上，但是使我开始懂得策划活动，并且让我对人生有了个蓝图。这件事让我明白到，做事不光是看自己努不努力，还要看努力后的结果是否有一点成功。最终能从失败中悟出点道理也是不错的。</w:t>
      </w:r>
      <w:r>
        <w:rPr>
          <w:lang w:eastAsia="zh-CN"/>
        </w:rPr>
        <w:br/>
      </w:r>
      <w:r>
        <w:rPr>
          <w:lang w:eastAsia="zh-CN"/>
        </w:rPr>
        <w:t>　　3. 工作积极，态度认真</w:t>
      </w:r>
      <w:r>
        <w:rPr>
          <w:lang w:eastAsia="zh-CN"/>
        </w:rPr>
        <w:br/>
      </w:r>
      <w:r>
        <w:rPr>
          <w:lang w:eastAsia="zh-CN"/>
        </w:rPr>
        <w:t>　　每次面对部门的工作我都会充满热情，有一次我们部门要为活动拉赞助，在此过程中受到不少的困难，那一天确实很懊恼，而不会觉得不公平或埋怨部门。</w:t>
      </w:r>
      <w:r>
        <w:rPr>
          <w:lang w:eastAsia="zh-CN"/>
        </w:rPr>
        <w:br/>
      </w:r>
      <w:r>
        <w:rPr>
          <w:lang w:eastAsia="zh-CN"/>
        </w:rPr>
        <w:t>　　二、工作存在的不足：</w:t>
      </w:r>
      <w:r>
        <w:rPr>
          <w:lang w:eastAsia="zh-CN"/>
        </w:rPr>
        <w:br/>
      </w:r>
      <w:r>
        <w:rPr>
          <w:lang w:eastAsia="zh-CN"/>
        </w:rPr>
        <w:t>　　1. 做事不够细致</w:t>
      </w:r>
      <w:r>
        <w:rPr>
          <w:lang w:eastAsia="zh-CN"/>
        </w:rPr>
        <w:br/>
      </w:r>
      <w:r>
        <w:rPr>
          <w:lang w:eastAsia="zh-CN"/>
        </w:rPr>
        <w:t>　　①在一些活动时写策划如校园电影放映活动方案，每次师姐提出我的不足，我都会去看，但我每次都没有逐点逐点的对照，寻找每一处错误。很遗憾这学期自己的事太多没能参加这些更能锻炼自己的活动。</w:t>
      </w:r>
      <w:r>
        <w:rPr>
          <w:lang w:eastAsia="zh-CN"/>
        </w:rPr>
        <w:br/>
      </w:r>
      <w:r>
        <w:rPr>
          <w:lang w:eastAsia="zh-CN"/>
        </w:rPr>
        <w:t>　　②对于内部发下来的策划书，我每次都只是大概地浏览一下，并没有抱着寻找错误与分析的态度去认真看，因此致使我对策划书的内容没有清楚的明白。</w:t>
      </w:r>
      <w:r>
        <w:rPr>
          <w:lang w:eastAsia="zh-CN"/>
        </w:rPr>
        <w:br/>
      </w:r>
      <w:r>
        <w:rPr>
          <w:lang w:eastAsia="zh-CN"/>
        </w:rPr>
        <w:t>　　2.学习能力不足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经历了我们部门主导的湿地公园贵大学生会内部联谊素拓活动，我没有将大家的积极性调动起来付出我的那一份力，最终导致交流会的人员安排混乱，冷场次数较多，经常出现突发情况。</w:t>
      </w:r>
      <w:r>
        <w:rPr>
          <w:lang w:eastAsia="zh-CN"/>
        </w:rPr>
        <w:br/>
      </w:r>
      <w:r>
        <w:rPr>
          <w:lang w:eastAsia="zh-CN"/>
        </w:rPr>
        <w:t>　　三、工作展望</w:t>
      </w:r>
      <w:r>
        <w:rPr>
          <w:lang w:eastAsia="zh-CN"/>
        </w:rPr>
        <w:br/>
      </w:r>
      <w:r>
        <w:rPr>
          <w:lang w:eastAsia="zh-CN"/>
        </w:rPr>
        <w:t>　　1.提高领导能力</w:t>
      </w:r>
      <w:r>
        <w:rPr>
          <w:lang w:eastAsia="zh-CN"/>
        </w:rPr>
        <w:br/>
      </w:r>
      <w:r>
        <w:rPr>
          <w:lang w:eastAsia="zh-CN"/>
        </w:rPr>
        <w:t>　　在学生会程熙学姐的带领下，我要通过“贵州大学百一十年”系列活动的筹委会来提升自己的领导能力。加入筹委会不仅让我更清楚干部们的工作，而且让我学习到如何领导同伴们更好的协调和开展工作。</w:t>
      </w:r>
      <w:r>
        <w:rPr>
          <w:lang w:eastAsia="zh-CN"/>
        </w:rPr>
        <w:br/>
      </w:r>
      <w:r>
        <w:rPr>
          <w:lang w:eastAsia="zh-CN"/>
        </w:rPr>
        <w:t>　　2. 增强责任心</w:t>
      </w:r>
      <w:r>
        <w:rPr>
          <w:lang w:eastAsia="zh-CN"/>
        </w:rPr>
        <w:br/>
      </w:r>
      <w:r>
        <w:rPr>
          <w:lang w:eastAsia="zh-CN"/>
        </w:rPr>
        <w:t>　　虽然我只是素拓部的一名小干事，但是我一定要对自己的工作负责。我必须改正自己看文件不细心的缺点。铭记住自己由于没第二次例会不太记事本的过错。这个细节将会影响我的以后生活。</w:t>
      </w:r>
      <w:r>
        <w:rPr>
          <w:lang w:eastAsia="zh-CN"/>
        </w:rPr>
        <w:br/>
      </w:r>
      <w:r>
        <w:rPr>
          <w:lang w:eastAsia="zh-CN"/>
        </w:rPr>
        <w:t>　　3. 保持好的执行能力，培养自己的行政能力</w:t>
      </w:r>
      <w:r>
        <w:rPr>
          <w:lang w:eastAsia="zh-CN"/>
        </w:rPr>
        <w:br/>
      </w:r>
      <w:r>
        <w:rPr>
          <w:lang w:eastAsia="zh-CN"/>
        </w:rPr>
        <w:t>　　身边的每个人都认为我做事很积极，但却觉得我只是听从被人的意愿，没有表达自己的思想。于是，我深刻的理解到我是一个会用心听取别人意见的人，可是这一特征让别人认为我是一个没主见的人。因此，我今后会做到在听取别人意见的同时，及时的表达自己的思想，并坚信自己的意见是有意义的。实现理想是自己所争取。</w:t>
      </w:r>
      <w:r>
        <w:rPr>
          <w:lang w:eastAsia="zh-CN"/>
        </w:rPr>
        <w:br/>
      </w:r>
      <w:r>
        <w:rPr>
          <w:lang w:eastAsia="zh-CN"/>
        </w:rPr>
        <w:t xml:space="preserve">    学生会干事工作总结1500字 篇6 </w:t>
      </w:r>
      <w:r>
        <w:rPr>
          <w:lang w:eastAsia="zh-CN"/>
        </w:rPr>
        <w:br/>
      </w:r>
      <w:r>
        <w:rPr>
          <w:lang w:eastAsia="zh-CN"/>
        </w:rPr>
        <w:t>　　经过两年的学生会工作，我对文体部已经有了深深的感情，在此我想说说自己对部门管理和建设的看法。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文体部是一个很特别的部门。第一其所负责的内容多样化，文艺和体育方面的活动都包含其中;第二其所负责的内容又很专业化，无论是文艺或是体育方面的活动内容，都需要创新性，都要有区别于其他学院的特色。这需要一定的专业知识和素养，如乐理知识，体育竞技技能等等;第三期所负责的活动工作量大，细节多，持续时间长。无论是学校运动会，十六学院篮球赛，迎新晚会，前后都要进行至少一个月的筹备和运作。</w:t>
      </w:r>
      <w:r>
        <w:rPr>
          <w:lang w:eastAsia="zh-CN"/>
        </w:rPr>
        <w:br/>
      </w:r>
      <w:r>
        <w:rPr>
          <w:lang w:eastAsia="zh-CN"/>
        </w:rPr>
        <w:t>　　这些部门的特点决定了作为部门的管理者要有清晰的工作思路;突出的协调人际关系的能力以协调部门间和部门内部的矛盾，能长期使干事们受到激励，高效地完成工作;要有持之以恒，不怕吃苦的心态。</w:t>
      </w:r>
      <w:r>
        <w:rPr>
          <w:lang w:eastAsia="zh-CN"/>
        </w:rPr>
        <w:br/>
      </w:r>
      <w:r>
        <w:rPr>
          <w:lang w:eastAsia="zh-CN"/>
        </w:rPr>
        <w:t>　　这些说起来容易，但做起来是十分困难的。在活动的准备之初，谁能预料到将要发生的突发状况?谁能确保一两个月之内部门里的每个人无论是部长和副部长之间还是部长们和干事之间没有丝毫的矛盾，对活动的所有看法都是统一的?那样的话，看法即便是统一的，基本上也是不成熟的或是没有经过深思熟虑的看法。而且，由于文艺活动和体育活动的区分，每个人都是“术业有专攻”的，怎样提高无论是干事还是部长无论其“术业”专攻于哪个方向都能投入到每一个活动中，是信息通畅，提高工作效率是亟待解决的问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我认为，首先就是要明确部长和副部长的权责。部长和副部长在工作上权力和职责方面一定是要有区别的，这并不会影响到其间私下的个人交往。部长应负责所有活动的主办或承办，组织，协调，执行工作。即无论部长本身是在文艺或是体育方面有突出的才能，都应对所有的活都有一个整体的把握，而不是因对文艺或体育的素养不够突出，而将活动全权交给副部长处理，这样不仅会造成管理上的混乱，还会由于“双头领导”造成具体完成活动室的迷茫，导致工作效力低下。但，部长要在总体把握的同时，掌握适度原则，不然，部长本身承受了巨大工作压力，还影响了部门内部的团结。各个副部长，应负责活动的具体策划执行，人员分配管理等工作。副部长应有强烈的责任心，完成好活动的具体执行工作。而且，不能只专注于一方面的工作，要对整个部门负责，参与到每个活动中，无论在活动中担任什么样的角色。</w:t>
      </w:r>
      <w:r>
        <w:rPr>
          <w:lang w:eastAsia="zh-CN"/>
        </w:rPr>
        <w:br/>
      </w:r>
      <w:r>
        <w:rPr>
          <w:lang w:eastAsia="zh-CN"/>
        </w:rPr>
        <w:t>　　第二，建立干事与干事之间，干事与部长之间，部长于部长之间信息沟通的良好渠道。部门内部的矛盾往往就产生于沟通的阻碍——误解，以讹传讹等等，久而久之，部门内耗越来越严重，这不利于部门整体形象地树立，也是部门高效完成工作的绊脚石。这种沟通渠道的建立，是不能靠明文规定来实现的，这需要部长们起到带头作用，在潜移默化中影响干事，引领干事正确对待工作和学习，提醒他们不能既因学生会的工作而耽误了学习，也不能以学习为借口逃避工作。平等对待每一个干事，让他们充分发挥自己的才能。</w:t>
      </w:r>
      <w:r>
        <w:rPr>
          <w:lang w:eastAsia="zh-CN"/>
        </w:rPr>
        <w:br/>
      </w:r>
      <w:r>
        <w:rPr>
          <w:lang w:eastAsia="zh-CN"/>
        </w:rPr>
        <w:t>　　第三，不能将文体部拆分成为文艺和体育两个部门，现在的活动越来越趋于综合化，将文体部一拆为二的话无异于又走回了老路，既不利于综合型人才的培养有大大增加了管理干事的精力和成本，得不偿失。</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最后，还是要谢谢学生会所给予我的一切，无论是快乐，痛苦，成长，挫折，都让我收获良多。谢谢老大对我无论是生活还是生活各方面的帮助和培养，让我更有一颗平常心去应对一切。谢谢“战友”和干事们，让我体会了责任与友情的重量。</w:t>
      </w:r>
      <w:r>
        <w:rPr>
          <w:lang w:eastAsia="zh-CN"/>
        </w:rPr>
        <w:br/>
      </w:r>
      <w:r>
        <w:rPr>
          <w:lang w:eastAsia="zh-CN"/>
        </w:rPr>
        <w:t xml:space="preserve">    学生会干事工作总结1500字 篇7 </w:t>
      </w:r>
      <w:r>
        <w:rPr>
          <w:lang w:eastAsia="zh-CN"/>
        </w:rPr>
        <w:br/>
      </w:r>
      <w:r>
        <w:rPr>
          <w:lang w:eastAsia="zh-CN"/>
        </w:rPr>
        <w:t>　　通过半年的在学生会的实际接触，我想提些建议，这些建议只是我个人的看法，不一定完全正确，我希望我的建议能对学生会以后更好的建设有一点点帮助。直言不讳的说几点。</w:t>
      </w:r>
      <w:r>
        <w:rPr>
          <w:lang w:eastAsia="zh-CN"/>
        </w:rPr>
        <w:br/>
      </w:r>
      <w:r>
        <w:rPr>
          <w:lang w:eastAsia="zh-CN"/>
        </w:rPr>
        <w:t>　　（一）学生会需要减员，开会存在很大弊端。每次学生会开会我都会觉得特别的痛苦，说实话我有时候是故意请假不去的，真的是受不了。想想，一百多号人每周一都要拥挤的坐在一起开会，而且每次开会都在一个小时以上，而且根本没有那个必要，根本没有什么事情非要说这么久。一个话题反复重复，一件事情研究半天没有成果。都是学生会主席一个人的报告会，亏得他本身说话有点风趣，要不估计我会吐血。我曾经做过简单的调查（呵呵，这可能因为是学生记者爱顾弄玄虚吧）有70%的人开会时一直在发短信玩游戏，有15%的人在看课外书，只有15%的人和我一样，因为是部长或者不小心坐在了前排，不得以痛苦的忍受着，可是往往什么都没听进去。不是说人越多就越好办事情的，比如说我们开班会抬桌子，派两个人抬要两个小时，派10个人只要半小时，可是派50个人抬就要半天了，派100个人根本就干不了活了，屋子都进不去。可见抬桌子只要10个人就很漂亮的解决了。学生会其实就是100人在干50个人甚至更少人的活，效率反而特别低。</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二）学生会制度不健全，有些没有必要的东西流传着。当然没有规矩不成方圆，部员要听从部长的安排，部长要听主席的。我说的不是这些，而是学生会营造的一种可怕的氛围。由于我是刚刚接触，经历了一个认识学生会的过程。我本身是个很随和的人，在信息部本部人在一起的时候很轻松，觉得大家在一起玩笑着很轻松的就完成了任务。我手下们都叫我‘头’，我叫他们丫头、小伙，他们跟我开玩笑都无所谓。可是第一天学生会开会我就吓了一跳，一个我以前了解算多的人，加入学生会一年当了‘官’后，整个人变了，平时说话都官腔，做什么事情都做作。结果我发现每个人都是官腔，我随意的按常理做事情却得罪了人。在学生会做任何事情的都要分等级的，小心的处理那些没必要的琐事，不然说不定你就怎么又错了。结果是没有人会真正说自己想说的话，开会提意见的时候也没有人会敢说出来。包括我现在，其实这些话早想说，这些意见早想提，可是没有这样的机会和氛围，做为部长都这样，何况是委员，何况是干事呢？再说直白点，这样的结果是在学生会干好的不一定真正有能力，在学生会埋没的有头脑的人一定不在少数。</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三）学生会是个染缸，这样说或许过分点。我不想得罪谁，只是举一个例子来说明问题，信息部只进行了一次放电影的工作，原因是这一次没做好，得到了批评，其实包括我和我手下在内一直有些事情没办法说明白。没说明的原因在第二点意见里已经解释了。当时放电影的时候，有很多学生会人高马大的‘头头’来主动帮着把门帮助我们工作，本来做为部长，我该感激才是，可是我受批评竟然也是因为他们，我手下说有三四个人说因为把门的学生会的某某欠他们钱，所以让他们来免费看电影。还有为数不少人不知道怎么混进门来的。当然我要坦白我曾让寝室的来免费看，可是她们临时有事情就没来，但我动机和他们一样。可能有人要说这样的事情没办法避免嘛，毕竟时代社会都不同了嘛。可是我同时做为记者站站长在大通社接触的工作中根本就不存在这样的问题，所以我特别喜欢大通社的氛围，并且会很卖力的工作。那边我唯一会注重的只是我的工作成绩是不是优秀。</w:t>
      </w:r>
      <w:r>
        <w:rPr>
          <w:lang w:eastAsia="zh-CN"/>
        </w:rPr>
        <w:br/>
      </w:r>
      <w:r>
        <w:rPr>
          <w:lang w:eastAsia="zh-CN"/>
        </w:rPr>
        <w:t>　　还想强调下，以上的意见只是我个人的看法和感想。个别地方如果有什么言语过分的，也是直言不讳。我是个坦诚的人，不想留在心里些什么本来想说出来的话。因为我确实通过在学生会的工作，受益匪浅，所以才更关心学生会包括信息部以后的发展和建设。真的有点舍不得，我曾几次故意经过我们原来信息部一起工作过的地方看看，偶尔碰见以前曾在一起玩闹的丫头小伙们要很兴奋地侃会。想想时间过的真快，希望他们会把我留在心里，而对于我来说，有一些人和记忆无论相隔多久依然会是鲜活的。</w:t>
      </w:r>
      <w:r>
        <w:rPr>
          <w:lang w:eastAsia="zh-CN"/>
        </w:rPr>
        <w:br/>
      </w:r>
      <w:r>
        <w:rPr>
          <w:lang w:eastAsia="zh-CN"/>
        </w:rPr>
        <w:t>　　希望那些已经流逝的美丽日子，希望那些曾经在一起奋战过的朋友们，一切都好！</w:t>
      </w:r>
      <w:r>
        <w:rPr>
          <w:lang w:eastAsia="zh-CN"/>
        </w:rPr>
        <w:br/>
      </w:r>
      <w:r>
        <w:rPr>
          <w:lang w:eastAsia="zh-CN"/>
        </w:rPr>
        <w:t xml:space="preserve">    学生会干事工作总结1500字 篇8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本学期的工作即将结束，自接手工作到当初给人的第一觉得是忙，第二就是快!每年的这个学期(上半年)都是学校发展活动最多，最活跃的时期;所以也是学生会工作最忙最累的时间。秘书处的工作较为琐屑，并不像文体部、宣传部等其它部分那样组织大型的运动，然而在这些琐屑的工作中我们也收获了不少，成长了很多。诚然工作中免不了有挫折毛病.我们秘书处的成长可能从日常发展的工作中来总结:</w:t>
      </w:r>
      <w:r>
        <w:rPr>
          <w:lang w:eastAsia="zh-CN"/>
        </w:rPr>
        <w:br/>
      </w:r>
      <w:r>
        <w:rPr>
          <w:lang w:eastAsia="zh-CN"/>
        </w:rPr>
        <w:t>　　在通例工作方面，首先咱们可能圆满实现学校团委，学生会支配的工作任务，每项工作都基本达标!这个学期我们部门做的重要工作有:1、传达主席团对各个部门的工作安排及请求2、根据主席团的恳求安排会议的时间、地点并告诉各个部门参加各项会议以及会议的时间、地点、重要资料等3、加入了第19届校运会的纪律坚持工作4、整理第19届校运会的文件并存档5、面向高一级全体干事和高二级部分干部召开会议，安排新一学期的升旗仪式检查工作6、与学习部合作，辅助纪检部做好改革《高效会议制度》的前期准备工作(征询高二干部跟高一干事的倡导)7、与学习部配合，咨询高二干部招收新一批干事的人数以及标准，初步得出招收新一批干事的人数。在这些工作中我们依据不同的问题采取了不同的对策，并取得了必须的成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在本学期的工作中，咱们部门还有不少不完美的处所。因为这是我们两个干事参加这个群体的第一学期，所以在很多的事上还停留在被动理解的阶段，用一种固有的思维，不提出自己的主张，不踊跃主动的去思考每件事有没有更好的途径去更好的实现，这都是之后的工作中需要始终完善的地方。此外，秘书处是联系主席团跟各个部门的桥梁与纽带，除了日常的工作告知外，加强各个局部之间的见解交流并及时地反馈给主席团很主要，也是日后要完善的地方。</w:t>
      </w:r>
      <w:r>
        <w:rPr>
          <w:lang w:eastAsia="zh-CN"/>
        </w:rPr>
        <w:br/>
      </w:r>
      <w:r>
        <w:rPr>
          <w:lang w:eastAsia="zh-CN"/>
        </w:rPr>
        <w:t>　　在个人思维方面，个人对“团委学生会竭诚为你服务”这句话有了更深的理解，学会了公平部署学生会的活动与自己的学习时光，在学习上我也感到了一种前所未有的压力，也是正因为这样，促进了我的学习意识，变被动学习为自动学习。学会了冷静的思考问题，能正确的意识自己的不足，弥补错误，同时也在参与各项工作中增强了本人的团队配合才干。</w:t>
      </w:r>
      <w:r>
        <w:rPr>
          <w:lang w:eastAsia="zh-CN"/>
        </w:rPr>
        <w:br/>
      </w:r>
      <w:r>
        <w:rPr>
          <w:lang w:eastAsia="zh-CN"/>
        </w:rPr>
        <w:t>　　总之，学生会工作无小事，事事都不能懈怠。我们干事更要一向地提高自身的素质才能把我们的工作做得更好，才华更好地服务同学。在从前的学期里，我们爱岗敬业做了一些工作，但由于自己的水平和教训不足，还存在着必定的问题。在新的一年里，我们还要连续尽力，争篡夺得更大的成绩，使全部学生会有机的团结在一齐，为共建完美明天将来而努力奋斗。</w:t>
      </w:r>
      <w:r>
        <w:rPr>
          <w:lang w:eastAsia="zh-CN"/>
        </w:rPr>
        <w:br/>
      </w:r>
      <w:r>
        <w:rPr>
          <w:lang w:eastAsia="zh-CN"/>
        </w:rPr>
        <w:t>　　学生会干事工作总结篇三</w:t>
      </w:r>
      <w:r>
        <w:rPr>
          <w:lang w:eastAsia="zh-CN"/>
        </w:rPr>
        <w:br/>
      </w:r>
      <w:r>
        <w:rPr>
          <w:lang w:eastAsia="zh-CN"/>
        </w:rPr>
        <w:t>　　在学生会工作一个学期的时间，准确的说一学期不到，在这段时间内和非学生会成员相比我所失去的自由时间相对的要多一点，但是学会的相对要多一些。比如说接触的人和事相对就要多一点了，接触的人和事多了，既锻炼处理事情的潜力也能更多的交友，光这些就很值得我在学生会继续工作下去了，当然我所得到的当然不止这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在学生会工作的这段时间，有不少人问过我是否值得再继续干下去，用他们的观点就是与其在学生会这样吃力不讨好的干下去，还不如自己在大学多留点时间玩玩。有这样的想法很正常，学生会的事情并不是说只有特定的人能干的好，就看个人的看法，只要你有想法，你能够认真对待。那么，你就必须能干的好。不去计较那些花在值班室里的时间、不去计较那些日常工作的繁琐，那么你就能够充分的胜任学生会的工作了，正所谓鱼与熊掌不可兼得，人各有志，大家的想法不同，那么所做的事情也各不相同，我在学生会期间，得到的是对我人际交往潜力的锻炼，还有对突发事件的处理潜力，我要的就是锻炼自己，在锻炼自己的同时为广大同学做好必要的服务工作。</w:t>
      </w:r>
      <w:r>
        <w:rPr>
          <w:lang w:eastAsia="zh-CN"/>
        </w:rPr>
        <w:br/>
      </w:r>
      <w:r>
        <w:rPr>
          <w:lang w:eastAsia="zh-CN"/>
        </w:rPr>
        <w:t>　　在工作期间最不能要的想法就是把自己和非学生会成员做比较，为什么别人在操场闲逛的时候我们在值班室值班为怎样别人_睡觉了，我们还要查房没有任何借口，理由很简单，你参加了学生会。也有很多中途退出的人，他们的想法是否这样我不太清楚，我明白如果我这样想，那么，我退出是迟早的事。</w:t>
      </w:r>
      <w:r>
        <w:rPr>
          <w:lang w:eastAsia="zh-CN"/>
        </w:rPr>
        <w:br/>
      </w:r>
      <w:r>
        <w:rPr>
          <w:lang w:eastAsia="zh-CN"/>
        </w:rPr>
        <w:t>　　在学生会工作期间，我的提升是循序渐进的，很难看出短期内有什么变化，但是和刚开始相比，我的提升还是很明显的。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对于工作的认识和工作的看法:我个人是在办公室工作的，办公室的事情能够说是所有部门中最为繁琐的，而且也是最没有规律的。本部门的工作最主要的是日常周量化表的制作等，无一不是需要其他部门来配合工作。其他部门的事情我多少也有过一些了解，大体都是一些制作周表，分工不同，但是所做出来的数据和系里对班级以及个人的考评挂钩，这样就有一些人对考评的数据产生怀疑，来找我们投诉，这是在所难免的事情。在遇到这些状况的时候，我们最先要做的就是安抚投诉者的情绪，充分拿出耐心，和他们解释，并在此同时自我批评，因为无风不起浪，既然有人投诉，就说明我们必须存在问题。</w:t>
      </w:r>
      <w:r>
        <w:rPr>
          <w:lang w:eastAsia="zh-CN"/>
        </w:rPr>
        <w:br/>
      </w:r>
      <w:r>
        <w:rPr>
          <w:lang w:eastAsia="zh-CN"/>
        </w:rPr>
        <w:t>　　总之，我个人觉得我们的工作态度就应尽量放的平和一点，语气多以商量为主，这样，别人在配合我们工作的时候才不会出现厌恶感，下次再有这样的事情时，大家都是会十分愿意配合我们工作的。对于学生会的事情要上心。慢慢的我们在工作中也能改变自己的性格与处世方式。才能在将学生会工作做好的同时自己得到长足的进步!</w:t>
      </w:r>
      <w:r>
        <w:rPr>
          <w:lang w:eastAsia="zh-CN"/>
        </w:rPr>
        <w:br/>
      </w:r>
      <w:r>
        <w:rPr>
          <w:lang w:eastAsia="zh-CN"/>
        </w:rPr>
        <w:t xml:space="preserve">    学生会干事工作总结1500字 篇9 </w:t>
      </w:r>
      <w:r>
        <w:rPr>
          <w:lang w:eastAsia="zh-CN"/>
        </w:rPr>
        <w:br/>
      </w:r>
      <w:r>
        <w:rPr>
          <w:lang w:eastAsia="zh-CN"/>
        </w:rPr>
        <w:t>　　在20__年度前半学期，大通社记者站由于工作需要进行了内部改组，在李老师和学生会主席的热心帮助下归入了学生会，成立了信息部，原记者站全体学生记者和通讯员开始接触新的工作，开始进行一步步新的探索，建设与壮大信息部。</w:t>
      </w:r>
      <w:r>
        <w:rPr>
          <w:lang w:eastAsia="zh-CN"/>
        </w:rPr>
        <w:br/>
      </w:r>
      <w:r>
        <w:rPr>
          <w:lang w:eastAsia="zh-CN"/>
        </w:rPr>
        <w:t>　　新人上路步步为艰，回顾这半年，信息部是从无到有，伴着汗水和泪水，夹杂着无数笑声一点点成长起来的。在我做具体工作总结之前，首先我要代表信息部部长到干事上下11人和记者站所有通讯员10人。对给予信息部无私关怀和帮助的老师和学生会其他部门真诚说一声感谢。以下是具体的工作总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开学初信息部在制定总体工作目标中提到了三点：第一、继续加强校报的发行工作，加大发行力度，增加中稿数量，调动在职学生记者和通讯员的工作热情。第二、打造具有信息部特色的精品活动。第三、积极配合学生会的日常工作，完成好分派下来的各项任务。</w:t>
      </w:r>
      <w:r>
        <w:rPr>
          <w:lang w:eastAsia="zh-CN"/>
        </w:rPr>
        <w:br/>
      </w:r>
      <w:r>
        <w:rPr>
          <w:lang w:eastAsia="zh-CN"/>
        </w:rPr>
        <w:t>　　可以说信息部这三点任务都基本完成的不错。继承着往届记者站优良传统，院报的上稿，发行工作仍然是本学期信息部全体学生记者与通讯员的工作重点。为了加大影响力度，本学期信息部采取分片负责制度。具体分派学生记者和通讯员到学生会各部、团总支、各个社团，对分发生的大小新闻与各项活动进行跟踪采访、报道。力争“第一时间了解，第一时间发送，第一时间上报”。大的采访有十次，对院长的采访报道，对阳光嘉年华活动的跟踪采访，对运动会的现场采访等等。共在院报上发表通讯约20篇，四版文章达35篇。从报道先进导师到报道明星学生，采访工作基本做到了有声有色。信息部制定了一系列的值日工作，值班的同学将同时负责将最新一期的院报送到院领导，导员以及全体学生干事的手中。</w:t>
      </w:r>
      <w:r>
        <w:rPr>
          <w:lang w:eastAsia="zh-CN"/>
        </w:rPr>
        <w:br/>
      </w:r>
      <w:r>
        <w:rPr>
          <w:lang w:eastAsia="zh-CN"/>
        </w:rPr>
        <w:t>　　信息部首次推出举办了具有特色的精品活动现场情景大赛。比赛内容是初赛的时候事先给出一个场景‘打劫’，现场有简单的道具可提供给参赛人员，可以尽情的发挥自己的想象能力，采取演戏剧、舞台表演的方式把所提到的场景会有什么样的人出现，会发生什么样的事情，尽情的演绎出来……复赛要过三关，第一现场给出场景表演，第二现场知识问答，考题是一些动脑的、开发想象思维的题。第三现场才艺表演……</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可以说第一次举办活动后心情真的是十分复杂，举办活动不是想象中的那样简单，从开始宣传到应付现场突发事件，“步步为艰”恰如其分的表明了我的感受。这次活动可以说信息部每个人都做了最大的努力，每个通讯员都切身锻炼到了自己。前期宣传工作得到学生会宣传部大力支持，整个过程都有学生会主席的帮忙和鼓励。信息部那段时间一次次的开会，一次次的研究方案，又一次次的推翻重来，大家和我都有一个信念，想要办好。令人欣慰的是活动的反响很好，大家都觉得很满意，参加的人也觉得很有意义。不足的地方自然也很多，因为经验不足，比如说决赛现场秩序有点乱，到结尾的时候同学们不是很安静。活动结束我在信息部总结会的时候叫大家发言，每个人都和我一样感觉锻炼了自己，受益匪浅。</w:t>
      </w:r>
      <w:r>
        <w:rPr>
          <w:lang w:eastAsia="zh-CN"/>
        </w:rPr>
        <w:br/>
      </w:r>
      <w:r>
        <w:rPr>
          <w:lang w:eastAsia="zh-CN"/>
        </w:rPr>
        <w:t>　　做为学生会的一个部，信息部对日常学生会分派的各项工作很重视，可以说是积极配合其他各部开展工作和举行各项活动。联合广播站做好宣传工作。信息部接到的任务之一就是做好宣传工作，安排学生记者负责广播稿件的纂写工作完成的很不错。</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信息部的具体工作总结就是以上这些。我想说点感想，无论是我个人还是信息部的其他人，我们都很珍惜这段在学生会度过的难忘时光，期间我们这个小集体21个人在工作中很好的配合，建立了很深厚的友谊。那段在信息部一起嬉笑争论偶尔也闹矛盾的时光，想起来依然觉得很珍惜很陶醉。还有就是我个人作为信息部的部长和记者站的站长和其它部部长、学生会主席和李老师的接触，由于和那么多优秀的人在学生会一起工作，感觉我个人的能力得到了提高。而记者站自从加入学生会成为信息部以后，工作完成的更加的出色，本身记者站也壮大了起来。一个人的力量必竟是渺小的，靠信息部每一个人的努力和所有关心信息部成长和给予我们帮助的人，信息部才取得了些许成绩。</w:t>
      </w:r>
      <w:r>
        <w:rPr>
          <w:lang w:eastAsia="zh-CN"/>
        </w:rPr>
        <w:br/>
      </w:r>
      <w:r>
        <w:rPr>
          <w:lang w:eastAsia="zh-CN"/>
        </w:rPr>
        <w:t xml:space="preserve">    学生会干事工作总结1500字 篇10 </w:t>
      </w:r>
      <w:r>
        <w:rPr>
          <w:lang w:eastAsia="zh-CN"/>
        </w:rPr>
        <w:br/>
      </w:r>
      <w:r>
        <w:rPr>
          <w:lang w:eastAsia="zh-CN"/>
        </w:rPr>
        <w:t>　　不知不觉过了一个学期了，_年的工作接近尾声。我们的工作步伐已迈向12年。</w:t>
      </w:r>
      <w:r>
        <w:rPr>
          <w:lang w:eastAsia="zh-CN"/>
        </w:rPr>
        <w:br/>
      </w:r>
      <w:r>
        <w:rPr>
          <w:lang w:eastAsia="zh-CN"/>
        </w:rPr>
        <w:t>　　从10月份到现在，我加入部门已有3个月了。</w:t>
      </w:r>
      <w:r>
        <w:rPr>
          <w:lang w:eastAsia="zh-CN"/>
        </w:rPr>
        <w:br/>
      </w:r>
      <w:r>
        <w:rPr>
          <w:lang w:eastAsia="zh-CN"/>
        </w:rPr>
        <w:t>　　在这3个月快乐而短暂的日子里，我从一个人都不认识到与大家混的很熟悉。个人认为我是一个比较好交往的人。而且我也觉得我们部门是一个比较大的、河蟹、阳光的部门，我已经深深的喜欢上了这个部门，喜欢部门的一切。</w:t>
      </w:r>
      <w:r>
        <w:rPr>
          <w:lang w:eastAsia="zh-CN"/>
        </w:rPr>
        <w:br/>
      </w:r>
      <w:r>
        <w:rPr>
          <w:lang w:eastAsia="zh-CN"/>
        </w:rPr>
        <w:t>　　刚进入大学的时候最先了解的是部门的情况，了解的部门情况中最了解就是我们这个部门。在我没有加入之前，就听说我们部门会很辛苦，有很多人怕苦就选择退出了部门。这毕竟只是听说而已，自己没有进去是不了解真实情况的。正所谓最苦的地方也是最锻炼人的地方，这也是先苦后甜的道理。所以我怀着一个梦想来到部门，加入光荣的部门来锻炼自己。这让我感到万分荣幸，因为能有机会进入大学的学生会，加入一个光荣的团队。</w:t>
      </w:r>
      <w:r>
        <w:rPr>
          <w:lang w:eastAsia="zh-CN"/>
        </w:rPr>
        <w:br/>
      </w:r>
      <w:r>
        <w:rPr>
          <w:lang w:eastAsia="zh-CN"/>
        </w:rPr>
        <w:t>　　在刚开始我进部门时，每天的早训活动是让我感到最痛苦的事情。虽然时间短。但是运动量大，我几乎想放弃了。但是我还是坚持下来了，因为我离胜利只有一步之遥，不能在这就放弃了，那样会很丢人的。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来到部门后，我做事比平常更努力，只要部门的事情我一定会尽全力去做的……我们的工作就是每天负责检查卫生，在星期二参加例会和大检。看上去是在不平常不过了，但是你无法体会到其中的乐趣，因为你没有加入我们。在部门我认识到了来自不同班级的同学，我们都为一个共同目标而奋斗。在部门里，我们相处很快乐，每天与部门里的人在一起玩。我们也可以相会学习到各自的长处，有利于完善自我。部门也是一个沟通的平台。我发现我与班级里的人的关系还没与部门里的人的关系好啊，因为我们有一个共同的目标。</w:t>
      </w:r>
      <w:r>
        <w:rPr>
          <w:lang w:eastAsia="zh-CN"/>
        </w:rPr>
        <w:br/>
      </w:r>
      <w:r>
        <w:rPr>
          <w:lang w:eastAsia="zh-CN"/>
        </w:rPr>
        <w:t>　　在这三个月里，我学到了几点非常有用的东西：①沟通沟通时每个人必要的社交技能，不然无法在社会立足;②团结团结也是必要的，无论做什么都离不开团队的合作，团队是团结的基础;③坚持如果你做什么事你不能坚持下去，那你注定是失败者。这三点就是我在这个部门里学到的东西，获益匪浅。</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在这个学期只能中，忙乱中有些空闲。中的来说还是平稳的。并没有像别人说的那样，那么辛苦。我们每天早检人数基本到齐，缺勤的比较少。但是特勤的也不是很多，经常的就是那几个人。我们每组工作都很负责，认真是工作的基础，也是宗旨。不管结果是否可以达到100%的满意程度，只要在工作前做一个全面的计划，在工作时认真、负责，以身作则，没有100%至少也有80%的满意良好效果;20%是出于人无完人的结果，我们要做的就是让漏洞更小，让事件结果趋于完美。在不断的工作中，减少漏洞，及时学习并总结经验。只有不断的完善才能使部门兴旺发达。</w:t>
      </w:r>
      <w:r>
        <w:rPr>
          <w:lang w:eastAsia="zh-CN"/>
        </w:rPr>
        <w:br/>
      </w:r>
      <w:r>
        <w:rPr>
          <w:lang w:eastAsia="zh-CN"/>
        </w:rPr>
        <w:t>　　在这半年我在检查卫生的时候出现过很多不足的地方，这些都是可以避免的。在今后的日子里，我会做到仔细仔细再仔细的要求自己把错误减小到最小。这不仅是我的责任，这也是大家的责任。以便更好履行我们的宗旨“您的满意，我的责任”</w:t>
      </w:r>
      <w:r>
        <w:rPr>
          <w:lang w:eastAsia="zh-CN"/>
        </w:rPr>
        <w:br/>
      </w:r>
      <w:r>
        <w:rPr>
          <w:lang w:eastAsia="zh-CN"/>
        </w:rPr>
        <w:t>　　在这半年的日子里，我认识到了更多的朋友，这也将为我在部门的生活添一份美好的回忆，虽然我们大家都是来自不同的班级，但我们却进了同一个部门，这也说明我们之间有缘分。也是缘分把我们大家拉扯到一起。所以我希望能跟他们成为好朋友。每当我看到他们的时候我都对他们微笑，让他们感到温暖，把自己的一面展现出来。在部门我也认识到了很多有能力的学姐学长们，他们做事认真负责是我们学习的榜样，也是我们的目标。学姐学长们带我们一起奋斗，共同打造一个和谐、强大的部门，一起为自己的梦想而奋斗。　　最后的是在部门的这几个月里过的比较快乐而短暂的太多的事情，而且里面能学到很多对自己有用的东西，这将对自己的人生有很大的帮助。我希望我能继续在部门坚持下去，带领下一届的学弟们奋斗到底。</w:t>
      </w:r>
      <w:r>
        <w:rPr>
          <w:lang w:eastAsia="zh-CN"/>
        </w:rPr>
        <w:br/>
      </w:r>
      <w:r>
        <w:rPr>
          <w:lang w:eastAsia="zh-CN"/>
        </w:rPr>
        <w:t xml:space="preserve">    学生会干事工作总结1500字 篇11 </w:t>
      </w:r>
      <w:r>
        <w:rPr>
          <w:lang w:eastAsia="zh-CN"/>
        </w:rPr>
        <w:br/>
      </w:r>
      <w:r>
        <w:rPr>
          <w:lang w:eastAsia="zh-CN"/>
        </w:rPr>
        <w:t>　　转眼短暂而又充实的一个学期又过去了，回顾这个学期，我收获颇多。凭着对学生会工作的热情和投入，总的来说，我们的工作也取得了不错的绩效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作为学生会心里信息部的一员，我非常地荣幸，在这半年里，我们所做的部门工作虽然不是很多，但也积极地配合学生会做了不少的事情，使我们学生会这个大家庭显得更加团结、融洽、有爱。</w:t>
      </w:r>
      <w:r>
        <w:rPr>
          <w:lang w:eastAsia="zh-CN"/>
        </w:rPr>
        <w:br/>
      </w:r>
      <w:r>
        <w:rPr>
          <w:lang w:eastAsia="zh-CN"/>
        </w:rPr>
        <w:t>　　在这半年里，我们首先配合院里心里信息部的干部们召开了一次大型的心理委员培训会，大会举办的非常成功，主要讲了一些当代大学生存在的心理烦恼，同时也讲了一些解决这些烦恼的方法和积极的对待烦恼的态度。随后，我们系学生会心里信息部的成员在学长学姐们的带领下对我们系的各班心理委员展开了第一次“心理委员培训会”，在会议上，由我们部的副部长阿望学长为大家讲述了“神马都是浮云”这一主题，然后在各班开展了第一次心理主题班会，班会主题是“今天、明天、昨天”。班会总的来说办得还算很好的，虽然是第一次举办得班会，但有的班级办得非常的好，无论是黑板报还是到勤率都比较好，还有的辅导员也参与进了这次班会中，当然，也有的班级办的不太理想，但大家都是去认真做了，很感谢他们能积极的响应我们的工作。然后我们心里信息部又对各班心理委员召开了第二次心理委员培训会，会上，我们给各班心理委员讲了一些我们对班会评比检查的分数标准，也告诉了他们工作的开展。</w:t>
      </w:r>
      <w:r>
        <w:rPr>
          <w:lang w:eastAsia="zh-CN"/>
        </w:rPr>
        <w:br/>
      </w:r>
      <w:r>
        <w:rPr>
          <w:lang w:eastAsia="zh-CN"/>
        </w:rPr>
        <w:t>　　在十一月份上旬的运动会中，我们部门配合整个学生会作好了后勤工作，运动会最后的成绩也非常地理想，取得了全院第一的好成绩。虽然那两天的工作蛮累，但我们都是开心的，因为风雨过后的彩虹，也因我们付出后的回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最后的工作当然是这个学期的压轴工作了，那就是“全院心理话剧比赛”。从系里我们接到院里的工作任务后，一下子，工作就开展开来了，首先，我们是集合了学生会的所有成员，开始征集演员，从一层层的挑选后，才确定了演员，接下来就是我们的排练工作的开展，半个月里无论是演员还是学长、学姐们，都付出了自己的努力，不管天气多么恶劣，我们还是坚持每天赶着吃了饭就快点赶来排练，半个月的努力，虽然最后没有被优秀的成绩所肯定，但更多的是，我们真正的付出了，也真正的得到过别人的肯定，所以，我们无需抱怨，因为我们拥有过掌声。相信在明年的工作中，我们会更加的努力，使我们每个人变得更加优秀。</w:t>
      </w:r>
      <w:r>
        <w:rPr>
          <w:lang w:eastAsia="zh-CN"/>
        </w:rPr>
        <w:br/>
      </w:r>
      <w:r>
        <w:rPr>
          <w:lang w:eastAsia="zh-CN"/>
        </w:rPr>
        <w:t>　　当话剧比赛落下闭幕的帷幕后，基本上，我们这学期的工作也算是告了一段落了。在周末，学生会也组织了一次骑自行车宣传“低碳、环保”的活动，通过外联部与外部的联系，动员了我们学生会的一些成员去参与到这么有意义的一个活动中去，使我们在实践中又得到了很好的锻炼，提到了我们的身体素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不知不觉中，在学生会这个大家庭中呆了半年了，我感到非常的荣幸，能够认识到这么多不同专业的朋友，我感到非常的欣慰，至少在我心情不好时，又多了一位能够倾听我诉说的朋友。看着当初和自己一样抱着满心热情的朋友，有的又断断续续地离开了时，心里只是感到惋惜，同时，我又告诉自己：应该坚持到最后。没错!每个人都可以选择自己的学习方式和生活方式，我不认为放弃一大群朋友而去满足自己的一点点活动自由空间是一个明智的做法。有时候室友看着我忙的连饭都吃不上时，就劝我退部，我一直跟她们说：“没事!我充实着呢!”</w:t>
      </w:r>
      <w:r>
        <w:rPr>
          <w:lang w:eastAsia="zh-CN"/>
        </w:rPr>
        <w:br/>
      </w:r>
      <w:r>
        <w:rPr>
          <w:lang w:eastAsia="zh-CN"/>
        </w:rPr>
        <w:t>　　谢谢学长、学姐们这半年来对我的栽培和信任，在下学期，我也会将我从刚进学生会时的那段热情和积极地态度带到下学期中，努力的工作。</w:t>
      </w:r>
      <w:r>
        <w:rPr>
          <w:lang w:eastAsia="zh-CN"/>
        </w:rPr>
        <w:br/>
      </w:r>
      <w:r>
        <w:rPr>
          <w:lang w:eastAsia="zh-CN"/>
        </w:rPr>
        <w:t>　　在新的一学期，我们要继承去年好的方面，对坏的方面及时发现、及时改正，以下是我对我们心里信息部下学期的工作计划：</w:t>
      </w:r>
      <w:r>
        <w:rPr>
          <w:lang w:eastAsia="zh-CN"/>
        </w:rPr>
        <w:br/>
      </w:r>
      <w:r>
        <w:rPr>
          <w:lang w:eastAsia="zh-CN"/>
        </w:rPr>
        <w:t>　　一、开展心理委员培训会;</w:t>
      </w:r>
      <w:r>
        <w:rPr>
          <w:lang w:eastAsia="zh-CN"/>
        </w:rPr>
        <w:br/>
      </w:r>
      <w:r>
        <w:rPr>
          <w:lang w:eastAsia="zh-CN"/>
        </w:rPr>
        <w:t>　　二、开展心理主题班会;</w:t>
      </w:r>
      <w:r>
        <w:rPr>
          <w:lang w:eastAsia="zh-CN"/>
        </w:rPr>
        <w:br/>
      </w:r>
      <w:r>
        <w:rPr>
          <w:lang w:eastAsia="zh-CN"/>
        </w:rPr>
        <w:t>　　三、5.25活动日的所有日常工作积极地配合;</w:t>
      </w:r>
      <w:r>
        <w:rPr>
          <w:lang w:eastAsia="zh-CN"/>
        </w:rPr>
        <w:br/>
      </w:r>
      <w:r>
        <w:rPr>
          <w:lang w:eastAsia="zh-CN"/>
        </w:rPr>
        <w:t>　　四、周末有时间就去帮助外联部到校外去拉赞助;</w:t>
      </w:r>
      <w:r>
        <w:rPr>
          <w:lang w:eastAsia="zh-CN"/>
        </w:rPr>
        <w:br/>
      </w:r>
      <w:r>
        <w:rPr>
          <w:lang w:eastAsia="zh-CN"/>
        </w:rPr>
        <w:t>　　五、在生活部查寝缺少人时，我会主动去帮助他们查寝;</w:t>
      </w:r>
      <w:r>
        <w:rPr>
          <w:lang w:eastAsia="zh-CN"/>
        </w:rPr>
        <w:br/>
      </w:r>
      <w:r>
        <w:rPr>
          <w:lang w:eastAsia="zh-CN"/>
        </w:rPr>
        <w:t>　　六、积极配合学生会各部门的各项工作。</w:t>
      </w:r>
      <w:r>
        <w:rPr>
          <w:lang w:eastAsia="zh-CN"/>
        </w:rPr>
        <w:br/>
      </w:r>
      <w:r>
        <w:rPr>
          <w:lang w:eastAsia="zh-CN"/>
        </w:rPr>
        <w:t>　　相信在我们的努力下，我们心里信息部会更加的优秀，整个学生会会更加地和谐。我会努力为老师分担一些繁重的工作，为学生服务，做好我们的本职工作。</w:t>
      </w:r>
      <w:r>
        <w:rPr>
          <w:lang w:eastAsia="zh-CN"/>
        </w:rPr>
        <w:br/>
      </w:r>
      <w:r>
        <w:rPr>
          <w:lang w:eastAsia="zh-CN"/>
        </w:rPr>
        <w:t>　　在__年，我担任年级学生会学习部长。转眼之间，这一年就过去了过得真的好快，到了快要换届选举的日子了。回首我这一年的工作，确实有很多要说的。下面就听听我想表达的吧!</w:t>
      </w:r>
      <w:r>
        <w:rPr>
          <w:lang w:eastAsia="zh-CN"/>
        </w:rPr>
        <w:br/>
      </w:r>
      <w:r>
        <w:rPr>
          <w:lang w:eastAsia="zh-CN"/>
        </w:rPr>
        <w:t>　　当初去竞选年级的学习部长是本着锻炼本人的能力，为年级的同学服务的心思的。实在学习部注定是一个默默无闻的部门。在学习部工作就不要指望有什么风头可以出，不过我也并不想出风头。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1、我觉得在学习部工作需要细心，学习部工作很多都是关乎个人的报名、核对之类的。假如没有足够的细心这中间是很容易出现错误的。比如：计算机、四六级报名及其信息的核对，核对银行卡号等等。</w:t>
      </w:r>
      <w:r>
        <w:rPr>
          <w:lang w:eastAsia="zh-CN"/>
        </w:rPr>
        <w:br/>
      </w:r>
      <w:r>
        <w:rPr>
          <w:lang w:eastAsia="zh-CN"/>
        </w:rPr>
        <w:t>　　2、耐心，一个年级三百多号人，一点点小事乘以三百那就是大事了。假如没有足够的耐心的话，那怎么做得下来呢?</w:t>
      </w:r>
      <w:r>
        <w:rPr>
          <w:lang w:eastAsia="zh-CN"/>
        </w:rPr>
        <w:br/>
      </w:r>
      <w:r>
        <w:rPr>
          <w:lang w:eastAsia="zh-CN"/>
        </w:rPr>
        <w:t>　　3、要懂得如何安排工作。以正部的位置来说，学习部的人基本上都是看正部的，有什么事情正部要懂得安排下去，要及时、高效、清楚，否则的话，不仅正部会很累，连累到学委们都会很累。因为有些事情有时间的限制，假如不及时通知下去的话到了期限就会很赶，学委们有可能就做不出来了，正部往往也会招致恶骂。所以，当正部的一定在这一方面上的能力要强。要跟两委副部搞好关系，跟学委们搞好关系，还要时时关注学习部主群，有什么事情及时通知下去。</w:t>
      </w:r>
      <w:r>
        <w:rPr>
          <w:lang w:eastAsia="zh-CN"/>
        </w:rPr>
        <w:br/>
      </w:r>
      <w:r>
        <w:rPr>
          <w:lang w:eastAsia="zh-CN"/>
        </w:rPr>
        <w:t>　　4、沟通能力要加强。在学习部难免会有一些事情要承办的，在做事的时候可能会出现一些状况，此时就要做好沟通工作，让别人可以或许领略你的意思，进行协商。要注意语气，不要一味地抱怨。抱怨只会使人更加厌烦。</w:t>
      </w:r>
      <w:r>
        <w:rPr>
          <w:lang w:eastAsia="zh-CN"/>
        </w:rPr>
        <w:br/>
      </w:r>
      <w:r>
        <w:rPr>
          <w:lang w:eastAsia="zh-CN"/>
        </w:rPr>
        <w:t>　　5、要有本人的想法。学习部虽然做的是常规工作，但是假如有本人的想法的话，有本人的处事方式的话，往往会事半功倍，干起活来会觉得很轻松很快乐。别人跟你一路工作的话也会觉得很舒服。</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6。做好宣传工作，学习部会负责通知很多的事情，比如一些比赛之类的。我觉得做好宣传工作很重要，因为这可以提高参与度，使得的同学参与其中，一方面锻炼了同学，另外一方面也支持主办方的工作。</w:t>
      </w:r>
      <w:r>
        <w:rPr>
          <w:lang w:eastAsia="zh-CN"/>
        </w:rPr>
        <w:br/>
      </w:r>
      <w:r>
        <w:rPr>
          <w:lang w:eastAsia="zh-CN"/>
        </w:rPr>
        <w:t>　　7、学习要好一点。虽然当学习部长不一定要学习很好。但是如果学习太差的话，别人不一定可以或许信服于你。所以要搞好学习。</w:t>
      </w:r>
      <w:r>
        <w:rPr>
          <w:lang w:eastAsia="zh-CN"/>
        </w:rPr>
        <w:br/>
      </w:r>
      <w:r>
        <w:rPr>
          <w:lang w:eastAsia="zh-CN"/>
        </w:rPr>
        <w:t>　　草草列出以上总结的几点。那几点是我觉得在学习部要做好的，也是我自己将来工作取得进步的突破点。</w:t>
      </w:r>
      <w:r>
        <w:rPr>
          <w:lang w:eastAsia="zh-CN"/>
        </w:rPr>
        <w:br/>
      </w:r>
      <w:r>
        <w:rPr>
          <w:lang w:eastAsia="zh-CN"/>
        </w:rPr>
        <w:t>　　我在学习部的工作总体上还可以，与两委副部，各班学委及副班长合作得挺愉快的。但是，如果可以的话，我相信我确实可以做的更好!现在我要做的就是好好读书，认真复习，把期末考试了!</w:t>
      </w:r>
      <w:r>
        <w:rPr>
          <w:lang w:eastAsia="zh-CN"/>
        </w:rPr>
        <w:br/>
      </w:r>
      <w:r>
        <w:rPr>
          <w:lang w:eastAsia="zh-CN"/>
        </w:rPr>
        <w:t xml:space="preserve">    学生会干事工作总结1500字 篇12 </w:t>
      </w:r>
      <w:r>
        <w:rPr>
          <w:lang w:eastAsia="zh-CN"/>
        </w:rPr>
        <w:br/>
      </w:r>
      <w:r>
        <w:rPr>
          <w:lang w:eastAsia="zh-CN"/>
        </w:rPr>
        <w:t>　　学期初时很荣幸加入我院学生会，成了分团委学生会的一员。在学生会中结交了很多新朋友，朋友之间互相学习、互相帮助、共同进步，经过一起的工作与学习，在胆识上得到了锻炼，能力上得到了提升。经过一个学期的不懈努力，我们态度端正，工作积极认真学习，将自己的激情与梦想奉献于新闻工作，将自己的时间与精力奉献于学院的宣传事业中。我们牢记黄科大精神“开拓、拼搏、实干、奉献”。时刻实践厚德博学、砺志图强的校训。回顾近半年的工作，现将工作述职如下：</w:t>
      </w:r>
      <w:r>
        <w:rPr>
          <w:lang w:eastAsia="zh-CN"/>
        </w:rPr>
        <w:br/>
      </w:r>
      <w:r>
        <w:rPr>
          <w:lang w:eastAsia="zh-CN"/>
        </w:rPr>
        <w:t>　　思想：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在学期初通过两次面试终被录用，这一路走来有一点感受，由对学生会的憧憬变为紧张，因为从来没有经历过面试，当面试学姐提问时更是紧张不知从何答起，我只能用“自己对工作的热情和不怕吃苦的作风以及善于向别人学习的优势”来回答她。同时通过这次的面试让我明白一定要有充足的准备，要对你所参加的面试有充足的了解，有专业的知识储备，有过硬的心理素质，还要有临时敏捷的应变能力。这次的面试是我人生的第一次，对我影响很大。我学的了面试前需要哪些准备与面试时应该做些什么。</w:t>
      </w:r>
      <w:r>
        <w:rPr>
          <w:lang w:eastAsia="zh-CN"/>
        </w:rPr>
        <w:br/>
      </w:r>
      <w:r>
        <w:rPr>
          <w:lang w:eastAsia="zh-CN"/>
        </w:rPr>
        <w:t>　　工作：</w:t>
      </w:r>
      <w:r>
        <w:rPr>
          <w:lang w:eastAsia="zh-CN"/>
        </w:rPr>
        <w:br/>
      </w:r>
      <w:r>
        <w:rPr>
          <w:lang w:eastAsia="zh-CN"/>
        </w:rPr>
        <w:t>　　整个一期的工作转眼就要结束了，从一个刚入会什么都不懂（新闻稿不知如何下手、策划不知写些什么、总结不知怎么写……）到现在一切都一上手，从一个紧张胆怯的学生成长为敢于担当的干事，而一切都结因于学生会这一组织，是学生会为我们提供了平台。从第二届换届暨第三届就职的第一篇新闻稿到如今自己策划组织报告会，这都是历史性的跨越。我们不随让刚刚成立，一切基本是自己摸索着前进，在这一路走来我们不怕苦不怕累，有时可以放弃吃饭与睡觉，为的只是赶出高质量的稿子，这都是一个成员应该做的。“迎新晚会、秋韵杯演讲比赛、实践归来话成就，青春喜迎十八大报告会、小发明创意大赛等”活动的进行都有我们的参加。当然一期下来又表现出了许多的.不足：创新少、思维还不是很灵敏、胆识还有待提升、能力还需锻炼。</w:t>
      </w:r>
      <w:r>
        <w:rPr>
          <w:lang w:eastAsia="zh-CN"/>
        </w:rPr>
        <w:br/>
      </w:r>
      <w:r>
        <w:rPr>
          <w:lang w:eastAsia="zh-CN"/>
        </w:rPr>
        <w:t>　　经验：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做事要态度端正、要付出努力、不能以应付的态度做事，要多向别人请教学习，要虚心，要有耐挫能力，要有创新有想法能实践。对于面试要有充分的准备（专业知识准备、面试技能、心理）。要培养闯劲，要有初生牛犊不怕虎的那种劲头。多多的与人沟通、多参加实践活动多做总结。要有胆识，部门之间要多联系，互相学习、互相帮助共同进步。</w:t>
      </w:r>
      <w:r>
        <w:rPr>
          <w:lang w:eastAsia="zh-CN"/>
        </w:rPr>
        <w:br/>
      </w:r>
      <w:r>
        <w:rPr>
          <w:lang w:eastAsia="zh-CN"/>
        </w:rPr>
        <w:t>　　总之，本学期大家一起努力、一起学习、一起摸索，为学院的发展、为新闻部的健全贡献着自己的力量。现在我们已经进入正轨，熟悉了自己的工作与职责，基本能独自完成工作，合作意识也不断的增强，互相之间的合作更加的密切，合作的效率不断增强。大家的努力没有白费，我们的成果已经显现，在我们学院的网页上新闻不断更新，媒体微博每日三更新，内刊也有了一定的成绩。我个人在能力上也有了提升（写作、表达、沟通、记录等）。在素质上也有了提升（心理素质、身体素质等）。在以后的工作中我会再接再厉，发扬优点改正不足，锻炼自己提升自己。继续发扬吃苦耐劳勇于奉献认真工作的作风为学院的发展贡献力量。</w:t>
      </w:r>
      <w:r>
        <w:rPr>
          <w:lang w:eastAsia="zh-CN"/>
        </w:rPr>
        <w:br/>
      </w:r>
      <w:r>
        <w:rPr>
          <w:lang w:eastAsia="zh-CN"/>
        </w:rPr>
        <w:t xml:space="preserve">    学生会干事工作总结1500字 篇13 </w:t>
      </w:r>
      <w:r>
        <w:rPr>
          <w:lang w:eastAsia="zh-CN"/>
        </w:rPr>
        <w:br/>
      </w:r>
      <w:r>
        <w:rPr>
          <w:lang w:eastAsia="zh-CN"/>
        </w:rPr>
        <w:t>　　在没到环院报到之前，我就有一个小愿望，就是加入学生会的一个部门。因为我知道在大学不仅要学好专业知识，还要提高自己的综合素质。</w:t>
      </w:r>
      <w:r>
        <w:rPr>
          <w:lang w:eastAsia="zh-CN"/>
        </w:rPr>
        <w:br/>
      </w:r>
      <w:r>
        <w:rPr>
          <w:lang w:eastAsia="zh-CN"/>
        </w:rPr>
        <w:t>　　学生会是一个能锻炼自己的一个很好的平台。这个平台就好比一片天空，而自己就好比一只小鸟飞翔在这片天空一样，慢慢成长，慢慢成熟，学会做事、学会做人。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我的愿望成功了，我加入了院学生会体育部。在听完学生会干事培训的一课之后，让我更了解学生会，并且给了自己一个呆在学生会的目标。</w:t>
      </w:r>
      <w:r>
        <w:rPr>
          <w:lang w:eastAsia="zh-CN"/>
        </w:rPr>
        <w:br/>
      </w:r>
      <w:r>
        <w:rPr>
          <w:lang w:eastAsia="zh-CN"/>
        </w:rPr>
        <w:t>　　自从我加入学生会，参加了许多活动，有学生会内部篮球赛、羽毛球赛、乒乓球赛，还有校运会等等。这些活动我都非常积极的参与其中，让我接触更多的陌生人和事，也让我学会如何与别人交流，使我受益匪浅。从不认识到认识，从不熟悉到熟悉，从独自一人到团体合作。</w:t>
      </w:r>
      <w:r>
        <w:rPr>
          <w:lang w:eastAsia="zh-CN"/>
        </w:rPr>
        <w:br/>
      </w:r>
      <w:r>
        <w:rPr>
          <w:lang w:eastAsia="zh-CN"/>
        </w:rPr>
        <w:t>　　最让我留下深刻印象的是部门干事门热情的积极性，从开始的什么都不会到现在的略有体会，从独自一人到团体合作，每位干事都去身心投入到部门当中。在这里我感觉到了一个温暖的家，我爱着这个家，更爱体育部的每一个人。</w:t>
      </w:r>
      <w:r>
        <w:rPr>
          <w:lang w:eastAsia="zh-CN"/>
        </w:rPr>
        <w:br/>
      </w:r>
      <w:r>
        <w:rPr>
          <w:lang w:eastAsia="zh-CN"/>
        </w:rPr>
        <w:t>　　不知不觉，在院学生会工作已经两年的时间了。回首逝去日日夜夜，不免对自己这两年来的改变感到惊喜，我们在一次次的坚持不懈中培养出了吃苦耐劳的精神，学会了团结合作的力量，在一次次的探索实践中，从羞于启齿，胆小怕事的小学生成长为大胆成熟，善于交流的青年，从不计较后果行事到懂得责任与义务，这些成长的足迹让我们历历在目。习惯了让工作变为生活中有意义的一部分，这大概就是成长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在这短短的时间里，我学会了很多东西。有几点我认为十分重要。我用它来做为我以后做事的前提。第一：在做每一件事一定要认真负责，态度决定一切;第二：纪律和时间观念要重视;第三：做事要多想几步，发散思维;第四：与别人交流礼貌在先，尊重别人;第五：调配好时间;第六：要学会如何与别人沟通。我希望自己能够在以后的工作中再加强。</w:t>
      </w:r>
      <w:r>
        <w:rPr>
          <w:lang w:eastAsia="zh-CN"/>
        </w:rPr>
        <w:br/>
      </w:r>
      <w:r>
        <w:rPr>
          <w:lang w:eastAsia="zh-CN"/>
        </w:rPr>
        <w:t>　　这两年的工作有苦，但更多的是甜。起初进入学生会的目的就是想多学点东西，锻炼锻炼自己，充实自己的大学生生活。那个时候总是觉得很好奇，到底学生会是个什么样子的组织。后来进入了院学生会体育部当了一名干事，感觉到了自己有一份责任。</w:t>
      </w:r>
      <w:r>
        <w:rPr>
          <w:lang w:eastAsia="zh-CN"/>
        </w:rPr>
        <w:br/>
      </w:r>
      <w:r>
        <w:rPr>
          <w:lang w:eastAsia="zh-CN"/>
        </w:rPr>
        <w:t>　　从刚开始的羞涩胆小，到现在担任部长助理，有了自己的干事。这是一种进步，更是一种成长，是学院老师，前几届部长对我的信任，我始终怀抱感恩的心。</w:t>
      </w:r>
      <w:r>
        <w:rPr>
          <w:lang w:eastAsia="zh-CN"/>
        </w:rPr>
        <w:br/>
      </w:r>
      <w:r>
        <w:rPr>
          <w:lang w:eastAsia="zh-CN"/>
        </w:rPr>
        <w:t>　　大一当上院体育部干事的时候是最开心的时候。大二当了部长助理，又了不同的感觉，也有了一些责任，而这种责任也让我觉得新鲜，于此我也学会了沟通的重要性和倾听他人意见的重要性，有些想法没有实践等于空想。这个学期我一直琢磨给大一的干事创造一个有归属感的部门氛围，让他们干的很开心又有成就感。</w:t>
      </w:r>
      <w:r>
        <w:rPr>
          <w:lang w:eastAsia="zh-CN"/>
        </w:rPr>
        <w:br/>
      </w:r>
      <w:r>
        <w:rPr>
          <w:lang w:eastAsia="zh-CN"/>
        </w:rPr>
        <w:t>　　我的各方能力有所提升，不过在某些方面还是有很大的不足的，例如：语言组织能力、口头表达能力等等，我希望在以后学生会这个大家庭里能够提高我这些方面的不足。</w:t>
      </w:r>
      <w:r>
        <w:rPr>
          <w:lang w:eastAsia="zh-CN"/>
        </w:rPr>
        <w:br/>
      </w:r>
      <w:r>
        <w:rPr>
          <w:lang w:eastAsia="zh-CN"/>
        </w:rPr>
        <w:t>　　当然，在这些日子的工作中，我会有想退缩，想放弃的时候有时候。有时候怨工作太苦太累，怨工作太不体面。有时候甚至不知道在忙些什么，搞得饭也吃不好，觉也睡不好，耽误了学习……但是有时候细想，觉得自己的工作很有意义。现在回想起来，很庆幸当时没有轻易放弃，自身也多了一份稳重。</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8"/>
          <w:cols w:space="425"/>
          <w:titlePg w:val="0"/>
          <w:docGrid w:type="lines" w:linePitch="312"/>
        </w:sectPr>
      </w:pPr>
      <w:r>
        <w:rPr>
          <w:lang w:eastAsia="zh-CN"/>
        </w:rPr>
        <w:t>　　这种真实的实践给我们带来如此丰富的经历，感受着进步的快乐，体验着步步成长的乐趣。多些勇敢，少些胆怯;多些实际行动，少些夸夸其谈;多些合作交流，少些孤立偏见;多些服务精神，少些自私自利;多些宽容体谅，少些斤斤计较……这就是我们的收获。</w:t>
      </w:r>
      <w:r>
        <w:rPr>
          <w:lang w:eastAsia="zh-CN"/>
        </w:rPr>
        <w:br/>
      </w:r>
      <w:r>
        <w:rPr>
          <w:lang w:eastAsia="zh-CN"/>
        </w:rPr>
        <w:t>　　我们要做的努力还有很多，在每次举行活动赛事的时候，我们要问问周边的同学对活动的看法，他们还觉得有那些不足的地方和他们觉得好的地方，努力了解到很多原先没有注意到的东西，这样就能把下次的活动做得更好，更合符同学的心意。</w:t>
      </w:r>
      <w:r>
        <w:rPr>
          <w:lang w:eastAsia="zh-CN"/>
        </w:rPr>
        <w:br/>
      </w:r>
      <w:r>
        <w:rPr>
          <w:lang w:eastAsia="zh-CN"/>
        </w:rPr>
        <w:t>　　我想学生会让我体验到了许多，也学到了许多，所以虽然工作有些枯燥，有些辛苦，但我会继续好好干下去的。</w:t>
      </w:r>
      <w:r>
        <w:rPr>
          <w:lang w:eastAsia="zh-CN"/>
        </w:rPr>
        <w:br/>
      </w:r>
      <w:r>
        <w:rPr>
          <w:lang w:eastAsia="zh-CN"/>
        </w:rPr>
        <w:t xml:space="preserve">    学生会干事工作总结1500字 篇14 </w:t>
      </w:r>
      <w:r>
        <w:rPr>
          <w:lang w:eastAsia="zh-CN"/>
        </w:rPr>
        <w:br/>
      </w:r>
      <w:r>
        <w:rPr>
          <w:lang w:eastAsia="zh-CN"/>
        </w:rPr>
        <w:t>　　时光飞逝，岁月如梭。我自20_年9月来到学生会这个大家庭，转眼已经过去将近两个年头了。如今的我即将步入大三，而在生活部担任部长的时间也有一年了。我很荣幸，同时也感谢老师们和同学们对我工作上的认可，今后我将更加认真、负责，和大家一起努力，让我们学生会生活部继续为我们学院的所有同学服务，继续发挥它的作用。在过去的两年中，我立足本职，围绕学生会工作大局，脚踏实地，开拓创新，以务实的工作作风、饱满的工作热情和旺盛的工作精力，全面履行职责，较好的完成了各项工作任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9"/>
          <w:cols w:space="425"/>
          <w:titlePg w:val="0"/>
          <w:docGrid w:type="lines" w:linePitch="312"/>
        </w:sectPr>
      </w:pPr>
      <w:r>
        <w:rPr>
          <w:lang w:eastAsia="zh-CN"/>
        </w:rPr>
        <w:t>　　生活部本身就是个工作众多繁琐的部门，需要我们每个人都要有耐心，有毅力的坚持下去。无论是平时配合宣传部展出、收回板报，还是为团委老师，为学生会活动去买一些生活必须用品。不管是在下雨还是刮风的时候，都会按时的取回我们团委、学生会在外面制作的条幅与展板。不管自己是否有课在身，都会立刻去仓库取出他人出借的礼仪服、乐器等等。我们生活部都在一直的努力着，从来都没有想过放弃，从来也没有懈怠每一件事。因为这是我们的责任和义务。</w:t>
      </w:r>
      <w:r>
        <w:rPr>
          <w:lang w:eastAsia="zh-CN"/>
        </w:rPr>
        <w:br/>
      </w:r>
      <w:r>
        <w:rPr>
          <w:lang w:eastAsia="zh-CN"/>
        </w:rPr>
        <w:t>　　每一次的活动开展前，我们生活部都会有个前期准备会议，探讨下活动都需要我们生活部去负责什么项目，我们应该做什么工作，是否用买些必需品。而在每次活动后，我们又会总结经验，这次的活动成功之处有哪些，还存在着哪些的不足，如果下次主办方是我们生活部，我们应该怎样做。</w:t>
      </w:r>
      <w:r>
        <w:rPr>
          <w:lang w:eastAsia="zh-CN"/>
        </w:rPr>
        <w:br/>
      </w:r>
      <w:r>
        <w:rPr>
          <w:lang w:eastAsia="zh-CN"/>
        </w:rPr>
        <w:t>　　这一年下来，我带领生活部，一共策划了20多个活动，成功的开展了大小10几个活动。例如《团委办公室，会议室大扫除》，《春游》，《乒乓球比赛》，《五子棋比赛》等等。</w:t>
      </w:r>
      <w:r>
        <w:rPr>
          <w:lang w:eastAsia="zh-CN"/>
        </w:rPr>
        <w:br/>
      </w:r>
      <w:r>
        <w:rPr>
          <w:lang w:eastAsia="zh-CN"/>
        </w:rPr>
        <w:t>　　接下来我要将我履行的职责做具体的汇报：</w:t>
      </w:r>
      <w:r>
        <w:rPr>
          <w:lang w:eastAsia="zh-CN"/>
        </w:rPr>
        <w:br/>
      </w:r>
      <w:r>
        <w:rPr>
          <w:lang w:eastAsia="zh-CN"/>
        </w:rPr>
        <w:t>　　一、团委仓库整理</w:t>
      </w:r>
      <w:r>
        <w:rPr>
          <w:lang w:eastAsia="zh-CN"/>
        </w:rPr>
        <w:br/>
      </w:r>
      <w:r>
        <w:rPr>
          <w:lang w:eastAsia="zh-CN"/>
        </w:rPr>
        <w:t>　　由原来的每学期整理一次变成现在的每个月，甚至每周整理一次。为此，我们还专门的找来了一个仓库管理软件，把仓库的每件物品都存进这个软件，再加上打印出来的文件。为了更快捷的找到每件物品放在哪里，我们还制作了仓库平面图，按照每件物品的名称归类摆放。而且我们还出了《仓库管理手册》，让以后进入生活部的成员，更快的学习好如何管理仓库。</w:t>
      </w:r>
      <w:r>
        <w:rPr>
          <w:lang w:eastAsia="zh-CN"/>
        </w:rPr>
        <w:br/>
      </w:r>
      <w:r>
        <w:rPr>
          <w:lang w:eastAsia="zh-CN"/>
        </w:rPr>
        <w:t>　　二、生活部例会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0"/>
          <w:cols w:space="425"/>
          <w:titlePg w:val="0"/>
          <w:docGrid w:type="lines" w:linePitch="312"/>
        </w:sectPr>
      </w:pPr>
      <w:r>
        <w:rPr>
          <w:lang w:eastAsia="zh-CN"/>
        </w:rPr>
        <w:t>　　每两周一次的生活部例会。在会议上，我们总结上阶段的工作情况，再进行下阶段的工作部署。在例会上，我们生活部的成员，不管是部长，还是部员都会进行批评与自我批评。找到工作中存在的不足，并且共同改进，共同进步。有一个严谨的工作态度，对工作的热爱，才会使得全身心的投入到工作中去，才会让这个部门，这个学生会，甚至这个学院更加美好。</w:t>
      </w:r>
      <w:r>
        <w:rPr>
          <w:lang w:eastAsia="zh-CN"/>
        </w:rPr>
        <w:br/>
      </w:r>
      <w:r>
        <w:rPr>
          <w:lang w:eastAsia="zh-CN"/>
        </w:rPr>
        <w:t>　　三、活动策划与执行</w:t>
      </w:r>
      <w:r>
        <w:rPr>
          <w:lang w:eastAsia="zh-CN"/>
        </w:rPr>
        <w:br/>
      </w:r>
      <w:r>
        <w:rPr>
          <w:lang w:eastAsia="zh-CN"/>
        </w:rPr>
        <w:t>　　每个月进行一次活动和一次学习，在游戏中学习到知识，在学习中感受到快乐。在每次的活动过后我们都会有一个活动总结，积累经验，保证下次的活动会更好，更完美。</w:t>
      </w:r>
      <w:r>
        <w:rPr>
          <w:lang w:eastAsia="zh-CN"/>
        </w:rPr>
        <w:br/>
      </w:r>
      <w:r>
        <w:rPr>
          <w:lang w:eastAsia="zh-CN"/>
        </w:rPr>
        <w:t>　　四、配合各个部门工作</w:t>
      </w:r>
      <w:r>
        <w:rPr>
          <w:lang w:eastAsia="zh-CN"/>
        </w:rPr>
        <w:br/>
      </w:r>
      <w:r>
        <w:rPr>
          <w:lang w:eastAsia="zh-CN"/>
        </w:rPr>
        <w:t>　　每次活动开展起来，生活部都会积极的配合各个部门完成必要的工作，而在有剩余时间的时候，还会帮助其他部门完成工作任务。每次的活动，生活全体成员都会冲在最前面，完成最脏最苦最累的活，嘴里虽然也会有所抱怨，但是心里想到的是，我们是生活部的一员，我们应该做到最好。让生活部成为学生会的骄傲。</w:t>
      </w:r>
      <w:r>
        <w:rPr>
          <w:lang w:eastAsia="zh-CN"/>
        </w:rPr>
        <w:br/>
      </w:r>
      <w:r>
        <w:rPr>
          <w:lang w:eastAsia="zh-CN"/>
        </w:rPr>
        <w:t>　　以上四点是我的对生活部工作的汇报，在工作上，我们还存在着一些不足，我们也在一步步的完善着我们生活部，我希望今后的生活部会越来越好，也希望自己带领生活部走的更远。</w:t>
      </w:r>
      <w:r>
        <w:rPr>
          <w:lang w:eastAsia="zh-CN"/>
        </w:rPr>
        <w:br/>
      </w:r>
      <w:r>
        <w:rPr>
          <w:lang w:eastAsia="zh-CN"/>
        </w:rPr>
        <w:t>　　同时，我也相信，如果以后让我当上学生会主席，我一定会像今天一样的奋斗，努力，把学生会管理更加出色，让院学生会在吉林体育学院的历史上留下光辉的一页。</w:t>
      </w:r>
      <w:r>
        <w:rPr>
          <w:lang w:eastAsia="zh-CN"/>
        </w:rPr>
        <w:br/>
      </w:r>
      <w:r>
        <w:rPr>
          <w:lang w:eastAsia="zh-CN"/>
        </w:rPr>
        <w:t xml:space="preserve">    学生会干事工作总结1500字 篇15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1"/>
          <w:cols w:space="425"/>
          <w:titlePg w:val="0"/>
          <w:docGrid w:type="lines" w:linePitch="312"/>
        </w:sectPr>
      </w:pPr>
      <w:r>
        <w:rPr>
          <w:lang w:eastAsia="zh-CN"/>
        </w:rPr>
        <w:t>　　韶逝，转眼之间，一学期的时光匆匆流逝，在学生会的这一年的时间里，我认识了许多人，也见识与接触了许多事。我在记者团的部长也说过，处其位谋其职，既来之则安之，我想，至少这一点，我是做到了。在这次的年度的总结里，回顾过去，虽然可能不会展望在学生会的未来，但至少在学生会的过去，我无悔。</w:t>
      </w:r>
      <w:r>
        <w:rPr>
          <w:lang w:eastAsia="zh-CN"/>
        </w:rPr>
        <w:br/>
      </w:r>
      <w:r>
        <w:rPr>
          <w:lang w:eastAsia="zh-CN"/>
        </w:rPr>
        <w:t>　　下半年度的两院系的合并，使得一些曾经的干事离开了我们，又换成了新的面孔与我们共事，部门的氛围虽然不及原来那般随和，但是我们很快也能够合力完成一些既定的任务。我们原来电信的干事，也能够学会并完成那些新的日常工作，比如801的查班，一些新的会场安排以及会场维持。在这下半年里，虽然工作量相比原来有所增加，但是也学会了一些新的东西，认识了一些原机电学院的一些活动任务。这种新的学习与认知也算是一种成长。</w:t>
      </w:r>
      <w:r>
        <w:rPr>
          <w:lang w:eastAsia="zh-CN"/>
        </w:rPr>
        <w:br/>
      </w:r>
      <w:r>
        <w:rPr>
          <w:lang w:eastAsia="zh-CN"/>
        </w:rPr>
        <w:t>　　在这下半年度，主要的工作重心在几次大型的体育活动上，以及几次比较重要的大会纪律维持方面。院系合并，相对的，与会的人数以及活动的规模也会扩大，这些挑战在现在看来，并不觉得有什么，篮球赛那会，每天快两点吃饭，晚上也许帮比赛加油也会拖到7点多，但是我并不会有太多的怨气，可能我平时看起来并不是很有激情的一个人，但是相对的我对于这种稍微过量的工作也不会有太多实感，对于心态的调整可能是我从初中以来就延续的一种生活方式，这对于我完成学生会的工作也是很有帮助的。看着他们在场上打着篮球，我虽然只是一个站在线外维持纪律的人，但是我也会有手痒的感觉，反倒</w:t>
      </w:r>
      <w:r>
        <w:rPr>
          <w:lang w:eastAsia="zh-CN"/>
        </w:rPr>
        <w:br/>
      </w:r>
    </w:p>
    <w:p w:rsidR="001B1F19" w14:textId="27C3F48A">
      <w:pPr>
        <w:rPr>
          <w:rFonts w:hint="eastAsia"/>
          <w:lang w:eastAsia="zh-CN"/>
        </w:rPr>
      </w:pPr>
      <w:r>
        <w:rPr>
          <w:lang w:eastAsia="zh-CN"/>
        </w:rPr>
        <w:t>　　是觉得欣赏了一场场篮球赛。然后是足球赛和排球赛的观看，可能这些比赛时间上都比较掐在不好的时间点，所以各位当观众的热情也不算太高，作为一个热爱体育的人来说，看看这些比赛，我个人还是比较有兴趣的，抛开肚子的因素来说啦。在几次大会的站岗上来说，我只能说，我们纪检部的干事们都是很棒的，大家都是长时间的站直不发一语，尽责的完成自己的工作，至少在这方面，我们的认真与意志力是不输任何部门的，虽然对于我们部门没有得到优秀部门感到可惜，但是我们毕竟默默的付出了，我们的努力是值得自我肯定的，尽职了，便无悔。</w:t>
      </w:r>
      <w:r>
        <w:rPr>
          <w:lang w:eastAsia="zh-CN"/>
        </w:rPr>
        <w:br/>
      </w:r>
      <w:r>
        <w:rPr>
          <w:lang w:eastAsia="zh-CN"/>
        </w:rPr>
        <w:t>　　而在一些我们早已熟悉的查寝工作中，我们也更是轻车熟路，并且相较于以往不同的是，有两次的安检工作还得到了老师的支持，有老师跟班进行安检的巡查，查处的效率得到了大幅的提升。但是我个人对于安检这项工作的性质虽然十分支持，但是却又比较矛盾，这项工作需要同学们的配合，但是如果要收同学们的东西又是会产生抵触，保持一种轻松的巡查气氛但是又不失严肃的态度是一种很微妙的交际方式，在两者间保持平衡才能在最小化避免冲突的情况下查处一些违禁的物品。至少在这一点上，我个人还是做的比较好的，查处了一些大功率用电器也没有与人产生冲突。</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https://d.book118.com/185100034022011113</w:t>
        </w:r>
      </w:hyperlink>
    </w:p>
    <w:p w:rsidR="001B1F19">
      <w:pPr>
        <w:rPr>
          <w:rFonts w:hint="eastAsia"/>
          <w:lang w:eastAsia="zh-CN"/>
        </w:rPr>
      </w:pPr>
    </w:p>
    <w:sectPr>
      <w:type w:val="nextPage"/>
      <w:pgSz w:w="11906" w:h="16838"/>
      <w:pgMar w:top="1440" w:right="1800" w:bottom="1440" w:left="1800" w:header="851" w:footer="992" w:gutter="0"/>
      <w:pgNumType w:start="4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185100034022011113"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59</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