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学生演讲稿500字（33篇）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学生演讲稿500字（通用33篇）</w:t>
      </w:r>
      <w:r>
        <w:rPr>
          <w:lang w:eastAsia="zh-CN"/>
        </w:rPr>
        <w:br/>
      </w:r>
      <w:r>
        <w:rPr>
          <w:lang w:eastAsia="zh-CN"/>
        </w:rPr>
        <w:t xml:space="preserve">    学生演讲稿500字 篇1 </w:t>
      </w:r>
      <w:r>
        <w:rPr>
          <w:lang w:eastAsia="zh-CN"/>
        </w:rPr>
        <w:br/>
      </w:r>
      <w:r>
        <w:rPr>
          <w:lang w:eastAsia="zh-CN"/>
        </w:rPr>
        <w:t>　　现在的我是一名大学生，辛辛苦苦二十多年，我终于长大了，成熟了。辛辛苦苦的不是我，是生我养我，又把我拉扯大的爸爸妈妈。</w:t>
      </w:r>
      <w:r>
        <w:rPr>
          <w:lang w:eastAsia="zh-CN"/>
        </w:rPr>
        <w:br/>
      </w:r>
      <w:r>
        <w:rPr>
          <w:lang w:eastAsia="zh-CN"/>
        </w:rPr>
        <w:t>　　身在异乡的我不会留恋外面的繁华，不会沉溺自由的快乐，更不会想到在外面安家。在我的心里，时刻有个牵挂，那就是我的爸爸妈妈。想到曾经，我会不禁的流泪，因为当我生病时，妈妈为我流过泪，当我学习拿第一时，爸爸为我流过泪。今天有我，是因为昨天有为我操劳的爸爸妈妈，如今我长大了，伴随着成熟，我的心也长成了一颗感恩的种子，我要做妈妈的小棉袄，让妈妈感到果汁的甘甜，我要努力学习将来有所成就，找份好工作，替爸爸分担经济的压力，让爸爸享受果子成熟的喜悦。</w:t>
      </w:r>
      <w:r>
        <w:rPr>
          <w:lang w:eastAsia="zh-CN"/>
        </w:rPr>
        <w:br/>
      </w:r>
      <w:r>
        <w:rPr>
          <w:lang w:eastAsia="zh-CN"/>
        </w:rPr>
        <w:t>　　我的生命是爸妈给的，我要用我的一生来回报他们的恩情。我曾经想过，总有一天我会离开他们，到另一个家庭去生活，但我不会让这另外的家庭离我爸妈太远，因为那样可以有时间常回家看看。我要做父母的乖女儿，我知道爸妈只要我幸福他们就会快乐，我要用我的贴心让他们快乐，因为那样我才会幸福。</w:t>
      </w:r>
      <w:r>
        <w:rPr>
          <w:lang w:eastAsia="zh-CN"/>
        </w:rPr>
        <w:br/>
      </w:r>
    </w:p>
    <w:p w:rsidR="001B1F19" w:rsidRPr="00937657" w14:textId="0AE8485B">
      <w:pPr>
        <w:pStyle w:val="Heading1"/>
        <w:jc w:val="center"/>
        <w:rPr>
          <w:color w:val="000000" w:themeColor="text1"/>
          <w:lang w:eastAsia="zh-CN"/>
        </w:rPr>
      </w:pPr>
      <w:r>
        <w:rPr>
          <w:color w:val="000000" w:themeColor="text1"/>
          <w:sz w:val="44"/>
          <w:lang w:eastAsia="zh-CN"/>
        </w:rPr>
        <w:t>学生演讲稿500字（33篇）</w:t>
      </w:r>
    </w:p>
    <w:p w:rsidR="001B1F19"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学生演讲稿500字（通用33篇）</w:t>
      </w:r>
      <w:r>
        <w:rPr>
          <w:lang w:eastAsia="zh-CN"/>
        </w:rPr>
        <w:br/>
      </w:r>
      <w:r>
        <w:rPr>
          <w:lang w:eastAsia="zh-CN"/>
        </w:rPr>
        <w:t xml:space="preserve">    学生演讲稿500字 篇1 </w:t>
      </w:r>
      <w:r>
        <w:rPr>
          <w:lang w:eastAsia="zh-CN"/>
        </w:rPr>
        <w:br/>
      </w:r>
      <w:r>
        <w:rPr>
          <w:lang w:eastAsia="zh-CN"/>
        </w:rPr>
        <w:t>　　现在的我是一名大学生，辛辛苦苦二十多年，我终于长大了，成熟了。辛辛苦苦的不是我，是生我养我，又把我拉扯大的爸爸妈妈。</w:t>
      </w:r>
      <w:r>
        <w:rPr>
          <w:lang w:eastAsia="zh-CN"/>
        </w:rPr>
        <w:br/>
      </w:r>
      <w:r>
        <w:rPr>
          <w:lang w:eastAsia="zh-CN"/>
        </w:rPr>
        <w:t>　　身在异乡的我不会留恋外面的繁华，不会沉溺自由的快乐，更不会想到在外面安家。在我的心里，时刻有个牵挂，那就是我的爸爸妈妈。想到曾经，我会不禁的流泪，因为当我生病时，妈妈为我流过泪，当我学习拿第一时，爸爸为我流过泪。今天有我，是因为昨天有为我操劳的爸爸妈妈，如今我长大了，伴随着成熟，我的心也长成了一颗感恩的种子，我要做妈妈的小棉袄，让妈妈感到果汁的甘甜，我要努力学习将来有所成就，找份好工作，替爸爸分担经济的压力，让爸爸享受果子成熟的喜悦。</w:t>
      </w:r>
      <w:r>
        <w:rPr>
          <w:lang w:eastAsia="zh-CN"/>
        </w:rPr>
        <w:br/>
      </w:r>
      <w:r>
        <w:rPr>
          <w:lang w:eastAsia="zh-CN"/>
        </w:rPr>
        <w:t>　　我的生命是爸妈给的，我要用我的一生来回报他们的恩情。我曾经想过，总有一天我会离开他们，到另一个家庭去生活，但我不会让这另外的家庭离我爸妈太远，因为那样可以有时间常回家看看。我要做父母的乖女儿，我知道爸妈只要我幸福他们就会快乐，我要用我的贴心让他们快乐，因为那样我才会幸福。</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无论在那儿，家总是最温暖的，爸常说：“在家千日好，出门一时难。”是的，“慈母手中线，游子身上衣”。我不高唱我多么的爱我的爸爸妈妈，我只愿带着这颗感恩的心回到时刻盼望我归来的家，乖乖的陪在他们身边，只要这样就好，我想。这是父母最需要的……</w:t>
      </w:r>
      <w:r>
        <w:rPr>
          <w:lang w:eastAsia="zh-CN"/>
        </w:rPr>
        <w:br/>
      </w:r>
      <w:r>
        <w:rPr>
          <w:lang w:eastAsia="zh-CN"/>
        </w:rPr>
        <w:t xml:space="preserve">    学生演讲稿500字 篇2 </w:t>
      </w:r>
      <w:r>
        <w:rPr>
          <w:lang w:eastAsia="zh-CN"/>
        </w:rPr>
        <w:br/>
      </w:r>
      <w:r>
        <w:rPr>
          <w:lang w:eastAsia="zh-CN"/>
        </w:rPr>
        <w:t>　　尊敬的老师，同学们：</w:t>
      </w:r>
      <w:r>
        <w:rPr>
          <w:lang w:eastAsia="zh-CN"/>
        </w:rPr>
        <w:br/>
      </w:r>
      <w:r>
        <w:rPr>
          <w:lang w:eastAsia="zh-CN"/>
        </w:rPr>
        <w:t>　　大家好!今天我演讲的题目是“扬起你自信的风帆”。</w:t>
      </w:r>
      <w:r>
        <w:rPr>
          <w:lang w:eastAsia="zh-CN"/>
        </w:rPr>
        <w:br/>
      </w:r>
      <w:r>
        <w:rPr>
          <w:lang w:eastAsia="zh-CN"/>
        </w:rPr>
        <w:t>　　人们常说，人生好比大海，神奇莫测。是啊，人生是苍茫大海，有旭日东升，霞光泼彩的壮丽图景;有清风吹拂，微波轻漾的美妙情景;也会有狂飙怒吼，恶浪滔天的骇人景观。然而，面对这充满魅力而又险恶莫测的人生之海，请不要迷茫，更无须胆怯退缩，当你的小船使进人生之海时，请先升起你自信的风帆吧!泛舟人生的浩瀚大海，不能没有自信的帆。沿着它，你的小船将为惊涛骇浪所吞没;没有它，即使在风和日丽的日子，你的小船也难免在企图彷徨;没有它，自卑的坚冰会将你的才智磨蚀，你的小船会失去活力，搁浅沙滩。</w:t>
      </w:r>
      <w:r>
        <w:rPr>
          <w:lang w:eastAsia="zh-CN"/>
        </w:rPr>
        <w:br/>
      </w:r>
      <w:r>
        <w:rPr>
          <w:lang w:eastAsia="zh-CN"/>
        </w:rPr>
        <w:t>　　在残酷的火刑面前，布鲁诺宣称：“火并不能把我征服，未来的世纪会了解我，知道我的价值。”这坚定的自信心，给了他捍卫真理，宁死不屈的非凡勇气。</w:t>
      </w:r>
      <w:r>
        <w:rPr>
          <w:lang w:eastAsia="zh-CN"/>
        </w:rPr>
        <w:br/>
      </w:r>
      <w:r>
        <w:rPr>
          <w:lang w:eastAsia="zh-CN"/>
        </w:rPr>
        <w:t>　　高尔基曾指出：“只有满怀自信的人，才能在任何地方都沉浸在生活之中，并实现自己的意志。”正是自信，伴随着这位“无产阶级艺术最杰出的代表”终生奋斗，走向成功。</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女科学家麦克林托克在冷遇面前，乐观而自信的表示：“我所做的研究没有人表示赞同，那也没有关系，只要明白自己是正确的，你就不会对此介意，它早晚会脱颖而出的。”自信陪伴着她走过了一段段曲折的道路，指引她走上了诺贝尔生物学奖的领奖台。</w:t>
      </w:r>
      <w:r>
        <w:rPr>
          <w:lang w:eastAsia="zh-CN"/>
        </w:rPr>
        <w:br/>
      </w:r>
      <w:r>
        <w:rPr>
          <w:lang w:eastAsia="zh-CN"/>
        </w:rPr>
        <w:t>　　同学们，不要只是惊现大海的魅力而停留在幻想的港湾，不要畏惧大海的险恶而不敢去远航。请升起你自信的风帆吧，到生活的大海去搏风斗浪，你将会在你努力地拼搏中得到永恒的活力!</w:t>
      </w:r>
      <w:r>
        <w:rPr>
          <w:lang w:eastAsia="zh-CN"/>
        </w:rPr>
        <w:br/>
      </w:r>
      <w:r>
        <w:rPr>
          <w:lang w:eastAsia="zh-CN"/>
        </w:rPr>
        <w:t xml:space="preserve">    学生演讲稿500字 篇3 </w:t>
      </w:r>
      <w:r>
        <w:rPr>
          <w:lang w:eastAsia="zh-CN"/>
        </w:rPr>
        <w:br/>
      </w:r>
      <w:r>
        <w:rPr>
          <w:lang w:eastAsia="zh-CN"/>
        </w:rPr>
        <w:t>　　尊敬的学校、老师，辛勤的各位叔叔、阿姨：</w:t>
      </w:r>
      <w:r>
        <w:rPr>
          <w:lang w:eastAsia="zh-CN"/>
        </w:rPr>
        <w:br/>
      </w:r>
      <w:r>
        <w:rPr>
          <w:lang w:eastAsia="zh-CN"/>
        </w:rPr>
        <w:t>　　大家下午好！</w:t>
      </w:r>
      <w:r>
        <w:rPr>
          <w:lang w:eastAsia="zh-CN"/>
        </w:rPr>
        <w:br/>
      </w:r>
      <w:r>
        <w:rPr>
          <w:lang w:eastAsia="zh-CN"/>
        </w:rPr>
        <w:t>　　今天是个特殊的日子，我站在这个台上，代表把（4）班的全体同学发言，并不是因为我有好的学习经验，而是想借此机会给叔叔、阿姨、爸爸、妈妈说句心里话要想配合好孩子的学习必须要以下4点：</w:t>
      </w:r>
      <w:r>
        <w:rPr>
          <w:lang w:eastAsia="zh-CN"/>
        </w:rPr>
        <w:br/>
      </w:r>
      <w:r>
        <w:rPr>
          <w:lang w:eastAsia="zh-CN"/>
        </w:rPr>
        <w:t>　　1、给孩子学习的信心。不管孩子接受其他知识的能力如何，在英语学科方面，千万不能随意的打击。语言没有谁天生对之反感，也没有谁天生就是天才，都是在实践中逐渐积累，乃至熟能生巧。家长要有一颗平常心，不要对孩子说一些“你是家中希望，一定要考上重点”或“考砸了，爸妈脸往哪儿搁”之类的话，或者动不动就一顿打，家长需要耐心与冷静，这是帮助孩子坦然面对学习的关键。看到孩子的优势，适当鼓励和引导，让孩子对英语的学习充满着自信，这一点相当重要。</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2、培养孩子良好的学习习惯。联合国教科文组织在“学会生存”一书中指出：在未来社会里，文盲将不是不识字的人，而是那些不懂得学习方法、不会自行更新知识的人，家长希望自己的子女在未来的社会中长大成才，不可不注意对他们进行学习方法的指导，和学习习惯的养成。一般来说，孩子的学习习惯决定着其学习的效果。所以，除了在课堂中，我很注意这方面的引导和指点，家长同样要对孩子的学习习惯给于正确的培养。每天督促他听听英语、读读英语，这一点很重要。（举例）还有，孩子作业的字迹，对待作业的态度，听课的效率，对英语学科的兴趣等等，家长的重视和督促同样是不可忽略。</w:t>
      </w:r>
      <w:r>
        <w:rPr>
          <w:lang w:eastAsia="zh-CN"/>
        </w:rPr>
        <w:br/>
      </w:r>
      <w:r>
        <w:rPr>
          <w:lang w:eastAsia="zh-CN"/>
        </w:rPr>
        <w:t>　　3、配合孩子学习的方法向孩子学习，拜他为师，会极大地提高孩子的学习兴趣和认真学习的程度。同爸爸妈妈一道学，教奶奶学英语，都会使孩子们高兴。实践证明：轻松愉快的学习，能充分调动和发挥学生的学习兴趣、积极性和潜能，从而能增强记忆效果，掌握运用外语的能力；反之，呆板、枯燥、紧张的学习，只能抑制思维活动，降低学习效果。我们提出上述的一些方法，都是为了帮助家长在课外为孩子创造轻松愉快的学习环境和氛围，使孩子喜欢学英语。可以说要想让孩子学得好，首要是让孩子能“爱学”、“乐学”，这是现代教育所一再强调的。</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4、适当给孩子一些压力。家长可适当给孩子布置一点口头或笔头的作业，给孩子一些适当的负担，帮助学生练习所学知识，这样的坚持同样也能取得一定的效果。毕竟是熟能生巧，尤其对小学生来说。</w:t>
      </w:r>
      <w:r>
        <w:rPr>
          <w:lang w:eastAsia="zh-CN"/>
        </w:rPr>
        <w:br/>
      </w:r>
      <w:r>
        <w:rPr>
          <w:lang w:eastAsia="zh-CN"/>
        </w:rPr>
        <w:t>　　我很感激学校的和我的班主任聂老师，我更感激我的爸爸妈妈，感谢他们对我无时无刻的关爱，在此，让我代表我班全体同学对在座的爸爸妈妈们说一声：您们辛苦了！！！</w:t>
      </w:r>
      <w:r>
        <w:rPr>
          <w:lang w:eastAsia="zh-CN"/>
        </w:rPr>
        <w:br/>
      </w:r>
      <w:r>
        <w:rPr>
          <w:lang w:eastAsia="zh-CN"/>
        </w:rPr>
        <w:t>　　祝：各位妈妈们母亲节快乐</w:t>
      </w:r>
      <w:r>
        <w:rPr>
          <w:lang w:eastAsia="zh-CN"/>
        </w:rPr>
        <w:br/>
      </w:r>
      <w:r>
        <w:rPr>
          <w:lang w:eastAsia="zh-CN"/>
        </w:rPr>
        <w:t>　　爸爸妈妈们，请您们放心，我们一定会以优异的成绩来回报学校、老师、以及您们对我们的期望，一定会为最后两年的中学生活画上圆满的句号！（鞠躬）</w:t>
      </w:r>
      <w:r>
        <w:rPr>
          <w:lang w:eastAsia="zh-CN"/>
        </w:rPr>
        <w:br/>
      </w:r>
      <w:r>
        <w:rPr>
          <w:lang w:eastAsia="zh-CN"/>
        </w:rPr>
        <w:t>　　谢谢大家！</w:t>
      </w:r>
      <w:r>
        <w:rPr>
          <w:lang w:eastAsia="zh-CN"/>
        </w:rPr>
        <w:br/>
      </w:r>
      <w:r>
        <w:rPr>
          <w:lang w:eastAsia="zh-CN"/>
        </w:rPr>
        <w:t xml:space="preserve">    学生演讲稿500字 篇4 </w:t>
      </w:r>
      <w:r>
        <w:rPr>
          <w:lang w:eastAsia="zh-CN"/>
        </w:rPr>
        <w:br/>
      </w:r>
      <w:r>
        <w:rPr>
          <w:lang w:eastAsia="zh-CN"/>
        </w:rPr>
        <w:t>　　风风雨雨，朝朝暮暮;花开花谢，潮起潮落。在不经意间，我走过了小学六年生涯。六年来，每一个欢笑，每一滴泪水，每一段故事，每一次经历，每一声感动，都使我难以忘怀。如今我们即将告别母校，一股眷恋之情，从我心底油然而生。</w:t>
      </w:r>
      <w:r>
        <w:rPr>
          <w:lang w:eastAsia="zh-CN"/>
        </w:rPr>
        <w:br/>
      </w:r>
      <w:r>
        <w:rPr>
          <w:lang w:eastAsia="zh-CN"/>
        </w:rPr>
        <w:t>　　犹记六年前，我们还是一年级的小学生，那年，我们亲手种下的花儿，如今在那碎砖瓦砾旁，花儿娇艳的身姿正迎风微笑。虽然我们现在失去了可爱的校园，但我会永远铭记，在这里，我们曾播种春天，收获秋天，我们曾用心学习，欢笑追逐，在碧蓝的天幕下，用稚嫩的声音，唱出一曲幸福的《生命进行曲》。</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回首往事，心灵的时间在逆转。小时候，人生百味，我只知甜，骄傲任性，衣来伸手，然而，生活中毕竟不是只有甜。上学后，我明白了这一点，从而谦虚为人，学会面对挫折与困难。在母校的生活中，我渐渐地明白了人生的真谛：一个人，可以没历史丰碑般伟大，但应该奋斗终身;一个人没有智者观察世界的悟性，但要懂得去热爱生活，拥有生活。在母校的生活中，我感受到老师的无私奉献，就像一只粉笔为他人化身成灰，却写活了立体的人生。在母校的生活中，我体验到了友谊的真诚：互相帮助，雪中送炭，用满腔热血浇灌友谊的方田。如今，我就要毕业，告别可爱的母校，只能把依依不舍的眷恋化作志向，竭力回报母校：在剩下的一个月里，努力学习，奋勇向前;让生活绽放一次笑容，让生命澎湃一次潮夕。拿出最好的成绩，来回报母校对我的培育之恩。</w:t>
      </w:r>
      <w:r>
        <w:rPr>
          <w:lang w:eastAsia="zh-CN"/>
        </w:rPr>
        <w:br/>
      </w:r>
      <w:r>
        <w:rPr>
          <w:lang w:eastAsia="zh-CN"/>
        </w:rPr>
        <w:t>　　我们即将告别母校，依依惜别前，我向着朝阳，合十双手，闭上眼睛，踮起脚尖，让光和热燃烧我内心的一份感动，对母校，老师，同学深情地道一声珍重。</w:t>
      </w:r>
      <w:r>
        <w:rPr>
          <w:lang w:eastAsia="zh-CN"/>
        </w:rPr>
        <w:br/>
      </w:r>
      <w:r>
        <w:rPr>
          <w:lang w:eastAsia="zh-CN"/>
        </w:rPr>
        <w:t xml:space="preserve">    学生演讲稿500字 篇5 </w:t>
      </w:r>
      <w:r>
        <w:rPr>
          <w:lang w:eastAsia="zh-CN"/>
        </w:rPr>
        <w:br/>
      </w:r>
      <w:r>
        <w:rPr>
          <w:lang w:eastAsia="zh-CN"/>
        </w:rPr>
        <w:t>　　亲爱的老师、同学们：</w:t>
      </w:r>
      <w:r>
        <w:rPr>
          <w:lang w:eastAsia="zh-CN"/>
        </w:rPr>
        <w:br/>
      </w:r>
      <w:r>
        <w:rPr>
          <w:lang w:eastAsia="zh-CN"/>
        </w:rPr>
        <w:t>　　老师，我想对您说。您的工作是神圣的，也是辛苦的，您每天为了我们辛勤的工作着、操劳着，有时候您还彻夜不眠。您对我们的学习更是关心。</w:t>
      </w:r>
      <w:r>
        <w:rPr>
          <w:lang w:eastAsia="zh-CN"/>
        </w:rPr>
        <w:br/>
      </w:r>
      <w:r>
        <w:rPr>
          <w:lang w:eastAsia="zh-CN"/>
        </w:rPr>
        <w:t>　　每当我有进步时，您会一如既往地支持我，并告诉我不要自满。每当我退步时，您会委婉地指出我退步的原因，不停的鼓励我，并告诉我不要自卑。</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老师，我知道您的格言是：不要让对你充满希望的人失望。我知道您对您的每一个学生都充满希望，所以我一直在尽量做好自己。每一次您有什么事都会找我们，因为您信任我们，您对我们都充满希望。</w:t>
      </w:r>
      <w:r>
        <w:rPr>
          <w:lang w:eastAsia="zh-CN"/>
        </w:rPr>
        <w:br/>
      </w:r>
      <w:r>
        <w:rPr>
          <w:lang w:eastAsia="zh-CN"/>
        </w:rPr>
        <w:t>　　老师，是您教我要对自己充满信心，是您教我要坚持不懈，是您教会我不要让对自己充满希望的人失望，是您教我懂得了感恩。</w:t>
      </w:r>
      <w:r>
        <w:rPr>
          <w:lang w:eastAsia="zh-CN"/>
        </w:rPr>
        <w:br/>
      </w:r>
      <w:r>
        <w:rPr>
          <w:lang w:eastAsia="zh-CN"/>
        </w:rPr>
        <w:t>　　老师，您把您毕生的心血都献给了您的学生。清风飘过，带走了岁月的痕迹，时间转瞬即逝，您从一个清丽脱俗的少女变成一位饱经风霜的人民教师。您为了我们的."前途，头上多出了几丝银发，皱纹布满了您的眼角。</w:t>
      </w:r>
      <w:r>
        <w:rPr>
          <w:lang w:eastAsia="zh-CN"/>
        </w:rPr>
        <w:br/>
      </w:r>
      <w:r>
        <w:rPr>
          <w:lang w:eastAsia="zh-CN"/>
        </w:rPr>
        <w:t>　　老师，您是人类灵魂的工程师，培育出许多栋梁；您是辛勤的园丁，培育出祖国的花朵；您是无私的蜡烛，点燃自己照亮别人。您是一艘巨轮，带着我们迎风远航。</w:t>
      </w:r>
      <w:r>
        <w:rPr>
          <w:lang w:eastAsia="zh-CN"/>
        </w:rPr>
        <w:br/>
      </w:r>
      <w:r>
        <w:rPr>
          <w:lang w:eastAsia="zh-CN"/>
        </w:rPr>
        <w:t>　　老师，您是伟大的，也是辛勤的。您为了我们付出了您的青春，您为了我们整日忙碌。我一定会好好学习的，不辜负您的一番教诲。老师，我以后一定会好好报答您。</w:t>
      </w:r>
      <w:r>
        <w:rPr>
          <w:lang w:eastAsia="zh-CN"/>
        </w:rPr>
        <w:br/>
      </w:r>
      <w:r>
        <w:rPr>
          <w:lang w:eastAsia="zh-CN"/>
        </w:rPr>
        <w:t xml:space="preserve">    学生演讲稿500字 篇6 </w:t>
      </w:r>
      <w:r>
        <w:rPr>
          <w:lang w:eastAsia="zh-CN"/>
        </w:rPr>
        <w:br/>
      </w:r>
      <w:r>
        <w:rPr>
          <w:lang w:eastAsia="zh-CN"/>
        </w:rPr>
        <w:t>　　尊敬的老师、亲爱的同学们：</w:t>
      </w:r>
      <w:r>
        <w:rPr>
          <w:lang w:eastAsia="zh-CN"/>
        </w:rPr>
        <w:br/>
      </w:r>
      <w:r>
        <w:rPr>
          <w:lang w:eastAsia="zh-CN"/>
        </w:rPr>
        <w:t>　　这天我讲话的题目是《细节决定成败，规范赢得成功》。</w:t>
      </w:r>
      <w:r>
        <w:rPr>
          <w:lang w:eastAsia="zh-CN"/>
        </w:rPr>
        <w:br/>
      </w:r>
      <w:r>
        <w:rPr>
          <w:lang w:eastAsia="zh-CN"/>
        </w:rPr>
        <w:t>　　期中考试的硝烟已经散去，留下的酸甜苦辣供我们慢慢品尝，当我们对这次考试进行盘点的时候，亲爱的同学们，你能从中得到一点什么启发吗</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以前有位同学在考试后告诉我：这次考试题目并不难，但是由于一些小的原因，例如粗心大意、书写潦草等原因，使他的成绩并不理想。在每次考试后，总有一些同学因为粗心、审题不清等原因而失去该得的分数。显而易见，这些都是一些细节问题将我们同学打败的。</w:t>
      </w:r>
      <w:r>
        <w:rPr>
          <w:lang w:eastAsia="zh-CN"/>
        </w:rPr>
        <w:br/>
      </w:r>
      <w:r>
        <w:rPr>
          <w:lang w:eastAsia="zh-CN"/>
        </w:rPr>
        <w:t>　　细节体现一种认真态度，具体到我们的生活中去，就是养成一种良好的习惯。海尔总裁张瑞敏说：什么是不简单把每一件简单的事做好就是不简单；什么是不平凡能把每一件平凡的事做好就是不平凡。在海尔厂区上下班时工人走路全部靠右走，没有其它企业员工潮进潮出的现象，完全按交通规则，可很多企业没做到，海尔却做到了。这就是素质，海尔人的素质，在小小的走路这一细节上就体现出来了！对我们同学们来说，就是将我们该做的事尽我们的努力去做好，一屋不扫，是很难去扫天下的。</w:t>
      </w:r>
      <w:r>
        <w:rPr>
          <w:lang w:eastAsia="zh-CN"/>
        </w:rPr>
        <w:br/>
      </w:r>
      <w:r>
        <w:rPr>
          <w:lang w:eastAsia="zh-CN"/>
        </w:rPr>
        <w:t>　　泰山不拒细壤，故能成其高；江河不拒细流，故能成其深。亲爱的同学们：细节是一种功夫，需要我们日积月累，从点滴做起。如果谁忽略细节，谁就不可能真正取得成功；谁在细节上用了心，那么就可能赢得非凡的人生。从某种程度上说，细节影响品质，细节体现品味，细节显示差异，细节决定成败。</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同学们，在这个百舸争流、千帆尽过的时代，如果没有良好的习惯为基础，任何理想的大厦都难以建立起来。而习惯恰恰是由生活中的一个又一个的细节的不断积累所构成的。而做好细节，又需要规范来指导我们，在此，我们就应当树立起这样的观念：细节决定成败，规范赢得成功。在平时的生活和学习中，务必改变心浮气躁、浅尝辄止的毛病，改变大而化之、马马虎虎的毛病，将大概、仿佛、几乎、似乎、将近、大约、大致等等从我们的字典中去掉，做每一个细节严格的执行者，将细节做精，将细节做亮！</w:t>
      </w:r>
      <w:r>
        <w:rPr>
          <w:lang w:eastAsia="zh-CN"/>
        </w:rPr>
        <w:br/>
      </w:r>
      <w:r>
        <w:rPr>
          <w:lang w:eastAsia="zh-CN"/>
        </w:rPr>
        <w:t xml:space="preserve">    学生演讲稿500字 篇7 </w:t>
      </w:r>
      <w:r>
        <w:rPr>
          <w:lang w:eastAsia="zh-CN"/>
        </w:rPr>
        <w:br/>
      </w:r>
      <w:r>
        <w:rPr>
          <w:lang w:eastAsia="zh-CN"/>
        </w:rPr>
        <w:t>　　尊敬的领导、老师、亲爱的同学们：</w:t>
      </w:r>
      <w:r>
        <w:rPr>
          <w:lang w:eastAsia="zh-CN"/>
        </w:rPr>
        <w:br/>
      </w:r>
      <w:r>
        <w:rPr>
          <w:lang w:eastAsia="zh-CN"/>
        </w:rPr>
        <w:t>　　大家好！</w:t>
      </w:r>
      <w:r>
        <w:rPr>
          <w:lang w:eastAsia="zh-CN"/>
        </w:rPr>
        <w:br/>
      </w:r>
      <w:r>
        <w:rPr>
          <w:lang w:eastAsia="zh-CN"/>
        </w:rPr>
        <w:t>　　现在的我是一名大学生，辛辛苦苦二十多年，我终于长大了，成熟了。辛辛苦苦的不是我，是生我养我，又把我拉扯大的爸爸妈妈。</w:t>
      </w:r>
      <w:r>
        <w:rPr>
          <w:lang w:eastAsia="zh-CN"/>
        </w:rPr>
        <w:br/>
      </w:r>
      <w:r>
        <w:rPr>
          <w:lang w:eastAsia="zh-CN"/>
        </w:rPr>
        <w:t>　　身在异乡的我不会留恋外面的繁华，不会沉溺自由的快乐，更不会想到在外面安家。在我的心里，时刻有个牵挂，那就是我的爸爸妈妈。想到曾经，我会不禁的流泪，因为当我生病时，妈妈为我流过泪，当我学习拿第一时，爸爸为我流过泪。今天有我，是因为昨天有为我操劳的爸爸妈妈，如今我长大了，伴随着成熟，我的心也长成了一颗感恩的种子，我要做妈妈的小棉袄，让妈妈感到果汁的甘甜，我要努力学习将来有所成就，找份好工作，替爸爸分担经济的压力，让爸爸享受果子成熟的喜悦。</w:t>
      </w:r>
      <w:r>
        <w:rPr>
          <w:lang w:eastAsia="zh-CN"/>
        </w:rPr>
        <w:br/>
      </w:r>
      <w:r>
        <w:rPr>
          <w:lang w:eastAsia="zh-CN"/>
        </w:rPr>
        <w:t>　　我的生命是爸妈给的，我要用我的一生来回报他们的恩情。我曾经想过，总有一天我会离开他们，到另一个家庭去生活，但我不会让这另外的家庭离我爸妈太远，因为那样可以有时间常回家看看。我要做父母的乖女儿，我知道爸妈只要我幸福他们就会快乐，我要用我的贴心让他们快乐，因为那样我才会幸福。</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无论在那儿，家总是最温暖的，爸常说：“在家千日好，出门一时难。”是的，“慈母手中线，游子身上衣”。我不高唱我多么的爱我的爸爸妈妈，我只愿带着这颗感恩的心回到时刻盼望我归来的家，乖乖的陪在他们身边，只要这样就好，我想。这是父母最需要的……</w:t>
      </w:r>
      <w:r>
        <w:rPr>
          <w:lang w:eastAsia="zh-CN"/>
        </w:rPr>
        <w:br/>
      </w:r>
      <w:r>
        <w:rPr>
          <w:lang w:eastAsia="zh-CN"/>
        </w:rPr>
        <w:t xml:space="preserve">    学生演讲稿500字 篇8 </w:t>
      </w:r>
      <w:r>
        <w:rPr>
          <w:lang w:eastAsia="zh-CN"/>
        </w:rPr>
        <w:br/>
      </w:r>
      <w:r>
        <w:rPr>
          <w:lang w:eastAsia="zh-CN"/>
        </w:rPr>
        <w:t>　　尊敬的老师，亲爱的同学们：</w:t>
      </w:r>
      <w:r>
        <w:rPr>
          <w:lang w:eastAsia="zh-CN"/>
        </w:rPr>
        <w:br/>
      </w:r>
      <w:r>
        <w:rPr>
          <w:lang w:eastAsia="zh-CN"/>
        </w:rPr>
        <w:t>　　大家晚上好！</w:t>
      </w:r>
      <w:r>
        <w:rPr>
          <w:lang w:eastAsia="zh-CN"/>
        </w:rPr>
        <w:br/>
      </w:r>
      <w:r>
        <w:rPr>
          <w:lang w:eastAsia="zh-CN"/>
        </w:rPr>
        <w:t>　　我叫于润锦，来自高一十八班。学海中，我是一条奋进的鱼，无时无刻不在向前。博海中我是一条乐观的鱼，即使风浪再大，我也有挑战的勇气。</w:t>
      </w:r>
      <w:r>
        <w:rPr>
          <w:lang w:eastAsia="zh-CN"/>
        </w:rPr>
        <w:br/>
      </w:r>
      <w:r>
        <w:rPr>
          <w:lang w:eastAsia="zh-CN"/>
        </w:rPr>
        <w:t>　　我十分荣幸能够站在这里。首先我要感谢学生会，学校给我们这个展现自我的机会。一路走来，我还要感谢以往的老师们，同学们和家长对我的鼓励与帮助，信任与认可。我希望能成为学生会的一员。</w:t>
      </w:r>
      <w:r>
        <w:rPr>
          <w:lang w:eastAsia="zh-CN"/>
        </w:rPr>
        <w:br/>
      </w:r>
      <w:r>
        <w:rPr>
          <w:lang w:eastAsia="zh-CN"/>
        </w:rPr>
        <w:t>　　小学时，我在班级担任班长，承担班级的很多工作。与同学有着融洽的关系。初中时被评为“市三好学生”。帮助同学们提高成绩，也是老师得力助手。</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在校外我还有更广阔的舞台。寒冬中去福利院为儿童送去图书，并给他们讲故事。夏日走上街头用实践向人们宣传低碳环保......通过活动我从一名普通的参与者蜕变为出色的者，并成为活动的策划者。初二开始，每逢五一，十一等假期我都协助妈妈策划青少年拓展亲子游的活动。活动办的越来越受家长和小同学的欢迎。我的综合能力也得到了提高。如果我成为学生会成员，我将竭尽全力为全校师生服务。</w:t>
      </w:r>
      <w:r>
        <w:rPr>
          <w:lang w:eastAsia="zh-CN"/>
        </w:rPr>
        <w:br/>
      </w:r>
      <w:r>
        <w:rPr>
          <w:lang w:eastAsia="zh-CN"/>
        </w:rPr>
        <w:t>　　对活动的喜爱使我养成了良好的自学习惯。我一定会平衡好工作与学习的时间，用高效自主地提升学习效率，保持目前的成绩。</w:t>
      </w:r>
      <w:r>
        <w:rPr>
          <w:lang w:eastAsia="zh-CN"/>
        </w:rPr>
        <w:br/>
      </w:r>
      <w:r>
        <w:rPr>
          <w:lang w:eastAsia="zh-CN"/>
        </w:rPr>
        <w:t>　　作为哈三中的一名学生，我愿意帮助身边的人，我十分愿意承担责任。在学生会中，我会发扬三中，弘扬三中文化。在未来的日子里。在这样一个群英齐聚的平台，我坚信我必能以饱满的热情完成每一项工作。感谢大家对我的支持。</w:t>
      </w:r>
      <w:r>
        <w:rPr>
          <w:lang w:eastAsia="zh-CN"/>
        </w:rPr>
        <w:br/>
      </w:r>
      <w:r>
        <w:rPr>
          <w:lang w:eastAsia="zh-CN"/>
        </w:rPr>
        <w:t>　　愿我们一起努力！</w:t>
      </w:r>
      <w:r>
        <w:rPr>
          <w:lang w:eastAsia="zh-CN"/>
        </w:rPr>
        <w:br/>
      </w:r>
      <w:r>
        <w:rPr>
          <w:lang w:eastAsia="zh-CN"/>
        </w:rPr>
        <w:t xml:space="preserve">    学生演讲稿500字 篇9 </w:t>
      </w:r>
      <w:r>
        <w:rPr>
          <w:lang w:eastAsia="zh-CN"/>
        </w:rPr>
        <w:br/>
      </w:r>
      <w:r>
        <w:rPr>
          <w:lang w:eastAsia="zh-CN"/>
        </w:rPr>
        <w:t>　　尊敬的学校领导、老师，辛勤的各位叔叔、阿姨：</w:t>
      </w:r>
      <w:r>
        <w:rPr>
          <w:lang w:eastAsia="zh-CN"/>
        </w:rPr>
        <w:br/>
      </w:r>
      <w:r>
        <w:rPr>
          <w:lang w:eastAsia="zh-CN"/>
        </w:rPr>
        <w:t>　　大家下午好!</w:t>
      </w:r>
      <w:r>
        <w:rPr>
          <w:lang w:eastAsia="zh-CN"/>
        </w:rPr>
        <w:br/>
      </w:r>
      <w:r>
        <w:rPr>
          <w:lang w:eastAsia="zh-CN"/>
        </w:rPr>
        <w:t>　　这天是个特殊的日子，我站在这个台上，代表六(3)班的全体同学发言，并不是因为我有好的学习经验，而是想借此机会给叔叔、阿姨、爸爸、妈妈说句心里话，家长会的学生发言稿。</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各位叔叔、阿姨，您必须对自己的孩子寄托着很大的期望吧!老师也同您们一样，期望学生有出息。我们的成长离不开老师的辛勤培育，更离不开您们的精心爱护和配合，如果一旦失去了这些，我们的健康成长就会受到阻碍，我们就会走很多的弯路。为此，我真心期望您们能够大力配合学校，让我们得到真正的、有效的教育。请让我在此向各位家长说件事：由于我的学习习惯差，自控力不强，期中考试前爸爸妈妈工作忙，也没顾上管我的学习，我可就自由了，放学后不复习功课，而在玩电脑，结果数学考试只落得了个87分，我好后悔呀!所以我在此代表全班的学生向爸爸妈妈们提几点推荐：</w:t>
      </w:r>
      <w:r>
        <w:rPr>
          <w:lang w:eastAsia="zh-CN"/>
        </w:rPr>
        <w:br/>
      </w:r>
      <w:r>
        <w:rPr>
          <w:lang w:eastAsia="zh-CN"/>
        </w:rPr>
        <w:t>　　1、经常过问我们在校的学习状况。</w:t>
      </w:r>
      <w:r>
        <w:rPr>
          <w:lang w:eastAsia="zh-CN"/>
        </w:rPr>
        <w:br/>
      </w:r>
      <w:r>
        <w:rPr>
          <w:lang w:eastAsia="zh-CN"/>
        </w:rPr>
        <w:t>　　2、教育我们要有端正的学习态度。</w:t>
      </w:r>
      <w:r>
        <w:rPr>
          <w:lang w:eastAsia="zh-CN"/>
        </w:rPr>
        <w:br/>
      </w:r>
      <w:r>
        <w:rPr>
          <w:lang w:eastAsia="zh-CN"/>
        </w:rPr>
        <w:t>　　3、根据我们的学习状况，提醒我们上课认真听讲。</w:t>
      </w:r>
      <w:r>
        <w:rPr>
          <w:lang w:eastAsia="zh-CN"/>
        </w:rPr>
        <w:br/>
      </w:r>
      <w:r>
        <w:rPr>
          <w:lang w:eastAsia="zh-CN"/>
        </w:rPr>
        <w:t>　　4、抽出晚上看电视、打牌的时间，耐心地辅导和帮忙我们完成好家庭作业。</w:t>
      </w:r>
      <w:r>
        <w:rPr>
          <w:lang w:eastAsia="zh-CN"/>
        </w:rPr>
        <w:br/>
      </w:r>
      <w:r>
        <w:rPr>
          <w:lang w:eastAsia="zh-CN"/>
        </w:rPr>
        <w:t>　　5、支持我们的课外阅读需求，并推荐我们购买好书，读好书，使我们养成爱读书的好习惯。</w:t>
      </w:r>
      <w:r>
        <w:rPr>
          <w:lang w:eastAsia="zh-CN"/>
        </w:rPr>
        <w:br/>
      </w:r>
      <w:r>
        <w:rPr>
          <w:lang w:eastAsia="zh-CN"/>
        </w:rPr>
        <w:t>　　6、经常和我们交流，谈心，掌握我们的心理状况。</w:t>
      </w:r>
      <w:r>
        <w:rPr>
          <w:lang w:eastAsia="zh-CN"/>
        </w:rPr>
        <w:br/>
      </w:r>
      <w:r>
        <w:rPr>
          <w:lang w:eastAsia="zh-CN"/>
        </w:rPr>
        <w:t>　　这学期，我们6年级重新进行了分班。让我们感到幸运的是：我们6(3)班得到了两位十分负职责的老师。但是，要想让我们养成好的学习习惯，光_老师还不行，我们还需要爸爸妈妈们的督促和鼓励，因为我们还小，免不了会贪玩、偷懒。</w:t>
      </w:r>
      <w:r>
        <w:rPr>
          <w:lang w:eastAsia="zh-CN"/>
        </w:rPr>
        <w:br/>
      </w:r>
      <w:r>
        <w:rPr>
          <w:lang w:eastAsia="zh-CN"/>
        </w:rPr>
        <w:t>　　我们有许多的缺点，但我们也有很多的优点：聪明、善良、活泼、有个性，人才不乏。我们有负责的老师，有爸爸他_的配合，有关心我们的学校。因此，我们也会有好的成绩。如今，在两位老师的带领下，我们的学习有了很大的进步，但是，这还远远不够，我们还就应百尺竿头，更进一步。我相信，在学校领导的关怀下，老师的辛勤培育下，爸爸他_的配合下，我们必须会成为优秀的人才!</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我很感激学校的领导和我的班主任陈老师，我更感激我的爸爸妈妈，感谢他们对我无时无刻的关爱，在此，让我代表我班全体同学对在座的爸爸妈妈们说一声：您们辛苦了!!!(敬礼)</w:t>
      </w:r>
      <w:r>
        <w:rPr>
          <w:lang w:eastAsia="zh-CN"/>
        </w:rPr>
        <w:br/>
      </w:r>
      <w:r>
        <w:rPr>
          <w:lang w:eastAsia="zh-CN"/>
        </w:rPr>
        <w:t>　　爸爸妈妈们请您放心，我们必须会以优异的成绩来回报学校、老师、以及您们对我们的期望，必须会为最后两年的小学生活画上圆满的句号!(鞠躬)</w:t>
      </w:r>
      <w:r>
        <w:rPr>
          <w:lang w:eastAsia="zh-CN"/>
        </w:rPr>
        <w:br/>
      </w:r>
      <w:r>
        <w:rPr>
          <w:lang w:eastAsia="zh-CN"/>
        </w:rPr>
        <w:t>　　谢谢大家!</w:t>
      </w:r>
      <w:r>
        <w:rPr>
          <w:lang w:eastAsia="zh-CN"/>
        </w:rPr>
        <w:br/>
      </w:r>
      <w:r>
        <w:rPr>
          <w:lang w:eastAsia="zh-CN"/>
        </w:rPr>
        <w:t xml:space="preserve">    学生演讲稿500字 篇10 </w:t>
      </w:r>
      <w:r>
        <w:rPr>
          <w:lang w:eastAsia="zh-CN"/>
        </w:rPr>
        <w:br/>
      </w:r>
      <w:r>
        <w:rPr>
          <w:lang w:eastAsia="zh-CN"/>
        </w:rPr>
        <w:t>　　亲爱的老师、小朋友们：</w:t>
      </w:r>
      <w:r>
        <w:rPr>
          <w:lang w:eastAsia="zh-CN"/>
        </w:rPr>
        <w:br/>
      </w:r>
      <w:r>
        <w:rPr>
          <w:lang w:eastAsia="zh-CN"/>
        </w:rPr>
        <w:t>　　大家好，我叫，来自大一班。今天我国旗下讲话的主题是关注安全，保护自己！</w:t>
      </w:r>
      <w:r>
        <w:rPr>
          <w:lang w:eastAsia="zh-CN"/>
        </w:rPr>
        <w:br/>
      </w:r>
      <w:r>
        <w:rPr>
          <w:lang w:eastAsia="zh-CN"/>
        </w:rPr>
        <w:t>　　在爸爸妈妈的精心呵护下，在老师们的无私关爱下，我们就像一棵棵小树苗茁壮成长。随着年龄的增长，我们越来越多地接触大自然，越来越独立地接触社会，因此，我们要学会保护自己。我建议让我们从小事做起，从一点一滴做起：</w:t>
      </w:r>
      <w:r>
        <w:rPr>
          <w:lang w:eastAsia="zh-CN"/>
        </w:rPr>
        <w:br/>
      </w:r>
      <w:r>
        <w:rPr>
          <w:lang w:eastAsia="zh-CN"/>
        </w:rPr>
        <w:t>　　一、不要把小豆子、小刀子带到幼儿园；</w:t>
      </w:r>
      <w:r>
        <w:rPr>
          <w:lang w:eastAsia="zh-CN"/>
        </w:rPr>
        <w:br/>
      </w:r>
      <w:r>
        <w:rPr>
          <w:lang w:eastAsia="zh-CN"/>
        </w:rPr>
        <w:t>　　二、不跟陌生人走，不吃陌生人给的东西；</w:t>
      </w:r>
      <w:r>
        <w:rPr>
          <w:lang w:eastAsia="zh-CN"/>
        </w:rPr>
        <w:br/>
      </w:r>
      <w:r>
        <w:rPr>
          <w:lang w:eastAsia="zh-CN"/>
        </w:rPr>
        <w:t>　　三、没有大人的帮助，不随便接触水、火和电；</w:t>
      </w:r>
      <w:r>
        <w:rPr>
          <w:lang w:eastAsia="zh-CN"/>
        </w:rPr>
        <w:br/>
      </w:r>
      <w:r>
        <w:rPr>
          <w:lang w:eastAsia="zh-CN"/>
        </w:rPr>
        <w:t>　　四、遵守交通规则，不闯红灯，过马路左右看；</w:t>
      </w:r>
      <w:r>
        <w:rPr>
          <w:lang w:eastAsia="zh-CN"/>
        </w:rPr>
        <w:br/>
      </w:r>
      <w:r>
        <w:rPr>
          <w:lang w:eastAsia="zh-CN"/>
        </w:rPr>
        <w:t>　　五、和零食说拜拜，保护好我们的小肚子。</w:t>
      </w:r>
      <w:r>
        <w:rPr>
          <w:lang w:eastAsia="zh-CN"/>
        </w:rPr>
        <w:br/>
      </w:r>
      <w:r>
        <w:rPr>
          <w:lang w:eastAsia="zh-CN"/>
        </w:rPr>
        <w:t>　　最后，我想谢谢老师对我们的关心，谢谢爸爸妈妈对我们的爱，祝小朋友们健康、快乐、安全地成长！谢谢大家！</w:t>
      </w:r>
      <w:r>
        <w:rPr>
          <w:lang w:eastAsia="zh-CN"/>
        </w:rPr>
        <w:br/>
      </w:r>
      <w:r>
        <w:rPr>
          <w:lang w:eastAsia="zh-CN"/>
        </w:rPr>
        <w:t xml:space="preserve">    学生演讲稿500字 篇11 </w:t>
      </w:r>
      <w:r>
        <w:rPr>
          <w:lang w:eastAsia="zh-CN"/>
        </w:rPr>
        <w:br/>
      </w:r>
      <w:r>
        <w:rPr>
          <w:lang w:eastAsia="zh-CN"/>
        </w:rPr>
        <w:t>　　敬爱的老师，亲爱的同学们：</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你们好!我是__班___，今天我演讲的题目是《弘扬民族文化，争做美德少年》。</w:t>
      </w:r>
      <w:r>
        <w:rPr>
          <w:lang w:eastAsia="zh-CN"/>
        </w:rPr>
        <w:br/>
      </w:r>
      <w:r>
        <w:rPr>
          <w:lang w:eastAsia="zh-CN"/>
        </w:rPr>
        <w:t>　　在这个生机勃勃、万物复苏的季节里，全国上下正在开展争做“美德少年”活动，这是__爷爷在给少先队的一封信中提到的争当“四个好少年”的要求。胡爷爷的号召，不仅是对全国少年儿童的关心，也是对全国少年儿童的关爱。他要求少先队员们人人努力争当热爱祖国、理想远大的好少年，争当勤奋学习、追求上进的好少年，争当品德优良、团结友爱的好少年，争当体魄强健、活泼开朗的好少年，誓做合格接班人。</w:t>
      </w:r>
      <w:r>
        <w:rPr>
          <w:lang w:eastAsia="zh-CN"/>
        </w:rPr>
        <w:br/>
      </w:r>
      <w:r>
        <w:rPr>
          <w:lang w:eastAsia="zh-CN"/>
        </w:rPr>
        <w:t>　　少年兴则国兴，少年强则国强。青少年学生是祖国的未来，民族的希望。这次我校开展争当“美德少年”主题活动，全校同学都要积极参加这项活动。争当“美德少年”应该从我做起，从我身边的每一件小事做起。</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我们争当祖国的好少年，要热爱祖国、树立远大理想，为了振兴中华民族而努力前进;我们争当祖国的好少年，要品德优良，尊老爱幼，拥有一颗感恩的心，拥有中华民族的传统美德;我们争当祖国的好少年，要学习雷锋精神，牢记“帮助别人，快乐自己”这亘古不变的真理，同学之间团结友爱、互相帮助，挽起友谊的双手向着未来，勇敢登攀;我们争当文明好少年，要勤奋学习，上课专心听讲，下课好好复习，按时完成作业，要知道，丰富的知识才是我们翱翔的翅膀;我们争当文明好少年，还要培养自己独立的能力，在家帮妈妈做家务，自己能做的事自己做，如果大人不在家，要自己做饭、洗衣服、打扫卫生。</w:t>
      </w:r>
      <w:r>
        <w:rPr>
          <w:lang w:eastAsia="zh-CN"/>
        </w:rPr>
        <w:br/>
      </w:r>
      <w:r>
        <w:rPr>
          <w:lang w:eastAsia="zh-CN"/>
        </w:rPr>
        <w:t>　　我的演讲完了，谢谢大家!</w:t>
      </w:r>
      <w:r>
        <w:rPr>
          <w:lang w:eastAsia="zh-CN"/>
        </w:rPr>
        <w:br/>
      </w:r>
      <w:r>
        <w:rPr>
          <w:lang w:eastAsia="zh-CN"/>
        </w:rPr>
        <w:t xml:space="preserve">    学生演讲稿500字 篇12 </w:t>
      </w:r>
      <w:r>
        <w:rPr>
          <w:lang w:eastAsia="zh-CN"/>
        </w:rPr>
        <w:br/>
      </w:r>
      <w:r>
        <w:rPr>
          <w:lang w:eastAsia="zh-CN"/>
        </w:rPr>
        <w:t>　　尊敬的领导、老师、亲爱的同学们：</w:t>
      </w:r>
      <w:r>
        <w:rPr>
          <w:lang w:eastAsia="zh-CN"/>
        </w:rPr>
        <w:br/>
      </w:r>
      <w:r>
        <w:rPr>
          <w:lang w:eastAsia="zh-CN"/>
        </w:rPr>
        <w:t>　　大家好！</w:t>
      </w:r>
      <w:r>
        <w:rPr>
          <w:lang w:eastAsia="zh-CN"/>
        </w:rPr>
        <w:br/>
      </w:r>
      <w:r>
        <w:rPr>
          <w:lang w:eastAsia="zh-CN"/>
        </w:rPr>
        <w:t>　　今天我演讲的题目是保护环境，从我做起。</w:t>
      </w:r>
      <w:r>
        <w:rPr>
          <w:lang w:eastAsia="zh-CN"/>
        </w:rPr>
        <w:br/>
      </w:r>
      <w:r>
        <w:rPr>
          <w:lang w:eastAsia="zh-CN"/>
        </w:rPr>
        <w:t>　　同学们，我们的家园富饶而美丽，我们生活，学习的地方空气是那样的清新，环境是那末的优美。地球就像妈妈一样给我们带来幸福，带来快乐。可是，你们知道吗我们生活的地球上，美好的环境正在遭到破坏，它将给我们人类带来无穷的灾难。</w:t>
      </w:r>
      <w:r>
        <w:rPr>
          <w:lang w:eastAsia="zh-CN"/>
        </w:rPr>
        <w:br/>
      </w:r>
      <w:r>
        <w:rPr>
          <w:lang w:eastAsia="zh-CN"/>
        </w:rPr>
        <w:t>　　我们少先队员能为地球妈妈做些甚么呢那就从身边的小事做起吧。当你和家人出往旅游时，不但自己稳定扔果皮，包装纸，而且发现垃圾还能主动拣起来投进垃圾箱里，那你就是一个保护环境的好少年；在学校里，看见自来水龙头没关紧，你能上前动手把它拧紧；看到光线充足，能主动把教室里的灯关掉，那你就是一位勤俭资源的好学生……只要大家头脑里有爱惜环境的有心人，就可以为我们的家园尽一份力，添一片绿，将来就可以把地球建成一个更加美好新家园。</w:t>
      </w:r>
      <w:r>
        <w:rPr>
          <w:lang w:eastAsia="zh-CN"/>
        </w:rPr>
        <w:br/>
      </w:r>
      <w:r>
        <w:rPr>
          <w:lang w:eastAsia="zh-CN"/>
        </w:rPr>
        <w:t>　　同学们，你们看，由于有了我们的参与，青山格外地葱茏；由于有了我们的行动，绿水格外地清澈；由于有了我们的存在，地球妈妈欣慰地笑了！</w:t>
      </w:r>
      <w:r>
        <w:rPr>
          <w:lang w:eastAsia="zh-CN"/>
        </w:rPr>
        <w:br/>
      </w:r>
      <w:r>
        <w:rPr>
          <w:lang w:eastAsia="zh-CN"/>
        </w:rPr>
        <w:t>　　谢谢大家！</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xml:space="preserve">    学生演讲稿500字 篇13 </w:t>
      </w:r>
      <w:r>
        <w:rPr>
          <w:lang w:eastAsia="zh-CN"/>
        </w:rPr>
        <w:br/>
      </w:r>
      <w:r>
        <w:rPr>
          <w:lang w:eastAsia="zh-CN"/>
        </w:rPr>
        <w:t>　　尊敬的老师，亲爱的同学们：</w:t>
      </w:r>
      <w:r>
        <w:rPr>
          <w:lang w:eastAsia="zh-CN"/>
        </w:rPr>
        <w:br/>
      </w:r>
      <w:r>
        <w:rPr>
          <w:lang w:eastAsia="zh-CN"/>
        </w:rPr>
        <w:t>　　大家好!我是，我演讲的题目是《我爱我校，美丽校园我的家》，希望大家能喜欢。</w:t>
      </w:r>
      <w:r>
        <w:rPr>
          <w:lang w:eastAsia="zh-CN"/>
        </w:rPr>
        <w:br/>
      </w:r>
      <w:r>
        <w:rPr>
          <w:lang w:eastAsia="zh-CN"/>
        </w:rPr>
        <w:t>　　别看我平时大大咧咧，好象天不怕地不怕的样子，可是悄悄告诉你们，此时的我，好紧张，也好激动。我不知道平凡如我的小女孩能不能用我贫瘠的语言表达出我内心深刻的爱。但是，正因为我平凡，我才能更真地发现生活中的感动;正因为我平凡，我才能用最诚挚的心去爱我的家——我们的班集体。</w:t>
      </w:r>
      <w:r>
        <w:rPr>
          <w:lang w:eastAsia="zh-CN"/>
        </w:rPr>
        <w:br/>
      </w:r>
      <w:r>
        <w:rPr>
          <w:lang w:eastAsia="zh-CN"/>
        </w:rPr>
        <w:t>　　在我心目中，班级就是我第二个温暖的家。我爱我的这个家，因为她给我带来数不清的美好回忆。是她，陪我学习，伴我成长;是她，督促我改正错误，激励我不断上进!</w:t>
      </w:r>
      <w:r>
        <w:rPr>
          <w:lang w:eastAsia="zh-CN"/>
        </w:rPr>
        <w:br/>
      </w:r>
      <w:r>
        <w:rPr>
          <w:lang w:eastAsia="zh-CN"/>
        </w:rPr>
        <w:t>　　我们的家温馨如画。在我们这个大家庭中，有7位跟我们朝夕相伴的老师。是她们，用智慧点拨着我们;是她们，用耐心感化着我们;是她们，用爱心熏陶着我们;是她们，用无私的奉献成就着我们!在这一年多的日子里，有许许多多令人难忘的故事：难忘生病时语文老师打来的电话;难忘中考前数学老师一个个通知我们去拿没来得及发放的试卷;难忘美术老师课堂上用手机拍下我们稚嫩的画作;难忘体育老师跟我们一起快乐玩耍.</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我们的家快乐如诗。在我们这个大家庭中，有39位志趣相投、爱好各异的兄弟姐妹。虽然我们姓氏各异，但是，我们却有一个共同的名字——子弟学校二年级学生。我们团结，我们充满梦想。在教室里，我们埋头学习，徜徉在书的海洋;在操场上，我们活力四射，为了班级体的荣誉而奋力拼搏;在学校外面，我们亲如兄弟，一起写作业一起玩耍。</w:t>
      </w:r>
      <w:r>
        <w:rPr>
          <w:lang w:eastAsia="zh-CN"/>
        </w:rPr>
        <w:br/>
      </w:r>
      <w:r>
        <w:rPr>
          <w:lang w:eastAsia="zh-CN"/>
        </w:rPr>
        <w:t>　　班级是我家，在这个家中我们快乐长大。作为家庭中的一名成员，就要从现在做起，从点点滴滴做起，从身边的小事做起，热爱老师，热爱同学，热爱我们的班集体。</w:t>
      </w:r>
      <w:r>
        <w:rPr>
          <w:lang w:eastAsia="zh-CN"/>
        </w:rPr>
        <w:br/>
      </w:r>
      <w:r>
        <w:rPr>
          <w:lang w:eastAsia="zh-CN"/>
        </w:rPr>
        <w:t>　　我的演讲马上就要结束了，在此我建议：让我们一起来努力，共建我们美好的家!</w:t>
      </w:r>
      <w:r>
        <w:rPr>
          <w:lang w:eastAsia="zh-CN"/>
        </w:rPr>
        <w:br/>
      </w:r>
      <w:r>
        <w:rPr>
          <w:lang w:eastAsia="zh-CN"/>
        </w:rPr>
        <w:t>　　我的演讲完毕，谢谢大家!</w:t>
      </w:r>
      <w:r>
        <w:rPr>
          <w:lang w:eastAsia="zh-CN"/>
        </w:rPr>
        <w:br/>
      </w:r>
      <w:r>
        <w:rPr>
          <w:lang w:eastAsia="zh-CN"/>
        </w:rPr>
        <w:t xml:space="preserve">    学生演讲稿500字 篇14 </w:t>
      </w:r>
      <w:r>
        <w:rPr>
          <w:lang w:eastAsia="zh-CN"/>
        </w:rPr>
        <w:br/>
      </w:r>
      <w:r>
        <w:rPr>
          <w:lang w:eastAsia="zh-CN"/>
        </w:rPr>
        <w:t>　　在这个秋高气爽，桃李飘香的九月，我们全体师生欢聚一堂，隆重举行开学典礼及教师节庆祝活动。在此，我作为优秀教师发言，首先要感谢领导给与我这次发言的机会，向一直以来给予我亲切关怀、辛勤培养的领导，向支持我工作的老师们表达最诚挚的谢意;向各位同学表达最衷心的祝福!</w:t>
      </w:r>
      <w:r>
        <w:rPr>
          <w:lang w:eastAsia="zh-CN"/>
        </w:rPr>
        <w:br/>
      </w:r>
    </w:p>
    <w:p w:rsidR="001B1F19" w14:textId="27C3F48A">
      <w:pPr>
        <w:rPr>
          <w:lang w:eastAsia="zh-CN"/>
        </w:rPr>
      </w:pPr>
      <w:r>
        <w:rPr>
          <w:lang w:eastAsia="zh-CN"/>
        </w:rPr>
        <w:t>　　做为一名教师，从踏上教坛的第一天起，我就无悔地坚守着教书育人这方沃土，认真钻研教材，研究教学方法，把每一位学生都当做自己的孩子，关心爱护，严格要求。不论大事小事，我都尽心尽力，直到达到要求为止。在教学中，我不断更新教学方法，上网查阅优秀教师的新教法，学习魏书生的教育管理方法，并用实际行动来教育感染班级的潜能生，因材施教，灵活使用方法，是我们班的刘洋、样样有以前的60多分发展到这次的93分，95分的成绩学生因为我知道，雄鹰用翱翔回报蓝天，骏马用驰骋回报草原，我们唯有把热情与梦想，创新与开拓奉献给我们的孩子们，我们的事业才能无愧于教师这一神圣的称号。身为人师，虽然这一职业很辛苦，但我很骄傲。</w:t>
      </w:r>
      <w:r>
        <w:rPr>
          <w:lang w:eastAsia="zh-CN"/>
        </w:rPr>
        <w:br/>
      </w:r>
      <w:r>
        <w:rPr>
          <w:lang w:eastAsia="zh-CN"/>
        </w:rPr>
        <w:t>　　三尺讲台是我的人生舞台，白色粉笔是我的人生画笔。因为热爱，我深情地演绎着我的人生。因为执着，我微笑着写下希望，不计名利。我不会用金钱的尺子来丈量我的价值，因为我知道，我不是栋梁，但我的事业是栋梁。我不会让知识的清泉变成一潭死水。因为我知道，我不是未来，但我的事业是未来。孩子，是祖国的未来和希望，我们老师应该把 一切为了学生、为了一切学生、作为我们的执着追求。</w:t>
      </w:r>
      <w:r>
        <w:rPr>
          <w:lang w:eastAsia="zh-CN"/>
        </w:rPr>
        <w:br/>
      </w:r>
      <w:r>
        <w:rPr>
          <w:lang w:eastAsia="zh-CN"/>
        </w:rPr>
        <w:t>　　同学们，要取得胜利，就要培养自己的真性情和真兴趣，把应该做的事尽量做得精细卓越，让自己满意，享受过程，在课堂上用你渴求知识的双眸替换你疲惫的身影;自习课上用投入每道习题的思考替换你左顾右盼说闲话的行为。严格自律，环节扎实，不懈攀登，让自己不后悔!</w:t>
      </w:r>
      <w:r>
        <w:rPr>
          <w:lang w:eastAsia="zh-CN"/>
        </w:rPr>
        <w:br/>
      </w:r>
      <w:r>
        <w:rPr>
          <w:lang w:eastAsia="zh-CN"/>
        </w:rPr>
        <w:t>　　从作为一种职业，到把教师当作一种理想与事业的追求，一种挑战自我的方式，我饱尝了教师的苦乐甘甜。是孩子们清纯的眼眸给了我们力量，是领导关切的话语给了我们能量，是同事们的微笑给了我们鼓励，是家长的信任给了我们信心。让我们勇敢的去战胜一切困难，去体验教育生命的真谛。真正体会到教师是光荣的、教书是严肃的、讲台是神圣的。</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https://d.book118.com/185111033212011122</w:t>
        </w:r>
      </w:hyperlink>
    </w:p>
    <w:p w:rsidR="001B1F19">
      <w:pPr>
        <w:rPr>
          <w:lang w:eastAsia="zh-CN"/>
        </w:rPr>
      </w:pPr>
    </w:p>
    <w:sectPr>
      <w:type w:val="nextPage"/>
      <w:pgSz w:w="11906" w:h="16838"/>
      <w:pgMar w:top="1440" w:right="1800" w:bottom="1440" w:left="1800" w:header="851" w:footer="992" w:gutter="0"/>
      <w:pgNumType w:start="1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8511103321201112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