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关于幼儿园开学教学计划（30篇）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关于幼儿园开学教学计划（精选30篇）</w:t>
      </w:r>
      <w:r>
        <w:rPr>
          <w:lang w:eastAsia="zh-CN"/>
        </w:rPr>
        <w:br/>
      </w:r>
      <w:r>
        <w:rPr>
          <w:lang w:eastAsia="zh-CN"/>
        </w:rPr>
        <w:t xml:space="preserve">    关于幼儿园开学教学计划 篇1 </w:t>
      </w:r>
      <w:r>
        <w:rPr>
          <w:lang w:eastAsia="zh-CN"/>
        </w:rPr>
        <w:br/>
      </w:r>
      <w:r>
        <w:rPr>
          <w:lang w:eastAsia="zh-CN"/>
        </w:rPr>
        <w:t>　　新的学期，新的开始。我们的教学工作又将在忙碌中充实着，在喜悦中收获着。我要把自身的不足和收获的经验，转化成这学期的工作动力。现制定如下计划：</w:t>
      </w:r>
      <w:r>
        <w:rPr>
          <w:lang w:eastAsia="zh-CN"/>
        </w:rPr>
        <w:br/>
      </w:r>
      <w:r>
        <w:rPr>
          <w:lang w:eastAsia="zh-CN"/>
        </w:rPr>
        <w:t>　　首先，本学期我将认真书写教案、备课，并针对学生实际学习情况有针对性地开展工作。课堂上，耐心细致地讲解，为使学生能够更好地接受书本知识，我会认真研究学生、钻研教材，尽量为学生提供实践的机会，使学生在易学易懂的情境下进行学习，以提高学生学习的积极性。并且自己也要在实践中摸索，认真研究相关教育书籍，与实践相结合，以促进自身的发展。</w:t>
      </w:r>
      <w:r>
        <w:rPr>
          <w:lang w:eastAsia="zh-CN"/>
        </w:rPr>
        <w:br/>
      </w:r>
      <w:r>
        <w:rPr>
          <w:lang w:eastAsia="zh-CN"/>
        </w:rPr>
        <w:t>　　其次，我觉得对于家长和学生，我会采取一些必要的沟通方法，让家长感受到我的负责、让孩子感觉到我对他们的关心。</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与家长沟通是一门艺术。当和家长讨论孩子时，第一：多赞美，少批评。孩子都是父母心目中的宝贝，没有一个家长喜欢听老师只诉说罪状，所以，我会多表扬孩子的优点、成就，家长在听了这些好话后，自然较听得进去我诉说孩子的其他缺点，以及需要父母配合好我的工作。第二：因人而异，运用共同语言。我会针对不同对象，转化成家长能理解的语言，让家长通俗易懂，觉得能与我顺利进行交流沟通并且信任我，感受到我对孩子的关心和负责，共同教育好孩子。</w:t>
      </w:r>
      <w:r>
        <w:rPr>
          <w:lang w:eastAsia="zh-CN"/>
        </w:rPr>
        <w:br/>
      </w:r>
      <w:r>
        <w:rPr>
          <w:lang w:eastAsia="zh-CN"/>
        </w:rPr>
        <w:t>　　而对于学生，我深深体会到：与学生进行心灵沟通，有利于建立良好的师生关系，产生良好的教育效果。第一、学会了解。了解学生方能深刻理解学生，在互相理解的基础上，才能达到共鸣。对于学生，我可以了解他们的家庭、性格、学习成绩、兴趣爱好等，只有这样才能使沟通达到目的。第二、爱心感化。高尔基曾经说过：“谁最爱孩子，孩子就最爱他，只有爱孩子的人，他才可以教育孩子。”因此只有给学生以真挚的爱，给学生以亲近感、信任感、期望感，他们才会对老师产生依恋仰慕的心理，才能敝开内心世界，因此“对症下药”，就会收到应有的效果。第三、平等对待。作为一名老师，爱优生并不难，难得是爱差生，对待学生不能因为他的学习成绩好而特别亲之爱之，也不因为他的成绩差，行为不端而恶之厌之，而应是一视同仁，平等对待。第四：专心倾听。如果学生向我倾诉，一定专心倾听。通过我的认真倾听，学生觉得自己问题已经被引起重视和理解，于是精神得到支持和鼓励。在这种情况下，解决任何问题都有了良好的开端。</w:t>
      </w:r>
      <w:r>
        <w:rPr>
          <w:lang w:eastAsia="zh-CN"/>
        </w:rPr>
        <w:br/>
      </w:r>
      <w:r>
        <w:rPr>
          <w:lang w:eastAsia="zh-CN"/>
        </w:rPr>
        <w:t>　　最后，具体的工作安排如下：</w:t>
      </w:r>
      <w:r>
        <w:rPr>
          <w:lang w:eastAsia="zh-CN"/>
        </w:rPr>
        <w:br/>
      </w:r>
      <w:r>
        <w:rPr>
          <w:lang w:eastAsia="zh-CN"/>
        </w:rPr>
        <w:t>　　二月份：生日会、备课磨课、课辅老生回访</w:t>
      </w:r>
      <w:r>
        <w:rPr>
          <w:lang w:eastAsia="zh-CN"/>
        </w:rPr>
        <w:br/>
      </w:r>
      <w:r>
        <w:rPr>
          <w:lang w:eastAsia="zh-CN"/>
        </w:rPr>
        <w:t>　　三月份：生日会、读书会</w:t>
      </w:r>
      <w:r>
        <w:rPr>
          <w:lang w:eastAsia="zh-CN"/>
        </w:rPr>
        <w:br/>
      </w:r>
      <w:r>
        <w:rPr>
          <w:lang w:eastAsia="zh-CN"/>
        </w:rPr>
        <w:t>　　四月份：生日会、大未来特训营、通知清明五一上课时间</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五月份：生日会、暑期班排课、六一活动安排、读书会</w:t>
      </w:r>
      <w:r>
        <w:rPr>
          <w:lang w:eastAsia="zh-CN"/>
        </w:rPr>
        <w:br/>
      </w:r>
      <w:r>
        <w:rPr>
          <w:lang w:eastAsia="zh-CN"/>
        </w:rPr>
        <w:t>　　六月份：生日会、续报、夏令营推进</w:t>
      </w:r>
      <w:r>
        <w:rPr>
          <w:lang w:eastAsia="zh-CN"/>
        </w:rPr>
        <w:br/>
      </w:r>
      <w:r>
        <w:rPr>
          <w:lang w:eastAsia="zh-CN"/>
        </w:rPr>
        <w:t>　　以上是我对这个学期工作所做的计划，希望自己能够积极地完成。在以后的教学工作中,我会积极努力,使自己的工作更扎实、更有效、更完美、更优秀,同时也希望能在教学上得到各位老师和领导的指点和帮助。</w:t>
      </w:r>
      <w:r>
        <w:rPr>
          <w:lang w:eastAsia="zh-CN"/>
        </w:rPr>
        <w:br/>
      </w:r>
      <w:r>
        <w:rPr>
          <w:lang w:eastAsia="zh-CN"/>
        </w:rPr>
        <w:t xml:space="preserve">    关于幼儿园开学教学计划 篇2 </w:t>
      </w:r>
      <w:r>
        <w:rPr>
          <w:lang w:eastAsia="zh-CN"/>
        </w:rPr>
        <w:br/>
      </w:r>
      <w:r>
        <w:rPr>
          <w:lang w:eastAsia="zh-CN"/>
        </w:rPr>
        <w:t>　　我园的后勤方面所有的工作人员将全力配合园内各位领导、老师的工作。会尽自己的所能把幼儿教育好，让幼儿有一个健康快乐的成长环境是我们的宗旨。以下是我园后勤工作计划：</w:t>
      </w:r>
      <w:r>
        <w:rPr>
          <w:lang w:eastAsia="zh-CN"/>
        </w:rPr>
        <w:br/>
      </w:r>
      <w:r>
        <w:rPr>
          <w:lang w:eastAsia="zh-CN"/>
        </w:rPr>
        <w:t>　　一、指导思想：</w:t>
      </w:r>
      <w:r>
        <w:rPr>
          <w:lang w:eastAsia="zh-CN"/>
        </w:rPr>
        <w:br/>
      </w:r>
      <w:r>
        <w:rPr>
          <w:lang w:eastAsia="zh-CN"/>
        </w:rPr>
        <w:t>　　后勤工作是做好幼儿园管理工作和教育工作的基础所在，在园领导的关心支持和教师们的积极配合下，园舍和园内环境在原有基础上有了更大的改观。本学年以“指南”为指导，认真贯彻《幼儿园教育指导纲要》，抓好后勤工作，保障供给，做到责任明确，分工到人，切实做好卫生保健、财务工作、门卫工作及园内环境的绿化管理工作等。</w:t>
      </w:r>
      <w:r>
        <w:rPr>
          <w:lang w:eastAsia="zh-CN"/>
        </w:rPr>
        <w:br/>
      </w:r>
      <w:r>
        <w:rPr>
          <w:lang w:eastAsia="zh-CN"/>
        </w:rPr>
        <w:t>　　二、具体工作如下：</w:t>
      </w:r>
      <w:r>
        <w:rPr>
          <w:lang w:eastAsia="zh-CN"/>
        </w:rPr>
        <w:br/>
      </w:r>
      <w:r>
        <w:rPr>
          <w:lang w:eastAsia="zh-CN"/>
        </w:rPr>
        <w:t>　　(一)做好幼儿园财务工作计划，做好财产、财务管理工作：</w:t>
      </w:r>
      <w:r>
        <w:rPr>
          <w:lang w:eastAsia="zh-CN"/>
        </w:rPr>
        <w:br/>
      </w:r>
      <w:r>
        <w:rPr>
          <w:lang w:eastAsia="zh-CN"/>
        </w:rPr>
        <w:t>　　1、坚持勤俭办园的方针，合理利用有限资金，为幼儿园办实事，办好事。</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2、做好学年度的预算、决算的审核、检查监督工作，严格财务制度和财经制度。</w:t>
      </w:r>
      <w:r>
        <w:rPr>
          <w:lang w:eastAsia="zh-CN"/>
        </w:rPr>
        <w:br/>
      </w:r>
      <w:r>
        <w:rPr>
          <w:lang w:eastAsia="zh-CN"/>
        </w:rPr>
        <w:t>　　3、严格财务制度，分工明确，一切财经支出都必须在园长的统一安排下进行，每张发票都必须由园长签字，每学期对财务账目审查一次。</w:t>
      </w:r>
      <w:r>
        <w:rPr>
          <w:lang w:eastAsia="zh-CN"/>
        </w:rPr>
        <w:br/>
      </w:r>
      <w:r>
        <w:rPr>
          <w:lang w:eastAsia="zh-CN"/>
        </w:rPr>
        <w:t>　　(二)事务工作方面：</w:t>
      </w:r>
      <w:r>
        <w:rPr>
          <w:lang w:eastAsia="zh-CN"/>
        </w:rPr>
        <w:br/>
      </w:r>
      <w:r>
        <w:rPr>
          <w:lang w:eastAsia="zh-CN"/>
        </w:rPr>
        <w:t>　　1、及时做好教学用品、办公用品和教玩具的采购工作和更新工作，并根据本园的特点，做好各班的教学用品和环境布置材料。</w:t>
      </w:r>
      <w:r>
        <w:rPr>
          <w:lang w:eastAsia="zh-CN"/>
        </w:rPr>
        <w:br/>
      </w:r>
      <w:r>
        <w:rPr>
          <w:lang w:eastAsia="zh-CN"/>
        </w:rPr>
        <w:t>　　2、做好幼儿园的维修工作，经常检查大、中、小型玩具，消除不安全因素，对幼儿园的门窗、玻璃、自来水等及时维修。</w:t>
      </w:r>
      <w:r>
        <w:rPr>
          <w:lang w:eastAsia="zh-CN"/>
        </w:rPr>
        <w:br/>
      </w:r>
      <w:r>
        <w:rPr>
          <w:lang w:eastAsia="zh-CN"/>
        </w:rPr>
        <w:t>　　3、做好幼儿园的卫生保健工作，对幼儿的玩具、经常消毒。并做到消毒有记录。各班教师要配合保健老师做好工作。</w:t>
      </w:r>
      <w:r>
        <w:rPr>
          <w:lang w:eastAsia="zh-CN"/>
        </w:rPr>
        <w:br/>
      </w:r>
      <w:r>
        <w:rPr>
          <w:lang w:eastAsia="zh-CN"/>
        </w:rPr>
        <w:t>　　(二)搞好园舍建设，创设优美环境也是我园后勤工作计划的重点。</w:t>
      </w:r>
      <w:r>
        <w:rPr>
          <w:lang w:eastAsia="zh-CN"/>
        </w:rPr>
        <w:br/>
      </w:r>
      <w:r>
        <w:rPr>
          <w:lang w:eastAsia="zh-CN"/>
        </w:rPr>
        <w:t>　　1、管理好花木、草坪、果园。在草坪成长期，要保护好草坪，让其生长好，同时要加强施肥，增加部分花木，做到四季常青，四季花香，美化校园。教育幼儿爱护幼儿园的一草一木。园内无杂物，各种玩具摆放合理，活动室内外布置美观，做到美化、绿化、净化，富有童趣。</w:t>
      </w:r>
      <w:r>
        <w:rPr>
          <w:lang w:eastAsia="zh-CN"/>
        </w:rPr>
        <w:br/>
      </w:r>
      <w:r>
        <w:rPr>
          <w:lang w:eastAsia="zh-CN"/>
        </w:rPr>
        <w:t>　　2、加强幼儿园的卫生环境管理。整个校园内外分工到人，各活动室由班主任教师负责，做到一日一小扫，一周一大扫，保证整洁干净，窗明几净，室内外无纸屑、无痰迹、无杂物，各种用具摆放整齐，保洁区无杂草。</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伴着秋天的到来,新的学期开学了,随着天气的逐渐转凉,气候的变化,人类机体也在发生着微妙的变化,但对于免疫系统发育还不够成熟的幼儿来说,一些细菌、病毒便会趁虚而入，幼儿园本着“预防为主”的方针，根据本学期气候及幼儿身心发育特点，特拟定以下学期计划：</w:t>
      </w:r>
      <w:r>
        <w:rPr>
          <w:lang w:eastAsia="zh-CN"/>
        </w:rPr>
        <w:br/>
      </w:r>
      <w:r>
        <w:rPr>
          <w:lang w:eastAsia="zh-CN"/>
        </w:rPr>
        <w:t>　　一、把好本学期新入园幼儿的体检关，对于新入园幼儿必须持有体检卡及免疫证复印件，并且体检合格后才准入园;做好接种、漏种登记，做好在园幼儿的年度体检，完成全园教职员工的年度体检，女教职员工年度体检、妇检;对于体弱幼儿建立管理档案。</w:t>
      </w:r>
      <w:r>
        <w:rPr>
          <w:lang w:eastAsia="zh-CN"/>
        </w:rPr>
        <w:br/>
      </w:r>
      <w:r>
        <w:rPr>
          <w:lang w:eastAsia="zh-CN"/>
        </w:rPr>
        <w:t>　　二、做好晨检工作，严格按照“一摸、二看、三问、四查”的制度;天气渐凉，为预防“非典”，晨检增设入园幼儿的体温测量;每天做好带药幼儿的带药记录工作，并按时发药、喂药，做好幼儿的全天观察记录。</w:t>
      </w:r>
      <w:r>
        <w:rPr>
          <w:lang w:eastAsia="zh-CN"/>
        </w:rPr>
        <w:br/>
      </w:r>
      <w:r>
        <w:rPr>
          <w:lang w:eastAsia="zh-CN"/>
        </w:rPr>
        <w:t>　　三、做好秋冬季节的保暖工作，按时帮幼儿脱、添衣服;做好秋冬季节常见病、多发病的预防工作;做好秋季的消杀、灭蚊工作，消灭传染病的传染源、切断传播途径，杜绝秋季传染病在园内的发生。</w:t>
      </w:r>
      <w:r>
        <w:rPr>
          <w:lang w:eastAsia="zh-CN"/>
        </w:rPr>
        <w:br/>
      </w:r>
      <w:r>
        <w:rPr>
          <w:lang w:eastAsia="zh-CN"/>
        </w:rPr>
        <w:t>　　四、开展幼儿心理健康教育，提高幼儿心理素质;开展幼儿安全教育，提高幼儿的安全意识;安排科学、合理的一日生活、活动常规并执行。</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五、做好每周带量食谱的制定，并严格监督执行;幼儿膳食实行花样化、多样化，稀稠答配，根据季节、气候特点对食谱进行科学、合理的调整，定期召开“伙委会”，对伙食中存在的问题及时解决;开展幼儿心理教育，促进幼儿身心的健康成长。</w:t>
      </w:r>
      <w:r>
        <w:rPr>
          <w:lang w:eastAsia="zh-CN"/>
        </w:rPr>
        <w:br/>
      </w:r>
      <w:r>
        <w:rPr>
          <w:lang w:eastAsia="zh-CN"/>
        </w:rPr>
        <w:t>　　六、认真贯彻、落实每周一小检、每月一大检的卫生检查制度，杜绝一切卫生死角，做好教室内每天的通风工作，使幼儿有一个干净、明朗、清爽的生活环境;定期组织安全大检查，发现问题及时上报解决，以保证幼儿在园内活动的安全性。</w:t>
      </w:r>
      <w:r>
        <w:rPr>
          <w:lang w:eastAsia="zh-CN"/>
        </w:rPr>
        <w:br/>
      </w:r>
      <w:r>
        <w:rPr>
          <w:lang w:eastAsia="zh-CN"/>
        </w:rPr>
        <w:t>　　七、对保育员进行定期的业务培训、学习，实行以老带新的工作作风，不断提高保育员的业务知识，提高服务质量，使全园同心协力把工作作得更好。</w:t>
      </w:r>
      <w:r>
        <w:rPr>
          <w:lang w:eastAsia="zh-CN"/>
        </w:rPr>
        <w:br/>
      </w:r>
      <w:r>
        <w:rPr>
          <w:lang w:eastAsia="zh-CN"/>
        </w:rPr>
        <w:t>　　八、写好期末各项统计，写期末保健工作总结，认真做好年报表。</w:t>
      </w:r>
      <w:r>
        <w:rPr>
          <w:lang w:eastAsia="zh-CN"/>
        </w:rPr>
        <w:br/>
      </w:r>
      <w:r>
        <w:rPr>
          <w:lang w:eastAsia="zh-CN"/>
        </w:rPr>
        <w:t>　　附：每月工作重点</w:t>
      </w:r>
      <w:r>
        <w:rPr>
          <w:lang w:eastAsia="zh-CN"/>
        </w:rPr>
        <w:br/>
      </w:r>
      <w:r>
        <w:rPr>
          <w:lang w:eastAsia="zh-CN"/>
        </w:rPr>
        <w:t>　　九月：</w:t>
      </w:r>
      <w:r>
        <w:rPr>
          <w:lang w:eastAsia="zh-CN"/>
        </w:rPr>
        <w:br/>
      </w:r>
      <w:r>
        <w:rPr>
          <w:lang w:eastAsia="zh-CN"/>
        </w:rPr>
        <w:t>　　1、认真做好全园卫生、消毒工作，迎接幼儿入园;</w:t>
      </w:r>
      <w:r>
        <w:rPr>
          <w:lang w:eastAsia="zh-CN"/>
        </w:rPr>
        <w:br/>
      </w:r>
      <w:r>
        <w:rPr>
          <w:lang w:eastAsia="zh-CN"/>
        </w:rPr>
        <w:t>　　2、制定新学期工作计划;</w:t>
      </w:r>
      <w:r>
        <w:rPr>
          <w:lang w:eastAsia="zh-CN"/>
        </w:rPr>
        <w:br/>
      </w:r>
      <w:r>
        <w:rPr>
          <w:lang w:eastAsia="zh-CN"/>
        </w:rPr>
        <w:t>　　3、组织新生入园体检、老生年度体检及全体教职员工年度体检;</w:t>
      </w:r>
      <w:r>
        <w:rPr>
          <w:lang w:eastAsia="zh-CN"/>
        </w:rPr>
        <w:br/>
      </w:r>
      <w:r>
        <w:rPr>
          <w:lang w:eastAsia="zh-CN"/>
        </w:rPr>
        <w:t>　　4、加强晨检、消毒预防传染病;</w:t>
      </w:r>
      <w:r>
        <w:rPr>
          <w:lang w:eastAsia="zh-CN"/>
        </w:rPr>
        <w:br/>
      </w:r>
      <w:r>
        <w:rPr>
          <w:lang w:eastAsia="zh-CN"/>
        </w:rPr>
        <w:t>　　5、为全园幼儿测身高、体重。</w:t>
      </w:r>
      <w:r>
        <w:rPr>
          <w:lang w:eastAsia="zh-CN"/>
        </w:rPr>
        <w:br/>
      </w:r>
      <w:r>
        <w:rPr>
          <w:lang w:eastAsia="zh-CN"/>
        </w:rPr>
        <w:t>　　十月：</w:t>
      </w:r>
      <w:r>
        <w:rPr>
          <w:lang w:eastAsia="zh-CN"/>
        </w:rPr>
        <w:br/>
      </w:r>
      <w:r>
        <w:rPr>
          <w:lang w:eastAsia="zh-CN"/>
        </w:rPr>
        <w:t>　　6、幼儿生活处理能力观摩;</w:t>
      </w:r>
      <w:r>
        <w:rPr>
          <w:lang w:eastAsia="zh-CN"/>
        </w:rPr>
        <w:br/>
      </w:r>
      <w:r>
        <w:rPr>
          <w:lang w:eastAsia="zh-CN"/>
        </w:rPr>
        <w:t>　　7、整理幼儿健康档案;</w:t>
      </w:r>
      <w:r>
        <w:rPr>
          <w:lang w:eastAsia="zh-CN"/>
        </w:rPr>
        <w:br/>
      </w:r>
      <w:r>
        <w:rPr>
          <w:lang w:eastAsia="zh-CN"/>
        </w:rPr>
        <w:t>　　十一月：</w:t>
      </w:r>
      <w:r>
        <w:rPr>
          <w:lang w:eastAsia="zh-CN"/>
        </w:rPr>
        <w:br/>
      </w:r>
      <w:r>
        <w:rPr>
          <w:lang w:eastAsia="zh-CN"/>
        </w:rPr>
        <w:t>　　8、为大中班幼儿测视力;</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9、做好幼儿疾病的统计和矫治工作。</w:t>
      </w:r>
      <w:r>
        <w:rPr>
          <w:lang w:eastAsia="zh-CN"/>
        </w:rPr>
        <w:br/>
      </w:r>
      <w:r>
        <w:rPr>
          <w:lang w:eastAsia="zh-CN"/>
        </w:rPr>
        <w:t>　　10、以自愿原则对园内幼儿进行微量元素测定</w:t>
      </w:r>
      <w:r>
        <w:rPr>
          <w:lang w:eastAsia="zh-CN"/>
        </w:rPr>
        <w:br/>
      </w:r>
      <w:r>
        <w:rPr>
          <w:lang w:eastAsia="zh-CN"/>
        </w:rPr>
        <w:t>　　十二月：</w:t>
      </w:r>
      <w:r>
        <w:rPr>
          <w:lang w:eastAsia="zh-CN"/>
        </w:rPr>
        <w:br/>
      </w:r>
      <w:r>
        <w:rPr>
          <w:lang w:eastAsia="zh-CN"/>
        </w:rPr>
        <w:t>　　11、协助保健院为幼儿测查视功能;</w:t>
      </w:r>
      <w:r>
        <w:rPr>
          <w:lang w:eastAsia="zh-CN"/>
        </w:rPr>
        <w:br/>
      </w:r>
      <w:r>
        <w:rPr>
          <w:lang w:eastAsia="zh-CN"/>
        </w:rPr>
        <w:t>　　12、为全园幼儿测身高、体重，评价幼儿生长发育情况;</w:t>
      </w:r>
      <w:r>
        <w:rPr>
          <w:lang w:eastAsia="zh-CN"/>
        </w:rPr>
        <w:br/>
      </w:r>
      <w:r>
        <w:rPr>
          <w:lang w:eastAsia="zh-CN"/>
        </w:rPr>
        <w:t>　　13、填写各种报表;</w:t>
      </w:r>
      <w:r>
        <w:rPr>
          <w:lang w:eastAsia="zh-CN"/>
        </w:rPr>
        <w:br/>
      </w:r>
      <w:r>
        <w:rPr>
          <w:lang w:eastAsia="zh-CN"/>
        </w:rPr>
        <w:t>　　14、组织保育员观摩学习。</w:t>
      </w:r>
      <w:r>
        <w:rPr>
          <w:lang w:eastAsia="zh-CN"/>
        </w:rPr>
        <w:br/>
      </w:r>
      <w:r>
        <w:rPr>
          <w:lang w:eastAsia="zh-CN"/>
        </w:rPr>
        <w:t>　　一月：</w:t>
      </w:r>
      <w:r>
        <w:rPr>
          <w:lang w:eastAsia="zh-CN"/>
        </w:rPr>
        <w:br/>
      </w:r>
      <w:r>
        <w:rPr>
          <w:lang w:eastAsia="zh-CN"/>
        </w:rPr>
        <w:t>　　15、整理保健资料;</w:t>
      </w:r>
      <w:r>
        <w:rPr>
          <w:lang w:eastAsia="zh-CN"/>
        </w:rPr>
        <w:br/>
      </w:r>
      <w:r>
        <w:rPr>
          <w:lang w:eastAsia="zh-CN"/>
        </w:rPr>
        <w:t>　　16、清洁整理物品;</w:t>
      </w:r>
      <w:r>
        <w:rPr>
          <w:lang w:eastAsia="zh-CN"/>
        </w:rPr>
        <w:br/>
      </w:r>
      <w:r>
        <w:rPr>
          <w:lang w:eastAsia="zh-CN"/>
        </w:rPr>
        <w:t>　　17、学终总结。</w:t>
      </w:r>
      <w:r>
        <w:rPr>
          <w:lang w:eastAsia="zh-CN"/>
        </w:rPr>
        <w:br/>
      </w:r>
      <w:r>
        <w:rPr>
          <w:lang w:eastAsia="zh-CN"/>
        </w:rPr>
        <w:t>　　以上是对本学期保育工作总计划的拟定，希望本学期的保育工作在原来的基础上做得更好!</w:t>
      </w:r>
      <w:r>
        <w:rPr>
          <w:lang w:eastAsia="zh-CN"/>
        </w:rPr>
        <w:br/>
      </w:r>
      <w:r>
        <w:rPr>
          <w:lang w:eastAsia="zh-CN"/>
        </w:rPr>
        <w:t xml:space="preserve">    关于幼儿园开学教学计划 篇3 </w:t>
      </w:r>
      <w:r>
        <w:rPr>
          <w:lang w:eastAsia="zh-CN"/>
        </w:rPr>
        <w:br/>
      </w:r>
      <w:r>
        <w:rPr>
          <w:lang w:eastAsia="zh-CN"/>
        </w:rPr>
        <w:t>　　根据上级文件要求，全国中小学延迟开学期间广泛开展线上教学服务，统筹考虑在线教学计划，做到与开学后教学的有效衔接。为了使开学后学校的教育教学工作能够更加顺利有序的开展，保证教学质量，结合学校实际制定了如下的开学衔接教学计划。</w:t>
      </w:r>
      <w:r>
        <w:rPr>
          <w:lang w:eastAsia="zh-CN"/>
        </w:rPr>
        <w:br/>
      </w:r>
      <w:r>
        <w:rPr>
          <w:lang w:eastAsia="zh-CN"/>
        </w:rPr>
        <w:t>　　一、确保教学质量，打造高效课堂</w:t>
      </w:r>
      <w:r>
        <w:rPr>
          <w:lang w:eastAsia="zh-CN"/>
        </w:rPr>
        <w:br/>
      </w:r>
      <w:r>
        <w:rPr>
          <w:lang w:eastAsia="zh-CN"/>
        </w:rPr>
        <w:t>　　学校成立以校长为组长、以教导主任为副组长以及全体任课教师参与的学科教研组，认真研讨，积极备课，并且要求做到以下几点：</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1、认真钻研教材，对教材的基本思想、概念，研究透彻，了解重难点，能运用自如；</w:t>
      </w:r>
      <w:r>
        <w:rPr>
          <w:lang w:eastAsia="zh-CN"/>
        </w:rPr>
        <w:br/>
      </w:r>
      <w:r>
        <w:rPr>
          <w:lang w:eastAsia="zh-CN"/>
        </w:rPr>
        <w:t>　　2、了解学生的基本情况，从学生的角度去分析可能存在的疑难点，采取相应的预防措施及解决办法；</w:t>
      </w:r>
      <w:r>
        <w:rPr>
          <w:lang w:eastAsia="zh-CN"/>
        </w:rPr>
        <w:br/>
      </w:r>
      <w:r>
        <w:rPr>
          <w:lang w:eastAsia="zh-CN"/>
        </w:rPr>
        <w:t>　　3、灵活的运用教学方法，包括如何组织教材、如何安排每节课的活动等等；</w:t>
      </w:r>
      <w:r>
        <w:rPr>
          <w:lang w:eastAsia="zh-CN"/>
        </w:rPr>
        <w:br/>
      </w:r>
      <w:r>
        <w:rPr>
          <w:lang w:eastAsia="zh-CN"/>
        </w:rPr>
        <w:t>　　4、重点关注课堂上的掌握情况，创造良好的课堂氛围，激发学生的学习兴趣，关注全体学生，注意信息的反馈；</w:t>
      </w:r>
      <w:r>
        <w:rPr>
          <w:lang w:eastAsia="zh-CN"/>
        </w:rPr>
        <w:br/>
      </w:r>
      <w:r>
        <w:rPr>
          <w:lang w:eastAsia="zh-CN"/>
        </w:rPr>
        <w:t>　　二、重视班级文化，恢复学习状态</w:t>
      </w:r>
      <w:r>
        <w:rPr>
          <w:lang w:eastAsia="zh-CN"/>
        </w:rPr>
        <w:br/>
      </w:r>
      <w:r>
        <w:rPr>
          <w:lang w:eastAsia="zh-CN"/>
        </w:rPr>
        <w:t>　　线上学习极大的考验了学生的自主学习能力以及自我约束力，但是同时也存在一定的局限性，缺乏师生互动、学生交流的环节，导致学生上课过程中缺乏主动性、参与性。另外，容易有外界因素的影响，学生的思维容易中断以及不利于学生一些行为习惯的养成。这些问题的存在，势必成为开展线下教学的障碍。所以恢复学习状态、营造良好的班级气氛、构建融洽的师生关系，帮助学生尽快恢复学习状态，是当务之急。我们可以通过开展同桌互助、优生展示、小组合作等学习活动，激发学生在轻松愉悦中交流互动，让他们增强学习信心，重建学习规则。</w:t>
      </w:r>
      <w:r>
        <w:rPr>
          <w:lang w:eastAsia="zh-CN"/>
        </w:rPr>
        <w:br/>
      </w:r>
      <w:r>
        <w:rPr>
          <w:lang w:eastAsia="zh-CN"/>
        </w:rPr>
        <w:t>　　三、教师要了解学生状况，做好知识衔接</w:t>
      </w:r>
      <w:r>
        <w:rPr>
          <w:lang w:eastAsia="zh-CN"/>
        </w:rPr>
        <w:br/>
      </w:r>
      <w:r>
        <w:rPr>
          <w:lang w:eastAsia="zh-CN"/>
        </w:rPr>
        <w:t>　　首先，学科知识内容的衔接，是学生线上线下教学衔接的关键环节。教师要通过开展线上学习效果检测活动等对线上教学情况摸底，有效掌握学生的学习情况；</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其次，对全班学生的学习情况进行整体分析，对于学生普遍存在的问题，教师要拿到课堂中，重点讲解，强调，对于个别学生存在的问题，可以通过同学之间相互交流讨论，小组合作等方式，帮助孩子找到解决办法；</w:t>
      </w:r>
      <w:r>
        <w:rPr>
          <w:lang w:eastAsia="zh-CN"/>
        </w:rPr>
        <w:br/>
      </w:r>
      <w:r>
        <w:rPr>
          <w:lang w:eastAsia="zh-CN"/>
        </w:rPr>
        <w:t>　　最后，要求每位教师要认真备课，每次新授课之前可以结合前面的内容进行回顾梳理，尤其是有关联的知识，加深学生的印象，从而达到学科知识学习上的衔接。</w:t>
      </w:r>
      <w:r>
        <w:rPr>
          <w:lang w:eastAsia="zh-CN"/>
        </w:rPr>
        <w:br/>
      </w:r>
      <w:r>
        <w:rPr>
          <w:lang w:eastAsia="zh-CN"/>
        </w:rPr>
        <w:t>　　四、做好课后辅导工作</w:t>
      </w:r>
      <w:r>
        <w:rPr>
          <w:lang w:eastAsia="zh-CN"/>
        </w:rPr>
        <w:br/>
      </w:r>
      <w:r>
        <w:rPr>
          <w:lang w:eastAsia="zh-CN"/>
        </w:rPr>
        <w:t>　　学生爱玩、好动，自控能力以及自我约束能力都比较差，因此，要充分利用课后的时间，尤其是比较落后的同学，教师要充分了解学生的现状，有针对性的进行辅导。</w:t>
      </w:r>
      <w:r>
        <w:rPr>
          <w:lang w:eastAsia="zh-CN"/>
        </w:rPr>
        <w:br/>
      </w:r>
      <w:r>
        <w:rPr>
          <w:lang w:eastAsia="zh-CN"/>
        </w:rPr>
        <w:t>　　五、管理工作常抓不懈</w:t>
      </w:r>
      <w:r>
        <w:rPr>
          <w:lang w:eastAsia="zh-CN"/>
        </w:rPr>
        <w:br/>
      </w:r>
      <w:r>
        <w:rPr>
          <w:lang w:eastAsia="zh-CN"/>
        </w:rPr>
        <w:t>　　1、抓好学校安全管理，建立管理责任制，定期检查，并做好记录。加强班级管理，认真做好交接班工作，培养孩子们的防疫保护意识与能力。</w:t>
      </w:r>
      <w:r>
        <w:rPr>
          <w:lang w:eastAsia="zh-CN"/>
        </w:rPr>
        <w:br/>
      </w:r>
      <w:r>
        <w:rPr>
          <w:lang w:eastAsia="zh-CN"/>
        </w:rPr>
        <w:t>　　2、做好防护工作，紧抓学校卫生清洁，坚持消毒工作，并做好记录。</w:t>
      </w:r>
      <w:r>
        <w:rPr>
          <w:lang w:eastAsia="zh-CN"/>
        </w:rPr>
        <w:br/>
      </w:r>
      <w:r>
        <w:rPr>
          <w:lang w:eastAsia="zh-CN"/>
        </w:rPr>
        <w:t>　　3、加强教师队伍建设，不断提高自身素质及专业水平。</w:t>
      </w:r>
      <w:r>
        <w:rPr>
          <w:lang w:eastAsia="zh-CN"/>
        </w:rPr>
        <w:br/>
      </w:r>
      <w:r>
        <w:rPr>
          <w:lang w:eastAsia="zh-CN"/>
        </w:rPr>
        <w:t xml:space="preserve">    关于幼儿园开学教学计划 篇4 </w:t>
      </w:r>
      <w:r>
        <w:rPr>
          <w:lang w:eastAsia="zh-CN"/>
        </w:rPr>
        <w:br/>
      </w:r>
      <w:r>
        <w:rPr>
          <w:lang w:eastAsia="zh-CN"/>
        </w:rPr>
        <w:t>　　根据学校20__—20学年度第二学期延迟开学预案，为保障我班延迟开学期间教学效果，进一步做好延迟开学期间教学工作，结合我班实际情况，制定开学后教学工作计划。</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一、学情分析</w:t>
      </w:r>
      <w:r>
        <w:rPr>
          <w:lang w:eastAsia="zh-CN"/>
        </w:rPr>
        <w:br/>
      </w:r>
      <w:r>
        <w:rPr>
          <w:lang w:eastAsia="zh-CN"/>
        </w:rPr>
        <w:t>　　自停课不停学以来，为了钉钉平台和微信平台向学生推送我们五年级级部共同编写的教学自习案，保证学生的在线时间控制在70分钟以内。班内有三分之二的学生都能按照老师的指导进行新课预习，预习效果反映较好。但仍有三分之一的学生因家庭诸多原因没有及时跟进，没有跟上班级节奏。有的作业未能按时提交，有的交上作业质量不能得到保证，反应出学生根本没有参与其中或者参与其中没有认真投入致使知识理解不透。所以班内学习现状两极分化严重。</w:t>
      </w:r>
      <w:r>
        <w:rPr>
          <w:lang w:eastAsia="zh-CN"/>
        </w:rPr>
        <w:br/>
      </w:r>
      <w:r>
        <w:rPr>
          <w:lang w:eastAsia="zh-CN"/>
        </w:rPr>
        <w:t>　　二、开学后教学计划</w:t>
      </w:r>
      <w:r>
        <w:rPr>
          <w:lang w:eastAsia="zh-CN"/>
        </w:rPr>
        <w:br/>
      </w:r>
      <w:r>
        <w:rPr>
          <w:lang w:eastAsia="zh-CN"/>
        </w:rPr>
        <w:t>　　针对班级出现的情况，以及学校开学计划的安排，班内开学后的教学工作从以下几个方面开展。</w:t>
      </w:r>
      <w:r>
        <w:rPr>
          <w:lang w:eastAsia="zh-CN"/>
        </w:rPr>
        <w:br/>
      </w:r>
      <w:r>
        <w:rPr>
          <w:lang w:eastAsia="zh-CN"/>
        </w:rPr>
        <w:t>　　1、开学后首先进行学情摸排工作。</w:t>
      </w:r>
      <w:r>
        <w:rPr>
          <w:lang w:eastAsia="zh-CN"/>
        </w:rPr>
        <w:br/>
      </w:r>
      <w:r>
        <w:rPr>
          <w:lang w:eastAsia="zh-CN"/>
        </w:rPr>
        <w:t>　　针对学生的自学范围，设计学情考察试卷。通过试卷反馈了解学生的真实情况。掌握学生的学情，摸清学生学习的薄弱点并根据反应的结果进行分组。</w:t>
      </w:r>
      <w:r>
        <w:rPr>
          <w:lang w:eastAsia="zh-CN"/>
        </w:rPr>
        <w:br/>
      </w:r>
      <w:r>
        <w:rPr>
          <w:lang w:eastAsia="zh-CN"/>
        </w:rPr>
        <w:t>　　2、“零基础”教学与分层教学相结合。</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开学后仍然以学困生为基准，坚持零基础教学。教学速度及内容根据学生掌握情况适当调快增量，保证全体学生牢固掌握基础知识。考虑到学生在家预习情况不同，效果参差不齐，为了优等生拓宽学习宽度，我们决定有效开展分层教学，每节课设计有拔高环节。提升知识学习的难度和广度，以更好利用学习优势掌握更多的知识。利用学习小组进行互帮互助，零基础教学和分层教学的教学方式相结合，既能保证差生不掉队，又能保证优等生的提升。</w:t>
      </w:r>
      <w:r>
        <w:rPr>
          <w:lang w:eastAsia="zh-CN"/>
        </w:rPr>
        <w:br/>
      </w:r>
      <w:r>
        <w:rPr>
          <w:lang w:eastAsia="zh-CN"/>
        </w:rPr>
        <w:t>　　3、课上精讲多练和课下典型题训练相结合。</w:t>
      </w:r>
      <w:r>
        <w:rPr>
          <w:lang w:eastAsia="zh-CN"/>
        </w:rPr>
        <w:br/>
      </w:r>
      <w:r>
        <w:rPr>
          <w:lang w:eastAsia="zh-CN"/>
        </w:rPr>
        <w:t>　　开学后时间缩短，课堂设计要根据实际情况，针对每节课所讲授的知识点进行精讲，减少老师讲授时间，做到学生能理解的不讲，做到讲重点、讲难点、讲考点。根据班级学情备好课精讲多练，讲练结合。教师在上课之前一定要心中有数，准确把握住教学知识的重难点，突出重点，围绕重点展开教学活动。要讲关键、讲难点、讲思路、讲方法。</w:t>
      </w:r>
      <w:r>
        <w:rPr>
          <w:lang w:eastAsia="zh-CN"/>
        </w:rPr>
        <w:br/>
      </w:r>
      <w:r>
        <w:rPr>
          <w:lang w:eastAsia="zh-CN"/>
        </w:rPr>
        <w:t>　　4、分层布置作业</w:t>
      </w:r>
      <w:r>
        <w:rPr>
          <w:lang w:eastAsia="zh-CN"/>
        </w:rPr>
        <w:br/>
      </w:r>
      <w:r>
        <w:rPr>
          <w:lang w:eastAsia="zh-CN"/>
        </w:rPr>
        <w:t>　　作业的设置进行分层布置，晚上布置家庭作业时，要求优等生全部按时完成，并有时间的学生可以选择拔高练习进行训练。针对学困生实行圈画式作业，圈出基础性作业题，减轻他们的学习压力。让他们体验到学习的快乐，增强他们的学习兴趣，提高他们的学习成绩，缩短与优等生的差距。</w:t>
      </w:r>
      <w:r>
        <w:rPr>
          <w:lang w:eastAsia="zh-CN"/>
        </w:rPr>
        <w:br/>
      </w:r>
      <w:r>
        <w:rPr>
          <w:lang w:eastAsia="zh-CN"/>
        </w:rPr>
        <w:t>　　以上只是开学后教学工作初步预案，具体实施根据开学后实际情况也可能会做适当调整。</w:t>
      </w:r>
      <w:r>
        <w:rPr>
          <w:lang w:eastAsia="zh-CN"/>
        </w:rPr>
        <w:br/>
      </w:r>
      <w:r>
        <w:rPr>
          <w:lang w:eastAsia="zh-CN"/>
        </w:rPr>
        <w:t xml:space="preserve">    关于幼儿园开学教学计划 篇5 </w:t>
      </w:r>
      <w:r>
        <w:rPr>
          <w:lang w:eastAsia="zh-CN"/>
        </w:rPr>
        <w:br/>
      </w:r>
      <w:r>
        <w:rPr>
          <w:lang w:eastAsia="zh-CN"/>
        </w:rPr>
        <w:t>　　《新纲要》指出：要为幼儿提供健康、丰富的学习和生活活动，满足幼儿各方面发展的需要，要让幼儿知道必要的安全保健知识，学习保护自己。在本学期里，为了使幼儿身心得到更好的发展，今后的工作开展的更好，我们特制定以下计划。</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1、坚持每天晨检。保证幼儿不带危险物品入园。严格幼儿安全制度，预防烫伤、外伤、药物中毒，预防异物进入耳、鼻及气管，预防幼儿走失。</w:t>
      </w:r>
      <w:r>
        <w:rPr>
          <w:lang w:eastAsia="zh-CN"/>
        </w:rPr>
        <w:br/>
      </w:r>
      <w:r>
        <w:rPr>
          <w:lang w:eastAsia="zh-CN"/>
        </w:rPr>
        <w:t>　　2、把好幼儿服药关，药一定要放在幼儿够不到的地方，并写好幼儿姓名。根据家长的服用要求，确保服药及时、准确，严禁错服、漏服现象的发生。</w:t>
      </w:r>
      <w:r>
        <w:rPr>
          <w:lang w:eastAsia="zh-CN"/>
        </w:rPr>
        <w:br/>
      </w:r>
      <w:r>
        <w:rPr>
          <w:lang w:eastAsia="zh-CN"/>
        </w:rPr>
        <w:t>　　3、坚持每天午检，防止幼儿带异物入寝室，防止异物进入耳、鼻、口的现象发生。中午无论谁值班，一定要加倍照看好幼儿，不忽视午休的幼儿，尤其是服药幼儿。巡视幼儿是否有不良的睡眠习惯，如蒙头并及时纠正。</w:t>
      </w:r>
      <w:r>
        <w:rPr>
          <w:lang w:eastAsia="zh-CN"/>
        </w:rPr>
        <w:br/>
      </w:r>
      <w:r>
        <w:rPr>
          <w:lang w:eastAsia="zh-CN"/>
        </w:rPr>
        <w:t>　　4、户外活动时，教师认真检查活动场地的安全性，及时排除不安全因素，确保幼儿安全，活动后不遗忘幼儿物品。</w:t>
      </w:r>
      <w:r>
        <w:rPr>
          <w:lang w:eastAsia="zh-CN"/>
        </w:rPr>
        <w:br/>
      </w:r>
      <w:r>
        <w:rPr>
          <w:lang w:eastAsia="zh-CN"/>
        </w:rPr>
        <w:t>　　5、教师在工作中做到时刻高度警惕，把安全放首位，眼睛不离开孩子，孩子到哪，教师的眼睛到哪。</w:t>
      </w:r>
      <w:r>
        <w:rPr>
          <w:lang w:eastAsia="zh-CN"/>
        </w:rPr>
        <w:br/>
      </w:r>
      <w:r>
        <w:rPr>
          <w:lang w:eastAsia="zh-CN"/>
        </w:rPr>
        <w:t>　　6、要安全，就要有良好的秩序，良好秩序的形成则来源于幼儿一日生活行为规范的培养，对于幼儿我们要严格要求，从一点一滴开始努力。培养幼儿的自我保护能力，加强防范意识，让幼儿在有安全意识的基础上，时时提醒自己或他人注意安全。幼儿在园一天需要站队至少10次，我们希望做到井然有序，对幼儿提出要求，并利用小红花奖励。</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7、在教学活动中渗透有关的安全知识，让幼儿知道110、120、119紧急呼叫电话的号码和用途，遇到紧急情况，能呼叫求救，最大限度地消除不安全因素。</w:t>
      </w:r>
      <w:r>
        <w:rPr>
          <w:lang w:eastAsia="zh-CN"/>
        </w:rPr>
        <w:br/>
      </w:r>
      <w:r>
        <w:rPr>
          <w:lang w:eastAsia="zh-CN"/>
        </w:rPr>
        <w:t>　　我们在工作中必须做到时刻高度警惕，把安全放在首位，眼睛不离开幼儿，孩子到哪，教师的眼睛就到哪。创设有关安全教育的活动环境，结合一日活动各环节，对幼儿进行卫生安全教育并开展相关的活动，使幼儿掌握一些自我保护的技能，提高幼儿的保护能力。将各种活动在幼儿园一日生活、教育教学活动、游戏的各个环节中自然地进行，通过形式多样的活动帮助幼儿懂得自我保护的简单知识和方法，才能真正保证幼儿的安全。</w:t>
      </w:r>
      <w:r>
        <w:rPr>
          <w:lang w:eastAsia="zh-CN"/>
        </w:rPr>
        <w:br/>
      </w:r>
      <w:r>
        <w:rPr>
          <w:lang w:eastAsia="zh-CN"/>
        </w:rPr>
        <w:t xml:space="preserve">    关于幼儿园开学教学计划 篇6 </w:t>
      </w:r>
      <w:r>
        <w:rPr>
          <w:lang w:eastAsia="zh-CN"/>
        </w:rPr>
        <w:br/>
      </w:r>
      <w:r>
        <w:rPr>
          <w:lang w:eastAsia="zh-CN"/>
        </w:rPr>
        <w:t>　　1、在幼儿园大门、网站等处张贴开学通告，方便家长及时到银行缴纳本学期学费，班主任收费注意小票的保管并及时交财务。</w:t>
      </w:r>
      <w:r>
        <w:rPr>
          <w:lang w:eastAsia="zh-CN"/>
        </w:rPr>
        <w:br/>
      </w:r>
      <w:r>
        <w:rPr>
          <w:lang w:eastAsia="zh-CN"/>
        </w:rPr>
        <w:t>　　2、全园大扫除，对幼儿用品、餐具、玩具等进行消毒，为新学期开学做好后勤保障工作。</w:t>
      </w:r>
      <w:r>
        <w:rPr>
          <w:lang w:eastAsia="zh-CN"/>
        </w:rPr>
        <w:br/>
      </w:r>
      <w:r>
        <w:rPr>
          <w:lang w:eastAsia="zh-CN"/>
        </w:rPr>
        <w:t>　　3、总务负责新学期各类物品添置统计与采购工作。</w:t>
      </w:r>
      <w:r>
        <w:rPr>
          <w:lang w:eastAsia="zh-CN"/>
        </w:rPr>
        <w:br/>
      </w:r>
      <w:r>
        <w:rPr>
          <w:lang w:eastAsia="zh-CN"/>
        </w:rPr>
        <w:t>　　4、各班级做好校园宣传资料的发放工作。</w:t>
      </w:r>
      <w:r>
        <w:rPr>
          <w:lang w:eastAsia="zh-CN"/>
        </w:rPr>
        <w:br/>
      </w:r>
      <w:r>
        <w:rPr>
          <w:lang w:eastAsia="zh-CN"/>
        </w:rPr>
        <w:t>　　5、做好本学期第一期橱窗。</w:t>
      </w:r>
      <w:r>
        <w:rPr>
          <w:lang w:eastAsia="zh-CN"/>
        </w:rPr>
        <w:br/>
      </w:r>
      <w:r>
        <w:rPr>
          <w:lang w:eastAsia="zh-CN"/>
        </w:rPr>
        <w:t>　　6、各班进行各类计划的制定，进行第一周的群众备课、主题审议，并完成主题一家长栏和墙板布置。</w:t>
      </w:r>
      <w:r>
        <w:rPr>
          <w:lang w:eastAsia="zh-CN"/>
        </w:rPr>
        <w:br/>
      </w:r>
      <w:r>
        <w:rPr>
          <w:lang w:eastAsia="zh-CN"/>
        </w:rPr>
        <w:t>　　7、做好教材教具分发与整理工作。</w:t>
      </w:r>
      <w:r>
        <w:rPr>
          <w:lang w:eastAsia="zh-CN"/>
        </w:rPr>
        <w:br/>
      </w:r>
      <w:r>
        <w:rPr>
          <w:lang w:eastAsia="zh-CN"/>
        </w:rPr>
        <w:t>　　8、高度重视校园安全工作。各园对幼儿园的设施设备进行一次安全检查，对幼儿进行安全教育。</w:t>
      </w:r>
      <w:r>
        <w:rPr>
          <w:lang w:eastAsia="zh-CN"/>
        </w:rPr>
        <w:br/>
      </w:r>
      <w:r>
        <w:rPr>
          <w:lang w:eastAsia="zh-CN"/>
        </w:rPr>
        <w:t>　　9、统计各班幼儿流动状况，安排好各班幼儿就读事项。</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10、各班调整好环境布置工作。</w:t>
      </w:r>
      <w:r>
        <w:rPr>
          <w:lang w:eastAsia="zh-CN"/>
        </w:rPr>
        <w:br/>
      </w:r>
      <w:r>
        <w:rPr>
          <w:lang w:eastAsia="zh-CN"/>
        </w:rPr>
        <w:t xml:space="preserve">    关于幼儿园开学教学计划 篇7 </w:t>
      </w:r>
      <w:r>
        <w:rPr>
          <w:lang w:eastAsia="zh-CN"/>
        </w:rPr>
        <w:br/>
      </w:r>
      <w:r>
        <w:rPr>
          <w:lang w:eastAsia="zh-CN"/>
        </w:rPr>
        <w:t>　　一、教学目标</w:t>
      </w:r>
      <w:r>
        <w:rPr>
          <w:lang w:eastAsia="zh-CN"/>
        </w:rPr>
        <w:br/>
      </w:r>
      <w:r>
        <w:rPr>
          <w:lang w:eastAsia="zh-CN"/>
        </w:rPr>
        <w:t>　　1、能够用“我喜欢我自己，因为我会……”讲述自己的优点。</w:t>
      </w:r>
      <w:r>
        <w:rPr>
          <w:lang w:eastAsia="zh-CN"/>
        </w:rPr>
        <w:br/>
      </w:r>
      <w:r>
        <w:rPr>
          <w:lang w:eastAsia="zh-CN"/>
        </w:rPr>
        <w:t>　　2、发准近似音“鼠、虎、树”，能口齿清晰地朗诵绕口令，并在熟练的基础上加快朗诵的速度。认识字词：松鼠、老虎、树。</w:t>
      </w:r>
      <w:r>
        <w:rPr>
          <w:lang w:eastAsia="zh-CN"/>
        </w:rPr>
        <w:br/>
      </w:r>
      <w:r>
        <w:rPr>
          <w:lang w:eastAsia="zh-CN"/>
        </w:rPr>
        <w:t>　　3、能正确认读、书写数字1~5，根据字形进行联想。</w:t>
      </w:r>
      <w:r>
        <w:rPr>
          <w:lang w:eastAsia="zh-CN"/>
        </w:rPr>
        <w:br/>
      </w:r>
      <w:r>
        <w:rPr>
          <w:lang w:eastAsia="zh-CN"/>
        </w:rPr>
        <w:t>　　4、学习新学期晨间操。</w:t>
      </w:r>
      <w:r>
        <w:rPr>
          <w:lang w:eastAsia="zh-CN"/>
        </w:rPr>
        <w:br/>
      </w:r>
      <w:r>
        <w:rPr>
          <w:lang w:eastAsia="zh-CN"/>
        </w:rPr>
        <w:t>　　二、行为习惯的培养</w:t>
      </w:r>
      <w:r>
        <w:rPr>
          <w:lang w:eastAsia="zh-CN"/>
        </w:rPr>
        <w:br/>
      </w:r>
      <w:r>
        <w:rPr>
          <w:lang w:eastAsia="zh-CN"/>
        </w:rPr>
        <w:t>　　1、生活习惯：知道自己长大了，自己的事应该自己做，愿意展示自己独立做事的技能。</w:t>
      </w:r>
      <w:r>
        <w:rPr>
          <w:lang w:eastAsia="zh-CN"/>
        </w:rPr>
        <w:br/>
      </w:r>
      <w:r>
        <w:rPr>
          <w:lang w:eastAsia="zh-CN"/>
        </w:rPr>
        <w:t>　　2、学习习惯：</w:t>
      </w:r>
      <w:r>
        <w:rPr>
          <w:lang w:eastAsia="zh-CN"/>
        </w:rPr>
        <w:br/>
      </w:r>
      <w:r>
        <w:rPr>
          <w:lang w:eastAsia="zh-CN"/>
        </w:rPr>
        <w:t>　　（1）坚持每天按时入园，能独自完成作业。</w:t>
      </w:r>
      <w:r>
        <w:rPr>
          <w:lang w:eastAsia="zh-CN"/>
        </w:rPr>
        <w:br/>
      </w:r>
      <w:r>
        <w:rPr>
          <w:lang w:eastAsia="zh-CN"/>
        </w:rPr>
        <w:t>　　（2）学会整理自己的书包，保管好自己的学习用品。</w:t>
      </w:r>
      <w:r>
        <w:rPr>
          <w:lang w:eastAsia="zh-CN"/>
        </w:rPr>
        <w:br/>
      </w:r>
      <w:r>
        <w:rPr>
          <w:lang w:eastAsia="zh-CN"/>
        </w:rPr>
        <w:t>　　（3）能积极地参与集体活动，体验成功的喜悦。</w:t>
      </w:r>
      <w:r>
        <w:rPr>
          <w:lang w:eastAsia="zh-CN"/>
        </w:rPr>
        <w:br/>
      </w:r>
      <w:r>
        <w:rPr>
          <w:lang w:eastAsia="zh-CN"/>
        </w:rPr>
        <w:t>　　3、游戏习惯：</w:t>
      </w:r>
      <w:r>
        <w:rPr>
          <w:lang w:eastAsia="zh-CN"/>
        </w:rPr>
        <w:br/>
      </w:r>
      <w:r>
        <w:rPr>
          <w:lang w:eastAsia="zh-CN"/>
        </w:rPr>
        <w:t>　　（1）能自己的意愿选择游戏活动，按自己的方式游戏。</w:t>
      </w:r>
      <w:r>
        <w:rPr>
          <w:lang w:eastAsia="zh-CN"/>
        </w:rPr>
        <w:br/>
      </w:r>
      <w:r>
        <w:rPr>
          <w:lang w:eastAsia="zh-CN"/>
        </w:rPr>
        <w:t>　　（2）会使用游戏操作材料，并能整齐地摆放游戏用品。</w:t>
      </w:r>
      <w:r>
        <w:rPr>
          <w:lang w:eastAsia="zh-CN"/>
        </w:rPr>
        <w:br/>
      </w:r>
      <w:r>
        <w:rPr>
          <w:lang w:eastAsia="zh-CN"/>
        </w:rPr>
        <w:t>　　（3）在游戏活动中学会自己解决同伴间的矛盾，学会与他人合作进行游戏。</w:t>
      </w:r>
      <w:r>
        <w:rPr>
          <w:lang w:eastAsia="zh-CN"/>
        </w:rPr>
        <w:br/>
      </w:r>
      <w:r>
        <w:rPr>
          <w:lang w:eastAsia="zh-CN"/>
        </w:rPr>
        <w:t>　　三、环境创设</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1、结合我班的班级文化，用蒲草垫和废旧的席子布置主题墙，用绳子编成网子供幼儿悬挂作品。</w:t>
      </w:r>
      <w:r>
        <w:rPr>
          <w:lang w:eastAsia="zh-CN"/>
        </w:rPr>
        <w:br/>
      </w:r>
      <w:r>
        <w:rPr>
          <w:lang w:eastAsia="zh-CN"/>
        </w:rPr>
        <w:t>　　2、和幼儿一起制定班级游戏的内容和规则。</w:t>
      </w:r>
      <w:r>
        <w:rPr>
          <w:lang w:eastAsia="zh-CN"/>
        </w:rPr>
        <w:br/>
      </w:r>
      <w:r>
        <w:rPr>
          <w:lang w:eastAsia="zh-CN"/>
        </w:rPr>
        <w:t>　　3、布置家长园地，让家长了解我班近期的工作安排及注意事项。</w:t>
      </w:r>
      <w:r>
        <w:rPr>
          <w:lang w:eastAsia="zh-CN"/>
        </w:rPr>
        <w:br/>
      </w:r>
      <w:r>
        <w:rPr>
          <w:lang w:eastAsia="zh-CN"/>
        </w:rPr>
        <w:t>　　四、教学活动安排：</w:t>
      </w:r>
      <w:r>
        <w:rPr>
          <w:lang w:eastAsia="zh-CN"/>
        </w:rPr>
        <w:br/>
      </w:r>
      <w:r>
        <w:rPr>
          <w:lang w:eastAsia="zh-CN"/>
        </w:rPr>
        <w:t>　　第一周</w:t>
      </w:r>
      <w:r>
        <w:rPr>
          <w:lang w:eastAsia="zh-CN"/>
        </w:rPr>
        <w:br/>
      </w:r>
      <w:r>
        <w:rPr>
          <w:lang w:eastAsia="zh-CN"/>
        </w:rPr>
        <w:t>　　1、语言：我喜欢我自己。</w:t>
      </w:r>
      <w:r>
        <w:rPr>
          <w:lang w:eastAsia="zh-CN"/>
        </w:rPr>
        <w:br/>
      </w:r>
      <w:r>
        <w:rPr>
          <w:lang w:eastAsia="zh-CN"/>
        </w:rPr>
        <w:t>　　2、语言：鼠教虎爬树（绕口令）。</w:t>
      </w:r>
      <w:r>
        <w:rPr>
          <w:lang w:eastAsia="zh-CN"/>
        </w:rPr>
        <w:br/>
      </w:r>
      <w:r>
        <w:rPr>
          <w:lang w:eastAsia="zh-CN"/>
        </w:rPr>
        <w:t>　　3、数学：数字好宝宝（一）。</w:t>
      </w:r>
      <w:r>
        <w:rPr>
          <w:lang w:eastAsia="zh-CN"/>
        </w:rPr>
        <w:br/>
      </w:r>
      <w:r>
        <w:rPr>
          <w:lang w:eastAsia="zh-CN"/>
        </w:rPr>
        <w:t>　　4、健康：我的名片。</w:t>
      </w:r>
      <w:r>
        <w:rPr>
          <w:lang w:eastAsia="zh-CN"/>
        </w:rPr>
        <w:br/>
      </w:r>
      <w:r>
        <w:rPr>
          <w:lang w:eastAsia="zh-CN"/>
        </w:rPr>
        <w:t>　　5、科学：七彩太阳光（科学探究）。</w:t>
      </w:r>
      <w:r>
        <w:rPr>
          <w:lang w:eastAsia="zh-CN"/>
        </w:rPr>
        <w:br/>
      </w:r>
      <w:r>
        <w:rPr>
          <w:lang w:eastAsia="zh-CN"/>
        </w:rPr>
        <w:t>　　6、音乐：名字唱出来（歌唱活动）。</w:t>
      </w:r>
      <w:r>
        <w:rPr>
          <w:lang w:eastAsia="zh-CN"/>
        </w:rPr>
        <w:br/>
      </w:r>
      <w:r>
        <w:rPr>
          <w:lang w:eastAsia="zh-CN"/>
        </w:rPr>
        <w:t>　　7、拼音：学习。</w:t>
      </w:r>
      <w:r>
        <w:rPr>
          <w:lang w:eastAsia="zh-CN"/>
        </w:rPr>
        <w:br/>
      </w:r>
      <w:r>
        <w:rPr>
          <w:lang w:eastAsia="zh-CN"/>
        </w:rPr>
        <w:t>　　8、体育：学习幼儿广播操（一）。</w:t>
      </w:r>
      <w:r>
        <w:rPr>
          <w:lang w:eastAsia="zh-CN"/>
        </w:rPr>
        <w:br/>
      </w:r>
      <w:r>
        <w:rPr>
          <w:lang w:eastAsia="zh-CN"/>
        </w:rPr>
        <w:t>　　9、美术：手形画。</w:t>
      </w:r>
      <w:r>
        <w:rPr>
          <w:lang w:eastAsia="zh-CN"/>
        </w:rPr>
        <w:br/>
      </w:r>
      <w:r>
        <w:rPr>
          <w:lang w:eastAsia="zh-CN"/>
        </w:rPr>
        <w:t>　　第二周</w:t>
      </w:r>
      <w:r>
        <w:rPr>
          <w:lang w:eastAsia="zh-CN"/>
        </w:rPr>
        <w:br/>
      </w:r>
      <w:r>
        <w:rPr>
          <w:lang w:eastAsia="zh-CN"/>
        </w:rPr>
        <w:t>　　1、语言：宽街（续编故事）。</w:t>
      </w:r>
      <w:r>
        <w:rPr>
          <w:lang w:eastAsia="zh-CN"/>
        </w:rPr>
        <w:br/>
      </w:r>
      <w:r>
        <w:rPr>
          <w:lang w:eastAsia="zh-CN"/>
        </w:rPr>
        <w:t>　　2、语言：天（故事）。</w:t>
      </w:r>
      <w:r>
        <w:rPr>
          <w:lang w:eastAsia="zh-CN"/>
        </w:rPr>
        <w:br/>
      </w:r>
      <w:r>
        <w:rPr>
          <w:lang w:eastAsia="zh-CN"/>
        </w:rPr>
        <w:t>　　3、数字好宝宝（二）。</w:t>
      </w:r>
      <w:r>
        <w:rPr>
          <w:lang w:eastAsia="zh-CN"/>
        </w:rPr>
        <w:br/>
      </w:r>
      <w:r>
        <w:rPr>
          <w:lang w:eastAsia="zh-CN"/>
        </w:rPr>
        <w:t>　　4、科学：会变的颜色。</w:t>
      </w:r>
      <w:r>
        <w:rPr>
          <w:lang w:eastAsia="zh-CN"/>
        </w:rPr>
        <w:br/>
      </w:r>
      <w:r>
        <w:rPr>
          <w:lang w:eastAsia="zh-CN"/>
        </w:rPr>
        <w:t>　　5、音乐：狮王进行曲（音乐欣赏）。</w:t>
      </w:r>
      <w:r>
        <w:rPr>
          <w:lang w:eastAsia="zh-CN"/>
        </w:rPr>
        <w:br/>
      </w:r>
      <w:r>
        <w:rPr>
          <w:lang w:eastAsia="zh-CN"/>
        </w:rPr>
        <w:t>　　6、体育：学习幼儿广播操（二）。</w:t>
      </w:r>
      <w:r>
        <w:rPr>
          <w:lang w:eastAsia="zh-CN"/>
        </w:rPr>
        <w:br/>
      </w:r>
      <w:r>
        <w:rPr>
          <w:lang w:eastAsia="zh-CN"/>
        </w:rPr>
        <w:t>　　7、拼音：学习。</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8、拼音：学习。</w:t>
      </w:r>
      <w:r>
        <w:rPr>
          <w:lang w:eastAsia="zh-CN"/>
        </w:rPr>
        <w:br/>
      </w:r>
      <w:r>
        <w:rPr>
          <w:lang w:eastAsia="zh-CN"/>
        </w:rPr>
        <w:t>　　9、美术：制作小虫子。</w:t>
      </w:r>
      <w:r>
        <w:rPr>
          <w:lang w:eastAsia="zh-CN"/>
        </w:rPr>
        <w:br/>
      </w:r>
      <w:r>
        <w:rPr>
          <w:lang w:eastAsia="zh-CN"/>
        </w:rPr>
        <w:t>　　10、语言：一去二三里（古诗）。</w:t>
      </w:r>
      <w:r>
        <w:rPr>
          <w:lang w:eastAsia="zh-CN"/>
        </w:rPr>
        <w:br/>
      </w:r>
      <w:r>
        <w:rPr>
          <w:lang w:eastAsia="zh-CN"/>
        </w:rPr>
        <w:t>　　第三周</w:t>
      </w:r>
      <w:r>
        <w:rPr>
          <w:lang w:eastAsia="zh-CN"/>
        </w:rPr>
        <w:br/>
      </w:r>
      <w:r>
        <w:rPr>
          <w:lang w:eastAsia="zh-CN"/>
        </w:rPr>
        <w:t>　　1、语言：小花籽找快乐（童话）。</w:t>
      </w:r>
      <w:r>
        <w:rPr>
          <w:lang w:eastAsia="zh-CN"/>
        </w:rPr>
        <w:br/>
      </w:r>
      <w:r>
        <w:rPr>
          <w:lang w:eastAsia="zh-CN"/>
        </w:rPr>
        <w:t>　　2、数学：整理学习用具。</w:t>
      </w:r>
      <w:r>
        <w:rPr>
          <w:lang w:eastAsia="zh-CN"/>
        </w:rPr>
        <w:br/>
      </w:r>
      <w:r>
        <w:rPr>
          <w:lang w:eastAsia="zh-CN"/>
        </w:rPr>
        <w:t>　　3、健康：自己的事情自己做（生活自理）。</w:t>
      </w:r>
      <w:r>
        <w:rPr>
          <w:lang w:eastAsia="zh-CN"/>
        </w:rPr>
        <w:br/>
      </w:r>
      <w:r>
        <w:rPr>
          <w:lang w:eastAsia="zh-CN"/>
        </w:rPr>
        <w:t>　　4、科学：会变的树叶。</w:t>
      </w:r>
      <w:r>
        <w:rPr>
          <w:lang w:eastAsia="zh-CN"/>
        </w:rPr>
        <w:br/>
      </w:r>
      <w:r>
        <w:rPr>
          <w:lang w:eastAsia="zh-CN"/>
        </w:rPr>
        <w:t>　　5、音乐：拉拉钩（一）（歌唱）。</w:t>
      </w:r>
      <w:r>
        <w:rPr>
          <w:lang w:eastAsia="zh-CN"/>
        </w:rPr>
        <w:br/>
      </w:r>
      <w:r>
        <w:rPr>
          <w:lang w:eastAsia="zh-CN"/>
        </w:rPr>
        <w:t>　　6、体育：在身上滚球（体育）。</w:t>
      </w:r>
      <w:r>
        <w:rPr>
          <w:lang w:eastAsia="zh-CN"/>
        </w:rPr>
        <w:br/>
      </w:r>
      <w:r>
        <w:rPr>
          <w:lang w:eastAsia="zh-CN"/>
        </w:rPr>
        <w:t>　　7、拼音：学习。</w:t>
      </w:r>
      <w:r>
        <w:rPr>
          <w:lang w:eastAsia="zh-CN"/>
        </w:rPr>
        <w:br/>
      </w:r>
      <w:r>
        <w:rPr>
          <w:lang w:eastAsia="zh-CN"/>
        </w:rPr>
        <w:t>　　8、美术：螃蟹。</w:t>
      </w:r>
      <w:r>
        <w:rPr>
          <w:lang w:eastAsia="zh-CN"/>
        </w:rPr>
        <w:br/>
      </w:r>
      <w:r>
        <w:rPr>
          <w:lang w:eastAsia="zh-CN"/>
        </w:rPr>
        <w:t>　　第四周</w:t>
      </w:r>
      <w:r>
        <w:rPr>
          <w:lang w:eastAsia="zh-CN"/>
        </w:rPr>
        <w:br/>
      </w:r>
      <w:r>
        <w:rPr>
          <w:lang w:eastAsia="zh-CN"/>
        </w:rPr>
        <w:t>　　1、语言：孙悟空打妖怪（儿歌）。</w:t>
      </w:r>
      <w:r>
        <w:rPr>
          <w:lang w:eastAsia="zh-CN"/>
        </w:rPr>
        <w:br/>
      </w:r>
      <w:r>
        <w:rPr>
          <w:lang w:eastAsia="zh-CN"/>
        </w:rPr>
        <w:t>　　2、语言：小花籽找快乐（童话）。</w:t>
      </w:r>
      <w:r>
        <w:rPr>
          <w:lang w:eastAsia="zh-CN"/>
        </w:rPr>
        <w:br/>
      </w:r>
      <w:r>
        <w:rPr>
          <w:lang w:eastAsia="zh-CN"/>
        </w:rPr>
        <w:t>　　3、数学：班级物品清单。</w:t>
      </w:r>
      <w:r>
        <w:rPr>
          <w:lang w:eastAsia="zh-CN"/>
        </w:rPr>
        <w:br/>
      </w:r>
      <w:r>
        <w:rPr>
          <w:lang w:eastAsia="zh-CN"/>
        </w:rPr>
        <w:t>　　4、科学：蚯蚓。</w:t>
      </w:r>
      <w:r>
        <w:rPr>
          <w:lang w:eastAsia="zh-CN"/>
        </w:rPr>
        <w:br/>
      </w:r>
      <w:r>
        <w:rPr>
          <w:lang w:eastAsia="zh-CN"/>
        </w:rPr>
        <w:t>　　5、音乐：快乐的脚步（音乐活动）。</w:t>
      </w:r>
      <w:r>
        <w:rPr>
          <w:lang w:eastAsia="zh-CN"/>
        </w:rPr>
        <w:br/>
      </w:r>
      <w:r>
        <w:rPr>
          <w:lang w:eastAsia="zh-CN"/>
        </w:rPr>
        <w:t>　　6、体育：摘果子。</w:t>
      </w:r>
      <w:r>
        <w:rPr>
          <w:lang w:eastAsia="zh-CN"/>
        </w:rPr>
        <w:br/>
      </w:r>
      <w:r>
        <w:rPr>
          <w:lang w:eastAsia="zh-CN"/>
        </w:rPr>
        <w:t>　　7、拼音：学习。</w:t>
      </w:r>
      <w:r>
        <w:rPr>
          <w:lang w:eastAsia="zh-CN"/>
        </w:rPr>
        <w:br/>
      </w:r>
      <w:r>
        <w:rPr>
          <w:lang w:eastAsia="zh-CN"/>
        </w:rPr>
        <w:t>　　8、拼音：学习。</w:t>
      </w:r>
      <w:r>
        <w:rPr>
          <w:lang w:eastAsia="zh-CN"/>
        </w:rPr>
        <w:br/>
      </w:r>
      <w:r>
        <w:rPr>
          <w:lang w:eastAsia="zh-CN"/>
        </w:rPr>
        <w:t>　　9、美术：名画欣赏《梦》。</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五、晨间活动</w:t>
      </w:r>
      <w:r>
        <w:rPr>
          <w:lang w:eastAsia="zh-CN"/>
        </w:rPr>
        <w:br/>
      </w:r>
      <w:r>
        <w:rPr>
          <w:lang w:eastAsia="zh-CN"/>
        </w:rPr>
        <w:t>　　第一周：分组活动：</w:t>
      </w:r>
      <w:r>
        <w:rPr>
          <w:lang w:eastAsia="zh-CN"/>
        </w:rPr>
        <w:br/>
      </w:r>
      <w:r>
        <w:rPr>
          <w:lang w:eastAsia="zh-CN"/>
        </w:rPr>
        <w:t>　　1、器械组合：轮胎、沙包、滚筒、圈。</w:t>
      </w:r>
      <w:r>
        <w:rPr>
          <w:lang w:eastAsia="zh-CN"/>
        </w:rPr>
        <w:br/>
      </w:r>
      <w:r>
        <w:rPr>
          <w:lang w:eastAsia="zh-CN"/>
        </w:rPr>
        <w:t>　　2、小单车。</w:t>
      </w:r>
      <w:r>
        <w:rPr>
          <w:lang w:eastAsia="zh-CN"/>
        </w:rPr>
        <w:br/>
      </w:r>
      <w:r>
        <w:rPr>
          <w:lang w:eastAsia="zh-CN"/>
        </w:rPr>
        <w:t>　　3、滚环。</w:t>
      </w:r>
      <w:r>
        <w:rPr>
          <w:lang w:eastAsia="zh-CN"/>
        </w:rPr>
        <w:br/>
      </w:r>
      <w:r>
        <w:rPr>
          <w:lang w:eastAsia="zh-CN"/>
        </w:rPr>
        <w:t>　　4、皮球。</w:t>
      </w:r>
      <w:r>
        <w:rPr>
          <w:lang w:eastAsia="zh-CN"/>
        </w:rPr>
        <w:br/>
      </w:r>
      <w:r>
        <w:rPr>
          <w:lang w:eastAsia="zh-CN"/>
        </w:rPr>
        <w:t>　　5、跳跳球。</w:t>
      </w:r>
      <w:r>
        <w:rPr>
          <w:lang w:eastAsia="zh-CN"/>
        </w:rPr>
        <w:br/>
      </w:r>
      <w:r>
        <w:rPr>
          <w:lang w:eastAsia="zh-CN"/>
        </w:rPr>
        <w:t>　　6、粘贴球。</w:t>
      </w:r>
      <w:r>
        <w:rPr>
          <w:lang w:eastAsia="zh-CN"/>
        </w:rPr>
        <w:br/>
      </w:r>
      <w:r>
        <w:rPr>
          <w:lang w:eastAsia="zh-CN"/>
        </w:rPr>
        <w:t>　　第二周：分组活动：</w:t>
      </w:r>
      <w:r>
        <w:rPr>
          <w:lang w:eastAsia="zh-CN"/>
        </w:rPr>
        <w:br/>
      </w:r>
      <w:r>
        <w:rPr>
          <w:lang w:eastAsia="zh-CN"/>
        </w:rPr>
        <w:t>　　1、跳绳。</w:t>
      </w:r>
      <w:r>
        <w:rPr>
          <w:lang w:eastAsia="zh-CN"/>
        </w:rPr>
        <w:br/>
      </w:r>
      <w:r>
        <w:rPr>
          <w:lang w:eastAsia="zh-CN"/>
        </w:rPr>
        <w:t>　　2、小单车。</w:t>
      </w:r>
      <w:r>
        <w:rPr>
          <w:lang w:eastAsia="zh-CN"/>
        </w:rPr>
        <w:br/>
      </w:r>
      <w:r>
        <w:rPr>
          <w:lang w:eastAsia="zh-CN"/>
        </w:rPr>
        <w:t>　　3、滚环。</w:t>
      </w:r>
      <w:r>
        <w:rPr>
          <w:lang w:eastAsia="zh-CN"/>
        </w:rPr>
        <w:br/>
      </w:r>
      <w:r>
        <w:rPr>
          <w:lang w:eastAsia="zh-CN"/>
        </w:rPr>
        <w:t>　　4、皮球。</w:t>
      </w:r>
      <w:r>
        <w:rPr>
          <w:lang w:eastAsia="zh-CN"/>
        </w:rPr>
        <w:br/>
      </w:r>
      <w:r>
        <w:rPr>
          <w:lang w:eastAsia="zh-CN"/>
        </w:rPr>
        <w:t>　　5、羊角球。</w:t>
      </w:r>
      <w:r>
        <w:rPr>
          <w:lang w:eastAsia="zh-CN"/>
        </w:rPr>
        <w:br/>
      </w:r>
      <w:r>
        <w:rPr>
          <w:lang w:eastAsia="zh-CN"/>
        </w:rPr>
        <w:t>　　6、粘贴球。</w:t>
      </w:r>
      <w:r>
        <w:rPr>
          <w:lang w:eastAsia="zh-CN"/>
        </w:rPr>
        <w:br/>
      </w:r>
      <w:r>
        <w:rPr>
          <w:lang w:eastAsia="zh-CN"/>
        </w:rPr>
        <w:t>　　第三周：分组活动：</w:t>
      </w:r>
      <w:r>
        <w:rPr>
          <w:lang w:eastAsia="zh-CN"/>
        </w:rPr>
        <w:br/>
      </w:r>
      <w:r>
        <w:rPr>
          <w:lang w:eastAsia="zh-CN"/>
        </w:rPr>
        <w:t>　　1、器械组合：轮胎、沙包、滚筒、圈。</w:t>
      </w:r>
      <w:r>
        <w:rPr>
          <w:lang w:eastAsia="zh-CN"/>
        </w:rPr>
        <w:br/>
      </w:r>
      <w:r>
        <w:rPr>
          <w:lang w:eastAsia="zh-CN"/>
        </w:rPr>
        <w:t>　　2、小单车。</w:t>
      </w:r>
      <w:r>
        <w:rPr>
          <w:lang w:eastAsia="zh-CN"/>
        </w:rPr>
        <w:br/>
      </w:r>
      <w:r>
        <w:rPr>
          <w:lang w:eastAsia="zh-CN"/>
        </w:rPr>
        <w:t>　　3、滚环。</w:t>
      </w:r>
      <w:r>
        <w:rPr>
          <w:lang w:eastAsia="zh-CN"/>
        </w:rPr>
        <w:br/>
      </w:r>
      <w:r>
        <w:rPr>
          <w:lang w:eastAsia="zh-CN"/>
        </w:rPr>
        <w:t>　　4、皮球。</w:t>
      </w:r>
      <w:r>
        <w:rPr>
          <w:lang w:eastAsia="zh-CN"/>
        </w:rPr>
        <w:br/>
      </w:r>
      <w:r>
        <w:rPr>
          <w:lang w:eastAsia="zh-CN"/>
        </w:rPr>
        <w:t>　　5、跳跳球。</w:t>
      </w:r>
      <w:r>
        <w:rPr>
          <w:lang w:eastAsia="zh-CN"/>
        </w:rPr>
        <w:br/>
      </w:r>
      <w:r>
        <w:rPr>
          <w:lang w:eastAsia="zh-CN"/>
        </w:rPr>
        <w:t>　　6、粘贴球。</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第四周：分组活动：</w:t>
      </w:r>
      <w:r>
        <w:rPr>
          <w:lang w:eastAsia="zh-CN"/>
        </w:rPr>
        <w:br/>
      </w:r>
      <w:r>
        <w:rPr>
          <w:lang w:eastAsia="zh-CN"/>
        </w:rPr>
        <w:t>　　1、皮筋。</w:t>
      </w:r>
      <w:r>
        <w:rPr>
          <w:lang w:eastAsia="zh-CN"/>
        </w:rPr>
        <w:br/>
      </w:r>
      <w:r>
        <w:rPr>
          <w:lang w:eastAsia="zh-CN"/>
        </w:rPr>
        <w:t>　　2、小单车。</w:t>
      </w:r>
      <w:r>
        <w:rPr>
          <w:lang w:eastAsia="zh-CN"/>
        </w:rPr>
        <w:br/>
      </w:r>
      <w:r>
        <w:rPr>
          <w:lang w:eastAsia="zh-CN"/>
        </w:rPr>
        <w:t>　　3、滚环。</w:t>
      </w:r>
      <w:r>
        <w:rPr>
          <w:lang w:eastAsia="zh-CN"/>
        </w:rPr>
        <w:br/>
      </w:r>
      <w:r>
        <w:rPr>
          <w:lang w:eastAsia="zh-CN"/>
        </w:rPr>
        <w:t>　　4、皮球。</w:t>
      </w:r>
      <w:r>
        <w:rPr>
          <w:lang w:eastAsia="zh-CN"/>
        </w:rPr>
        <w:br/>
      </w:r>
      <w:r>
        <w:rPr>
          <w:lang w:eastAsia="zh-CN"/>
        </w:rPr>
        <w:t>　　5、跳袋。</w:t>
      </w:r>
      <w:r>
        <w:rPr>
          <w:lang w:eastAsia="zh-CN"/>
        </w:rPr>
        <w:br/>
      </w:r>
      <w:r>
        <w:rPr>
          <w:lang w:eastAsia="zh-CN"/>
        </w:rPr>
        <w:t>　　6、粘贴球。</w:t>
      </w:r>
      <w:r>
        <w:rPr>
          <w:lang w:eastAsia="zh-CN"/>
        </w:rPr>
        <w:br/>
      </w:r>
      <w:r>
        <w:rPr>
          <w:lang w:eastAsia="zh-CN"/>
        </w:rPr>
        <w:t>　　六、家长工作</w:t>
      </w:r>
      <w:r>
        <w:rPr>
          <w:lang w:eastAsia="zh-CN"/>
        </w:rPr>
        <w:br/>
      </w:r>
      <w:r>
        <w:rPr>
          <w:lang w:eastAsia="zh-CN"/>
        </w:rPr>
        <w:t>　　1、每天坚持按时送幼儿入园，有事事先向老师请假。</w:t>
      </w:r>
      <w:r>
        <w:rPr>
          <w:lang w:eastAsia="zh-CN"/>
        </w:rPr>
        <w:br/>
      </w:r>
      <w:r>
        <w:rPr>
          <w:lang w:eastAsia="zh-CN"/>
        </w:rPr>
        <w:t>　　2、召开新学期家长会。</w:t>
      </w:r>
      <w:r>
        <w:rPr>
          <w:lang w:eastAsia="zh-CN"/>
        </w:rPr>
        <w:br/>
      </w:r>
      <w:r>
        <w:rPr>
          <w:lang w:eastAsia="zh-CN"/>
        </w:rPr>
        <w:t>　　3、帮助幼儿养成独自完成作业的好习惯，提醒和督促幼儿保持正确的书写姿势。</w:t>
      </w:r>
      <w:r>
        <w:rPr>
          <w:lang w:eastAsia="zh-CN"/>
        </w:rPr>
        <w:br/>
      </w:r>
      <w:r>
        <w:rPr>
          <w:lang w:eastAsia="zh-CN"/>
        </w:rPr>
        <w:t>　　第一周名称：线上活动——寂静游戏。</w:t>
      </w:r>
      <w:r>
        <w:rPr>
          <w:lang w:eastAsia="zh-CN"/>
        </w:rPr>
        <w:br/>
      </w:r>
      <w:r>
        <w:rPr>
          <w:lang w:eastAsia="zh-CN"/>
        </w:rPr>
        <w:t>　　目的：身体平衡能力、听力、观察力。</w:t>
      </w:r>
      <w:r>
        <w:rPr>
          <w:lang w:eastAsia="zh-CN"/>
        </w:rPr>
        <w:br/>
      </w:r>
      <w:r>
        <w:rPr>
          <w:lang w:eastAsia="zh-CN"/>
        </w:rPr>
        <w:t>　　音乐活动：我的朋友在哪里。</w:t>
      </w:r>
      <w:r>
        <w:rPr>
          <w:lang w:eastAsia="zh-CN"/>
        </w:rPr>
        <w:br/>
      </w:r>
      <w:r>
        <w:rPr>
          <w:lang w:eastAsia="zh-CN"/>
        </w:rPr>
        <w:t>　　1、名称：串项链。</w:t>
      </w:r>
      <w:r>
        <w:rPr>
          <w:lang w:eastAsia="zh-CN"/>
        </w:rPr>
        <w:br/>
      </w:r>
      <w:r>
        <w:rPr>
          <w:lang w:eastAsia="zh-CN"/>
        </w:rPr>
        <w:t>　　目的：培养幼儿手眼协调、控制小肌肉、细心、耐心、审美能力。美术活动：手指玩色——手指点画。</w:t>
      </w:r>
      <w:r>
        <w:rPr>
          <w:lang w:eastAsia="zh-CN"/>
        </w:rPr>
        <w:br/>
      </w:r>
      <w:r>
        <w:rPr>
          <w:lang w:eastAsia="zh-CN"/>
        </w:rPr>
        <w:t>　　2、名称：粉红塔。</w:t>
      </w:r>
      <w:r>
        <w:rPr>
          <w:lang w:eastAsia="zh-CN"/>
        </w:rPr>
        <w:br/>
      </w:r>
      <w:r>
        <w:rPr>
          <w:lang w:eastAsia="zh-CN"/>
        </w:rPr>
        <w:t>　　目的：视觉辨别大小的能力科学活动：一天要吃三顿饭。</w:t>
      </w:r>
      <w:r>
        <w:rPr>
          <w:lang w:eastAsia="zh-CN"/>
        </w:rPr>
        <w:br/>
      </w:r>
      <w:r>
        <w:rPr>
          <w:lang w:eastAsia="zh-CN"/>
        </w:rPr>
        <w:t>　　目标：对事物简单的数、量、形以及时间和空间特征感兴趣。感知认识早晨和晚上。</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第二周名称：带插座圆柱体。</w:t>
      </w:r>
      <w:r>
        <w:rPr>
          <w:lang w:eastAsia="zh-CN"/>
        </w:rPr>
        <w:br/>
      </w:r>
      <w:r>
        <w:rPr>
          <w:lang w:eastAsia="zh-CN"/>
        </w:rPr>
        <w:t>　　目的：训练幼儿视觉能力，学会一一对应。</w:t>
      </w:r>
      <w:r>
        <w:rPr>
          <w:lang w:eastAsia="zh-CN"/>
        </w:rPr>
        <w:br/>
      </w:r>
      <w:r>
        <w:rPr>
          <w:lang w:eastAsia="zh-CN"/>
        </w:rPr>
        <w:t>　　美术活动：我陪小动物一起住。</w:t>
      </w:r>
      <w:r>
        <w:rPr>
          <w:lang w:eastAsia="zh-CN"/>
        </w:rPr>
        <w:br/>
      </w:r>
      <w:r>
        <w:rPr>
          <w:lang w:eastAsia="zh-CN"/>
        </w:rPr>
        <w:t>　　1、名称：打招呼。</w:t>
      </w:r>
      <w:r>
        <w:rPr>
          <w:lang w:eastAsia="zh-CN"/>
        </w:rPr>
        <w:br/>
      </w:r>
      <w:r>
        <w:rPr>
          <w:lang w:eastAsia="zh-CN"/>
        </w:rPr>
        <w:t>　　目的：日常生活、礼仪培养语言活动：幼儿园的一天。</w:t>
      </w:r>
      <w:r>
        <w:rPr>
          <w:lang w:eastAsia="zh-CN"/>
        </w:rPr>
        <w:br/>
      </w:r>
      <w:r>
        <w:rPr>
          <w:lang w:eastAsia="zh-CN"/>
        </w:rPr>
        <w:t>　　2、名称：夹的'工作。</w:t>
      </w:r>
      <w:r>
        <w:rPr>
          <w:lang w:eastAsia="zh-CN"/>
        </w:rPr>
        <w:br/>
      </w:r>
      <w:r>
        <w:rPr>
          <w:lang w:eastAsia="zh-CN"/>
        </w:rPr>
        <w:t>　　目的：小肌肉的灵活性。</w:t>
      </w:r>
      <w:r>
        <w:rPr>
          <w:lang w:eastAsia="zh-CN"/>
        </w:rPr>
        <w:br/>
      </w:r>
      <w:r>
        <w:rPr>
          <w:lang w:eastAsia="zh-CN"/>
        </w:rPr>
        <w:t>　　健康活动：小蚂蚁搬豆。</w:t>
      </w:r>
      <w:r>
        <w:rPr>
          <w:lang w:eastAsia="zh-CN"/>
        </w:rPr>
        <w:br/>
      </w:r>
      <w:r>
        <w:rPr>
          <w:lang w:eastAsia="zh-CN"/>
        </w:rPr>
        <w:t>　　3、名称：语言课《咕咚来了》。</w:t>
      </w:r>
      <w:r>
        <w:rPr>
          <w:lang w:eastAsia="zh-CN"/>
        </w:rPr>
        <w:br/>
      </w:r>
      <w:r>
        <w:rPr>
          <w:lang w:eastAsia="zh-CN"/>
        </w:rPr>
        <w:t>　　音乐活动：可爱的小兔。</w:t>
      </w:r>
      <w:r>
        <w:rPr>
          <w:lang w:eastAsia="zh-CN"/>
        </w:rPr>
        <w:br/>
      </w:r>
      <w:r>
        <w:rPr>
          <w:lang w:eastAsia="zh-CN"/>
        </w:rPr>
        <w:t>　　4、名称：苹果分类。</w:t>
      </w:r>
      <w:r>
        <w:rPr>
          <w:lang w:eastAsia="zh-CN"/>
        </w:rPr>
        <w:br/>
      </w:r>
      <w:r>
        <w:rPr>
          <w:lang w:eastAsia="zh-CN"/>
        </w:rPr>
        <w:t>　　目的：视觉辨别大小。</w:t>
      </w:r>
      <w:r>
        <w:rPr>
          <w:lang w:eastAsia="zh-CN"/>
        </w:rPr>
        <w:br/>
      </w:r>
      <w:r>
        <w:rPr>
          <w:lang w:eastAsia="zh-CN"/>
        </w:rPr>
        <w:t>　　美工活动：送给老师的花。</w:t>
      </w:r>
      <w:r>
        <w:rPr>
          <w:lang w:eastAsia="zh-CN"/>
        </w:rPr>
        <w:br/>
      </w:r>
      <w:r>
        <w:rPr>
          <w:lang w:eastAsia="zh-CN"/>
        </w:rPr>
        <w:t>　　目的：对美工的兴趣并认识教师节。</w:t>
      </w:r>
      <w:r>
        <w:rPr>
          <w:lang w:eastAsia="zh-CN"/>
        </w:rPr>
        <w:br/>
      </w:r>
      <w:r>
        <w:rPr>
          <w:lang w:eastAsia="zh-CN"/>
        </w:rPr>
        <w:t>　　第三周名称：我要好好洗个澡。</w:t>
      </w:r>
      <w:r>
        <w:rPr>
          <w:lang w:eastAsia="zh-CN"/>
        </w:rPr>
        <w:br/>
      </w:r>
      <w:r>
        <w:rPr>
          <w:lang w:eastAsia="zh-CN"/>
        </w:rPr>
        <w:t>　　目的：讲卫生的好习惯。</w:t>
      </w:r>
      <w:r>
        <w:rPr>
          <w:lang w:eastAsia="zh-CN"/>
        </w:rPr>
        <w:br/>
      </w:r>
      <w:r>
        <w:rPr>
          <w:lang w:eastAsia="zh-CN"/>
        </w:rPr>
        <w:t>　　语言活动：讲卫生的好宝宝。</w:t>
      </w:r>
      <w:r>
        <w:rPr>
          <w:lang w:eastAsia="zh-CN"/>
        </w:rPr>
        <w:br/>
      </w:r>
      <w:r>
        <w:rPr>
          <w:lang w:eastAsia="zh-CN"/>
        </w:rPr>
        <w:t>　　1、名称：画水波线。</w:t>
      </w:r>
      <w:r>
        <w:rPr>
          <w:lang w:eastAsia="zh-CN"/>
        </w:rPr>
        <w:br/>
      </w:r>
      <w:r>
        <w:rPr>
          <w:lang w:eastAsia="zh-CN"/>
        </w:rPr>
        <w:t>　　目的：让孩子大胆绘画并学会自然的画水波纹。</w:t>
      </w:r>
      <w:r>
        <w:rPr>
          <w:lang w:eastAsia="zh-CN"/>
        </w:rPr>
        <w:br/>
      </w:r>
      <w:r>
        <w:rPr>
          <w:lang w:eastAsia="zh-CN"/>
        </w:rPr>
        <w:t>　　体育活动：小猫捉鱼。</w:t>
      </w:r>
      <w:r>
        <w:rPr>
          <w:lang w:eastAsia="zh-CN"/>
        </w:rPr>
        <w:br/>
      </w:r>
      <w:r>
        <w:rPr>
          <w:lang w:eastAsia="zh-CN"/>
        </w:rPr>
        <w:t>　　2、名称：红色圆柱体。</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目的：感知彩色圆柱体的不同特征，并观察与带插座圆柱体的不同。</w:t>
      </w:r>
      <w:r>
        <w:rPr>
          <w:lang w:eastAsia="zh-CN"/>
        </w:rPr>
        <w:br/>
      </w:r>
      <w:r>
        <w:rPr>
          <w:lang w:eastAsia="zh-CN"/>
        </w:rPr>
        <w:t>　　数学活动：香蕉可真多啊。</w:t>
      </w:r>
      <w:r>
        <w:rPr>
          <w:lang w:eastAsia="zh-CN"/>
        </w:rPr>
        <w:br/>
      </w:r>
      <w:r>
        <w:rPr>
          <w:lang w:eastAsia="zh-CN"/>
        </w:rPr>
        <w:t>　　3、名称：物归原位。</w:t>
      </w:r>
      <w:r>
        <w:rPr>
          <w:lang w:eastAsia="zh-CN"/>
        </w:rPr>
        <w:br/>
      </w:r>
      <w:r>
        <w:rPr>
          <w:lang w:eastAsia="zh-CN"/>
        </w:rPr>
        <w:t>　　目的：培养幼儿物归原位的好习惯。</w:t>
      </w:r>
      <w:r>
        <w:rPr>
          <w:lang w:eastAsia="zh-CN"/>
        </w:rPr>
        <w:br/>
      </w:r>
      <w:r>
        <w:rPr>
          <w:lang w:eastAsia="zh-CN"/>
        </w:rPr>
        <w:t>　　音乐活动：快乐的幼儿园。</w:t>
      </w:r>
      <w:r>
        <w:rPr>
          <w:lang w:eastAsia="zh-CN"/>
        </w:rPr>
        <w:br/>
      </w:r>
      <w:r>
        <w:rPr>
          <w:lang w:eastAsia="zh-CN"/>
        </w:rPr>
        <w:t>　　4、名称：安静活动——走线。</w:t>
      </w:r>
      <w:r>
        <w:rPr>
          <w:lang w:eastAsia="zh-CN"/>
        </w:rPr>
        <w:br/>
      </w:r>
      <w:r>
        <w:rPr>
          <w:lang w:eastAsia="zh-CN"/>
        </w:rPr>
        <w:t>　　目的：幼儿平衡能力的培养。</w:t>
      </w:r>
      <w:r>
        <w:rPr>
          <w:lang w:eastAsia="zh-CN"/>
        </w:rPr>
        <w:br/>
      </w:r>
      <w:r>
        <w:rPr>
          <w:lang w:eastAsia="zh-CN"/>
        </w:rPr>
        <w:t>　　科学活动：我的小脚会说话。</w:t>
      </w:r>
      <w:r>
        <w:rPr>
          <w:lang w:eastAsia="zh-CN"/>
        </w:rPr>
        <w:br/>
      </w:r>
      <w:r>
        <w:rPr>
          <w:lang w:eastAsia="zh-CN"/>
        </w:rPr>
        <w:t>　　第四周名称：感官领域——长棒。</w:t>
      </w:r>
      <w:r>
        <w:rPr>
          <w:lang w:eastAsia="zh-CN"/>
        </w:rPr>
        <w:br/>
      </w:r>
      <w:r>
        <w:rPr>
          <w:lang w:eastAsia="zh-CN"/>
        </w:rPr>
        <w:t>　　目的：视觉辨别长棒的能力。</w:t>
      </w:r>
      <w:r>
        <w:rPr>
          <w:lang w:eastAsia="zh-CN"/>
        </w:rPr>
        <w:br/>
      </w:r>
      <w:r>
        <w:rPr>
          <w:lang w:eastAsia="zh-CN"/>
        </w:rPr>
        <w:t>　　数学活动：大球和小球。</w:t>
      </w:r>
      <w:r>
        <w:rPr>
          <w:lang w:eastAsia="zh-CN"/>
        </w:rPr>
        <w:br/>
      </w:r>
      <w:r>
        <w:rPr>
          <w:lang w:eastAsia="zh-CN"/>
        </w:rPr>
        <w:t>　　1、名称：认识树的各部位。</w:t>
      </w:r>
      <w:r>
        <w:rPr>
          <w:lang w:eastAsia="zh-CN"/>
        </w:rPr>
        <w:br/>
      </w:r>
      <w:r>
        <w:rPr>
          <w:lang w:eastAsia="zh-CN"/>
        </w:rPr>
        <w:t>　　目的：知道树是由哪几部分组成的。</w:t>
      </w:r>
      <w:r>
        <w:rPr>
          <w:lang w:eastAsia="zh-CN"/>
        </w:rPr>
        <w:br/>
      </w:r>
      <w:r>
        <w:rPr>
          <w:lang w:eastAsia="zh-CN"/>
        </w:rPr>
        <w:t>　　延伸：制作树的小树。</w:t>
      </w:r>
      <w:r>
        <w:rPr>
          <w:lang w:eastAsia="zh-CN"/>
        </w:rPr>
        <w:br/>
      </w:r>
      <w:r>
        <w:rPr>
          <w:lang w:eastAsia="zh-CN"/>
        </w:rPr>
        <w:t>　　美术活动：我的月饼。</w:t>
      </w:r>
      <w:r>
        <w:rPr>
          <w:lang w:eastAsia="zh-CN"/>
        </w:rPr>
        <w:br/>
      </w:r>
      <w:r>
        <w:rPr>
          <w:lang w:eastAsia="zh-CN"/>
        </w:rPr>
        <w:t>　　目的：了解中秋节。</w:t>
      </w:r>
      <w:r>
        <w:rPr>
          <w:lang w:eastAsia="zh-CN"/>
        </w:rPr>
        <w:br/>
      </w:r>
      <w:r>
        <w:rPr>
          <w:lang w:eastAsia="zh-CN"/>
        </w:rPr>
        <w:t>　　2、名称：制作水果沙拉。</w:t>
      </w:r>
      <w:r>
        <w:rPr>
          <w:lang w:eastAsia="zh-CN"/>
        </w:rPr>
        <w:br/>
      </w:r>
      <w:r>
        <w:rPr>
          <w:lang w:eastAsia="zh-CN"/>
        </w:rPr>
        <w:t>　　目的：学会分享的礼仪。</w:t>
      </w:r>
      <w:r>
        <w:rPr>
          <w:lang w:eastAsia="zh-CN"/>
        </w:rPr>
        <w:br/>
      </w:r>
      <w:r>
        <w:rPr>
          <w:lang w:eastAsia="zh-CN"/>
        </w:rPr>
        <w:t>　　体育活动：小蚂蚁搬豆。</w:t>
      </w:r>
      <w:r>
        <w:rPr>
          <w:lang w:eastAsia="zh-CN"/>
        </w:rPr>
        <w:br/>
      </w:r>
      <w:r>
        <w:rPr>
          <w:lang w:eastAsia="zh-CN"/>
        </w:rPr>
        <w:t>　　3、名称：听指令做动作。</w:t>
      </w:r>
      <w:r>
        <w:rPr>
          <w:lang w:eastAsia="zh-CN"/>
        </w:rPr>
        <w:br/>
      </w:r>
      <w:r>
        <w:rPr>
          <w:lang w:eastAsia="zh-CN"/>
        </w:rPr>
        <w:t>　　目的：培养专注力和听力。</w:t>
      </w:r>
      <w:r>
        <w:rPr>
          <w:lang w:eastAsia="zh-CN"/>
        </w:rPr>
        <w:br/>
      </w:r>
      <w:r>
        <w:rPr>
          <w:lang w:eastAsia="zh-CN"/>
        </w:rPr>
        <w:t>　　语言活动：谁藏起来了。</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名称：科学领域——认识鸟的嵌板。</w:t>
      </w:r>
      <w:r>
        <w:rPr>
          <w:lang w:eastAsia="zh-CN"/>
        </w:rPr>
        <w:br/>
      </w:r>
      <w:r>
        <w:rPr>
          <w:lang w:eastAsia="zh-CN"/>
        </w:rPr>
        <w:t xml:space="preserve">    关于幼儿园开学教学计划 篇8 </w:t>
      </w:r>
      <w:r>
        <w:rPr>
          <w:lang w:eastAsia="zh-CN"/>
        </w:rPr>
        <w:br/>
      </w:r>
      <w:r>
        <w:rPr>
          <w:lang w:eastAsia="zh-CN"/>
        </w:rPr>
        <w:t>　　时间真快，我们又迎来了新的学期，意味着一个新学期的开始。在去年的学期里每个孩子各个方面都有很大的改观。为了幼儿能健康全面的成长，为了自己更好的工作，制定工作计划，能在工作中不断的成长、学习。提高自己、完善自己。本学期工作计划如下：</w:t>
      </w:r>
      <w:r>
        <w:rPr>
          <w:lang w:eastAsia="zh-CN"/>
        </w:rPr>
        <w:br/>
      </w:r>
      <w:r>
        <w:rPr>
          <w:lang w:eastAsia="zh-CN"/>
        </w:rPr>
        <w:t>　　一：从身边的小事做起，严格的遵守幼儿园的各项规章制度，热爱工作，认真完成各项工作。用教师的职业道德规范要求自己，以身作则，细心，耐心，爱心地公平对待每一个幼儿，并协助教师做好班级工作。</w:t>
      </w:r>
      <w:r>
        <w:rPr>
          <w:lang w:eastAsia="zh-CN"/>
        </w:rPr>
        <w:br/>
      </w:r>
      <w:r>
        <w:rPr>
          <w:lang w:eastAsia="zh-CN"/>
        </w:rPr>
        <w:t>　　二：做好每天的晨午检工作，利用入园和离园多与家长沟通，了解幼儿在家的表现，幼儿的行为习惯，做好每一天的保育工作。同家长配合做好幼儿的教育。</w:t>
      </w:r>
      <w:r>
        <w:rPr>
          <w:lang w:eastAsia="zh-CN"/>
        </w:rPr>
        <w:br/>
      </w:r>
      <w:r>
        <w:rPr>
          <w:lang w:eastAsia="zh-CN"/>
        </w:rPr>
        <w:t>　　三：做好每天的卫生工作，做到班级无死角。</w:t>
      </w:r>
      <w:r>
        <w:rPr>
          <w:lang w:eastAsia="zh-CN"/>
        </w:rPr>
        <w:br/>
      </w:r>
      <w:r>
        <w:rPr>
          <w:lang w:eastAsia="zh-CN"/>
        </w:rPr>
        <w:t>　　四：做好班级与寝室的消毒工作，预防各种疾病与传染病的发生。</w:t>
      </w:r>
      <w:r>
        <w:rPr>
          <w:lang w:eastAsia="zh-CN"/>
        </w:rPr>
        <w:br/>
      </w:r>
      <w:r>
        <w:rPr>
          <w:lang w:eastAsia="zh-CN"/>
        </w:rPr>
        <w:t>　　五：合理的安排幼儿的户外活动时间，指导幼儿户外活动时，增减衣物，遵守活动秩序，并能帮助教师整理活动器具。</w:t>
      </w:r>
      <w:r>
        <w:rPr>
          <w:lang w:eastAsia="zh-CN"/>
        </w:rPr>
        <w:br/>
      </w:r>
      <w:r>
        <w:rPr>
          <w:lang w:eastAsia="zh-CN"/>
        </w:rPr>
        <w:t>　　六：协助教师重点培养幼儿良好的行为习惯。</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1遇到老师主动问好，打招呼。离园时主动说“再见”。在幼儿园里与小朋友团结友爱，互相帮助，不抢东西，不打架，做错事要道歉，主动说“对不起”。勇敢的承认错误，说实话，做个诚实的孩子。</w:t>
      </w:r>
      <w:r>
        <w:rPr>
          <w:lang w:eastAsia="zh-CN"/>
        </w:rPr>
        <w:br/>
      </w:r>
      <w:r>
        <w:rPr>
          <w:lang w:eastAsia="zh-CN"/>
        </w:rPr>
        <w:t>　　2遵守课堂纪律，上课时，要“脚踏实地，弓平正直，小手放到膝盖上”不随便离开座位，指导幼儿积极动脑，举手回答问题，尊敬师长。爱护班内桌椅，不推着小椅子跑，轻拿轻放，不随便动教师的东西。</w:t>
      </w:r>
      <w:r>
        <w:rPr>
          <w:lang w:eastAsia="zh-CN"/>
        </w:rPr>
        <w:br/>
      </w:r>
      <w:r>
        <w:rPr>
          <w:lang w:eastAsia="zh-CN"/>
        </w:rPr>
        <w:t>　　3教育幼儿早睡早起，在家少看电视，多运动，养成好的作息习惯。</w:t>
      </w:r>
      <w:r>
        <w:rPr>
          <w:lang w:eastAsia="zh-CN"/>
        </w:rPr>
        <w:br/>
      </w:r>
      <w:r>
        <w:rPr>
          <w:lang w:eastAsia="zh-CN"/>
        </w:rPr>
        <w:t>　　4养成幼儿饭前便后，活动后及手脏时洗手的习惯。指导幼儿学会自己卷衣袖，用肥皂洗手，不玩水，不在洗手时打闹。有些幼儿喜欢玩水，节约用水这方面还需要进一步教育，并组织一些小游戏来教育幼儿节约用水。</w:t>
      </w:r>
      <w:r>
        <w:rPr>
          <w:lang w:eastAsia="zh-CN"/>
        </w:rPr>
        <w:br/>
      </w:r>
      <w:r>
        <w:rPr>
          <w:lang w:eastAsia="zh-CN"/>
        </w:rPr>
        <w:t>　　5指导幼儿学会穿脱衣物，爱护自己的书本，整理自己的东西，学会做些力所能及的事。</w:t>
      </w:r>
      <w:r>
        <w:rPr>
          <w:lang w:eastAsia="zh-CN"/>
        </w:rPr>
        <w:br/>
      </w:r>
      <w:r>
        <w:rPr>
          <w:lang w:eastAsia="zh-CN"/>
        </w:rPr>
        <w:t>　　6进餐时，坐姿正确，正确使用餐具(左手扶碗，右手拿勺)养成细嚼慢咽，不挑食，不浪费，不边吃边玩，不玩弄勺子，不把饭菜弄到地上，桌上，吃完将碗勺放好，不奔跑。在幼儿进餐时不大声训斥幼儿，不大声说话，不在幼儿进餐时解决问题。学会食谱介绍，提高幼儿食欲。</w:t>
      </w:r>
      <w:r>
        <w:rPr>
          <w:lang w:eastAsia="zh-CN"/>
        </w:rPr>
        <w:br/>
      </w:r>
      <w:r>
        <w:rPr>
          <w:lang w:eastAsia="zh-CN"/>
        </w:rPr>
        <w:t>　　7午休时，提前大小便，进入寝室后不说话，安静就寝，右侧睡，不蒙头睡，学会独立，上床前鞋袜摆放整齐。</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七：继续保持以前的好习惯，利用晨读，餐后用指读的方式读经典传统。如《三字经》、《弟子规》、《千字文》还有一些简单的唐诗，让幼儿多学习一些传统优美的语言，促进口语的发展。通过指读可以培养幼儿的注意力，还可以培养幼儿心眼口的协调能力。</w:t>
      </w:r>
      <w:r>
        <w:rPr>
          <w:lang w:eastAsia="zh-CN"/>
        </w:rPr>
        <w:br/>
      </w:r>
      <w:r>
        <w:rPr>
          <w:lang w:eastAsia="zh-CN"/>
        </w:rPr>
        <w:t>　　八：利用传统节日，组织小互动游戏，在游戏中让幼儿学会感恩，懂得节日的意义和来历。在游戏运动中增强幼儿的合作精神和协作能力。幼儿不仅可以强身健体，还可以拉近我们与幼儿之间的距离。</w:t>
      </w:r>
      <w:r>
        <w:rPr>
          <w:lang w:eastAsia="zh-CN"/>
        </w:rPr>
        <w:br/>
      </w:r>
      <w:r>
        <w:rPr>
          <w:lang w:eastAsia="zh-CN"/>
        </w:rPr>
        <w:t>　　九：结合教学及游戏课，做幼儿感兴趣的活动，培养幼儿“愿意学”“主动学”让幼儿在游戏总学到知识，使幼儿健康快乐的成长。</w:t>
      </w:r>
      <w:r>
        <w:rPr>
          <w:lang w:eastAsia="zh-CN"/>
        </w:rPr>
        <w:br/>
      </w:r>
      <w:r>
        <w:rPr>
          <w:lang w:eastAsia="zh-CN"/>
        </w:rPr>
        <w:t xml:space="preserve">    关于幼儿园开学教学计划 篇9 </w:t>
      </w:r>
      <w:r>
        <w:rPr>
          <w:lang w:eastAsia="zh-CN"/>
        </w:rPr>
        <w:br/>
      </w:r>
      <w:r>
        <w:rPr>
          <w:lang w:eastAsia="zh-CN"/>
        </w:rPr>
        <w:t>　　上半年的教学工作已经完美结束，新的工作即将要开展，我们幼儿园也有新的目标。幼儿园是孩子们学习的天堂，但是要很好的让学生学习，我们需要营造一种好的学习氛围，这样不仅可以帮助孩子们成长，还会让孩子们每天都开心，为了让孩子们喜欢、家长们满意，我们制定了工作计划。</w:t>
      </w:r>
      <w:r>
        <w:rPr>
          <w:lang w:eastAsia="zh-CN"/>
        </w:rPr>
        <w:br/>
      </w:r>
      <w:r>
        <w:rPr>
          <w:lang w:eastAsia="zh-CN"/>
        </w:rPr>
        <w:t>　　一、工作目标</w:t>
      </w:r>
      <w:r>
        <w:rPr>
          <w:lang w:eastAsia="zh-CN"/>
        </w:rPr>
        <w:br/>
      </w:r>
      <w:r>
        <w:rPr>
          <w:lang w:eastAsia="zh-CN"/>
        </w:rPr>
        <w:t>　　(一)幼儿发展目标</w:t>
      </w:r>
      <w:r>
        <w:rPr>
          <w:lang w:eastAsia="zh-CN"/>
        </w:rPr>
        <w:br/>
      </w:r>
      <w:r>
        <w:rPr>
          <w:lang w:eastAsia="zh-CN"/>
        </w:rPr>
        <w:t>　　孩子们愿意并喜欢上幼儿园，能充分感受到爱和自由，能大胆表达自己的意愿，学习和同伴友好相处，并学习照顾自己，照顾周围的环境，愿意学习新的知识，并敢于尝试，不怕失败。养成良好的卫生习惯、文明礼仪、行为规范。</w:t>
      </w:r>
      <w:r>
        <w:rPr>
          <w:lang w:eastAsia="zh-CN"/>
        </w:rPr>
        <w:br/>
      </w:r>
      <w:r>
        <w:rPr>
          <w:lang w:eastAsia="zh-CN"/>
        </w:rPr>
        <w:t>　　(二)教师发展目标</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让每一位教师拥有健康、平和、阳光、积极的心态，关爱每一个孩子，关心每一位同事，关注每一名家长，在工作中体验快乐;让每一位教师在工作中提升自己的专业素养，在学习中进步，在工作中发展。</w:t>
      </w:r>
      <w:r>
        <w:rPr>
          <w:lang w:eastAsia="zh-CN"/>
        </w:rPr>
        <w:br/>
      </w:r>
      <w:r>
        <w:rPr>
          <w:lang w:eastAsia="zh-CN"/>
        </w:rPr>
        <w:t>　　(三)幼儿园发展目标</w:t>
      </w:r>
      <w:r>
        <w:rPr>
          <w:lang w:eastAsia="zh-CN"/>
        </w:rPr>
        <w:br/>
      </w:r>
      <w:r>
        <w:rPr>
          <w:lang w:eastAsia="zh-CN"/>
        </w:rPr>
        <w:t>　　管理规范、服务到位、质量提升，让幼儿快乐、家长满意、社会赞誉。</w:t>
      </w:r>
      <w:r>
        <w:rPr>
          <w:lang w:eastAsia="zh-CN"/>
        </w:rPr>
        <w:br/>
      </w:r>
      <w:r>
        <w:rPr>
          <w:lang w:eastAsia="zh-CN"/>
        </w:rPr>
        <w:t>　　二、工作措施</w:t>
      </w:r>
      <w:r>
        <w:rPr>
          <w:lang w:eastAsia="zh-CN"/>
        </w:rPr>
        <w:br/>
      </w:r>
      <w:r>
        <w:rPr>
          <w:lang w:eastAsia="zh-CN"/>
        </w:rPr>
        <w:t>　　(一)重点工作</w:t>
      </w:r>
      <w:r>
        <w:rPr>
          <w:lang w:eastAsia="zh-CN"/>
        </w:rPr>
        <w:br/>
      </w:r>
      <w:r>
        <w:rPr>
          <w:lang w:eastAsia="zh-CN"/>
        </w:rPr>
        <w:t>　　1、改革教师备课方式，成立学科备课小组，通过集体备课整合教学资源、拟订教学方案，在二次备课的基础上实施教学，并写好教学反思，提高集中教育活动的有效性。</w:t>
      </w:r>
      <w:r>
        <w:rPr>
          <w:lang w:eastAsia="zh-CN"/>
        </w:rPr>
        <w:br/>
      </w:r>
      <w:r>
        <w:rPr>
          <w:lang w:eastAsia="zh-CN"/>
        </w:rPr>
        <w:t>　　2、强调幼儿园活动以游戏为主要方式，让幼儿在快乐的活动中学习。</w:t>
      </w:r>
      <w:r>
        <w:rPr>
          <w:lang w:eastAsia="zh-CN"/>
        </w:rPr>
        <w:br/>
      </w:r>
      <w:r>
        <w:rPr>
          <w:lang w:eastAsia="zh-CN"/>
        </w:rPr>
        <w:t>　　3、各班根据本班实际拟订班级养成教育计划，确定教育目标与具体措施，抓好幼儿良好习惯的培养。</w:t>
      </w:r>
      <w:r>
        <w:rPr>
          <w:lang w:eastAsia="zh-CN"/>
        </w:rPr>
        <w:br/>
      </w:r>
      <w:r>
        <w:rPr>
          <w:lang w:eastAsia="zh-CN"/>
        </w:rPr>
        <w:t>　　4、继续抓好班级特色课程的开展，4月底开展全园特色课程展示活动。</w:t>
      </w:r>
      <w:r>
        <w:rPr>
          <w:lang w:eastAsia="zh-CN"/>
        </w:rPr>
        <w:br/>
      </w:r>
      <w:r>
        <w:rPr>
          <w:lang w:eastAsia="zh-CN"/>
        </w:rPr>
        <w:t>　　5、开展好六一庆祝活动。</w:t>
      </w:r>
      <w:r>
        <w:rPr>
          <w:lang w:eastAsia="zh-CN"/>
        </w:rPr>
        <w:br/>
      </w:r>
      <w:r>
        <w:rPr>
          <w:lang w:eastAsia="zh-CN"/>
        </w:rPr>
        <w:t>　　6、切实搞好幼儿典礼。</w:t>
      </w:r>
      <w:r>
        <w:rPr>
          <w:lang w:eastAsia="zh-CN"/>
        </w:rPr>
        <w:br/>
      </w:r>
      <w:r>
        <w:rPr>
          <w:lang w:eastAsia="zh-CN"/>
        </w:rPr>
        <w:t>　　(二)常规工作</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抓好幼儿园安全管理工作。建立安全管理责任制，落实安全护导制;定期检查园内各项设施，并做好记录;加强班级安全管理，认真做好交接班工作，杜绝恶性事故和责任事故的发生;加强幼儿安全教育，培养幼儿的自我保护意识和能力。</w:t>
      </w:r>
      <w:r>
        <w:rPr>
          <w:lang w:eastAsia="zh-CN"/>
        </w:rPr>
        <w:br/>
      </w:r>
      <w:r>
        <w:rPr>
          <w:lang w:eastAsia="zh-CN"/>
        </w:rPr>
        <w:t>　　2、切实做好保育工作。搞好园内清洁卫生，坚持消毒工作，并作好记录;按照《细则》要求做好一日活动各环节的保育工作;建立特殊儿童专项档案，并加强照顾与护理;多形式开展卫生保健知识宣传活动。</w:t>
      </w:r>
      <w:r>
        <w:rPr>
          <w:lang w:eastAsia="zh-CN"/>
        </w:rPr>
        <w:br/>
      </w:r>
      <w:r>
        <w:rPr>
          <w:lang w:eastAsia="zh-CN"/>
        </w:rPr>
        <w:t>　　3、加强教师队伍建设，继续开展教师读书活动，做好读书笔记，写好读书心得;坚持每周一篇教育随笔;坚持在日常保教活动中练好基本功;开展教师听评课活动;组织相关培训活动;积极参加学校组织的其他活动。</w:t>
      </w:r>
      <w:r>
        <w:rPr>
          <w:lang w:eastAsia="zh-CN"/>
        </w:rPr>
        <w:br/>
      </w:r>
      <w:r>
        <w:rPr>
          <w:lang w:eastAsia="zh-CN"/>
        </w:rPr>
        <w:t>　　4、采用多种方式加强家园联系与沟通;多渠道、多形式开展家教宣传活动;开好每期一次的家长会。</w:t>
      </w:r>
      <w:r>
        <w:rPr>
          <w:lang w:eastAsia="zh-CN"/>
        </w:rPr>
        <w:br/>
      </w:r>
      <w:r>
        <w:rPr>
          <w:lang w:eastAsia="zh-CN"/>
        </w:rPr>
        <w:t>　　5、充分利用学校资源，开展好幼小衔接工作。</w:t>
      </w:r>
      <w:r>
        <w:rPr>
          <w:lang w:eastAsia="zh-CN"/>
        </w:rPr>
        <w:br/>
      </w:r>
      <w:r>
        <w:rPr>
          <w:lang w:eastAsia="zh-CN"/>
        </w:rPr>
        <w:t xml:space="preserve">    关于幼儿园开学教学计划 篇10 </w:t>
      </w:r>
      <w:r>
        <w:rPr>
          <w:lang w:eastAsia="zh-CN"/>
        </w:rPr>
        <w:br/>
      </w:r>
      <w:r>
        <w:rPr>
          <w:lang w:eastAsia="zh-CN"/>
        </w:rPr>
        <w:t>　　一、会议主要内容：</w:t>
      </w:r>
      <w:r>
        <w:rPr>
          <w:lang w:eastAsia="zh-CN"/>
        </w:rPr>
        <w:br/>
      </w:r>
      <w:r>
        <w:rPr>
          <w:lang w:eastAsia="zh-CN"/>
        </w:rPr>
        <w:t>　　1、幼儿园安全制度（各部门职责）；</w:t>
      </w:r>
      <w:r>
        <w:rPr>
          <w:lang w:eastAsia="zh-CN"/>
        </w:rPr>
        <w:br/>
      </w:r>
      <w:r>
        <w:rPr>
          <w:lang w:eastAsia="zh-CN"/>
        </w:rPr>
        <w:t>　　2、上班制度；</w:t>
      </w:r>
      <w:r>
        <w:rPr>
          <w:lang w:eastAsia="zh-CN"/>
        </w:rPr>
        <w:br/>
      </w:r>
      <w:r>
        <w:rPr>
          <w:lang w:eastAsia="zh-CN"/>
        </w:rPr>
        <w:t>　　3、保教计划：</w:t>
      </w:r>
      <w:r>
        <w:rPr>
          <w:lang w:eastAsia="zh-CN"/>
        </w:rPr>
        <w:br/>
      </w:r>
      <w:r>
        <w:rPr>
          <w:lang w:eastAsia="zh-CN"/>
        </w:rPr>
        <w:t>　　4、学期综合评估方案</w:t>
      </w:r>
      <w:r>
        <w:rPr>
          <w:lang w:eastAsia="zh-CN"/>
        </w:rPr>
        <w:br/>
      </w:r>
      <w:r>
        <w:rPr>
          <w:lang w:eastAsia="zh-CN"/>
        </w:rPr>
        <w:t>　　5、教研制度</w:t>
      </w:r>
      <w:r>
        <w:rPr>
          <w:lang w:eastAsia="zh-CN"/>
        </w:rPr>
        <w:br/>
      </w:r>
      <w:r>
        <w:rPr>
          <w:lang w:eastAsia="zh-CN"/>
        </w:rPr>
        <w:t>　　二、开学前准备工作：</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安全：各班后面窗户要关紧，前面廊道窗户要关紧；户外时孩子不能离开老师的视线，出教室门随时在清点幼儿人数，注意班上各个棱角。</w:t>
      </w:r>
      <w:r>
        <w:rPr>
          <w:lang w:eastAsia="zh-CN"/>
        </w:rPr>
        <w:br/>
      </w:r>
      <w:r>
        <w:rPr>
          <w:lang w:eastAsia="zh-CN"/>
        </w:rPr>
        <w:t>　　（各部职责）</w:t>
      </w:r>
      <w:r>
        <w:rPr>
          <w:lang w:eastAsia="zh-CN"/>
        </w:rPr>
        <w:br/>
      </w:r>
      <w:r>
        <w:rPr>
          <w:lang w:eastAsia="zh-CN"/>
        </w:rPr>
        <w:t>　　1、幼儿日常用品是否到位；</w:t>
      </w:r>
      <w:r>
        <w:rPr>
          <w:lang w:eastAsia="zh-CN"/>
        </w:rPr>
        <w:br/>
      </w:r>
      <w:r>
        <w:rPr>
          <w:lang w:eastAsia="zh-CN"/>
        </w:rPr>
        <w:t>　　2、各班床位是否到位；</w:t>
      </w:r>
      <w:r>
        <w:rPr>
          <w:lang w:eastAsia="zh-CN"/>
        </w:rPr>
        <w:br/>
      </w:r>
      <w:r>
        <w:rPr>
          <w:lang w:eastAsia="zh-CN"/>
        </w:rPr>
        <w:t>　　3、门口接待：夏师傅指导自接车辆，管指导园车停放；潘医生认真执行晨检幼儿，一个不放过，小班老师下楼接孩子，大门口张琦负责送幼儿进各班；</w:t>
      </w:r>
      <w:r>
        <w:rPr>
          <w:lang w:eastAsia="zh-CN"/>
        </w:rPr>
        <w:br/>
      </w:r>
      <w:r>
        <w:rPr>
          <w:lang w:eastAsia="zh-CN"/>
        </w:rPr>
        <w:t>　　4、各班分配好幼儿各路线，不得有错上车现象，不清楚的打家长电话；</w:t>
      </w:r>
      <w:r>
        <w:rPr>
          <w:lang w:eastAsia="zh-CN"/>
        </w:rPr>
        <w:br/>
      </w:r>
      <w:r>
        <w:rPr>
          <w:lang w:eastAsia="zh-CN"/>
        </w:rPr>
        <w:t xml:space="preserve">    关于幼儿园开学教学计划 篇11 </w:t>
      </w:r>
      <w:r>
        <w:rPr>
          <w:lang w:eastAsia="zh-CN"/>
        </w:rPr>
        <w:br/>
      </w:r>
      <w:r>
        <w:rPr>
          <w:lang w:eastAsia="zh-CN"/>
        </w:rPr>
        <w:t>　　一、本周工作重点:</w:t>
      </w:r>
      <w:r>
        <w:rPr>
          <w:lang w:eastAsia="zh-CN"/>
        </w:rPr>
        <w:br/>
      </w:r>
      <w:r>
        <w:rPr>
          <w:lang w:eastAsia="zh-CN"/>
        </w:rPr>
        <w:t>　　要求:能围绕暑假生活,新教室、新老师等内容,与同伴或老师用连贯的语言积极主动地进行交流,乐意表达真正的情感。</w:t>
      </w:r>
      <w:r>
        <w:rPr>
          <w:lang w:eastAsia="zh-CN"/>
        </w:rPr>
        <w:br/>
      </w:r>
      <w:r>
        <w:rPr>
          <w:lang w:eastAsia="zh-CN"/>
        </w:rPr>
        <w:t>　　1、让幼儿能及时以愉快的心情适应假期到新学期的过度;</w:t>
      </w:r>
      <w:r>
        <w:rPr>
          <w:lang w:eastAsia="zh-CN"/>
        </w:rPr>
        <w:br/>
      </w:r>
      <w:r>
        <w:rPr>
          <w:lang w:eastAsia="zh-CN"/>
        </w:rPr>
        <w:t>　　2、能用完整的话讲述暑假高兴的事情,并学会安静倾听别人讲话;</w:t>
      </w:r>
      <w:r>
        <w:rPr>
          <w:lang w:eastAsia="zh-CN"/>
        </w:rPr>
        <w:br/>
      </w:r>
      <w:r>
        <w:rPr>
          <w:lang w:eastAsia="zh-CN"/>
        </w:rPr>
        <w:t>　　3、知道自己长大了,是幼儿园的大班小朋友,有做哥哥姐姐的光荣感;</w:t>
      </w:r>
      <w:r>
        <w:rPr>
          <w:lang w:eastAsia="zh-CN"/>
        </w:rPr>
        <w:br/>
      </w:r>
      <w:r>
        <w:rPr>
          <w:lang w:eastAsia="zh-CN"/>
        </w:rPr>
        <w:t>　　4、认识新教室的环境,了解各区域的位置(说说新教室与以前教室的异同),并与新老师建立良好的关系,形成信赖感;</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5、有良好的'梳洗习惯和自理能力,养成细致有条理的做事习惯,及时适应幼儿园的一日常规;</w:t>
      </w:r>
      <w:r>
        <w:rPr>
          <w:lang w:eastAsia="zh-CN"/>
        </w:rPr>
        <w:br/>
      </w:r>
      <w:r>
        <w:rPr>
          <w:lang w:eastAsia="zh-CN"/>
        </w:rPr>
        <w:t>　　6、认识班上的标志,有小脚丫的地方不可以乱跑,并学习班上的规章制度;</w:t>
      </w:r>
      <w:r>
        <w:rPr>
          <w:lang w:eastAsia="zh-CN"/>
        </w:rPr>
        <w:br/>
      </w:r>
      <w:r>
        <w:rPr>
          <w:lang w:eastAsia="zh-CN"/>
        </w:rPr>
        <w:t>　　7、能清楚地口述10以内的排列顺序,知道顺数与倒数。</w:t>
      </w:r>
      <w:r>
        <w:rPr>
          <w:lang w:eastAsia="zh-CN"/>
        </w:rPr>
        <w:br/>
      </w:r>
      <w:r>
        <w:rPr>
          <w:lang w:eastAsia="zh-CN"/>
        </w:rPr>
        <w:t>　　二、集体活动</w:t>
      </w:r>
      <w:r>
        <w:rPr>
          <w:lang w:eastAsia="zh-CN"/>
        </w:rPr>
        <w:br/>
      </w:r>
      <w:r>
        <w:rPr>
          <w:lang w:eastAsia="zh-CN"/>
        </w:rPr>
        <w:t>　　谈话活动:快乐暑假</w:t>
      </w:r>
      <w:r>
        <w:rPr>
          <w:lang w:eastAsia="zh-CN"/>
        </w:rPr>
        <w:br/>
      </w:r>
      <w:r>
        <w:rPr>
          <w:lang w:eastAsia="zh-CN"/>
        </w:rPr>
        <w:t>　　语言活动:我们的新教室</w:t>
      </w:r>
      <w:r>
        <w:rPr>
          <w:lang w:eastAsia="zh-CN"/>
        </w:rPr>
        <w:br/>
      </w:r>
      <w:r>
        <w:rPr>
          <w:lang w:eastAsia="zh-CN"/>
        </w:rPr>
        <w:t>　　社会活动:值日生分工</w:t>
      </w:r>
      <w:r>
        <w:rPr>
          <w:lang w:eastAsia="zh-CN"/>
        </w:rPr>
        <w:br/>
      </w:r>
      <w:r>
        <w:rPr>
          <w:lang w:eastAsia="zh-CN"/>
        </w:rPr>
        <w:t>　　音乐活动:值日生歌 数学活动:顺数、倒数</w:t>
      </w:r>
      <w:r>
        <w:rPr>
          <w:lang w:eastAsia="zh-CN"/>
        </w:rPr>
        <w:br/>
      </w:r>
      <w:r>
        <w:rPr>
          <w:lang w:eastAsia="zh-CN"/>
        </w:rPr>
        <w:t>　　英语活动:复习简单的问候语</w:t>
      </w:r>
      <w:r>
        <w:rPr>
          <w:lang w:eastAsia="zh-CN"/>
        </w:rPr>
        <w:br/>
      </w:r>
      <w:r>
        <w:rPr>
          <w:lang w:eastAsia="zh-CN"/>
        </w:rPr>
        <w:t>　　户外活动:复习列队,要求整齐迅速能对基本口令作出及时反映(立正、稍息、左右转)</w:t>
      </w:r>
      <w:r>
        <w:rPr>
          <w:lang w:eastAsia="zh-CN"/>
        </w:rPr>
        <w:br/>
      </w:r>
      <w:r>
        <w:rPr>
          <w:lang w:eastAsia="zh-CN"/>
        </w:rPr>
        <w:t>　　游戏活动:一起玩玩以前的游戏,学会新游戏,稳定幼儿情绪,引导幼儿能加入到活动中 (以老带新);</w:t>
      </w:r>
      <w:r>
        <w:rPr>
          <w:lang w:eastAsia="zh-CN"/>
        </w:rPr>
        <w:br/>
      </w:r>
      <w:r>
        <w:rPr>
          <w:lang w:eastAsia="zh-CN"/>
        </w:rPr>
        <w:t>　　汉语拼音:单韵母a</w:t>
      </w:r>
      <w:r>
        <w:rPr>
          <w:lang w:eastAsia="zh-CN"/>
        </w:rPr>
        <w:br/>
      </w:r>
      <w:r>
        <w:rPr>
          <w:lang w:eastAsia="zh-CN"/>
        </w:rPr>
        <w:t>　　安全工作:带领幼儿参观幼儿园的每个角落并说说存在的哪些不安全的地方,我们不可用手去触摸;</w:t>
      </w:r>
      <w:r>
        <w:rPr>
          <w:lang w:eastAsia="zh-CN"/>
        </w:rPr>
        <w:br/>
      </w:r>
      <w:r>
        <w:rPr>
          <w:lang w:eastAsia="zh-CN"/>
        </w:rPr>
        <w:t>　　三、其他工作</w:t>
      </w:r>
      <w:r>
        <w:rPr>
          <w:lang w:eastAsia="zh-CN"/>
        </w:rPr>
        <w:br/>
      </w:r>
      <w:r>
        <w:rPr>
          <w:lang w:eastAsia="zh-CN"/>
        </w:rPr>
        <w:t>　　1、环境布置:布置新教室环境</w:t>
      </w:r>
      <w:r>
        <w:rPr>
          <w:lang w:eastAsia="zh-CN"/>
        </w:rPr>
        <w:br/>
      </w:r>
      <w:r>
        <w:rPr>
          <w:lang w:eastAsia="zh-CN"/>
        </w:rPr>
        <w:t>　　2、日常生活:带领幼儿认识自己的茶杯格,熟悉新安排的床位与座位。</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3、常规教育:继续对幼儿进行“三轻”教育,即轻轻走路、轻轻说话、轻轻拿放东西。</w:t>
      </w:r>
      <w:r>
        <w:rPr>
          <w:lang w:eastAsia="zh-CN"/>
        </w:rPr>
        <w:br/>
      </w:r>
      <w:r>
        <w:rPr>
          <w:lang w:eastAsia="zh-CN"/>
        </w:rPr>
        <w:t>　　4、家长工作: (1)准备幼儿的生活用品。如更换衣服、小毛巾</w:t>
      </w:r>
      <w:r>
        <w:rPr>
          <w:lang w:eastAsia="zh-CN"/>
        </w:rPr>
        <w:br/>
      </w:r>
      <w:r>
        <w:rPr>
          <w:lang w:eastAsia="zh-CN"/>
        </w:rPr>
        <w:t>　　(2)准备幼儿的学习用品。如水彩笔,课外书、图画书、本子等。</w:t>
      </w:r>
      <w:r>
        <w:rPr>
          <w:lang w:eastAsia="zh-CN"/>
        </w:rPr>
        <w:br/>
      </w:r>
      <w:r>
        <w:rPr>
          <w:lang w:eastAsia="zh-CN"/>
        </w:rPr>
        <w:t>　　(3)进入大班培养孩子良好的学习习惯和生活习惯。</w:t>
      </w:r>
      <w:r>
        <w:rPr>
          <w:lang w:eastAsia="zh-CN"/>
        </w:rPr>
        <w:br/>
      </w:r>
      <w:r>
        <w:rPr>
          <w:lang w:eastAsia="zh-CN"/>
        </w:rPr>
        <w:t>　　(4)与家长沟通坚持送幼儿来园</w:t>
      </w:r>
      <w:r>
        <w:rPr>
          <w:lang w:eastAsia="zh-CN"/>
        </w:rPr>
        <w:br/>
      </w:r>
      <w:r>
        <w:rPr>
          <w:lang w:eastAsia="zh-CN"/>
        </w:rPr>
        <w:t xml:space="preserve">    关于幼儿园开学教学计划 篇12 </w:t>
      </w:r>
      <w:r>
        <w:rPr>
          <w:lang w:eastAsia="zh-CN"/>
        </w:rPr>
        <w:br/>
      </w:r>
      <w:r>
        <w:rPr>
          <w:lang w:eastAsia="zh-CN"/>
        </w:rPr>
        <w:t>　　新的学期，新的开始，我们以积极的心态迎来了我们的小朋友。为了更好的完成班级工作，特制订了本学期的班务工作计划。</w:t>
      </w:r>
      <w:r>
        <w:rPr>
          <w:lang w:eastAsia="zh-CN"/>
        </w:rPr>
        <w:br/>
      </w:r>
      <w:r>
        <w:rPr>
          <w:lang w:eastAsia="zh-CN"/>
        </w:rPr>
        <w:t>　　一、情况分析</w:t>
      </w:r>
      <w:r>
        <w:rPr>
          <w:lang w:eastAsia="zh-CN"/>
        </w:rPr>
        <w:br/>
      </w:r>
      <w:r>
        <w:rPr>
          <w:lang w:eastAsia="zh-CN"/>
        </w:rPr>
        <w:t>　　我们班幼儿大部分为3岁左右的幼儿，刚刚结束了小班的学习生活。由于基本上都是原班幼儿，彼此都比较熟悉，大家都情绪都比较稳定。一个暑假下来，幼儿们都较去年有了不同程度的进步，但也有部分幼儿在家养成了一些不良习惯。部分幼儿还没有办法回到正常的学习生活中，还停留在无拘无束的暑假里。不过，孩子们长大了，也进不了，在自理能力方面就有了很大进步。由于刚开学，幼儿的活动常规还需加强。</w:t>
      </w:r>
      <w:r>
        <w:rPr>
          <w:lang w:eastAsia="zh-CN"/>
        </w:rPr>
        <w:br/>
      </w:r>
      <w:r>
        <w:rPr>
          <w:lang w:eastAsia="zh-CN"/>
        </w:rPr>
        <w:t>　　二、教育教学工作</w:t>
      </w:r>
      <w:r>
        <w:rPr>
          <w:lang w:eastAsia="zh-CN"/>
        </w:rPr>
        <w:br/>
      </w:r>
      <w:r>
        <w:rPr>
          <w:lang w:eastAsia="zh-CN"/>
        </w:rPr>
        <w:t>　　本学期我们还是采用整合课程，还为孩子们开设了全脑数学、早起阅读等特色课程，为幼儿创设了良好的学习环境。</w:t>
      </w:r>
      <w:r>
        <w:rPr>
          <w:lang w:eastAsia="zh-CN"/>
        </w:rPr>
        <w:br/>
      </w:r>
      <w:r>
        <w:rPr>
          <w:lang w:eastAsia="zh-CN"/>
        </w:rPr>
        <w:t>　　目标：</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1、促进幼儿身体的正常发育和机体的协调发展，增强体质，培养良好的生活习惯、卫生习惯和参加体育活动的兴趣。</w:t>
      </w:r>
      <w:r>
        <w:rPr>
          <w:lang w:eastAsia="zh-CN"/>
        </w:rPr>
        <w:br/>
      </w:r>
      <w:r>
        <w:rPr>
          <w:lang w:eastAsia="zh-CN"/>
        </w:rPr>
        <w:t>　　2、发展幼儿智力培养正确运用感官和运用语言交往的基本能力，增进对环境的认识，培养有益的兴趣和求知欲望，培养初步的动手能力。</w:t>
      </w:r>
      <w:r>
        <w:rPr>
          <w:lang w:eastAsia="zh-CN"/>
        </w:rPr>
        <w:br/>
      </w:r>
      <w:r>
        <w:rPr>
          <w:lang w:eastAsia="zh-CN"/>
        </w:rPr>
        <w:t>　　3、鼓励幼儿坚持自己能做的事情自己做，不依赖别人，一日生活的各个环节都能有规律、自觉的进行活动。</w:t>
      </w:r>
      <w:r>
        <w:rPr>
          <w:lang w:eastAsia="zh-CN"/>
        </w:rPr>
        <w:br/>
      </w:r>
      <w:r>
        <w:rPr>
          <w:lang w:eastAsia="zh-CN"/>
        </w:rPr>
        <w:t>　　措施：</w:t>
      </w:r>
      <w:r>
        <w:rPr>
          <w:lang w:eastAsia="zh-CN"/>
        </w:rPr>
        <w:br/>
      </w:r>
      <w:r>
        <w:rPr>
          <w:lang w:eastAsia="zh-CN"/>
        </w:rPr>
        <w:t>　　1、根据中班幼儿年龄特征，运用直观教具、游戏，结合多媒体手段进行教学。</w:t>
      </w:r>
      <w:r>
        <w:rPr>
          <w:lang w:eastAsia="zh-CN"/>
        </w:rPr>
        <w:br/>
      </w:r>
      <w:r>
        <w:rPr>
          <w:lang w:eastAsia="zh-CN"/>
        </w:rPr>
        <w:t>　　2、注重个别差异，教学中因地制宜，因人施教，对不同能力的幼儿提出不同要求。</w:t>
      </w:r>
      <w:r>
        <w:rPr>
          <w:lang w:eastAsia="zh-CN"/>
        </w:rPr>
        <w:br/>
      </w:r>
      <w:r>
        <w:rPr>
          <w:lang w:eastAsia="zh-CN"/>
        </w:rPr>
        <w:t>　　3、通过日常生活及教育活动引导幼儿养成良好的生活卫生习惯。</w:t>
      </w:r>
      <w:r>
        <w:rPr>
          <w:lang w:eastAsia="zh-CN"/>
        </w:rPr>
        <w:br/>
      </w:r>
      <w:r>
        <w:rPr>
          <w:lang w:eastAsia="zh-CN"/>
        </w:rPr>
        <w:t>　　4、每周对幼儿进行安全教育课。</w:t>
      </w:r>
      <w:r>
        <w:rPr>
          <w:lang w:eastAsia="zh-CN"/>
        </w:rPr>
        <w:br/>
      </w:r>
      <w:r>
        <w:rPr>
          <w:lang w:eastAsia="zh-CN"/>
        </w:rPr>
        <w:t>　　三、保育工作</w:t>
      </w:r>
      <w:r>
        <w:rPr>
          <w:lang w:eastAsia="zh-CN"/>
        </w:rPr>
        <w:br/>
      </w:r>
      <w:r>
        <w:rPr>
          <w:lang w:eastAsia="zh-CN"/>
        </w:rPr>
        <w:t>　　秋季是传染病多发的季节，为了保证幼儿的健康，我们要做好每日的“一摸、二看、三问、四查”，并且对情绪欠佳，生病的幼儿多加以关注，做好每日的晨检和消毒记录。要求幼儿勤洗手，洗澡，剪指甲。对身体体质弱的幼儿给予特别照顾。增强幼儿的体质，多去户外进行活动，为幼儿准备垫背的毛巾，幼儿出汗后及时为幼儿垫上，避免感冒。开展关于疾病预防的交流工作，提高家长的防范意识。</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对带药的幼儿的药品进行记录，并按时喂药。对没有来园的幼儿进行电话访问了解情后记录。</w:t>
      </w:r>
      <w:r>
        <w:rPr>
          <w:lang w:eastAsia="zh-CN"/>
        </w:rPr>
        <w:br/>
      </w:r>
      <w:r>
        <w:rPr>
          <w:lang w:eastAsia="zh-CN"/>
        </w:rPr>
        <w:t>　　每周下午离园前对幼儿进行“三分钟安全教育”，提高幼儿的自我保护意识。坚持请家长使用接送卡，没有带卡的家长请他签字。</w:t>
      </w:r>
      <w:r>
        <w:rPr>
          <w:lang w:eastAsia="zh-CN"/>
        </w:rPr>
        <w:br/>
      </w:r>
      <w:r>
        <w:rPr>
          <w:lang w:eastAsia="zh-CN"/>
        </w:rPr>
        <w:t>　　四、常规工作</w:t>
      </w:r>
      <w:r>
        <w:rPr>
          <w:lang w:eastAsia="zh-CN"/>
        </w:rPr>
        <w:br/>
      </w:r>
      <w:r>
        <w:rPr>
          <w:lang w:eastAsia="zh-CN"/>
        </w:rPr>
        <w:t>　　良好的常规是幼儿园一日生活、学习不可或缺的内容，也是保证教学正常开展的重要因素。因此，我们这学期重点抓常规教育。要求孩子吸收、喝水时排队。用自己的口杯，檫手巾。要求孩子不打架，不插队，学会倾听。</w:t>
      </w:r>
      <w:r>
        <w:rPr>
          <w:lang w:eastAsia="zh-CN"/>
        </w:rPr>
        <w:br/>
      </w:r>
      <w:r>
        <w:rPr>
          <w:lang w:eastAsia="zh-CN"/>
        </w:rPr>
        <w:t>　　五、家长工作</w:t>
      </w:r>
      <w:r>
        <w:rPr>
          <w:lang w:eastAsia="zh-CN"/>
        </w:rPr>
        <w:br/>
      </w:r>
      <w:r>
        <w:rPr>
          <w:lang w:eastAsia="zh-CN"/>
        </w:rPr>
        <w:t>　　本班家长工作都比较忙，不少父母吧教育、培养孩子的重担托付给了家中老人，由于祖孙隔代、独生子女，老子们对孩子更是溺爱，包办甚多，所以有时候家长工作做起来会有难度。但在配合幼儿园。班级工作需要方面，家长们还是比较积极的。在开学初我们首先对新生家长进行了会谈，了解新生情况，利用早晨和下午离园时询问幼儿在家的一些生活习惯，以及一些特别需要我们注意的地方，我班还将召开“新学期家长会”，向家长介绍幼儿园的主要活动，一日活动的内容和安排，班级各种的主要目标和活动，以及一些需要家长配合的细节。</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平时利用电话、发通知等手段向家长反馈幼儿在园的学习情况和班级最新的活动情况，加强家园联系。每天给没有来园的小朋友家长打一次电话，交流幼儿园在园的表现，并邀请家长参与我们的活动等。通过增加家园栏里幼儿进餐情况，让家长了解到幼儿在园情况，利用早晨和下午离园时间与家长沟通交流。</w:t>
      </w:r>
      <w:r>
        <w:rPr>
          <w:lang w:eastAsia="zh-CN"/>
        </w:rPr>
        <w:br/>
      </w:r>
      <w:r>
        <w:rPr>
          <w:lang w:eastAsia="zh-CN"/>
        </w:rPr>
        <w:t>　　希望通过我们的努力能够让孩子健康快乐成长，能够让家长放心的把孩子交给我们，是对我们工作最大的认可。我们会朝这个方向努力的。</w:t>
      </w:r>
      <w:r>
        <w:rPr>
          <w:lang w:eastAsia="zh-CN"/>
        </w:rPr>
        <w:br/>
      </w:r>
      <w:r>
        <w:rPr>
          <w:lang w:eastAsia="zh-CN"/>
        </w:rPr>
        <w:t xml:space="preserve">    关于幼儿园开学教学计划 篇13 </w:t>
      </w:r>
      <w:r>
        <w:rPr>
          <w:lang w:eastAsia="zh-CN"/>
        </w:rPr>
        <w:br/>
      </w:r>
      <w:r>
        <w:rPr>
          <w:lang w:eastAsia="zh-CN"/>
        </w:rPr>
        <w:t>　　马上就要开始一个新的学期了。在新的学期，我将会担任小学一年级的班主任。怎么说呢，我对这个工作不是很积极，不过既然学校这么安排，我当然欣然接受。小学一年级的学生都是刚刚开始上学，这时候的他们还不懂得上学要干什么，在学校里要学习什么。当然很多学生都已经在幼儿园直到了一些事情了，不过这些还是不够的，相信随着时间的不断的深入，我会逐渐的将学生带到学习的轨道上来的。</w:t>
      </w:r>
      <w:r>
        <w:rPr>
          <w:lang w:eastAsia="zh-CN"/>
        </w:rPr>
        <w:br/>
      </w:r>
      <w:r>
        <w:rPr>
          <w:lang w:eastAsia="zh-CN"/>
        </w:rPr>
        <w:t>　　一、指导思想</w:t>
      </w:r>
      <w:r>
        <w:rPr>
          <w:lang w:eastAsia="zh-CN"/>
        </w:rPr>
        <w:br/>
      </w:r>
      <w:r>
        <w:rPr>
          <w:lang w:eastAsia="zh-CN"/>
        </w:rPr>
        <w:t>　　本学期将以学校工作计划、德育工作计划、教学工作计划为指导，结合班级实际，与各位副班主任紧密合作，从点点滴滴做起，时时处处向学生进行有针对性的教育。</w:t>
      </w:r>
      <w:r>
        <w:rPr>
          <w:lang w:eastAsia="zh-CN"/>
        </w:rPr>
        <w:br/>
      </w:r>
      <w:r>
        <w:rPr>
          <w:lang w:eastAsia="zh-CN"/>
        </w:rPr>
        <w:t>　　二、工作目标和要求</w:t>
      </w:r>
      <w:r>
        <w:rPr>
          <w:lang w:eastAsia="zh-CN"/>
        </w:rPr>
        <w:br/>
      </w:r>
      <w:r>
        <w:rPr>
          <w:lang w:eastAsia="zh-CN"/>
        </w:rPr>
        <w:t>　　1、培养、形成良好的班风。</w:t>
      </w:r>
      <w:r>
        <w:rPr>
          <w:lang w:eastAsia="zh-CN"/>
        </w:rPr>
        <w:br/>
      </w:r>
      <w:r>
        <w:rPr>
          <w:lang w:eastAsia="zh-CN"/>
        </w:rPr>
        <w:t>　　2、引导学生养成良好的生活习惯、学习习惯、自护的意识与能力。</w:t>
      </w:r>
      <w:r>
        <w:rPr>
          <w:lang w:eastAsia="zh-CN"/>
        </w:rPr>
        <w:br/>
      </w:r>
      <w:r>
        <w:rPr>
          <w:lang w:eastAsia="zh-CN"/>
        </w:rPr>
        <w:t>　　3、加强与家长的联系与沟通，与家长密切配合，关心爱护每一位学生。</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三、工作重点</w:t>
      </w:r>
      <w:r>
        <w:rPr>
          <w:lang w:eastAsia="zh-CN"/>
        </w:rPr>
        <w:br/>
      </w:r>
      <w:r>
        <w:rPr>
          <w:lang w:eastAsia="zh-CN"/>
        </w:rPr>
        <w:t>　　本学期班主任工作的重点是对学生进行常规训练和安全教育，养成良好的学习习惯，营造良好的班级风貌，使学生讲文明，懂礼貌，会学习，学会与他人合作，使他们尽快的适应学校环境，积极投入到学习当中，争当成为一名合格的小学生。</w:t>
      </w:r>
      <w:r>
        <w:rPr>
          <w:lang w:eastAsia="zh-CN"/>
        </w:rPr>
        <w:br/>
      </w:r>
      <w:r>
        <w:rPr>
          <w:lang w:eastAsia="zh-CN"/>
        </w:rPr>
        <w:t>　　四、采取的主要措施</w:t>
      </w:r>
      <w:r>
        <w:rPr>
          <w:lang w:eastAsia="zh-CN"/>
        </w:rPr>
        <w:br/>
      </w:r>
      <w:r>
        <w:rPr>
          <w:lang w:eastAsia="zh-CN"/>
        </w:rPr>
        <w:t>　　(一)班级环境方面：</w:t>
      </w:r>
      <w:r>
        <w:rPr>
          <w:lang w:eastAsia="zh-CN"/>
        </w:rPr>
        <w:br/>
      </w:r>
      <w:r>
        <w:rPr>
          <w:lang w:eastAsia="zh-CN"/>
        </w:rPr>
        <w:t>　　1、根据学生的年龄特点，努力营造平等、和谐、进取的班级氛围。在教室布置方面，可以设立“童年书吧(图书角)”、 “攀登之星”、“童年读书墙(把学生读过的书名自己涂画下来，张贴在墙上)”。</w:t>
      </w:r>
      <w:r>
        <w:rPr>
          <w:lang w:eastAsia="zh-CN"/>
        </w:rPr>
        <w:br/>
      </w:r>
      <w:r>
        <w:rPr>
          <w:lang w:eastAsia="zh-CN"/>
        </w:rPr>
        <w:t>　　2、班级环境除了教室布置外，内在的氛围也很重要。努力培养学生爱书、读书的兴趣，使班级形成浓浓的书香环境要从学生入学开始渗透。通过评比、奖励等措施，养成学生爱读书的好习惯。</w:t>
      </w:r>
      <w:r>
        <w:rPr>
          <w:lang w:eastAsia="zh-CN"/>
        </w:rPr>
        <w:br/>
      </w:r>
      <w:r>
        <w:rPr>
          <w:lang w:eastAsia="zh-CN"/>
        </w:rPr>
        <w:t>　　(二)常规教育方面：</w:t>
      </w:r>
      <w:r>
        <w:rPr>
          <w:lang w:eastAsia="zh-CN"/>
        </w:rPr>
        <w:br/>
      </w:r>
      <w:r>
        <w:rPr>
          <w:lang w:eastAsia="zh-CN"/>
        </w:rPr>
        <w:t>　　1、合理利用升旗仪式、重大节日，加强对学生的德育教育。这学期利用教师节、国庆节和元旦等重大活动举行一些有意义的主题班会，使学生懂得做人的道理，培养其爱国主义情感。同时，让学生在各种活动和劳动中学会合作，学会生活。</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在班级卫生方面，首先培养学生的维护意识，引导他们爱护校园一草一木，班级的角角落落。其次指导学生开展检查督促工作，每天请同学来做检查员，让卫生不太好的同学协助检查员工作。再次，指导学生学习简单的劳动方法，培养爱劳动、会劳动的意识。</w:t>
      </w:r>
      <w:r>
        <w:rPr>
          <w:lang w:eastAsia="zh-CN"/>
        </w:rPr>
        <w:br/>
      </w:r>
      <w:r>
        <w:rPr>
          <w:lang w:eastAsia="zh-CN"/>
        </w:rPr>
        <w:t>　　3、充分利用班队会的时间学习《一日常规》,《小学生守则》和《小学生日常行为规范》，使学生在日常学习生活中逐渐养成良好的学习和生活习惯。我将在班级内每周开展评星活动，以督促学生早日养成良好的行为习惯。对表现不够好的学生，及时进行指导，加强教育。</w:t>
      </w:r>
      <w:r>
        <w:rPr>
          <w:lang w:eastAsia="zh-CN"/>
        </w:rPr>
        <w:br/>
      </w:r>
      <w:r>
        <w:rPr>
          <w:lang w:eastAsia="zh-CN"/>
        </w:rPr>
        <w:t>　　4、由于一年级学生年龄较小，还不会自主游戏，所以教师要在课间时指导学生有序开展游戏活动。(游戏内容可以在体育课或活动课上学习，然后课间时班主任老师进行操练。)</w:t>
      </w:r>
      <w:r>
        <w:rPr>
          <w:lang w:eastAsia="zh-CN"/>
        </w:rPr>
        <w:br/>
      </w:r>
      <w:r>
        <w:rPr>
          <w:lang w:eastAsia="zh-CN"/>
        </w:rPr>
        <w:t>　　5、低年级的学生自护意识还比较弱，所以教师要不断通过讲解、反复强调，在活动中加强安全教育，以确保学生的身体健康。</w:t>
      </w:r>
      <w:r>
        <w:rPr>
          <w:lang w:eastAsia="zh-CN"/>
        </w:rPr>
        <w:br/>
      </w:r>
      <w:r>
        <w:rPr>
          <w:lang w:eastAsia="zh-CN"/>
        </w:rPr>
        <w:t>　　(三)学会学习方面：</w:t>
      </w:r>
      <w:r>
        <w:rPr>
          <w:lang w:eastAsia="zh-CN"/>
        </w:rPr>
        <w:br/>
      </w:r>
      <w:r>
        <w:rPr>
          <w:lang w:eastAsia="zh-CN"/>
        </w:rPr>
        <w:t>　　1、作为低年级教师，要从学生点滴的学习行为开始指导。不管是读书、写字还是听课习惯，都要指导到位，监督到位，以便学生尽快养成好的学习习惯。</w:t>
      </w:r>
      <w:r>
        <w:rPr>
          <w:lang w:eastAsia="zh-CN"/>
        </w:rPr>
        <w:br/>
      </w:r>
      <w:r>
        <w:rPr>
          <w:lang w:eastAsia="zh-CN"/>
        </w:rPr>
        <w:t>　　2、良好的课堂纪律是学习的保障，相应的奖惩制度对学生会有激励和约束作用，教师可以和学生共同制定几条课堂堂规，并严格落实，使学生真正感受到奖惩的意义。这样学生既感到有趣，又有动力，而且可以在不知不觉中养成遵守课堂纪律的好习惯。</w:t>
      </w:r>
      <w:r>
        <w:rPr>
          <w:lang w:eastAsia="zh-CN"/>
        </w:rPr>
        <w:br/>
      </w:r>
      <w:r>
        <w:rPr>
          <w:lang w:eastAsia="zh-CN"/>
        </w:rPr>
        <w:t xml:space="preserve">    关于幼儿园开学教学计划 篇14 </w:t>
      </w:r>
      <w:r>
        <w:rPr>
          <w:lang w:eastAsia="zh-CN"/>
        </w:rPr>
        <w:br/>
      </w:r>
      <w:r>
        <w:rPr>
          <w:lang w:eastAsia="zh-CN"/>
        </w:rPr>
        <w:t>　　第一学期工作已经开始，园长除了抓好日常的教育教学、后勤保育等工作，还应重点做好本学期的各项工作。</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督促教师对这学期的教育教学效果作检查、分析，力求准确而全面地把握每个幼儿各方面的发展状况，在此基础上，填写幼儿在园情况汇报单。要求汇报单既能反映各年龄段幼儿发展的主要特点，又具有每个孩子的个体特征。</w:t>
      </w:r>
      <w:r>
        <w:rPr>
          <w:lang w:eastAsia="zh-CN"/>
        </w:rPr>
        <w:br/>
      </w:r>
      <w:r>
        <w:rPr>
          <w:lang w:eastAsia="zh-CN"/>
        </w:rPr>
        <w:t>　　2、有针对性地对幼儿进行安全教育及生活常规教育、春节礼仪教育，开学要求每位幼儿领一张反映开学入园生活情况的记载表。</w:t>
      </w:r>
      <w:r>
        <w:rPr>
          <w:lang w:eastAsia="zh-CN"/>
        </w:rPr>
        <w:br/>
      </w:r>
      <w:r>
        <w:rPr>
          <w:lang w:eastAsia="zh-CN"/>
        </w:rPr>
        <w:t>　　3、各班教师采取家长会的方式，分别与家长详细交谈，分析幼儿的特点、应注意的主要问题、在家里的教养方式等等。要求与每个家长都谈话，谈话也可按幼儿类型进行。</w:t>
      </w:r>
      <w:r>
        <w:rPr>
          <w:lang w:eastAsia="zh-CN"/>
        </w:rPr>
        <w:br/>
      </w:r>
      <w:r>
        <w:rPr>
          <w:lang w:eastAsia="zh-CN"/>
        </w:rPr>
        <w:t>　　4要求各班教师管理各班的财产，并做好记录。</w:t>
      </w:r>
      <w:r>
        <w:rPr>
          <w:lang w:eastAsia="zh-CN"/>
        </w:rPr>
        <w:br/>
      </w:r>
      <w:r>
        <w:rPr>
          <w:lang w:eastAsia="zh-CN"/>
        </w:rPr>
        <w:t>　　6、做好学期工作计划，在开会时，认真讨论分析本学期幼儿园各方面的工作安排，学期结束时由各班教师向园长汇报。</w:t>
      </w:r>
      <w:r>
        <w:rPr>
          <w:lang w:eastAsia="zh-CN"/>
        </w:rPr>
        <w:br/>
      </w:r>
      <w:r>
        <w:rPr>
          <w:lang w:eastAsia="zh-CN"/>
        </w:rPr>
        <w:t>　　7、计划根据平时的考核、测查情况以及学期总结情况，合理地发放学期的奖金，以调动全园教职工的积极性。</w:t>
      </w:r>
      <w:r>
        <w:rPr>
          <w:lang w:eastAsia="zh-CN"/>
        </w:rPr>
        <w:br/>
      </w:r>
      <w:r>
        <w:rPr>
          <w:lang w:eastAsia="zh-CN"/>
        </w:rPr>
        <w:t>　　8、教师认真备课，为本学期工作做准备。要求在分析幼儿现状的基础上，研讨新学期的保教目标、阶段目标，重点安排好第一个月的工作计划。</w:t>
      </w:r>
      <w:r>
        <w:rPr>
          <w:lang w:eastAsia="zh-CN"/>
        </w:rPr>
        <w:br/>
      </w:r>
      <w:r>
        <w:rPr>
          <w:lang w:eastAsia="zh-CN"/>
        </w:rPr>
        <w:t>　　一、做好开学前的准备工作</w:t>
      </w:r>
      <w:r>
        <w:rPr>
          <w:lang w:eastAsia="zh-CN"/>
        </w:rPr>
        <w:br/>
      </w:r>
      <w:r>
        <w:rPr>
          <w:lang w:eastAsia="zh-CN"/>
        </w:rPr>
        <w:t>　　1.召开教职工会议，宣布新的学期计划和实施要点，讨论全园大事、教工福利等问题。</w:t>
      </w:r>
      <w:r>
        <w:rPr>
          <w:lang w:eastAsia="zh-CN"/>
        </w:rPr>
        <w:br/>
      </w:r>
      <w:r>
        <w:rPr>
          <w:lang w:eastAsia="zh-CN"/>
        </w:rPr>
        <w:t>　　2.向各班分发所需的教玩具、学习用品、清洁消毒材料、备课笔记本，等等。</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3.各班教师根据全园工作计划，结合本年龄组计划和本班实际情况，制定班级第一阶段详细工作计划。</w:t>
      </w:r>
      <w:r>
        <w:rPr>
          <w:lang w:eastAsia="zh-CN"/>
        </w:rPr>
        <w:br/>
      </w:r>
      <w:r>
        <w:rPr>
          <w:lang w:eastAsia="zh-CN"/>
        </w:rPr>
        <w:t>　　4.考虑到开学后可能出现的情况，有重点提前做好准备</w:t>
      </w:r>
      <w:r>
        <w:rPr>
          <w:lang w:eastAsia="zh-CN"/>
        </w:rPr>
        <w:br/>
      </w:r>
      <w:r>
        <w:rPr>
          <w:lang w:eastAsia="zh-CN"/>
        </w:rPr>
        <w:t>　　5.规划班级墙饰和生活区域，教室里符合季节特点的布置，在活动区提供新的玩具、材料、磁带等。</w:t>
      </w:r>
      <w:r>
        <w:rPr>
          <w:lang w:eastAsia="zh-CN"/>
        </w:rPr>
        <w:br/>
      </w:r>
      <w:r>
        <w:rPr>
          <w:lang w:eastAsia="zh-CN"/>
        </w:rPr>
        <w:t>　　6.出黑板报，告知家长新学期幼儿园的工作重点、家长学校工作计划、家园联系方法及收费通知等。</w:t>
      </w:r>
      <w:r>
        <w:rPr>
          <w:lang w:eastAsia="zh-CN"/>
        </w:rPr>
        <w:br/>
      </w:r>
      <w:r>
        <w:rPr>
          <w:lang w:eastAsia="zh-CN"/>
        </w:rPr>
        <w:t>　　二、组织好开学初的保教活动</w:t>
      </w:r>
      <w:r>
        <w:rPr>
          <w:lang w:eastAsia="zh-CN"/>
        </w:rPr>
        <w:br/>
      </w:r>
      <w:r>
        <w:rPr>
          <w:lang w:eastAsia="zh-CN"/>
        </w:rPr>
        <w:t>　　1.让幼儿在喜庆气氛中入园，对幼儿进行常规教育。</w:t>
      </w:r>
      <w:r>
        <w:rPr>
          <w:lang w:eastAsia="zh-CN"/>
        </w:rPr>
        <w:br/>
      </w:r>
      <w:r>
        <w:rPr>
          <w:lang w:eastAsia="zh-CN"/>
        </w:rPr>
        <w:t>　　2.观察、了解幼儿的身体健康状况和各种习惯，收集有关家庭成员，包括亲属、邻居有无疾病的信息，有针对性地防病治病。</w:t>
      </w:r>
      <w:r>
        <w:rPr>
          <w:lang w:eastAsia="zh-CN"/>
        </w:rPr>
        <w:br/>
      </w:r>
      <w:r>
        <w:rPr>
          <w:lang w:eastAsia="zh-CN"/>
        </w:rPr>
        <w:t>　　3.做好传染病的预防工作，特别是注意空气消毒和幼儿的衣着。</w:t>
      </w:r>
      <w:r>
        <w:rPr>
          <w:lang w:eastAsia="zh-CN"/>
        </w:rPr>
        <w:br/>
      </w:r>
      <w:r>
        <w:rPr>
          <w:lang w:eastAsia="zh-CN"/>
        </w:rPr>
        <w:t>　　4、结合“三八”妇女节，开展尊敬父母、老师和各行各业劳动妇女的教育活动。</w:t>
      </w:r>
      <w:r>
        <w:rPr>
          <w:lang w:eastAsia="zh-CN"/>
        </w:rPr>
        <w:br/>
      </w:r>
      <w:r>
        <w:rPr>
          <w:lang w:eastAsia="zh-CN"/>
        </w:rPr>
        <w:t>　　5、抓住季节特点，引导幼儿观察初春的季节变化的特征，帮助幼儿积累感性经验。</w:t>
      </w:r>
      <w:r>
        <w:rPr>
          <w:lang w:eastAsia="zh-CN"/>
        </w:rPr>
        <w:br/>
      </w:r>
      <w:r>
        <w:rPr>
          <w:lang w:eastAsia="zh-CN"/>
        </w:rPr>
        <w:t>　　三、加强计划调控</w:t>
      </w:r>
      <w:r>
        <w:rPr>
          <w:lang w:eastAsia="zh-CN"/>
        </w:rPr>
        <w:br/>
      </w:r>
      <w:r>
        <w:rPr>
          <w:lang w:eastAsia="zh-CN"/>
        </w:rPr>
        <w:t>　　1.制订幼儿园各个班级工作计划，形成本学期配套的计划体系。</w:t>
      </w:r>
      <w:r>
        <w:rPr>
          <w:lang w:eastAsia="zh-CN"/>
        </w:rPr>
        <w:br/>
      </w:r>
      <w:r>
        <w:rPr>
          <w:lang w:eastAsia="zh-CN"/>
        </w:rPr>
        <w:t>　　2.召开家长会，更新“家长园地”内容。</w:t>
      </w:r>
      <w:r>
        <w:rPr>
          <w:lang w:eastAsia="zh-CN"/>
        </w:rPr>
        <w:br/>
      </w:r>
      <w:r>
        <w:rPr>
          <w:lang w:eastAsia="zh-CN"/>
        </w:rPr>
        <w:t>　　3.每位教师计划本学期研究工作，落实具体措施，保证研究项目顺利、保质完成。</w:t>
      </w:r>
      <w:r>
        <w:rPr>
          <w:lang w:eastAsia="zh-CN"/>
        </w:rPr>
        <w:br/>
      </w:r>
      <w:r>
        <w:rPr>
          <w:lang w:eastAsia="zh-CN"/>
        </w:rPr>
        <w:t>　　4.各班按计划对幼儿发展水平进行一轮观察、记录。</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四、后勤工作要点</w:t>
      </w:r>
      <w:r>
        <w:rPr>
          <w:lang w:eastAsia="zh-CN"/>
        </w:rPr>
        <w:br/>
      </w:r>
      <w:r>
        <w:rPr>
          <w:lang w:eastAsia="zh-CN"/>
        </w:rPr>
        <w:t>　　1.结合物价和幼儿伙食情况，分析幼儿营养供给和伙食费收支状况，</w:t>
      </w:r>
      <w:r>
        <w:rPr>
          <w:lang w:eastAsia="zh-CN"/>
        </w:rPr>
        <w:br/>
      </w:r>
      <w:r>
        <w:rPr>
          <w:lang w:eastAsia="zh-CN"/>
        </w:rPr>
        <w:t>　　一、促进幼儿全面发展</w:t>
      </w:r>
      <w:r>
        <w:rPr>
          <w:lang w:eastAsia="zh-CN"/>
        </w:rPr>
        <w:br/>
      </w:r>
      <w:r>
        <w:rPr>
          <w:lang w:eastAsia="zh-CN"/>
        </w:rPr>
        <w:t>　　1.各年龄班根据幼儿认知特点和心理发展水平，积极引导幼儿观察春季特征，感受动物、植物、气温等的变化。</w:t>
      </w:r>
      <w:r>
        <w:rPr>
          <w:lang w:eastAsia="zh-CN"/>
        </w:rPr>
        <w:br/>
      </w:r>
      <w:r>
        <w:rPr>
          <w:lang w:eastAsia="zh-CN"/>
        </w:rPr>
        <w:t>　　2.运用多种活动内容和形式，激发幼儿热爱大自然的情感，发展幼儿感受美和表现美的能力。</w:t>
      </w:r>
      <w:r>
        <w:rPr>
          <w:lang w:eastAsia="zh-CN"/>
        </w:rPr>
        <w:br/>
      </w:r>
      <w:r>
        <w:rPr>
          <w:lang w:eastAsia="zh-CN"/>
        </w:rPr>
        <w:t>　　3.组织户外游戏，活动前后要注意教育的连续性，活动中要注意安全，教育幼儿保护环境，互相关心。</w:t>
      </w:r>
      <w:r>
        <w:rPr>
          <w:lang w:eastAsia="zh-CN"/>
        </w:rPr>
        <w:br/>
      </w:r>
      <w:r>
        <w:rPr>
          <w:lang w:eastAsia="zh-CN"/>
        </w:rPr>
        <w:t>　　二、加强卫生保健工作</w:t>
      </w:r>
      <w:r>
        <w:rPr>
          <w:lang w:eastAsia="zh-CN"/>
        </w:rPr>
        <w:br/>
      </w:r>
      <w:r>
        <w:rPr>
          <w:lang w:eastAsia="zh-CN"/>
        </w:rPr>
        <w:t>　　1.春季气温变化大，应特别注意幼儿活动前后、午睡等环节的护理，衣服不能减得太快，早晚尤应重视，以防幼儿受凉。</w:t>
      </w:r>
      <w:r>
        <w:rPr>
          <w:lang w:eastAsia="zh-CN"/>
        </w:rPr>
        <w:br/>
      </w:r>
      <w:r>
        <w:rPr>
          <w:lang w:eastAsia="zh-CN"/>
        </w:rPr>
        <w:t>　　2.加强空气消毒工作，预防上呼吸道传染病，如晨间幼儿口腔喷醋溶液，适量服用大蒜。</w:t>
      </w:r>
      <w:r>
        <w:rPr>
          <w:lang w:eastAsia="zh-CN"/>
        </w:rPr>
        <w:br/>
      </w:r>
      <w:r>
        <w:rPr>
          <w:lang w:eastAsia="zh-CN"/>
        </w:rPr>
        <w:t>　　三、结合“五一”劳动，安排有关的教育活动</w:t>
      </w:r>
      <w:r>
        <w:rPr>
          <w:lang w:eastAsia="zh-CN"/>
        </w:rPr>
        <w:br/>
      </w:r>
      <w:r>
        <w:rPr>
          <w:lang w:eastAsia="zh-CN"/>
        </w:rPr>
        <w:t>　　1.观察成人劳动，了解人们劳动的意义。</w:t>
      </w:r>
      <w:r>
        <w:rPr>
          <w:lang w:eastAsia="zh-CN"/>
        </w:rPr>
        <w:br/>
      </w:r>
      <w:r>
        <w:rPr>
          <w:lang w:eastAsia="zh-CN"/>
        </w:rPr>
        <w:t>　　2.认识人们劳动与生活的关系，初步知道“五一”是国际劳动节，小朋友也有一双能干的手，可以学做许多事情。</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新的学期我班共有40名幼儿，是由两个中班合并成一个大班的，其中中一班有20名幼儿，中二班有20名幼儿。由于两个班的幼儿性格特点不同，生活习惯不同，新的学期里两个班的孩子都需要去磨合与适应，既适应新的班级新的环境，还要适应新的朋友。中一班的孩子活泼外向，中二班的孩子文静内向(博主注：宝宝以前在中二班)，小张老师年轻，做事认真，但缺乏带大班经验;保育员史老师温柔细心，但对孩子有慈爱缺乏严爱。但我班还存在许多不足：年轻教师的基本功有待于提高;教师间、幼儿间关系与配合还有待于提高;与家长的沟通能力也有待于提高。紧紧围绕托儿所计划来积极开展班级工作，创造性进行大班“活动化的共同学习”。</w:t>
      </w:r>
      <w:r>
        <w:rPr>
          <w:lang w:eastAsia="zh-CN"/>
        </w:rPr>
        <w:br/>
      </w:r>
      <w:r>
        <w:rPr>
          <w:lang w:eastAsia="zh-CN"/>
        </w:rPr>
        <w:t>　　1.落实《纲要》，推进《快乐与发展》大班课程的实施。</w:t>
      </w:r>
      <w:r>
        <w:rPr>
          <w:lang w:eastAsia="zh-CN"/>
        </w:rPr>
        <w:br/>
      </w:r>
      <w:r>
        <w:rPr>
          <w:lang w:eastAsia="zh-CN"/>
        </w:rPr>
        <w:t>　　2.建立合作的、积极向上的班级氛围。</w:t>
      </w:r>
      <w:r>
        <w:rPr>
          <w:lang w:eastAsia="zh-CN"/>
        </w:rPr>
        <w:br/>
      </w:r>
      <w:r>
        <w:rPr>
          <w:lang w:eastAsia="zh-CN"/>
        </w:rPr>
        <w:t>　　3.卫生保健、安全工作紧抓不懈，杜绝安全事故和流行性疾病。</w:t>
      </w:r>
      <w:r>
        <w:rPr>
          <w:lang w:eastAsia="zh-CN"/>
        </w:rPr>
        <w:br/>
      </w:r>
      <w:r>
        <w:rPr>
          <w:lang w:eastAsia="zh-CN"/>
        </w:rPr>
        <w:t>　　四.具体工作与措施</w:t>
      </w:r>
      <w:r>
        <w:rPr>
          <w:lang w:eastAsia="zh-CN"/>
        </w:rPr>
        <w:br/>
      </w:r>
      <w:r>
        <w:rPr>
          <w:lang w:eastAsia="zh-CN"/>
        </w:rPr>
        <w:t>　　(一)积极参加所里培训，提高教师素质</w:t>
      </w:r>
      <w:r>
        <w:rPr>
          <w:lang w:eastAsia="zh-CN"/>
        </w:rPr>
        <w:br/>
      </w:r>
      <w:r>
        <w:rPr>
          <w:lang w:eastAsia="zh-CN"/>
        </w:rPr>
        <w:t>　　1.加强学习，规范言行</w:t>
      </w:r>
      <w:r>
        <w:rPr>
          <w:lang w:eastAsia="zh-CN"/>
        </w:rPr>
        <w:br/>
      </w:r>
      <w:r>
        <w:rPr>
          <w:lang w:eastAsia="zh-CN"/>
        </w:rPr>
        <w:t>　　本学期我们将积极参加所里的各项学习与培训，教师间要加强自我学习，发挥自己的优势，对幼儿潜移默化地施加积极影响。</w:t>
      </w:r>
      <w:r>
        <w:rPr>
          <w:lang w:eastAsia="zh-CN"/>
        </w:rPr>
        <w:br/>
      </w:r>
      <w:r>
        <w:rPr>
          <w:lang w:eastAsia="zh-CN"/>
        </w:rPr>
        <w:t>　　2.树立自我专业成长的意识，增强自主性学习</w:t>
      </w:r>
      <w:r>
        <w:rPr>
          <w:lang w:eastAsia="zh-CN"/>
        </w:rPr>
        <w:br/>
      </w:r>
      <w:r>
        <w:rPr>
          <w:lang w:eastAsia="zh-CN"/>
        </w:rPr>
        <w:t>　　随着教育理念的不断更新与发展，课程改革不断变化，我们只有增强自主性的学习，提高教育实践的能力，自觉树立自我专业成长的意识，才能够不断地进步，不断地提高教育工作的质量。本学期我们将利用业余时间加强自我学习，班内老师之间互谈体会。</w:t>
      </w:r>
      <w:r>
        <w:rPr>
          <w:lang w:eastAsia="zh-CN"/>
        </w:rPr>
        <w:br/>
      </w:r>
      <w:r>
        <w:rPr>
          <w:lang w:eastAsia="zh-CN"/>
        </w:rPr>
        <w:t>　　(二)开展好大班“活动化的共同学习”</w:t>
      </w:r>
      <w:r>
        <w:rPr>
          <w:lang w:eastAsia="zh-CN"/>
        </w:rPr>
        <w:br/>
      </w:r>
      <w:r>
        <w:rPr>
          <w:lang w:eastAsia="zh-CN"/>
        </w:rPr>
        <w:t>　　1.根据大班幼儿年龄特点，制定教育目标</w:t>
      </w:r>
      <w:r>
        <w:rPr>
          <w:lang w:eastAsia="zh-CN"/>
        </w:rPr>
        <w:br/>
      </w:r>
    </w:p>
    <w:p w:rsidR="001B1F19" w14:textId="27C3F48A">
      <w:pPr>
        <w:rPr>
          <w:lang w:eastAsia="zh-CN"/>
        </w:rPr>
      </w:pPr>
      <w:r>
        <w:rPr>
          <w:lang w:eastAsia="zh-CN"/>
        </w:rPr>
        <w:t>　　开学初，我们大班三位老师会坐在一起认真学习理解领会《纲要》的新思想、新理念。以“快乐与发展课程”作为基础，结合本班幼儿的实际情况，制定出适宜的.教育目标与内容。</w:t>
      </w:r>
      <w:r>
        <w:rPr>
          <w:lang w:eastAsia="zh-CN"/>
        </w:rPr>
        <w:br/>
      </w:r>
      <w:r>
        <w:rPr>
          <w:lang w:eastAsia="zh-CN"/>
        </w:rPr>
        <w:t>　　2.同伴间互相合作共同学习</w:t>
      </w:r>
      <w:r>
        <w:rPr>
          <w:lang w:eastAsia="zh-CN"/>
        </w:rPr>
        <w:br/>
      </w:r>
      <w:r>
        <w:rPr>
          <w:lang w:eastAsia="zh-CN"/>
        </w:rPr>
        <w:t>　　5~6岁幼儿注意的广度提高了，交往能力也增强了，他们不仅注意自己的活动，而且还注意同伴的活动。如果有共同的兴趣或目标，幼儿相互之间会有很好的分工、合作、协作等。他们还会主动地向同伴学习，一起讨论问题等。本学期我们会多组织一些游戏化、活动化的集体性学习活动，同时也要重视个别孩子的活动我们将在教育过程中，以幼儿感兴趣的事作载体，综合地完成多个领域的教育目标;以多种形式的集体活动优势互补，更好的促进幼儿发展。</w:t>
      </w:r>
      <w:r>
        <w:rPr>
          <w:lang w:eastAsia="zh-CN"/>
        </w:rPr>
        <w:br/>
      </w:r>
      <w:r>
        <w:rPr>
          <w:lang w:eastAsia="zh-CN"/>
        </w:rPr>
        <w:t>　　3.投放具有挑战的材料引导幼儿自主的活动</w:t>
      </w:r>
      <w:r>
        <w:rPr>
          <w:lang w:eastAsia="zh-CN"/>
        </w:rPr>
        <w:br/>
      </w:r>
      <w:r>
        <w:rPr>
          <w:lang w:eastAsia="zh-CN"/>
        </w:rPr>
        <w:t>　　随着年龄的增长和心理各个方面的发展，大班幼儿面临着生活的重大转折，他们活动的自主性、主动性水平明显提高，这就启示着我们要适当放手、放权。无论是在学习方面、还是在生活方面，很多地方都要让孩子自己动手做。本学期我们将为幼儿创造适当的条件，从生活和学习两方面充分为幼儿提供自主的机会。在投放活动区的材料时，我们也将结合大班探索的特点，投放具有挑战性的活动材料，例如一些未加工的原材料、工具，以与幼儿平等的一份子的身份参加幼儿的活动，发挥幼儿的主体作用。</w:t>
      </w:r>
      <w:r>
        <w:rPr>
          <w:lang w:eastAsia="zh-CN"/>
        </w:rPr>
        <w:br/>
      </w:r>
      <w:r>
        <w:rPr>
          <w:lang w:eastAsia="zh-CN"/>
        </w:rPr>
        <w:t>　　(三)以幼儿为本，提高人性化服务的水平</w:t>
      </w:r>
      <w:r>
        <w:rPr>
          <w:lang w:eastAsia="zh-CN"/>
        </w:rPr>
        <w:br/>
      </w:r>
      <w:r>
        <w:rPr>
          <w:lang w:eastAsia="zh-CN"/>
        </w:rPr>
        <w:t>　　1.勤于反思，促进保教质量不断提高</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https://d.book118.com/185203033212011122</w:t>
        </w:r>
      </w:hyperlink>
    </w:p>
    <w:p w:rsidR="001B1F19">
      <w:pPr>
        <w:rPr>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5203033212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