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2024年毕业生发言稿（30篇）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1.在总体规划时，根据自己的情况，给自己定位时，要有一个目标，然后朝着这个目标去努力、去奋斗，每当获得了一定的成绩要不骄不躁，继续提升自己、超越自己。世上任何事情没有一样是不可实现的，奇迹往往随时会出现，与懒惰无缘。每当自己学习失误遭受挫折，要不气馁，总结和吸取教训，拿出自己的勇气和信心去实现目标，须知世上无一事一成不变，事在人为。</w:t>
      </w:r>
      <w:r>
        <w:rPr>
          <w:lang w:eastAsia="zh-CN"/>
        </w:rPr>
        <w:br/>
      </w:r>
      <w:r>
        <w:rPr>
          <w:lang w:eastAsia="zh-CN"/>
        </w:rPr>
        <w:t>　　2.对自己要有信心。能，我一定能，别人能做到的，自己也一定能做到。上课要认真听讲，这至关重要。要打好扎实的基础知识，因为有一定难度的往往都是从基本知识演变而来的，要争取当堂听，当堂记，当堂理解，听讲时认真做笔记，而且是有选择性地做好笔记，注重重点、要点、难点、疑点，注重理解，已经熟练掌握的可不必记下，以节省时间，不懂的地方要多问老师，直至弄懂为止。要善于分析、理解，培养自己的兴趣爱好，对每一门学科，只有有了爱好，感兴趣，才能学得好，学得精。功夫到，自然水到渠成。在具体做题时，要熟知题意，冷静思考，细心分析，按部就班，步步推敲，直至做好。</w:t>
      </w:r>
      <w:r>
        <w:rPr>
          <w:lang w:eastAsia="zh-CN"/>
        </w:rPr>
        <w:br/>
      </w:r>
      <w:r>
        <w:rPr>
          <w:lang w:eastAsia="zh-CN"/>
        </w:rPr>
        <w:t>　　总之，自己的学习道路还需要根据自己的特点，自己去摸索。以上只是我个人的一些看法，希望对大家能有一定的帮助。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谢谢大家!</w:t>
      </w:r>
      <w:r>
        <w:rPr>
          <w:lang w:eastAsia="zh-CN"/>
        </w:rPr>
        <w:br/>
      </w:r>
      <w:r>
        <w:rPr>
          <w:lang w:eastAsia="zh-CN"/>
        </w:rPr>
        <w:t xml:space="preserve">    2024年毕业生发言稿 篇4 </w:t>
      </w:r>
      <w:r>
        <w:rPr>
          <w:lang w:eastAsia="zh-CN"/>
        </w:rPr>
        <w:br/>
      </w:r>
      <w:r>
        <w:rPr>
          <w:lang w:eastAsia="zh-CN"/>
        </w:rPr>
        <w:t>　　尊敬的各位老师、各位同学:</w:t>
      </w:r>
      <w:r>
        <w:rPr>
          <w:lang w:eastAsia="zh-CN"/>
        </w:rPr>
        <w:br/>
      </w:r>
      <w:r>
        <w:rPr>
          <w:lang w:eastAsia="zh-CN"/>
        </w:rPr>
        <w:t>　　晚上好!</w:t>
      </w:r>
      <w:r>
        <w:rPr>
          <w:lang w:eastAsia="zh-CN"/>
        </w:rPr>
        <w:br/>
      </w:r>
      <w:r>
        <w:rPr>
          <w:lang w:eastAsia="zh-CN"/>
        </w:rPr>
        <w:t>　　首先，请允许我代表长沙医学院附属湘潭市二医院_级本科临床一班的全体同学，对莅临这次聚会的湘潭市二医院的院领导和老师们表示由衷的敬意、感谢和热烈的欢迎!让我们记住今天，这样一个难忘而温情的美好时刻。</w:t>
      </w:r>
      <w:r>
        <w:rPr>
          <w:lang w:eastAsia="zh-CN"/>
        </w:rPr>
        <w:br/>
      </w:r>
      <w:r>
        <w:rPr>
          <w:lang w:eastAsia="zh-CN"/>
        </w:rPr>
        <w:t>　　岁月匆匆，大学四年转瞬即逝。四年前，我们从五湖四海来到了大学的箐箐校园。四年的同窗生活中，我们同心并肩，一起走过了许多风风雨雨的日子。尤记得，曾经为了帮助周易军同学，我们大伙都慷慨解囊;去年的今天汶川发生了大地震，对于在地震中受灾的人们，我们班的同学也都伸出了援助之手;为了我们班被评上省级优秀班级，每个同学都贡献着自己的一份力量;为了班级荣誉，篮球队的队员们在球场上纵横驰骋，啦啦队员在场下呐喊助威，校运会上运动员奋力拼搏，学习上我们班的学习标兵在学校名列前茅。太多感动的瞬间，太多点点滴滴的纯真故事，让我们情深，意长，味重!在湘潭市二医院的这一年里，许多同学都说是大学里最充实的一年。感谢医院领导为我们提供了这么好的条件和医院老师们的辛勤付出，再华丽的辞藻也无法表达我们对您的尊敬和爱戴。学生即将远行，请允许我们深情地道一声：“老师，您辛苦了!”同时，我也由衷的感谢四年来同学们对我的关心和帮助，谢谢你们对我的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有语云：无酒，何以逢知己;无酒，何以诉离情;无酒，何以壮行色。让我们举起杯，</w:t>
      </w:r>
      <w:r>
        <w:rPr>
          <w:lang w:eastAsia="zh-CN"/>
        </w:rPr>
        <w:br/>
      </w:r>
      <w:r>
        <w:rPr>
          <w:lang w:eastAsia="zh-CN"/>
        </w:rPr>
        <w:t>　　祝福二医院，辉煌前进!一路闪亮!一路朝晖!</w:t>
      </w:r>
      <w:r>
        <w:rPr>
          <w:lang w:eastAsia="zh-CN"/>
        </w:rPr>
        <w:br/>
      </w:r>
      <w:r>
        <w:rPr>
          <w:lang w:eastAsia="zh-CN"/>
        </w:rPr>
        <w:t>　　祝福老师，桃李满天!身体健康!万事如意</w:t>
      </w:r>
      <w:r>
        <w:rPr>
          <w:lang w:eastAsia="zh-CN"/>
        </w:rPr>
        <w:br/>
      </w:r>
      <w:r>
        <w:rPr>
          <w:lang w:eastAsia="zh-CN"/>
        </w:rPr>
        <w:t>　　祝福同学，学业有成!生活愉快!幸福平安!</w:t>
      </w:r>
      <w:r>
        <w:rPr>
          <w:lang w:eastAsia="zh-CN"/>
        </w:rPr>
        <w:br/>
      </w:r>
      <w:r>
        <w:rPr>
          <w:lang w:eastAsia="zh-CN"/>
        </w:rPr>
        <w:t>　　为永生难忘的“师生深情”，为同学间“纯朴真挚”的情谊，为“地久天长”的友谊干杯</w:t>
      </w:r>
      <w:r>
        <w:rPr>
          <w:lang w:eastAsia="zh-CN"/>
        </w:rPr>
        <w:br/>
      </w:r>
      <w:r>
        <w:rPr>
          <w:lang w:eastAsia="zh-CN"/>
        </w:rPr>
        <w:t>　　晚餐现在开始，请大家开怀畅饮。谢谢大家!</w:t>
      </w:r>
      <w:r>
        <w:rPr>
          <w:lang w:eastAsia="zh-CN"/>
        </w:rPr>
        <w:br/>
      </w:r>
      <w:r>
        <w:rPr>
          <w:lang w:eastAsia="zh-CN"/>
        </w:rPr>
        <w:t xml:space="preserve">    2024年毕业生发言稿 篇5 </w:t>
      </w:r>
      <w:r>
        <w:rPr>
          <w:lang w:eastAsia="zh-CN"/>
        </w:rPr>
        <w:br/>
      </w:r>
      <w:r>
        <w:rPr>
          <w:lang w:eastAsia="zh-CN"/>
        </w:rPr>
        <w:t>　　尊敬的各位校领导、各位老师、同学们：</w:t>
      </w:r>
      <w:r>
        <w:rPr>
          <w:lang w:eastAsia="zh-CN"/>
        </w:rPr>
        <w:br/>
      </w:r>
      <w:r>
        <w:rPr>
          <w:lang w:eastAsia="zh-CN"/>
        </w:rPr>
        <w:t>　　大家好!</w:t>
      </w:r>
      <w:r>
        <w:rPr>
          <w:lang w:eastAsia="zh-CN"/>
        </w:rPr>
        <w:br/>
      </w:r>
      <w:r>
        <w:rPr>
          <w:lang w:eastAsia="zh-CN"/>
        </w:rPr>
        <w:t>　　我叫雷阳。很荣幸能有这次机会在今天这样隆重的场合发言，在这里，首先请允许我代表我校即将毕业的20__级全体学生向在座的各位领导、老师表示最衷心的感谢和最崇高的敬意。</w:t>
      </w:r>
      <w:r>
        <w:rPr>
          <w:lang w:eastAsia="zh-CN"/>
        </w:rPr>
        <w:br/>
      </w:r>
      <w:r>
        <w:rPr>
          <w:lang w:eastAsia="zh-CN"/>
        </w:rPr>
        <w:t>　　相逢是首歌，还记得三年前的我们，带着青春的懵懂，怀抱着美好的愿望，我们相逢在恩施卫校的校园。学校的一草一木见证了我们的青春和成长，见证了我们的奋斗与追求。这三年中专生活就像一个行囊，满满的感动、无限的追忆和欢欣。这里有传道授业的恩师;这里有一辈子最想珍惜的朋友;这里有我们一生最美好的回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通过九个月的医院见习生活，我们明白自己需要告别懦弱，肩负责任;也真正明白了，生活其实没有想象中的那么简单。生活就像是装满巧克力的盒子，你永远也不会知道接下来会吃到什么味道。也许是苦涩罢，但我们坚信“只有含泪播种，才能微笑收获”!</w:t>
      </w:r>
      <w:r>
        <w:rPr>
          <w:lang w:eastAsia="zh-CN"/>
        </w:rPr>
        <w:br/>
      </w:r>
      <w:r>
        <w:rPr>
          <w:lang w:eastAsia="zh-CN"/>
        </w:rPr>
        <w:t>　　亲爱的兄弟姐妹们，明天，我们将挥别曾经，翻开人生新的一页。让我们互道一声珍重，互赠一句加油。希望大家在人生的舞台上，期待降低一点，赢得一个目标!根基扎深一点，赢得一片天地!享受推迟一点，赢得一份事业!衷心的祝愿同学们一路顺风、前程似锦。无论我们走的多远、飞的多高，母校永远是我们坚强的后盾、可靠的港湾。让我们带上满满的祝福启程吧，祝福我们的老师身体健康，工作顺利!祝福恩施州卫生学校事业蒸蒸日上，更加辉煌!</w:t>
      </w:r>
      <w:r>
        <w:rPr>
          <w:lang w:eastAsia="zh-CN"/>
        </w:rPr>
        <w:br/>
      </w:r>
      <w:r>
        <w:rPr>
          <w:lang w:eastAsia="zh-CN"/>
        </w:rPr>
        <w:t>　　谢谢大家!</w:t>
      </w:r>
      <w:r>
        <w:rPr>
          <w:lang w:eastAsia="zh-CN"/>
        </w:rPr>
        <w:br/>
      </w:r>
      <w:r>
        <w:rPr>
          <w:lang w:eastAsia="zh-CN"/>
        </w:rPr>
        <w:t xml:space="preserve">    2024年毕业生发言稿 篇6 </w:t>
      </w:r>
      <w:r>
        <w:rPr>
          <w:lang w:eastAsia="zh-CN"/>
        </w:rPr>
        <w:br/>
      </w:r>
      <w:r>
        <w:rPr>
          <w:lang w:eastAsia="zh-CN"/>
        </w:rPr>
        <w:t>　　尊敬的老师,亲爱的同学们：</w:t>
      </w:r>
      <w:r>
        <w:rPr>
          <w:lang w:eastAsia="zh-CN"/>
        </w:rPr>
        <w:br/>
      </w:r>
      <w:r>
        <w:rPr>
          <w:lang w:eastAsia="zh-CN"/>
        </w:rPr>
        <w:t>　　上午好!</w:t>
      </w:r>
      <w:r>
        <w:rPr>
          <w:lang w:eastAsia="zh-CN"/>
        </w:rPr>
        <w:br/>
      </w:r>
      <w:r>
        <w:rPr>
          <w:lang w:eastAsia="zh-CN"/>
        </w:rPr>
        <w:t>　　此刻，站在这里，觉得自己骤然长大。</w:t>
      </w:r>
      <w:r>
        <w:rPr>
          <w:lang w:eastAsia="zh-CN"/>
        </w:rPr>
        <w:br/>
      </w:r>
      <w:r>
        <w:rPr>
          <w:lang w:eastAsia="zh-CN"/>
        </w:rPr>
        <w:t>　　十八岁的自己，在十八岁的天空下，用一双澄澈的双眼，用一颗干净的心去回首，回望过去，感谢过去。</w:t>
      </w:r>
      <w:r>
        <w:rPr>
          <w:lang w:eastAsia="zh-CN"/>
        </w:rPr>
        <w:br/>
      </w:r>
      <w:r>
        <w:rPr>
          <w:lang w:eastAsia="zh-CN"/>
        </w:rPr>
        <w:t>　　感谢一直微笑看着我成长，帮我从失意中走出重拾信心的你，感谢在我最无助的时刻，给我哭泣力量的你，感谢容忍着我的任性，调皮，领我走向更开阔道路的你。感谢你，我最亲爱的老师。</w:t>
      </w:r>
      <w:r>
        <w:rPr>
          <w:lang w:eastAsia="zh-CN"/>
        </w:rPr>
        <w:br/>
      </w:r>
      <w:r>
        <w:rPr>
          <w:lang w:eastAsia="zh-CN"/>
        </w:rPr>
        <w:t>　　而你，陪伴我读过了最艰难的时期，而你，总是最能逗我笑，鼓励我，欣赏我，而你一直保佑着我，每时每刻。感谢你，我最亲爱的同学。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是你，带给我多样的三年，是你，让我在最美丽的时刻里铭刻下最美丽的记忆，是你，教会了我忍耐与感激，是你，让我学会擦去泪水，让阳光洒在心上。感谢你，我最亲爱的学校。</w:t>
      </w:r>
      <w:r>
        <w:rPr>
          <w:lang w:eastAsia="zh-CN"/>
        </w:rPr>
        <w:br/>
      </w:r>
      <w:r>
        <w:rPr>
          <w:lang w:eastAsia="zh-CN"/>
        </w:rPr>
        <w:t>　　我在阳光灿烂的日子里走过美丽的三年，我在美丽的三年里用勇敢的心接受风雨与考验，我对自己说，值得。</w:t>
      </w:r>
      <w:r>
        <w:rPr>
          <w:lang w:eastAsia="zh-CN"/>
        </w:rPr>
        <w:br/>
      </w:r>
      <w:r>
        <w:rPr>
          <w:lang w:eastAsia="zh-CN"/>
        </w:rPr>
        <w:t>　　我们在太阳开始时，微笑着在晨曦中行进;我们在夕阳西下时，淡然地在暮色中前行;我们在星光与月色中拖着疲惫的自己，却依旧展现最快乐的容颜，像是再唱一首关于青春的歌，忘却劳累与哀愁，在旋律中翩翩起舞。风浪再大，我们也勇往直前，我们的爱，镶在了最动人的青春纪念册，永不退色。</w:t>
      </w:r>
      <w:r>
        <w:rPr>
          <w:lang w:eastAsia="zh-CN"/>
        </w:rPr>
        <w:br/>
      </w:r>
      <w:r>
        <w:rPr>
          <w:lang w:eastAsia="zh-CN"/>
        </w:rPr>
        <w:t>　　今天，我们站在高三的尾巴上，瞭望远方。</w:t>
      </w:r>
      <w:r>
        <w:rPr>
          <w:lang w:eastAsia="zh-CN"/>
        </w:rPr>
        <w:br/>
      </w:r>
      <w:r>
        <w:rPr>
          <w:lang w:eastAsia="zh-CN"/>
        </w:rPr>
        <w:t>　　或许，亲爱的朋友，明天的你，将头顶另一片蓝天，脚踩另一方土地，面对陌生的道路，耳闻喧闹的街市，然而我会为你祝福，只因我们曾拥有共同的梦想，共同的追求，只因我们曾在最艰难的岁月中携手前行。</w:t>
      </w:r>
      <w:r>
        <w:rPr>
          <w:lang w:eastAsia="zh-CN"/>
        </w:rPr>
        <w:br/>
      </w:r>
      <w:r>
        <w:rPr>
          <w:lang w:eastAsia="zh-CN"/>
        </w:rPr>
        <w:t>　　或许，亲爱的朋友，明天的你，会在昏黄的灯火中独自寂寞，会在有风的日子里流泪，会在没有月光的黑夜迷茫失措，然而我会为你祝福，只因你曾是我的战友，只因我们曾在绿荫场上留下最生动的青春。</w:t>
      </w:r>
      <w:r>
        <w:rPr>
          <w:lang w:eastAsia="zh-CN"/>
        </w:rPr>
        <w:br/>
      </w:r>
      <w:r>
        <w:rPr>
          <w:lang w:eastAsia="zh-CN"/>
        </w:rPr>
        <w:t>　　过了今天，我们毕业;过了今天，我们长大。</w:t>
      </w:r>
      <w:r>
        <w:rPr>
          <w:lang w:eastAsia="zh-CN"/>
        </w:rPr>
        <w:br/>
      </w:r>
      <w:r>
        <w:rPr>
          <w:lang w:eastAsia="zh-CN"/>
        </w:rPr>
        <w:t>　　我愿你拥有灿烂的前程，我愿你面朝大海，春暖花开。</w:t>
      </w:r>
      <w:r>
        <w:rPr>
          <w:lang w:eastAsia="zh-CN"/>
        </w:rPr>
        <w:br/>
      </w:r>
      <w:r>
        <w:rPr>
          <w:lang w:eastAsia="zh-CN"/>
        </w:rPr>
        <w:t>　　谢谢大家!</w:t>
      </w:r>
      <w:r>
        <w:rPr>
          <w:lang w:eastAsia="zh-CN"/>
        </w:rPr>
        <w:br/>
      </w:r>
      <w:r>
        <w:rPr>
          <w:lang w:eastAsia="zh-CN"/>
        </w:rPr>
        <w:t xml:space="preserve">    2024年毕业生发言稿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尊敬的老师，亲爱的同学们：</w:t>
      </w:r>
      <w:r>
        <w:rPr>
          <w:lang w:eastAsia="zh-CN"/>
        </w:rPr>
        <w:br/>
      </w:r>
      <w:r>
        <w:rPr>
          <w:lang w:eastAsia="zh-CN"/>
        </w:rPr>
        <w:t>　　大家好!</w:t>
      </w:r>
      <w:r>
        <w:rPr>
          <w:lang w:eastAsia="zh-CN"/>
        </w:rPr>
        <w:br/>
      </w:r>
      <w:r>
        <w:rPr>
          <w:lang w:eastAsia="zh-CN"/>
        </w:rPr>
        <w:t>　　首先，请允许我代表全体初三同学，向关心教导过我们的所有老师，表示最衷心的感谢!</w:t>
      </w:r>
      <w:r>
        <w:rPr>
          <w:lang w:eastAsia="zh-CN"/>
        </w:rPr>
        <w:br/>
      </w:r>
      <w:r>
        <w:rPr>
          <w:lang w:eastAsia="zh-CN"/>
        </w:rPr>
        <w:t>　　今天，对我们初三1000余名同学来说，是个难忘的日子，是一个值得铭记的日子。三年的初中生涯在今天就要结束，此时此刻，我们不但有着对未来的憧憬，更有着掩饰不住的回忆和留恋。有人说，初中生活是一本太仓促的书。是的，三年的时光，一千多页的喜怒哀乐，就这样匆匆翻过，但是却给我们留下了那么多生动的细节，那么多精彩的片断。</w:t>
      </w:r>
      <w:r>
        <w:rPr>
          <w:lang w:eastAsia="zh-CN"/>
        </w:rPr>
        <w:br/>
      </w:r>
      <w:r>
        <w:rPr>
          <w:lang w:eastAsia="zh-CN"/>
        </w:rPr>
        <w:t>　　亲爱的同学们，让我们一起来回顾和感悟初中三年这一路的成长：课堂上，我们热烈讨论，积极展讲;公寓里，我们静心读书，安静休息;操场上，我们的队伍最整齐，口号最响亮……我们不但学会了求知，还学会了合作;我们不但学会了生活，还学会了做人;我们不但学会了把握今朝，还学会了展望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初中三年我们从懵懂走向成熟，从无知走向理智，从浅薄走向充实。感谢--，感谢老师，教会我们求知，教会我们做人。也许我们曾经任性，让您难过;也许我们曾经调皮，让您伤心。但请原谅我们，那是我们经历青春的真实故事，那是我们走过成长的心路历程。也正因如此，我们更加难忘老师您的精心培养：一节节悉心传授，一声声谆谆教诲，一次次潜移默化。一千多个烦琐的日日夜夜，让我们懂得了立志求知，让我们懂得了拼搏进取。此时此刻，我再次代表初三全体同学在这儿向您深情地道一声：谢谢您，老师，您辛苦了!</w:t>
      </w:r>
      <w:r>
        <w:rPr>
          <w:lang w:eastAsia="zh-CN"/>
        </w:rPr>
        <w:br/>
      </w:r>
      <w:r>
        <w:rPr>
          <w:lang w:eastAsia="zh-CN"/>
        </w:rPr>
        <w:t>　　同时，作为一名学生会干部，我还想代表全体学生会干部，向同学们说句话：这三年来，为了能让大家有一个良好的学习和休息环境，我们不知道曾批评过多少同学，没收过多少本网络小说，给多少个同学扣过分。如果哪个同学还在为此耿耿于怀的话，请允许我在此向你说一声：对不起!其实同学们，在生活中，我们何尝不想和每一个同学友好相处;在公寓里，我们又何尝不想和你们一样早睡一会儿。但作为一名学生会干部，我们都深深懂得自己的职责，我们都时刻牢记当初加入学生会时的铿锵誓言。</w:t>
      </w:r>
      <w:r>
        <w:rPr>
          <w:lang w:eastAsia="zh-CN"/>
        </w:rPr>
        <w:br/>
      </w:r>
      <w:r>
        <w:rPr>
          <w:lang w:eastAsia="zh-CN"/>
        </w:rPr>
        <w:t>　　此刻，我们每个学生会干部心里都想对大家说一声：我们付出了，我们永不后悔!在这充实的三年中，我们见证了--的一一次腾飞：校园环境越来越优美，我们的学习条件也越来越优越;许多个现场会在这里召开，四面八方的老师走进我们的课堂……这些都是母校的辉煌，也是我们的骄傲。光荣啊，身为--人!同学们，让我们永远记住，自己曾是--的学子!</w:t>
      </w:r>
      <w:r>
        <w:rPr>
          <w:lang w:eastAsia="zh-CN"/>
        </w:rPr>
        <w:br/>
      </w:r>
      <w:r>
        <w:rPr>
          <w:lang w:eastAsia="zh-CN"/>
        </w:rPr>
        <w:t>　　最后，祝母校前程似锦!祝老师们幸福安康!祝同学们鹏程万里!</w:t>
      </w:r>
      <w:r>
        <w:rPr>
          <w:lang w:eastAsia="zh-CN"/>
        </w:rPr>
        <w:br/>
      </w:r>
      <w:r>
        <w:rPr>
          <w:lang w:eastAsia="zh-CN"/>
        </w:rPr>
        <w:t>　　谢谢大家!</w:t>
      </w:r>
      <w:r>
        <w:rPr>
          <w:lang w:eastAsia="zh-CN"/>
        </w:rPr>
        <w:br/>
      </w:r>
      <w:r>
        <w:rPr>
          <w:lang w:eastAsia="zh-CN"/>
        </w:rPr>
        <w:t xml:space="preserve">    2024年毕业生发言稿 篇8 </w:t>
      </w:r>
      <w:r>
        <w:rPr>
          <w:lang w:eastAsia="zh-CN"/>
        </w:rPr>
        <w:br/>
      </w:r>
      <w:r>
        <w:rPr>
          <w:lang w:eastAsia="zh-CN"/>
        </w:rPr>
        <w:t>　　敬爱的老师、亲爱的同学们：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当六月的微风又一次催浓了校园的绿荫，伴随着成长的喜悦，洋溢着收获的幸福，我们将告别母校。带着一份挥之不去的记忆和牵挂，走出--小学的校门，放飞新的理想和希望。在这里，我谨代表六年级全体毕业生向--小学的各位领导、老师及全体同学道别，向辛勤培育我们六年的老师表示最诚挚的敬意!</w:t>
      </w:r>
      <w:r>
        <w:rPr>
          <w:lang w:eastAsia="zh-CN"/>
        </w:rPr>
        <w:br/>
      </w:r>
      <w:r>
        <w:rPr>
          <w:lang w:eastAsia="zh-CN"/>
        </w:rPr>
        <w:t>　　时光飞逝，转眼已是六年。六年前，我们满怀着理想和希望迈入--这片深情的热土，开始了人生最美好、最难忘的一段旅程。六年的征途，是光荣的荆棘路，带着梦想与期待，我们一路走来。在这两千多个日夜里，我们经历过欢笑和泪水，我们面对过成功和失败。此时此刻，站在希望的门前回首张望，那一路的荆棘竟然都变成了盛放的蔷薇。那是因为您，亲爱的母校，是您包容了我们的懵懂无知，是您孕育了我们的睿智果断，是您给了我们如此优越的学习环境和展示自我的舞台，我们沉浸在知识的海洋，徜徉在落英缤纷的林荫道，醉心于同学间的欢声笑语;那也是因为您，亲爱的老师，是您的辛劳付出，是您的无私奉献换来了我们的收获与成长。您的教育与指导，在我们成长的道路上留下深深的痕迹。如今，学生即将远行，请允许我们深情的道一声：“老师，你们辛苦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离别是如期而至的，感觉却是如此匆匆。曾经的同学即将各奔东西，曾经的日子已留在身后，但在--这片热土，我们收获了许多：知识、自信以及理想。“做的自己”的校训已深深刻入我们的心中，每一份温暖的回忆也都让我们难忘。六年的点滴汇聚成今日的成果，将为我们的小学生活画上一个圆满的句号，并伴随着我们踏上未来的征程。在未来的岁月里，我们一定会做拥有智慧并富有激情的人，做胸怀大志并脚踏实地的人，做富有责任并勇于担当的人，做德才兼备并敢于创新的人，不断奋斗，在今后的人生道路上书写更加华美的篇章。</w:t>
      </w:r>
      <w:r>
        <w:rPr>
          <w:lang w:eastAsia="zh-CN"/>
        </w:rPr>
        <w:br/>
      </w:r>
      <w:r>
        <w:rPr>
          <w:lang w:eastAsia="zh-CN"/>
        </w:rPr>
        <w:t>　　同学们，在毕业时刻，让我们郑重立下誓言：今天，我们以作为--的毕业生为自豪;明天，--将会以我们——祖国的栋梁为骄傲!</w:t>
      </w:r>
      <w:r>
        <w:rPr>
          <w:lang w:eastAsia="zh-CN"/>
        </w:rPr>
        <w:br/>
      </w:r>
      <w:r>
        <w:rPr>
          <w:lang w:eastAsia="zh-CN"/>
        </w:rPr>
        <w:t>　　谢谢大家!</w:t>
      </w:r>
      <w:r>
        <w:rPr>
          <w:lang w:eastAsia="zh-CN"/>
        </w:rPr>
        <w:br/>
      </w:r>
      <w:r>
        <w:rPr>
          <w:lang w:eastAsia="zh-CN"/>
        </w:rPr>
        <w:t xml:space="preserve">    2024年毕业生发言稿 篇9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小学六年来,我在老师的辛勤教育和培养下茁壮成长，成为了一名品学兼优的好学生。学习上，我勤奋刻苦，爱动脑筋。课堂上，总能看到我高高举起的小手,总能听到我回答问题时响亮的声音，我读起课文来声情并茂，因而学校的朗读、演讲活动总有我的身影。我特别喜欢攻克各科难题,因而老师也总会把难题留给我来回答。我成绩突出，从一年级起，就一直名列前茅，每学期的期初考总是全班第一名，六年级期初考我连得了两个普通部全级第一名，还得过几次奖学金，倍受老师和同学的称赞，成了同学们学习的楷模。我团结同学，热心助人。同学们学习上碰到困难时，我总是给予他们一些帮助，一些鼓励，使他们也能不断地进步，是同学们心中的小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工作上，我认真负责，勤勤恳恳。作为班干部，能以身作则，积极主动完成学校、老师交给的各项任务，成为老师的好帮手、同学的好榜样。在任学校纪律检查员期间，我光荣地当上“检查员大队长”，这就是老师对我工作上的肯定。出色的成绩和较强的工作能力使我连年被学校评为“优秀学生干部”、“优秀检查员”、“十佳文明学生”、“学习小标兵”、“学雷锋先进个人”等荣誉称号，二-_年度还被湘桥区评为“区文明小天使”。</w:t>
      </w:r>
      <w:r>
        <w:rPr>
          <w:lang w:eastAsia="zh-CN"/>
        </w:rPr>
        <w:br/>
      </w:r>
      <w:r>
        <w:rPr>
          <w:lang w:eastAsia="zh-CN"/>
        </w:rPr>
        <w:t>　　我注重全面发展，求知欲强，兴趣广泛，积极参加学校的各项文娱体育活动。我参加过学校合唱队，是合唱队高声部部长;参加过手风琴队;参加奥林匹克数学拔尖班，是班里的优秀学员，还得过奥林匹克全级第一名;我酷爱阅读，喜欢写作，是潮州日报学生周刊的一名小记者。</w:t>
      </w:r>
      <w:r>
        <w:rPr>
          <w:lang w:eastAsia="zh-CN"/>
        </w:rPr>
        <w:br/>
      </w:r>
      <w:r>
        <w:rPr>
          <w:lang w:eastAsia="zh-CN"/>
        </w:rPr>
        <w:t>　　六年来，我参加学校举行的各种比赛，荣获过数学竞赛一、二等奖;庆元旦作文一等奖;作文现场赛二等奖;英语科表演一等奖;校性打字比赛一等奖;“五斜实践活动儿童策划方案二等奖;大合唱总决赛集体二等奖;二-_还获得拾育苗杯”数学竞赛一等奖。虽然我获得的奖项很多，但我不会沉醉于以前的荣誉，而是奋发向上勇攀高峰。因为我知道学习的道路是曲折的，只有不畏艰险，一步一个脚印，才能胜利到达光辉顶点。</w:t>
      </w:r>
      <w:r>
        <w:rPr>
          <w:lang w:eastAsia="zh-CN"/>
        </w:rPr>
        <w:br/>
      </w:r>
      <w:r>
        <w:rPr>
          <w:lang w:eastAsia="zh-CN"/>
        </w:rPr>
        <w:t xml:space="preserve">    2024年毕业生发言稿 篇10 </w:t>
      </w:r>
      <w:r>
        <w:rPr>
          <w:lang w:eastAsia="zh-CN"/>
        </w:rPr>
        <w:br/>
      </w:r>
      <w:r>
        <w:rPr>
          <w:lang w:eastAsia="zh-CN"/>
        </w:rPr>
        <w:t>　　敬爱的老师、情爱的同学们：</w:t>
      </w:r>
      <w:r>
        <w:rPr>
          <w:lang w:eastAsia="zh-CN"/>
        </w:rPr>
        <w:br/>
      </w:r>
      <w:r>
        <w:rPr>
          <w:lang w:eastAsia="zh-CN"/>
        </w:rPr>
        <w:t>　　风风雨雨，朝朝暮暮；花开花谢、潮起潮落。转眼间，我们度过了六年的小学时光。回望六年来的点点滴滴，每一次欢笑；每一滴泪水；每一段故事，都让人难以忘怀。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还记得六年前，我们还是刚入学的一年级小学生。那年，是老师，亲手将我们这一颗颗种子，埋进土里，六年来，我们努力发芽，茁壮成长。从读“a、o、e”到成篇的文章，从演算“1+1”到复杂的应用题从“A、B、C”到一个个单词，在这之间，无疑凝结着老师的心血。六年来，老师的付出，太多太多。为了我们这群幼苗的茁壮成长，无论春秋冬夏，你们总是不停地操劳日复一日，年复一年。你们辛勤工作，毫无怨言。您，是园丁，为了我们的茁壮成长，不断地操劳；您是红烛，照亮我们人生的路，您却化成了灰。；您是一滴雨水滋润了大地自己，却永远的消失。老师，感谢您这几年的悉心照料。</w:t>
      </w:r>
      <w:r>
        <w:rPr>
          <w:lang w:eastAsia="zh-CN"/>
        </w:rPr>
        <w:br/>
      </w:r>
      <w:r>
        <w:rPr>
          <w:lang w:eastAsia="zh-CN"/>
        </w:rPr>
        <w:t>　　同学们，我们，一起走过了六年，六年来的点点滴滴依然历历在目。还记得我们共同获得的荣誉，还记得我们共同捍卫的奖杯，这些，我们都忘不了。现如今，我们必须奋力分离，但这短暂的分离，无法阻隔我们的友谊；这段美好的时光，将会成为，我们最美好的记忆。</w:t>
      </w:r>
      <w:r>
        <w:rPr>
          <w:lang w:eastAsia="zh-CN"/>
        </w:rPr>
        <w:br/>
      </w:r>
      <w:r>
        <w:rPr>
          <w:lang w:eastAsia="zh-CN"/>
        </w:rPr>
        <w:t>　　时光匆匆，转瞬即逝。六年小学生已经过去，我们即将毕业，回望，母校的一花一草，一砖一瓦，一股眷念之情油然而生。六年来，我们长大了了不少。刚进校时，那遥不可及的单杠，现在，触手可得。我们，已不是刚进校时的那个懵懂的小孩，我们，即将升入初中，同学们，让我们去努力，去奋斗，去腾飞！</w:t>
      </w:r>
      <w:r>
        <w:rPr>
          <w:lang w:eastAsia="zh-CN"/>
        </w:rPr>
        <w:br/>
      </w:r>
      <w:r>
        <w:rPr>
          <w:lang w:eastAsia="zh-CN"/>
        </w:rPr>
        <w:t>　　别了，亲爱的同学；别了，敬爱的老师；别了，那哺育了我们6年的母校，你们永远在我心中！文 章来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2024年毕业生发言稿 篇11 </w:t>
      </w:r>
      <w:r>
        <w:rPr>
          <w:lang w:eastAsia="zh-CN"/>
        </w:rPr>
        <w:br/>
      </w:r>
      <w:r>
        <w:rPr>
          <w:lang w:eastAsia="zh-CN"/>
        </w:rPr>
        <w:t>　　尊敬的领导、老师、同学们：</w:t>
      </w:r>
      <w:r>
        <w:rPr>
          <w:lang w:eastAsia="zh-CN"/>
        </w:rPr>
        <w:br/>
      </w:r>
      <w:r>
        <w:rPr>
          <w:lang w:eastAsia="zh-CN"/>
        </w:rPr>
        <w:t>　　大家晚上好！我是05级专业的。很荣幸能参加此次表彰大会，并代表即将毕业的学生发言。</w:t>
      </w:r>
      <w:r>
        <w:rPr>
          <w:lang w:eastAsia="zh-CN"/>
        </w:rPr>
        <w:br/>
      </w:r>
      <w:r>
        <w:rPr>
          <w:lang w:eastAsia="zh-CN"/>
        </w:rPr>
        <w:t>　　时间飞逝，我们即将离开这所培育过我们的校园。面对曾经熟悉的一草一木，更多的是几分感慨。在此，我希望自己在以后的人生道路上能够好好把握每一阶段的光阴，同时给学弟学妹们一个借鉴，能够走好大学四年这一段重要的路。大凡成功的过程都差不多，但是失败的经历却是千变万化的，也许我的经历很多人也曾有过，但是我希望下批开拓者在这条平常的道路上能够走得更好，让自己不悔地走过这四年。</w:t>
      </w:r>
      <w:r>
        <w:rPr>
          <w:lang w:eastAsia="zh-CN"/>
        </w:rPr>
        <w:br/>
      </w:r>
      <w:r>
        <w:rPr>
          <w:lang w:eastAsia="zh-CN"/>
        </w:rPr>
        <w:t>　　回顾自己四年来的大学生活，这片土地记载着我们的春华秋实。有人说，大学生活是丰富多彩的。没错，在这多彩的大学生活中，我们要力争德智体美全面发展。的确，大学重要的还是学习，只有你有过硬的专业知识，离开校园的时候你才能做到胸有成熟、从容不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只有自己真正经历过，你才会明白很多事情原来你可以做得更出色，很多机会你原来都有能力去把握住的。就学习方面来谈谈，大学的学习，无论是广度还是深度上都比高中上了一个层次以上，这就要求在同学们参加课外活动的同时，要充分地腾出时间进行课外学习。这几个月来找工作的经历告诉我，没有过硬的素质，很多你心目中想去的单位都不会让你迈进门槛的。我们是师范类专业学生，这就意味着，中学教师是重要的培养方向之一。要成为一名合格的人民教师，专业知识不过关是不行的。而要从事工科类工作的，既要掌握好专业课，还要提高动手能力。今天的努力，就是为了在明天寻找一份满意的工作。</w:t>
      </w:r>
      <w:r>
        <w:rPr>
          <w:lang w:eastAsia="zh-CN"/>
        </w:rPr>
        <w:br/>
      </w:r>
      <w:r>
        <w:rPr>
          <w:lang w:eastAsia="zh-CN"/>
        </w:rPr>
        <w:t>　　面对越来越大的就业压力、越来越严峻的竞争，我越发觉得提高自身素质是取得成功的必要准备。大学本科逐年扩招，越来越多的毕业生涌入人才竞争市场。为了升华自己的素质，考取研究生不失为一种途径。毕竟，考研的过程是人生难得的经历，会塑造出一个人认真的态度，更是面临如此就业压力的解决方式。正所谓，考研给你多一条成功之路。</w:t>
      </w:r>
      <w:r>
        <w:rPr>
          <w:lang w:eastAsia="zh-CN"/>
        </w:rPr>
        <w:br/>
      </w:r>
      <w:r>
        <w:rPr>
          <w:lang w:eastAsia="zh-CN"/>
        </w:rPr>
        <w:t>　　从今天的表彰大会上不难发现，老师都是同样方法教的，但学生学出来的效果就大不相同了。同样的大学四年，一分汗水一分收获。今天受到表彰的同学，在过去的一年中各个不畏寒暑，积极备考，把别人用来娱乐休闲的时间花在学习上。很惭愧没能成为他们中的一位，没能充分利用大好的资源。近一年来，我系高度重视学生考研，提供了不少条件。现在想来，我真有点遗憾没有听取老师的建议去考研，到找工作的时候才发现自己四处碰壁，苦于找不到满意的工作。如果当初能够选择考研这条路，也许境况会大有不同。</w:t>
      </w:r>
      <w:r>
        <w:rPr>
          <w:lang w:eastAsia="zh-CN"/>
        </w:rPr>
        <w:br/>
      </w:r>
      <w:r>
        <w:rPr>
          <w:lang w:eastAsia="zh-CN"/>
        </w:rPr>
        <w:t>　　有了前车之鉴，我重新规划了我毕业后的生活。目前，我已争取去祖国西部服务，做一名志愿者。我深知，考取研究生是提高素质的重要途径之一。在开展志愿服务的同时，我就可以利用空闲时间，好好地看书学习了，圆自己一个曾经的考研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都说体会之后更多的还是感慨，的确是这样的，遗憾终究还是留下了，能珍惜的只有未来。所以，我想告诉你们：珍惜现在的时光吧！大学四年是青春绽放的四年，是塑造自我的四年，是人生中重要的经历。希望你们规划好自己的大学生活，按照既定的目标，付诸于实践，努力提升自我素质，塑造出属于你们自己的美好明天！</w:t>
      </w:r>
      <w:r>
        <w:rPr>
          <w:lang w:eastAsia="zh-CN"/>
        </w:rPr>
        <w:br/>
      </w:r>
      <w:r>
        <w:rPr>
          <w:lang w:eastAsia="zh-CN"/>
        </w:rPr>
        <w:t xml:space="preserve">    2024年毕业生发言稿 篇12 </w:t>
      </w:r>
      <w:r>
        <w:rPr>
          <w:lang w:eastAsia="zh-CN"/>
        </w:rPr>
        <w:br/>
      </w:r>
      <w:r>
        <w:rPr>
          <w:lang w:eastAsia="zh-CN"/>
        </w:rPr>
        <w:t>　　尊敬的各位校领导、各位老师及同学们：</w:t>
      </w:r>
      <w:r>
        <w:rPr>
          <w:lang w:eastAsia="zh-CN"/>
        </w:rPr>
        <w:br/>
      </w:r>
      <w:r>
        <w:rPr>
          <w:lang w:eastAsia="zh-CN"/>
        </w:rPr>
        <w:t>　　大家上午好！</w:t>
      </w:r>
      <w:r>
        <w:rPr>
          <w:lang w:eastAsia="zh-CN"/>
        </w:rPr>
        <w:br/>
      </w:r>
      <w:r>
        <w:rPr>
          <w:lang w:eastAsia="zh-CN"/>
        </w:rPr>
        <w:t>　　我是来自__班的。</w:t>
      </w:r>
      <w:r>
        <w:rPr>
          <w:lang w:eastAsia="zh-CN"/>
        </w:rPr>
        <w:br/>
      </w:r>
      <w:r>
        <w:rPr>
          <w:lang w:eastAsia="zh-CN"/>
        </w:rPr>
        <w:t>　　今天，我很荣幸地站在这里，代表__届毕业生发言。首先，请允许我代表所有获奖的同学，向一直以来关心和支持我们的领导和老师表示崇高的敬意和衷心的感谢！</w:t>
      </w:r>
      <w:r>
        <w:rPr>
          <w:lang w:eastAsia="zh-CN"/>
        </w:rPr>
        <w:br/>
      </w:r>
      <w:r>
        <w:rPr>
          <w:lang w:eastAsia="zh-CN"/>
        </w:rPr>
        <w:t>　　时光如梭，流年似水，转眼间，美好的大学生活即将结束。犹记得初入大学时自己对学业和事业的美好憧憬，还想起那时怀着雄心勃勃的豪情壮志，认认真真规划着自己的大学生涯。不知不觉，三年已经过去，在大学生涯即将结束的时候，我回首审视自己。三年来，在学院领导的关心和爱护下，在老师们的引导和教诲中、经过同学们的支持和帮助,我逐渐成长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积极参加学生工作，先后担任班级团支书、学院团总支书记、团委副书记，兢兢业业，一丝不苟地为同学服务。工作上，我一直严格要求自己，不断开拓进取。"校级优秀团干部"、"校级优秀学生"、"校级大学生暑期社会实践先进个人"等荣誉称号正是学院领导和老师对我的肯定和激励。</w:t>
      </w:r>
      <w:r>
        <w:rPr>
          <w:lang w:eastAsia="zh-CN"/>
        </w:rPr>
        <w:br/>
      </w:r>
      <w:r>
        <w:rPr>
          <w:lang w:eastAsia="zh-CN"/>
        </w:rPr>
        <w:t>　　不仅如此，作为一名学生党员，我深知自己更应该在学习上做出表率。三年来，我的学习成绩名列前茅，三学年中，以88.91的加权平均分位列专业第一名，此外，我还参加了自学考试并已经顺利通过了全部课程，连续两年获得"院长奖学金"、"校级一等奖学金"。在成绩的背后，是自己对知识文化的热切追求，是自己持之以恒的辛勤奋斗。</w:t>
      </w:r>
      <w:r>
        <w:rPr>
          <w:lang w:eastAsia="zh-CN"/>
        </w:rPr>
        <w:br/>
      </w:r>
      <w:r>
        <w:rPr>
          <w:lang w:eastAsia="zh-CN"/>
        </w:rPr>
        <w:t>　　课堂外，我还积极投身与大学生暑期社会实践，连续两年带队深入矿区开展实践活动，先后在中国煤炭新闻网、中国能源信息网、河北新闻网等国家级、省级媒体发表新闻报道一百十余篇。作为一名有志投身与煤炭事业的年轻大学生，我觉得自己就应当是能源科技的尖兵！</w:t>
      </w:r>
      <w:r>
        <w:rPr>
          <w:lang w:eastAsia="zh-CN"/>
        </w:rPr>
        <w:br/>
      </w:r>
      <w:r>
        <w:rPr>
          <w:lang w:eastAsia="zh-CN"/>
        </w:rPr>
        <w:t>　　不积跬步，无以至千里；不积小流，无以成江海。在人生的成绩单上，我要给自己留下厚积薄发的印记！</w:t>
      </w:r>
      <w:r>
        <w:rPr>
          <w:lang w:eastAsia="zh-CN"/>
        </w:rPr>
        <w:br/>
      </w:r>
      <w:r>
        <w:rPr>
          <w:lang w:eastAsia="zh-CN"/>
        </w:rPr>
        <w:t>　　当然，成绩只能代表过去，而对我们来说，即将面临的艰苦工作才能真正放飞青春的梦想。我将置身其中的工作环境，可能是地层深处、矿井底下，也可能是三晋大地、内蒙大漠。基层、煤炭行业确实艰苦，但同时也是有志青年大显身手、大有可为的地方。我坚信，到祖国最需要的地方去建功立业，是年轻学子成才的必由之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我们一定会牢记学校"好学力行、求是创新、艰苦奋斗、自强不息"的校园精神，以坚韧刚强的意志，下艰苦卓绝的苦功夫，用理想和信念的明灯照亮前进的路程，用奉献和奋斗的业绩展现我们成教学子的风采！</w:t>
      </w:r>
      <w:r>
        <w:rPr>
          <w:lang w:eastAsia="zh-CN"/>
        </w:rPr>
        <w:br/>
      </w:r>
      <w:r>
        <w:rPr>
          <w:lang w:eastAsia="zh-CN"/>
        </w:rPr>
        <w:t>　　最后，祝各位领导老师身体健康、工作顺利，祝各位同学学业有成、前程似锦，祝学院的明天更加灿烂、辉煌！</w:t>
      </w:r>
      <w:r>
        <w:rPr>
          <w:lang w:eastAsia="zh-CN"/>
        </w:rPr>
        <w:br/>
      </w:r>
      <w:r>
        <w:rPr>
          <w:lang w:eastAsia="zh-CN"/>
        </w:rPr>
        <w:t>　　谢谢大家！</w:t>
      </w:r>
      <w:r>
        <w:rPr>
          <w:lang w:eastAsia="zh-CN"/>
        </w:rPr>
        <w:br/>
      </w:r>
      <w:r>
        <w:rPr>
          <w:lang w:eastAsia="zh-CN"/>
        </w:rPr>
        <w:t xml:space="preserve">    2024年毕业生发言稿 篇13 </w:t>
      </w:r>
      <w:r>
        <w:rPr>
          <w:lang w:eastAsia="zh-CN"/>
        </w:rPr>
        <w:br/>
      </w:r>
      <w:r>
        <w:rPr>
          <w:lang w:eastAsia="zh-CN"/>
        </w:rPr>
        <w:t>　　尊敬的各位、老师，亲爱的学长、学姐们：</w:t>
      </w:r>
      <w:r>
        <w:rPr>
          <w:lang w:eastAsia="zh-CN"/>
        </w:rPr>
        <w:br/>
      </w:r>
      <w:r>
        <w:rPr>
          <w:lang w:eastAsia="zh-CN"/>
        </w:rPr>
        <w:t>　　大家好！</w:t>
      </w:r>
      <w:r>
        <w:rPr>
          <w:lang w:eastAsia="zh-CN"/>
        </w:rPr>
        <w:br/>
      </w:r>
      <w:r>
        <w:rPr>
          <w:lang w:eastAsia="zh-CN"/>
        </w:rPr>
        <w:t>　　我很荣幸作为一名在校生代表在这里发言，在此我代表所有在校同学对即将离开__学院走上工作岗位和考研深造的学长、学姐表示最最诚挚的祝福。</w:t>
      </w:r>
      <w:r>
        <w:rPr>
          <w:lang w:eastAsia="zh-CN"/>
        </w:rPr>
        <w:br/>
      </w:r>
      <w:r>
        <w:rPr>
          <w:lang w:eastAsia="zh-CN"/>
        </w:rPr>
        <w:t>　　大学生涯行将结束，转眼你们就要远走，看着你们带着复杂的心情在校园每一个角落合影留念，我们也感触颇多。大学其实可短暂了，书本一开一合，一堂课过去了；宿舍一出一进，一天过去了。几年光阴，眨眼而过，我们一起从少年变为青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校园里的日子再绚烂再充实，回头看时总有遗憾。前几天开毕业交流会，我们中文系一位学姐就说，如果让她再念一次大学，这四年她一定更有规划的过，做的更好。学长、学姐们，行行出状元是你们留给所有师生最深的记忆，__级是__学院的骄傲！、……哪一个名字不能代表优秀？大学，不再是象牙塔式的大学，而与社会发生着密切联系，除了刚才提到的一些校园名人，还有更多的人在各自不同的领域里诠释精英的定义：不仅是在省、市乃至全国获奖的、苦学后考研胜利的，还有能把社团带好的、成为主席、团副、部长的，此外做过值得信赖的家教好老师，或当过业绩最好的促销员，或成为校园代理、积极的……谁不是有能力的_院人呢。</w:t>
      </w:r>
      <w:r>
        <w:rPr>
          <w:lang w:eastAsia="zh-CN"/>
        </w:rPr>
        <w:br/>
      </w:r>
      <w:r>
        <w:rPr>
          <w:lang w:eastAsia="zh-CN"/>
        </w:rPr>
        <w:t>　　入学那一天，大家都站在同一起跑线上，编织各自的梦想。如今在各自耕耘的土地上都有所收获。今天起，你们即将离开学校，肩负着母校的荣誉、学弟妹们的期望。感恩的心让我们走的更远，请记住__学院，也记住学校对我们的重视和培养。让__学院的明天因为你们的出色表现而壮大，也让源源不断的新_院人因为你们而永远骄傲。</w:t>
      </w:r>
      <w:r>
        <w:rPr>
          <w:lang w:eastAsia="zh-CN"/>
        </w:rPr>
        <w:br/>
      </w:r>
      <w:r>
        <w:rPr>
          <w:lang w:eastAsia="zh-CN"/>
        </w:rPr>
        <w:t>　　最后，我们衷心地祝愿学长学姐们，在漫漫人生的征途中，每一天都有健康与快乐相随，寻找到自己的理想，拥有各自的美满人生。谢谢大家！</w:t>
      </w:r>
      <w:r>
        <w:rPr>
          <w:lang w:eastAsia="zh-CN"/>
        </w:rPr>
        <w:br/>
      </w:r>
      <w:r>
        <w:rPr>
          <w:lang w:eastAsia="zh-CN"/>
        </w:rPr>
        <w:t xml:space="preserve">    2024年毕业生发言稿 篇14 </w:t>
      </w:r>
      <w:r>
        <w:rPr>
          <w:lang w:eastAsia="zh-CN"/>
        </w:rPr>
        <w:br/>
      </w:r>
      <w:r>
        <w:rPr>
          <w:lang w:eastAsia="zh-CN"/>
        </w:rPr>
        <w:t>　　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们共同走在了九年级教师的殿堂，我们共同在一所教师里读书，写字。而现如今，我们毕业了，我们要离开__中学，离开曾经我们读书四年光阴的美丽校园了。我们都很舍不得。所以的同学们都会各奔东西，有的继续上学，去往河间市第一中学，去往河间市第四中学等高中学校去上学，也有的去了全国的某个技术学校去学一门拿手的手艺技术，还有的已经下了学开始工作了，更可能是去往外地打工。也许，现在只是我们暂时的居住所。但是，在15年20年以后我们将会以各种身份在社会上出现和碰面。那时候，你可能是一名乞丐，也可能是一名百万富豪，也可能是一名飞行员，也有可能是厨师、司机、服务员或一家大型企业公司的董事长。但是，同学们，无论你们在将来是什么样的身份，无论你的生活多么富裕，请你一定不要忘了，你有一个身份永远也不会变。那就是我们初中毕业是在__中学！我们是__中学的学生！你们将永远是__中学的一份子，__中学就是你的家，这里的每一个人，都在等着你多年以后以后看看他们，看看这里的一草一木。</w:t>
      </w:r>
      <w:r>
        <w:rPr>
          <w:lang w:eastAsia="zh-CN"/>
        </w:rPr>
        <w:br/>
      </w:r>
      <w:r>
        <w:rPr>
          <w:lang w:eastAsia="zh-CN"/>
        </w:rPr>
        <w:t>　　在几年或者是几十年以后，你可能会在收拾东西的时候，会无意翻出在第一中学的毕业证书，当在那时，你就会想起初中生活的快乐，想念着我们每一个同学的笑容，想念着我们班级里和学校里发生的一切好与坏的事，想念着经常和你闹完的异性和同桌的你。在那时，你会很怀念在初中时的光阴，是那么的美好，和蔼可亲。更可能，你会留下激动的泪水。可能你在老了的时候，更会想念__中学发生的每一件事，你会觉得这些事仿佛就在昨天。</w:t>
      </w:r>
      <w:r>
        <w:rPr>
          <w:lang w:eastAsia="zh-CN"/>
        </w:rPr>
        <w:br/>
      </w:r>
      <w:r>
        <w:rPr>
          <w:lang w:eastAsia="zh-CN"/>
        </w:rPr>
        <w:t>　　毕业了，我们该向老师道个谢了，鞠个躬。老师们，谢谢你们的无微不至的照顾，你们辛苦了。所有的往昔都可忆而不可重逢了。__中学中的每一个角落，__中学中的一草一木，都见证了你们用心灵演绎的精彩。在这里，无论是掌声鲜花带来的微笑，还是困难挫折失败时留下的伤心泪水，都记录着你们成长的足迹，这些都将永存我们的记忆深处。__中学，虽然没有宫殿楼宇般的富丽堂皇，也没有山水田园般的旖旎风光，但是__中学理性与智慧的文化底蕴足以丰厚你的羽翼、纯洁你的心灵、亮丽你的人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毕业前，我们曾经以你为荣，毕业后，我们将为你骄傲。无论你们身在何处，我们都在关注着你，我们始终在一起。同学们，此刻是你们人生的一个特别时刻，我们即将结束自己的初中生活，走入更广阔的天地。无论将来的结局是喜是悲，你都要学会承受，因为我们已经长大！未来的日子不管是阳光灿烂还是风雨弥漫，我们都要毅然前行。初中生活对你们来说仅仅是人生旅途的一个重要驿站。请带着青春的风采，带着拼搏的精神，带着美好的回忆，去开始新的征程吧！我们会真诚为你们的前程祈祷；我们会一直含笑目送你勇敢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时间过得太快了，自来到__中学时到现在1500多天已经悄然溜走。还需要同学们在今后的学习生活中牢记老师的嘱托和父母的期望，端正态度，磨练自己意志，丰富自己的学识，培养良好的学习习惯。在更为广阔的天地里，飞的更高更远，为自己多彩的人生打下坚实的基础，母校的老师永远期待着我们大家的进步！离别是一个很伤感的字眼。不过今天我们应该为离别赋予新的内涵，因为我们已经离开母校，是要飞向更为广阔的天空，去搏击风浪，装扮自己亮丽的人生，想到这些，我又感到格外的振奋！在这里我想对即将告别学校的同学们说，请记住，黎中是你永远的家。这里有你青春年少的故事，师生学友的情谊。母校希望你“常回家看看”，看看三年温情陪伴你从青涩走向成熟的老师，是否还保留着当年的那张笑脸，看看留有你生命痕迹的这片土地，师弟师妹们是否又在这里创造了新的生命奇迹。今后，不论你走到那里，我们的目光都将追随你们前行的身影。毕业了，要离开母校了，但我希望你们永远记住教过你们的老师，记住老师对你们的教诲，记住老师为你们的付出。</w:t>
      </w:r>
      <w:r>
        <w:rPr>
          <w:lang w:eastAsia="zh-CN"/>
        </w:rPr>
        <w:br/>
      </w:r>
      <w:r>
        <w:rPr>
          <w:lang w:eastAsia="zh-CN"/>
        </w:rPr>
        <w:t>　　我的演讲完毕，谢谢大家!</w:t>
      </w:r>
      <w:r>
        <w:rPr>
          <w:lang w:eastAsia="zh-CN"/>
        </w:rPr>
        <w:br/>
      </w:r>
      <w:r>
        <w:rPr>
          <w:lang w:eastAsia="zh-CN"/>
        </w:rPr>
        <w:t xml:space="preserve">    2024年毕业生发言稿 篇15 </w:t>
      </w:r>
      <w:r>
        <w:rPr>
          <w:lang w:eastAsia="zh-CN"/>
        </w:rPr>
        <w:br/>
      </w:r>
      <w:r>
        <w:rPr>
          <w:lang w:eastAsia="zh-CN"/>
        </w:rPr>
        <w:t>　　尊敬的各位领导、老师，亲爱的同学们：</w:t>
      </w:r>
      <w:r>
        <w:rPr>
          <w:lang w:eastAsia="zh-CN"/>
        </w:rPr>
        <w:br/>
      </w:r>
      <w:r>
        <w:rPr>
          <w:lang w:eastAsia="zh-CN"/>
        </w:rPr>
        <w:t>　　大家好！</w:t>
      </w:r>
      <w:r>
        <w:rPr>
          <w:lang w:eastAsia="zh-CN"/>
        </w:rPr>
        <w:br/>
      </w:r>
      <w:r>
        <w:rPr>
          <w:lang w:eastAsia="zh-CN"/>
        </w:rPr>
        <w:t>　　十分荣幸能作为毕业生代表在这里发言，我是来自10级电子信息工程专业的~~，心情还是那般激动一如四年前站在这里作为新生代表发言，时间如白驹过隙，四年后的今天我们即将告别母校，扬帆远航。请允许我代表20__届全体毕业生向辛勤付出的领导和关心呵护我们的老师，表示最衷心的感谢和最崇高的敬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时光飞逝，转眼已是四年。回首往事，你是否还记得烈日下军训，那些汗水流淌的日子？是否还记得穿梭在教室宿舍与食堂间，那些思潮澎湃的日子？是否还记得考试前熬通宵，那些为学业拼搏的日子？是否还记得烈日下投递简历，那些拼命找工作的日子？四年的大学时光，听起来似乎那么漫长，而当今日回首，又觉得它是那么短暂。我们经历了大一的纯真年代，走过大二的慷慨激昂，告别大三的紧张忙碌，来到今日大四的依依别离。四年来，我们见证了学院的快速发展，随着学院学习氛围的营造和人文环境的改善，我们感受到了母校对我们人格的塑造和素养的提升。我们秉承“勇于创新，志在四方”的校训，在科研、实践、文体、志愿服务等各个领域努力进取、追求卓越。我们奋斗的身影出现在书香四溢的图书馆，出现在各类运动会的比赛现场，出现在国内顶尖的学府和单位，四方学子的努力化作一张张奖状和一块块奖牌，化作社会送来的面面锦旗和句句感谢，化作学术界和国内外高校的称道和赞美，化作五湖四海传回的佳音。铭刻在我们脑海中的，始终是那些受益终生的知识和言传身教的道理。在老师们的谆谆教诲中，我们学会了分析与思考，学会了继承与创新。这些丰厚的收获和宝贵的财富，无疑使我们在竞争中更多了一份信心和勇气，在人生的道路上迈得更高、更远、更快！</w:t>
      </w:r>
      <w:r>
        <w:rPr>
          <w:lang w:eastAsia="zh-CN"/>
        </w:rPr>
        <w:br/>
      </w:r>
      <w:r>
        <w:rPr>
          <w:lang w:eastAsia="zh-CN"/>
        </w:rPr>
        <w:t>　　今天的我们，站在时间的交汇点上，回想过去，远眺未来，原来，毕业是伤情而张扬的告别，让今朝的阳光格外灿烂；毕业是一首经久不衰的老歌，余音饶梁，将甜美与苦涩的故事，定格为热泪盈眶的喜悦；毕业是一坛陈酿多年的美酒，将所有历历在目的往事，化为扑鼻的醇香。毕业并不代表结束，而是一个新的开始。我们会竭尽所能、发挥潜力、创造更有价值、更有意义的人生。未来的日子，任重而道远。然而，珍贵的`友谊、浩瀚的师恩，将跟随着我们生命的脚步，寸步不离。</w:t>
      </w:r>
      <w:r>
        <w:rPr>
          <w:lang w:eastAsia="zh-CN"/>
        </w:rPr>
        <w:br/>
      </w:r>
      <w:r>
        <w:rPr>
          <w:lang w:eastAsia="zh-CN"/>
        </w:rPr>
        <w:t>　　在以后的人生道路中，我们会带着理想与信心上路，去迎接新的机遇与挑战。当取得成绩时，我们会自豪地向母校报告；当身处困境时，我们会去寻找内心深处的四方精神，去不断探索，不断前进。</w:t>
      </w:r>
    </w:p>
    <w:p w:rsidR="001B1F19" w14:textId="27C3F48A">
      <w:pPr>
        <w:rPr>
          <w:rFonts w:hint="eastAsia"/>
          <w:lang w:eastAsia="zh-CN"/>
        </w:rPr>
      </w:pPr>
      <w:r>
        <w:rPr>
          <w:lang w:eastAsia="zh-CN"/>
        </w:rPr>
        <w:t xml:space="preserve"> 我们四方学子怀抱的是“有志者，事竟成”的澎湃激情和“直挂云帆济沧海”的豪情壮志！无论身在何处，我们都会为自己是四方人而骄傲！亲爱的同学们，在我们扬帆启程之际，让我们衷心地祝愿全体老师硕果累累，桃李芬芳，祝愿我们母校的明天更加灿烂辉煌！</w:t>
      </w:r>
      <w:r>
        <w:rPr>
          <w:lang w:eastAsia="zh-CN"/>
        </w:rPr>
        <w:br/>
      </w:r>
      <w:r>
        <w:rPr>
          <w:lang w:eastAsia="zh-CN"/>
        </w:rPr>
        <w:t>　　谢谢大家！</w:t>
      </w:r>
      <w:r>
        <w:rPr>
          <w:lang w:eastAsia="zh-CN"/>
        </w:rPr>
        <w:br/>
      </w:r>
      <w:r>
        <w:rPr>
          <w:lang w:eastAsia="zh-CN"/>
        </w:rPr>
        <w:t xml:space="preserve">    2024年毕业生发言稿 篇16 </w:t>
      </w:r>
      <w:r>
        <w:rPr>
          <w:lang w:eastAsia="zh-CN"/>
        </w:rPr>
        <w:br/>
      </w:r>
      <w:r>
        <w:rPr>
          <w:lang w:eastAsia="zh-CN"/>
        </w:rPr>
        <w:t>　　时光荏苒，从我身边走过；岁月如歌，在我心中铭刻。终究要离开母校了，离开这片我曾挥洒过无数汗水与泪水的天空。三年，人生中无可比拟的三年，会成为我一辈子财富的三年。我想说，谢谢你，母校！</w:t>
      </w:r>
      <w:r>
        <w:rPr>
          <w:lang w:eastAsia="zh-CN"/>
        </w:rPr>
        <w:br/>
      </w:r>
      <w:r>
        <w:rPr>
          <w:lang w:eastAsia="zh-CN"/>
        </w:rPr>
        <w:t>　　三年前，我带着激动而又景仰的心情迈进金中，三年来，我在这座知识的圣殿、培养人才的摇篮中，感受她的温暖与丰富。三年的时光，一千多页的喜怒哀乐，就这样匆匆翻过，但是，它却给我留下那么多生动的细节，那么多精彩的片段。其中，有年少的顽皮不懂事，有青涩的失败的经历，有茅塞顿开的成熟感悟，也有回味无穷的成功历程。三年的生活，我匆忙走过，却充实而美丽；我流过眼泪，却伴着欢声笑语；我踏着荆棘，却嗅得万里花香。三年间，我在金中长大，金中就是我温暖的家。在这个欢乐的大家庭里，我用梦想和青春编织着温馨绚丽的高中生活。在此，谨让我怀着感恩的心，感谢我的母校，感谢学校的各位领导，感谢我敬爱的老师，感谢我亲爱的同学们。</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https://d.book118.com/185234001243011102</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5234001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