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(德国</w:t>
      </w:r>
      <w:r>
        <w:t xml:space="preserve"> 威斯特伐利亚)</w:t>
        <w:br/>
        <w:t>汉斯</w:t>
        <w:br/>
        <w:t>Hans.</w:t>
        <w:br/>
        <w:t>有美国人</w:t>
        <w:br/>
        <w:t>Amerikaner!</w:t>
        <w:br/>
        <w:t>美国人</w:t>
      </w:r>
      <w:r>
        <w:t xml:space="preserve"> -</w:t>
      </w:r>
      <w:r>
        <w:t xml:space="preserve"> 美国人</w:t>
        <w:br/>
        <w:t>Amerikaner!</w:t>
      </w:r>
      <w:r>
        <w:t xml:space="preserve"> -</w:t>
      </w:r>
      <w:r>
        <w:t xml:space="preserve"> Amerikaner!</w:t>
        <w:br/>
        <w:t>美国人</w:t>
        <w:br/>
        <w:t>Amerikaner!</w:t>
        <w:br/>
        <w:t>美国人</w:t>
        <w:br/>
        <w:t>Amerikaner!</w:t>
        <w:br/>
        <w:t>他有枪</w:t>
        <w:br/>
        <w:t>He</w:t>
      </w:r>
      <w:r>
        <w:t xml:space="preserve"> has</w:t>
      </w:r>
      <w:r>
        <w:t xml:space="preserve"> a</w:t>
      </w:r>
      <w:r>
        <w:t xml:space="preserve"> gun.</w:t>
        <w:br/>
        <w:t>美国人</w:t>
        <w:br/>
        <w:t>Amerikaner!</w:t>
        <w:br/>
        <w:t>有个美国人</w:t>
      </w:r>
      <w:r>
        <w:t xml:space="preserve"> 他有枪</w:t>
        <w:br/>
        <w:t>There's</w:t>
      </w:r>
      <w:r>
        <w:t xml:space="preserve"> an</w:t>
      </w:r>
      <w:r>
        <w:t xml:space="preserve"> American.</w:t>
      </w:r>
      <w:r>
        <w:t xml:space="preserve"> He</w:t>
      </w:r>
      <w:r>
        <w:t xml:space="preserve"> has</w:t>
      </w:r>
      <w:r>
        <w:t xml:space="preserve"> a</w:t>
      </w:r>
      <w:r>
        <w:t xml:space="preserve"> gun--</w:t>
        <w:br/>
        <w:t>回屋里去</w:t>
      </w:r>
      <w:r>
        <w:t xml:space="preserve"> 打电&amp;hearts;话&amp;hearts;报&amp;hearts;警&amp;hearts;</w:t>
        <w:br/>
        <w:t>Get</w:t>
      </w:r>
      <w:r>
        <w:t xml:space="preserve"> in</w:t>
      </w:r>
      <w:r>
        <w:t xml:space="preserve"> the</w:t>
      </w:r>
      <w:r>
        <w:t xml:space="preserve"> house</w:t>
      </w:r>
      <w:r>
        <w:t xml:space="preserve"> and</w:t>
      </w:r>
      <w:r>
        <w:t xml:space="preserve"> call</w:t>
      </w:r>
      <w:r>
        <w:t xml:space="preserve"> the</w:t>
      </w:r>
      <w:r>
        <w:t xml:space="preserve"> police.</w:t>
        <w:br/>
        <w:t>快...</w:t>
        <w:br/>
        <w:t>Go,</w:t>
      </w:r>
      <w:r>
        <w:t xml:space="preserve"> go,</w:t>
      </w:r>
      <w:r>
        <w:t xml:space="preserve"> go!</w:t>
        <w:br/>
        <w:t>美国人</w:t>
        <w:br/>
        <w:t>Amerikaner!</w:t>
        <w:br/>
        <w:t>我们不想杀你</w:t>
        <w:br/>
        <w:t>We</w:t>
      </w:r>
      <w:r>
        <w:t xml:space="preserve"> don't</w:t>
      </w:r>
      <w:r>
        <w:t xml:space="preserve"> want</w:t>
      </w:r>
      <w:r>
        <w:t xml:space="preserve"> to</w:t>
      </w:r>
      <w:r>
        <w:t xml:space="preserve"> kill</w:t>
      </w:r>
      <w:r>
        <w:t xml:space="preserve"> you.</w:t>
        <w:br/>
        <w:t>我们不想杀你</w:t>
        <w:br/>
        <w:t>We</w:t>
      </w:r>
      <w:r>
        <w:t xml:space="preserve"> don't</w:t>
      </w:r>
      <w:r>
        <w:t xml:space="preserve"> want</w:t>
      </w:r>
      <w:r>
        <w:t xml:space="preserve"> to</w:t>
      </w:r>
      <w:r>
        <w:t xml:space="preserve"> kill</w:t>
      </w:r>
      <w:r>
        <w:t xml:space="preserve"> you.</w:t>
        <w:br/>
        <w:t>美国人</w:t>
        <w:br/>
        <w:t>Amerikaner?</w:t>
        <w:br/>
        <w:t>你的战争结束了</w:t>
        <w:br/>
        <w:t>For</w:t>
      </w:r>
      <w:r>
        <w:t xml:space="preserve"> you,</w:t>
      </w:r>
      <w:r>
        <w:t xml:space="preserve"> the</w:t>
      </w:r>
      <w:r>
        <w:t xml:space="preserve"> war's</w:t>
      </w:r>
      <w:r>
        <w:t xml:space="preserve"> over.</w:t>
        <w:br/>
        <w:t>(根据唐纳德L.米勒的著作改编)</w:t>
        <w:br/>
        <w:t>空战群英</w:t>
        <w:br/>
        <w:t>第一季第六集</w:t>
        <w:br/>
        <w:t>机组被击落后就会失踪</w:t>
        <w:br/>
        <w:t>When</w:t>
      </w:r>
      <w:r>
        <w:t xml:space="preserve"> a</w:t>
      </w:r>
      <w:r>
        <w:t xml:space="preserve"> crew</w:t>
      </w:r>
      <w:r>
        <w:t xml:space="preserve"> went</w:t>
      </w:r>
      <w:r>
        <w:t xml:space="preserve"> down,</w:t>
      </w:r>
      <w:r>
        <w:t xml:space="preserve"> they</w:t>
      </w:r>
      <w:r>
        <w:t xml:space="preserve"> disappeared.</w:t>
        <w:br/>
        <w:t>在索普阿伯特的时间还不到四个月</w:t>
        <w:br/>
        <w:t>No</w:t>
      </w:r>
      <w:r>
        <w:t xml:space="preserve"> more</w:t>
      </w:r>
      <w:r>
        <w:t xml:space="preserve"> than</w:t>
      </w:r>
      <w:r>
        <w:t xml:space="preserve"> four</w:t>
      </w:r>
      <w:r>
        <w:t xml:space="preserve"> months</w:t>
      </w:r>
      <w:r>
        <w:t xml:space="preserve"> at</w:t>
      </w:r>
      <w:r>
        <w:t xml:space="preserve"> Thorpe</w:t>
      </w:r>
      <w:r>
        <w:t xml:space="preserve"> Abbotts</w:t>
        <w:br/>
        <w:t>最初的35个机组中</w:t>
      </w:r>
      <w:r>
        <w:t xml:space="preserve"> 已有32个失踪了</w:t>
        <w:br/>
        <w:t>until</w:t>
      </w:r>
      <w:r>
        <w:t xml:space="preserve"> 32</w:t>
      </w:r>
      <w:r>
        <w:t xml:space="preserve"> of</w:t>
      </w:r>
      <w:r>
        <w:t xml:space="preserve"> the</w:t>
      </w:r>
      <w:r>
        <w:t xml:space="preserve"> 35</w:t>
      </w:r>
      <w:r>
        <w:t xml:space="preserve"> original</w:t>
      </w:r>
      <w:r>
        <w:t xml:space="preserve"> crews</w:t>
      </w:r>
      <w:r>
        <w:t xml:space="preserve"> were</w:t>
      </w:r>
      <w:r>
        <w:t xml:space="preserve"> among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missing.</w:t>
        <w:br/>
        <w:t>我们不会谈起这些机组</w:t>
        <w:br/>
        <w:t>We</w:t>
      </w:r>
      <w:r>
        <w:t xml:space="preserve"> did</w:t>
      </w:r>
      <w:r>
        <w:t xml:space="preserve"> not</w:t>
      </w:r>
      <w:r>
        <w:t xml:space="preserve"> talk</w:t>
      </w:r>
      <w:r>
        <w:t xml:space="preserve"> about</w:t>
      </w:r>
      <w:r>
        <w:t xml:space="preserve"> such</w:t>
      </w:r>
      <w:r>
        <w:t xml:space="preserve"> crews.</w:t>
        <w:br/>
        <w:t>我们继续不停地飞任务</w:t>
        <w:br/>
        <w:t>Those</w:t>
      </w:r>
      <w:r>
        <w:t xml:space="preserve"> of</w:t>
      </w:r>
      <w:r>
        <w:t xml:space="preserve"> us</w:t>
      </w:r>
      <w:r>
        <w:t xml:space="preserve"> who</w:t>
      </w:r>
      <w:r>
        <w:t xml:space="preserve"> continued</w:t>
      </w:r>
      <w:r>
        <w:t xml:space="preserve"> to</w:t>
      </w:r>
      <w:r>
        <w:t xml:space="preserve"> fly</w:t>
      </w:r>
      <w:r>
        <w:t xml:space="preserve"> mission</w:t>
      </w:r>
      <w:r>
        <w:t xml:space="preserve"> after</w:t>
      </w:r>
      <w:r>
        <w:t xml:space="preserve"> mission</w:t>
        <w:br/>
        <w:t>不得不小心翼翼</w:t>
      </w:r>
      <w:r>
        <w:t xml:space="preserve"> 避免提及牺牲的战友</w:t>
        <w:br/>
        <w:t>had</w:t>
      </w:r>
      <w:r>
        <w:t xml:space="preserve"> to</w:t>
      </w:r>
      <w:r>
        <w:t xml:space="preserve"> tiptoe</w:t>
      </w:r>
      <w:r>
        <w:t xml:space="preserve"> around</w:t>
      </w:r>
      <w:r>
        <w:t xml:space="preserve"> their</w:t>
      </w:r>
      <w:r>
        <w:t xml:space="preserve"> ghosts.</w:t>
        <w:br/>
        <w:t>一些人的精神和情绪开始变得不稳定</w:t>
        <w:br/>
        <w:t>Some</w:t>
      </w:r>
      <w:r>
        <w:t xml:space="preserve"> of</w:t>
      </w:r>
      <w:r>
        <w:t xml:space="preserve"> the</w:t>
      </w:r>
      <w:r>
        <w:t xml:space="preserve"> men</w:t>
      </w:r>
      <w:r>
        <w:t xml:space="preserve"> were</w:t>
      </w:r>
      <w:r>
        <w:t xml:space="preserve"> coming</w:t>
      </w:r>
      <w:r>
        <w:t xml:space="preserve"> undone.</w:t>
        <w:br/>
        <w:t>他们亲眼目睹太多飞机爆&amp;hearts;炸&amp;hearts;</w:t>
      </w:r>
      <w:r>
        <w:t xml:space="preserve"> 太多战友牺牲了</w:t>
        <w:br/>
        <w:t>They'd</w:t>
      </w:r>
      <w:r>
        <w:t xml:space="preserve"> seen</w:t>
      </w:r>
      <w:r>
        <w:t xml:space="preserve"> too</w:t>
      </w:r>
      <w:r>
        <w:t xml:space="preserve"> many</w:t>
      </w:r>
      <w:r>
        <w:t xml:space="preserve"> planes</w:t>
      </w:r>
      <w:r>
        <w:t xml:space="preserve"> blow</w:t>
      </w:r>
      <w:r>
        <w:t xml:space="preserve"> up</w:t>
      </w:r>
      <w:r>
        <w:t xml:space="preserve"> in</w:t>
      </w:r>
      <w:r>
        <w:t xml:space="preserve"> front</w:t>
      </w:r>
      <w:r>
        <w:t xml:space="preserve"> of</w:t>
      </w:r>
      <w:r>
        <w:t xml:space="preserve"> them</w:t>
      </w:r>
      <w:r>
        <w:t xml:space="preserve"> and</w:t>
      </w:r>
      <w:r>
        <w:t xml:space="preserve"> too</w:t>
      </w:r>
      <w:r>
        <w:t xml:space="preserve"> many</w:t>
      </w:r>
      <w:r>
        <w:t xml:space="preserve"> friends</w:t>
      </w:r>
      <w:r>
        <w:t xml:space="preserve"> killed.</w:t>
        <w:br/>
        <w:t>有些人酗酒</w:t>
      </w:r>
      <w:r>
        <w:t xml:space="preserve"> 有些人打架</w:t>
      </w:r>
      <w:r>
        <w:t xml:space="preserve"> 有些人风流成性</w:t>
        <w:br/>
        <w:t>Some</w:t>
      </w:r>
      <w:r>
        <w:t xml:space="preserve"> people</w:t>
      </w:r>
      <w:r>
        <w:t xml:space="preserve"> drank.</w:t>
      </w:r>
      <w:r>
        <w:t xml:space="preserve"> Some</w:t>
      </w:r>
      <w:r>
        <w:t xml:space="preserve"> people</w:t>
      </w:r>
      <w:r>
        <w:t xml:space="preserve"> fought.</w:t>
      </w:r>
      <w:r>
        <w:t xml:space="preserve"> Some</w:t>
      </w:r>
      <w:r>
        <w:t xml:space="preserve"> people</w:t>
      </w:r>
      <w:r>
        <w:t xml:space="preserve"> slept</w:t>
      </w:r>
      <w:r>
        <w:t xml:space="preserve"> around.</w:t>
        <w:br/>
        <w:t>人们会抓住一切暂时忘记伤痛的机会</w:t>
        <w:br/>
        <w:t>If</w:t>
      </w:r>
      <w:r>
        <w:t xml:space="preserve"> you</w:t>
      </w:r>
      <w:r>
        <w:t xml:space="preserve"> got</w:t>
      </w:r>
      <w:r>
        <w:t xml:space="preserve"> a</w:t>
      </w:r>
      <w:r>
        <w:t xml:space="preserve"> chance</w:t>
      </w:r>
      <w:r>
        <w:t xml:space="preserve"> to</w:t>
      </w:r>
      <w:r>
        <w:t xml:space="preserve"> forget,</w:t>
      </w:r>
      <w:r>
        <w:t xml:space="preserve"> you</w:t>
      </w:r>
      <w:r>
        <w:t xml:space="preserve"> took</w:t>
      </w:r>
      <w:r>
        <w:t xml:space="preserve"> it.</w:t>
        <w:br/>
        <w:t>至于我呢</w:t>
      </w:r>
      <w:r>
        <w:t xml:space="preserve"> 我正前往牛津大学</w:t>
        <w:br/>
        <w:t>Me?</w:t>
      </w:r>
      <w:r>
        <w:t xml:space="preserve"> I</w:t>
      </w:r>
      <w:r>
        <w:t xml:space="preserve"> was</w:t>
      </w:r>
      <w:r>
        <w:t xml:space="preserve"> heading</w:t>
      </w:r>
      <w:r>
        <w:t xml:space="preserve"> to</w:t>
      </w:r>
      <w:r>
        <w:t xml:space="preserve"> Oxford</w:t>
      </w:r>
      <w:r>
        <w:t xml:space="preserve"> University.</w:t>
        <w:br/>
        <w:t>泡泡的死对我打击很大</w:t>
        <w:br/>
        <w:t>Bubbles's</w:t>
      </w:r>
      <w:r>
        <w:t xml:space="preserve"> death</w:t>
      </w:r>
      <w:r>
        <w:t xml:space="preserve"> hit</w:t>
      </w:r>
      <w:r>
        <w:t xml:space="preserve"> me</w:t>
      </w:r>
      <w:r>
        <w:t xml:space="preserve"> pretty</w:t>
      </w:r>
      <w:r>
        <w:t xml:space="preserve"> hard,</w:t>
        <w:br/>
        <w:t>哈丁上校觉得让我代表100轰炸大队</w:t>
        <w:br/>
        <w:t>and</w:t>
      </w:r>
      <w:r>
        <w:t xml:space="preserve"> Colonel</w:t>
      </w:r>
      <w:r>
        <w:t xml:space="preserve"> Harding</w:t>
      </w:r>
      <w:r>
        <w:t xml:space="preserve"> thought</w:t>
      </w:r>
      <w:r>
        <w:t xml:space="preserve"> it</w:t>
      </w:r>
      <w:r>
        <w:t xml:space="preserve"> would</w:t>
      </w:r>
      <w:r>
        <w:t xml:space="preserve"> be</w:t>
      </w:r>
      <w:r>
        <w:t xml:space="preserve"> good</w:t>
      </w:r>
      <w:r>
        <w:t xml:space="preserve"> for</w:t>
      </w:r>
      <w:r>
        <w:t xml:space="preserve"> me</w:t>
      </w:r>
      <w:r>
        <w:t xml:space="preserve"> to</w:t>
      </w:r>
      <w:r>
        <w:t xml:space="preserve"> represent</w:t>
      </w:r>
      <w:r>
        <w:t xml:space="preserve"> the</w:t>
      </w:r>
      <w:r>
        <w:t xml:space="preserve"> 100th</w:t>
        <w:br/>
        <w:t>出席同盟国会议对我有好处</w:t>
        <w:br/>
        <w:t>at</w:t>
      </w:r>
      <w:r>
        <w:t xml:space="preserve"> a</w:t>
      </w:r>
      <w:r>
        <w:t xml:space="preserve"> conference</w:t>
      </w:r>
      <w:r>
        <w:t xml:space="preserve"> between</w:t>
      </w:r>
      <w:r>
        <w:t xml:space="preserve"> the</w:t>
      </w:r>
      <w:r>
        <w:t xml:space="preserve"> Allied</w:t>
      </w:r>
      <w:r>
        <w:t xml:space="preserve"> nations.</w:t>
        <w:br/>
        <w:t>于是他给我报了名</w:t>
      </w:r>
      <w:r>
        <w:t xml:space="preserve"> 我也很乐意前去参加</w:t>
        <w:br/>
        <w:t>So</w:t>
      </w:r>
      <w:r>
        <w:t xml:space="preserve"> he</w:t>
      </w:r>
      <w:r>
        <w:t xml:space="preserve"> signed</w:t>
      </w:r>
      <w:r>
        <w:t xml:space="preserve"> me</w:t>
      </w:r>
      <w:r>
        <w:t xml:space="preserve"> up,</w:t>
      </w:r>
      <w:r>
        <w:t xml:space="preserve"> and</w:t>
      </w:r>
      <w:r>
        <w:t xml:space="preserve"> I</w:t>
      </w:r>
      <w:r>
        <w:t xml:space="preserve"> was</w:t>
      </w:r>
      <w:r>
        <w:t xml:space="preserve"> happy</w:t>
      </w:r>
      <w:r>
        <w:t xml:space="preserve"> to</w:t>
      </w:r>
      <w:r>
        <w:t xml:space="preserve"> go.</w:t>
        <w:br/>
        <w:t>(牛津大学</w:t>
      </w:r>
      <w:r>
        <w:t xml:space="preserve"> 贝利奥尔学院)</w:t>
        <w:br/>
        <w:t>上尉</w:t>
      </w:r>
      <w:r>
        <w:t xml:space="preserve"> 你来过牛津吗</w:t>
      </w:r>
      <w:r>
        <w:t xml:space="preserve"> </w:t>
      </w:r>
      <w:r>
        <w:t xml:space="preserve"> -</w:t>
      </w:r>
      <w:r>
        <w:t xml:space="preserve"> 没有</w:t>
      </w:r>
      <w:r>
        <w:t xml:space="preserve"> 但我很高兴能来</w:t>
        <w:br/>
        <w:t>Have</w:t>
      </w:r>
      <w:r>
        <w:t xml:space="preserve"> you</w:t>
      </w:r>
      <w:r>
        <w:t xml:space="preserve"> ever</w:t>
      </w:r>
      <w:r>
        <w:t xml:space="preserve"> been</w:t>
      </w:r>
      <w:r>
        <w:t xml:space="preserve"> to</w:t>
      </w:r>
      <w:r>
        <w:t xml:space="preserve"> Oxford,</w:t>
      </w:r>
      <w:r>
        <w:t xml:space="preserve"> Captain?</w:t>
      </w:r>
      <w:r>
        <w:t xml:space="preserve"> -</w:t>
      </w:r>
      <w:r>
        <w:t xml:space="preserve"> No.</w:t>
      </w:r>
      <w:r>
        <w:t xml:space="preserve"> But</w:t>
      </w:r>
      <w:r>
        <w:t xml:space="preserve"> I'm</w:t>
      </w:r>
      <w:r>
        <w:t xml:space="preserve"> excited</w:t>
      </w:r>
      <w:r>
        <w:t xml:space="preserve"> to</w:t>
      </w:r>
      <w:r>
        <w:t xml:space="preserve"> be</w:t>
      </w:r>
      <w:r>
        <w:t xml:space="preserve"> here.</w:t>
        <w:br/>
        <w:t>你这次可能没时间好好参观</w:t>
        <w:br/>
        <w:t>Well,</w:t>
      </w:r>
      <w:r>
        <w:t xml:space="preserve"> you</w:t>
      </w:r>
      <w:r>
        <w:t xml:space="preserve"> may</w:t>
      </w:r>
      <w:r>
        <w:t xml:space="preserve"> not</w:t>
      </w:r>
      <w:r>
        <w:t xml:space="preserve"> have</w:t>
      </w:r>
      <w:r>
        <w:t xml:space="preserve"> the</w:t>
      </w:r>
      <w:r>
        <w:t xml:space="preserve"> time</w:t>
      </w:r>
      <w:r>
        <w:t xml:space="preserve"> to</w:t>
      </w:r>
      <w:r>
        <w:t xml:space="preserve"> see</w:t>
      </w:r>
      <w:r>
        <w:t xml:space="preserve"> much</w:t>
      </w:r>
      <w:r>
        <w:t xml:space="preserve"> of</w:t>
      </w:r>
      <w:r>
        <w:t xml:space="preserve"> it</w:t>
      </w:r>
      <w:r>
        <w:t xml:space="preserve"> on</w:t>
      </w:r>
      <w:r>
        <w:t xml:space="preserve"> this</w:t>
      </w:r>
      <w:r>
        <w:t xml:space="preserve"> trip.</w:t>
        <w:br/>
        <w:t>他们安排了很多讲座和社交活动</w:t>
        <w:br/>
        <w:t>Between</w:t>
      </w:r>
      <w:r>
        <w:t xml:space="preserve"> the</w:t>
      </w:r>
      <w:r>
        <w:t xml:space="preserve"> lectures</w:t>
      </w:r>
      <w:r>
        <w:t xml:space="preserve"> and</w:t>
      </w:r>
      <w:r>
        <w:t xml:space="preserve"> the</w:t>
      </w:r>
      <w:r>
        <w:t xml:space="preserve"> social</w:t>
      </w:r>
      <w:r>
        <w:t xml:space="preserve"> events</w:t>
      </w:r>
      <w:r>
        <w:t xml:space="preserve"> planned,</w:t>
        <w:br/>
        <w:t>你很可能连走出校园的时间都没有</w:t>
        <w:br/>
        <w:t>it's</w:t>
      </w:r>
      <w:r>
        <w:t xml:space="preserve"> very</w:t>
      </w:r>
      <w:r>
        <w:t xml:space="preserve"> unlikely</w:t>
      </w:r>
      <w:r>
        <w:t xml:space="preserve"> you'll</w:t>
      </w:r>
      <w:r>
        <w:t xml:space="preserve"> have</w:t>
      </w:r>
      <w:r>
        <w:t xml:space="preserve"> a</w:t>
      </w:r>
      <w:r>
        <w:t xml:space="preserve"> moment</w:t>
      </w:r>
      <w:r>
        <w:t xml:space="preserve"> to</w:t>
      </w:r>
      <w:r>
        <w:t xml:space="preserve"> step</w:t>
      </w:r>
      <w:r>
        <w:t xml:space="preserve"> off</w:t>
      </w:r>
      <w:r>
        <w:t xml:space="preserve"> campus.</w:t>
        <w:br/>
        <w:t>穿过这里就到了</w:t>
        <w:br/>
        <w:t>We're</w:t>
      </w:r>
      <w:r>
        <w:t xml:space="preserve"> just</w:t>
      </w:r>
      <w:r>
        <w:t xml:space="preserve"> through</w:t>
      </w:r>
      <w:r>
        <w:t xml:space="preserve"> here.</w:t>
        <w:br/>
        <w:t>几乎所有同盟国和地区都会派代表参加</w:t>
        <w:br/>
        <w:t>There'll</w:t>
      </w:r>
      <w:r>
        <w:t xml:space="preserve"> be</w:t>
      </w:r>
      <w:r>
        <w:t xml:space="preserve"> representatives</w:t>
      </w:r>
      <w:r>
        <w:t xml:space="preserve"> from</w:t>
      </w:r>
      <w:r>
        <w:t xml:space="preserve"> nearly</w:t>
      </w:r>
      <w:r>
        <w:t xml:space="preserve"> all</w:t>
      </w:r>
      <w:r>
        <w:t xml:space="preserve"> the</w:t>
      </w:r>
      <w:r>
        <w:t xml:space="preserve"> Allied</w:t>
      </w:r>
      <w:r>
        <w:t xml:space="preserve"> countries</w:t>
      </w:r>
      <w:r>
        <w:t xml:space="preserve"> and</w:t>
      </w:r>
      <w:r>
        <w:t xml:space="preserve"> territories.</w:t>
        <w:br/>
        <w:t>你肯定会遇到一些有意思的人</w:t>
        <w:br/>
        <w:t>You're</w:t>
      </w:r>
      <w:r>
        <w:t xml:space="preserve"> sure</w:t>
      </w:r>
      <w:r>
        <w:t xml:space="preserve"> to</w:t>
      </w:r>
      <w:r>
        <w:t xml:space="preserve"> meet</w:t>
      </w:r>
      <w:r>
        <w:t xml:space="preserve"> some</w:t>
      </w:r>
      <w:r>
        <w:t xml:space="preserve"> fascinating</w:t>
      </w:r>
      <w:r>
        <w:t xml:space="preserve"> people.</w:t>
        <w:br/>
        <w:t>这是两天前寄到的</w:t>
      </w:r>
      <w:r>
        <w:t xml:space="preserve"> 希望不是急事</w:t>
        <w:br/>
        <w:t>It</w:t>
      </w:r>
      <w:r>
        <w:t xml:space="preserve"> arrived</w:t>
      </w:r>
      <w:r>
        <w:t xml:space="preserve"> for</w:t>
      </w:r>
      <w:r>
        <w:t xml:space="preserve"> you</w:t>
      </w:r>
      <w:r>
        <w:t xml:space="preserve"> two</w:t>
      </w:r>
      <w:r>
        <w:t xml:space="preserve"> days</w:t>
      </w:r>
      <w:r>
        <w:t xml:space="preserve"> ago.</w:t>
      </w:r>
      <w:r>
        <w:t xml:space="preserve"> I</w:t>
      </w:r>
      <w:r>
        <w:t xml:space="preserve"> hope</w:t>
      </w:r>
      <w:r>
        <w:t xml:space="preserve"> it's</w:t>
      </w:r>
      <w:r>
        <w:t xml:space="preserve"> nothing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urgent.</w:t>
        <w:br/>
        <w:t>是我老婆</w:t>
        <w:br/>
        <w:t>My</w:t>
      </w:r>
      <w:r>
        <w:t xml:space="preserve"> wife.</w:t>
        <w:br/>
        <w:t>她一星期不写信都忍&amp;hearts;不了</w:t>
        <w:br/>
        <w:t>She</w:t>
      </w:r>
      <w:r>
        <w:t xml:space="preserve"> couldn't</w:t>
      </w:r>
      <w:r>
        <w:t xml:space="preserve"> stand</w:t>
      </w:r>
      <w:r>
        <w:t xml:space="preserve"> the</w:t>
      </w:r>
      <w:r>
        <w:t xml:space="preserve"> idea</w:t>
      </w:r>
      <w:r>
        <w:t xml:space="preserve"> of</w:t>
      </w:r>
      <w:r>
        <w:t xml:space="preserve"> a</w:t>
      </w:r>
      <w:r>
        <w:t xml:space="preserve"> week</w:t>
      </w:r>
      <w:r>
        <w:t xml:space="preserve"> going</w:t>
      </w:r>
      <w:r>
        <w:t xml:space="preserve"> by</w:t>
      </w:r>
      <w:r>
        <w:t xml:space="preserve"> without</w:t>
      </w:r>
      <w:r>
        <w:t xml:space="preserve"> sending</w:t>
      </w:r>
      <w:r>
        <w:t xml:space="preserve"> a</w:t>
      </w:r>
      <w:r>
        <w:t xml:space="preserve"> letter.</w:t>
        <w:br/>
        <w:t>真贴心</w:t>
        <w:br/>
        <w:t>How</w:t>
      </w:r>
      <w:r>
        <w:t xml:space="preserve"> thoughtful.</w:t>
        <w:br/>
        <w:t>“尉官”</w:t>
      </w:r>
      <w:r>
        <w:t xml:space="preserve"> A.M.韦斯盖特到了吗</w:t>
      </w:r>
      <w:r>
        <w:t xml:space="preserve"> </w:t>
      </w:r>
      <w:r>
        <w:t xml:space="preserve"> 我的室友</w:t>
        <w:br/>
        <w:t>Has</w:t>
      </w:r>
      <w:r>
        <w:t xml:space="preserve"> "sub-altern"</w:t>
      </w:r>
      <w:r>
        <w:t xml:space="preserve"> A.M.</w:t>
      </w:r>
      <w:r>
        <w:t xml:space="preserve"> Wesgate</w:t>
      </w:r>
      <w:r>
        <w:t xml:space="preserve"> arrived</w:t>
      </w:r>
      <w:r>
        <w:t xml:space="preserve"> yet?</w:t>
      </w:r>
      <w:r>
        <w:t xml:space="preserve"> My</w:t>
      </w:r>
      <w:r>
        <w:t xml:space="preserve"> roommate?</w:t>
        <w:br/>
        <w:t>我相信要明天才到</w:t>
      </w:r>
      <w:r>
        <w:t xml:space="preserve"> 我们叫他们“中尉”</w:t>
        <w:br/>
        <w:t>Not</w:t>
      </w:r>
      <w:r>
        <w:t xml:space="preserve"> until</w:t>
      </w:r>
      <w:r>
        <w:t xml:space="preserve"> tomorrow,</w:t>
      </w:r>
      <w:r>
        <w:t xml:space="preserve"> I</w:t>
      </w:r>
      <w:r>
        <w:t xml:space="preserve"> believe.</w:t>
      </w:r>
      <w:r>
        <w:t xml:space="preserve"> And</w:t>
      </w:r>
      <w:r>
        <w:t xml:space="preserve"> we</w:t>
      </w:r>
      <w:r>
        <w:t xml:space="preserve"> call</w:t>
      </w:r>
      <w:r>
        <w:t xml:space="preserve"> them</w:t>
      </w:r>
      <w:r>
        <w:t xml:space="preserve"> "subalterns."</w:t>
        <w:br/>
        <w:t>“中尉”</w:t>
      </w:r>
      <w:r>
        <w:t xml:space="preserve"> -</w:t>
      </w:r>
      <w:r>
        <w:t xml:space="preserve"> 中尉</w:t>
        <w:br/>
        <w:t>"Subbleturn."</w:t>
      </w:r>
      <w:r>
        <w:t xml:space="preserve"> -</w:t>
      </w:r>
      <w:r>
        <w:t xml:space="preserve"> Subalterns.</w:t>
        <w:br/>
        <w:t>好</w:t>
      </w:r>
      <w:r>
        <w:t xml:space="preserve"> 詹姆斯</w:t>
      </w:r>
      <w:r>
        <w:t xml:space="preserve"> 谢谢你带我参观</w:t>
        <w:br/>
        <w:t>Right.</w:t>
      </w:r>
      <w:r>
        <w:t xml:space="preserve"> Well,</w:t>
      </w:r>
      <w:r>
        <w:t xml:space="preserve"> James,</w:t>
      </w:r>
      <w:r>
        <w:t xml:space="preserve"> thank</w:t>
      </w:r>
      <w:r>
        <w:t xml:space="preserve"> you</w:t>
      </w:r>
      <w:r>
        <w:t xml:space="preserve"> for</w:t>
      </w:r>
      <w:r>
        <w:t xml:space="preserve"> the</w:t>
      </w:r>
      <w:r>
        <w:t xml:space="preserve"> tour.</w:t>
        <w:br/>
        <w:t>不客气</w:t>
      </w:r>
      <w:r>
        <w:t xml:space="preserve"> 祝你晚安</w:t>
      </w:r>
      <w:r>
        <w:t xml:space="preserve"> 长官</w:t>
      </w:r>
      <w:r>
        <w:t xml:space="preserve"> 开会愉快</w:t>
        <w:br/>
        <w:t>Of</w:t>
      </w:r>
      <w:r>
        <w:t xml:space="preserve"> course.</w:t>
      </w:r>
      <w:r>
        <w:t xml:space="preserve"> Have</w:t>
      </w:r>
      <w:r>
        <w:t xml:space="preserve"> a</w:t>
      </w:r>
      <w:r>
        <w:t xml:space="preserve"> good</w:t>
      </w:r>
      <w:r>
        <w:t xml:space="preserve"> night,</w:t>
      </w:r>
      <w:r>
        <w:t xml:space="preserve"> sir.</w:t>
      </w:r>
      <w:r>
        <w:t xml:space="preserve"> Enjoy</w:t>
      </w:r>
      <w:r>
        <w:t xml:space="preserve"> the</w:t>
      </w:r>
      <w:r>
        <w:t xml:space="preserve"> conference.</w:t>
        <w:br/>
        <w:t>“中尉”</w:t>
        <w:br/>
        <w:t>"Subaltern."</w:t>
        <w:br/>
        <w:t>“中尉”</w:t>
        <w:br/>
        <w:t>"Subalterns."</w:t>
        <w:br/>
        <w:t>(附言:替我向泡泡问好)</w:t>
        <w:br/>
        <w:t>(欢迎来到库姆贝之家)</w:t>
        <w:br/>
        <w:t>明斯特仅仅是罗西的第三个任务</w:t>
        <w:br/>
        <w:t>Münster</w:t>
      </w:r>
      <w:r>
        <w:t xml:space="preserve"> was</w:t>
      </w:r>
      <w:r>
        <w:t xml:space="preserve"> only</w:t>
      </w:r>
      <w:r>
        <w:t xml:space="preserve"> Rosie's</w:t>
      </w:r>
      <w:r>
        <w:t xml:space="preserve"> third</w:t>
      </w:r>
      <w:r>
        <w:t xml:space="preserve"> mission,</w:t>
        <w:br/>
        <w:t>但战况过于惨烈</w:t>
      </w:r>
      <w:r>
        <w:t xml:space="preserve"> 以至于哈丁上校</w:t>
        <w:br/>
        <w:t>but</w:t>
      </w:r>
      <w:r>
        <w:t xml:space="preserve"> it</w:t>
      </w:r>
      <w:r>
        <w:t xml:space="preserve"> was</w:t>
      </w:r>
      <w:r>
        <w:t xml:space="preserve"> so</w:t>
      </w:r>
      <w:r>
        <w:t xml:space="preserve"> horrific</w:t>
      </w:r>
      <w:r>
        <w:t xml:space="preserve"> that</w:t>
      </w:r>
      <w:r>
        <w:t xml:space="preserve"> Colonel</w:t>
      </w:r>
      <w:r>
        <w:t xml:space="preserve"> Harding</w:t>
        <w:br/>
        <w:t>命令罗森塔尔尉官及其机组</w:t>
        <w:br/>
        <w:t>ordered</w:t>
      </w:r>
      <w:r>
        <w:t xml:space="preserve"> Lieutenant</w:t>
      </w:r>
      <w:r>
        <w:t xml:space="preserve"> Rosenthal</w:t>
      </w:r>
      <w:r>
        <w:t xml:space="preserve"> and</w:t>
      </w:r>
      <w:r>
        <w:t xml:space="preserve"> his</w:t>
      </w:r>
      <w:r>
        <w:t xml:space="preserve"> crew</w:t>
        <w:br/>
        <w:t>去我们称为“疗养院”的地方修整</w:t>
        <w:br/>
        <w:t>to</w:t>
      </w:r>
      <w:r>
        <w:t xml:space="preserve"> spend</w:t>
      </w:r>
      <w:r>
        <w:t xml:space="preserve"> a</w:t>
      </w:r>
      <w:r>
        <w:t xml:space="preserve"> week</w:t>
      </w:r>
      <w:r>
        <w:t xml:space="preserve"> of</w:t>
      </w:r>
      <w:r>
        <w:t xml:space="preserve"> R</w:t>
      </w:r>
      <w:r>
        <w:t xml:space="preserve"> &amp;</w:t>
      </w:r>
      <w:r>
        <w:t xml:space="preserve"> R</w:t>
      </w:r>
      <w:r>
        <w:t xml:space="preserve"> at</w:t>
      </w:r>
      <w:r>
        <w:t xml:space="preserve"> a</w:t>
      </w:r>
      <w:r>
        <w:t xml:space="preserve"> place</w:t>
      </w:r>
      <w:r>
        <w:t xml:space="preserve"> we</w:t>
      </w:r>
      <w:r>
        <w:t xml:space="preserve"> called</w:t>
      </w:r>
      <w:r>
        <w:t xml:space="preserve"> the</w:t>
      </w:r>
      <w:r>
        <w:t xml:space="preserve"> flak</w:t>
      </w:r>
      <w:r>
        <w:t xml:space="preserve"> house.</w:t>
        <w:br/>
        <w:t>这里有马</w:t>
        <w:br/>
        <w:t>They</w:t>
      </w:r>
      <w:r>
        <w:t xml:space="preserve"> got</w:t>
      </w:r>
      <w:r>
        <w:t xml:space="preserve"> horses.</w:t>
        <w:br/>
        <w:t>罗西</w:t>
      </w:r>
      <w:r>
        <w:t xml:space="preserve"> 你会骑马吗</w:t>
        <w:br/>
        <w:t>You</w:t>
      </w:r>
      <w:r>
        <w:t xml:space="preserve"> ride</w:t>
      </w:r>
      <w:r>
        <w:t xml:space="preserve"> horses,</w:t>
      </w:r>
      <w:r>
        <w:t xml:space="preserve"> Rosie?</w:t>
        <w:br/>
        <w:t>来自布鲁克林的犹太人不骑马</w:t>
        <w:br/>
        <w:t>Jews</w:t>
      </w:r>
      <w:r>
        <w:t xml:space="preserve"> from</w:t>
      </w:r>
      <w:r>
        <w:t xml:space="preserve"> Brooklyn</w:t>
      </w:r>
      <w:r>
        <w:t xml:space="preserve"> don't</w:t>
      </w:r>
      <w:r>
        <w:t xml:space="preserve"> ride</w:t>
      </w:r>
      <w:r>
        <w:t xml:space="preserve"> horses.</w:t>
        <w:br/>
        <w:t>天啊</w:t>
        <w:br/>
        <w:t>Wow.</w:t>
        <w:br/>
        <w:t>早</w:t>
      </w:r>
      <w:r>
        <w:t xml:space="preserve"> 你们好</w:t>
      </w:r>
      <w:r>
        <w:t xml:space="preserve"> -</w:t>
      </w:r>
      <w:r>
        <w:t xml:space="preserve"> 女士们</w:t>
      </w:r>
      <w:r>
        <w:t xml:space="preserve"> 夫人</w:t>
        <w:br/>
        <w:t>Morning.</w:t>
      </w:r>
      <w:r>
        <w:t xml:space="preserve"> Hello.</w:t>
      </w:r>
      <w:r>
        <w:t xml:space="preserve"> -</w:t>
      </w:r>
      <w:r>
        <w:t xml:space="preserve"> Ladies.</w:t>
      </w:r>
      <w:r>
        <w:t xml:space="preserve"> Ma'am.</w:t>
        <w:br/>
        <w:t>你们好</w:t>
      </w:r>
      <w:r>
        <w:t xml:space="preserve"> -</w:t>
      </w:r>
      <w:r>
        <w:t xml:space="preserve"> 小心</w:t>
      </w:r>
      <w:r>
        <w:t xml:space="preserve"> 救兵来了</w:t>
        <w:br/>
        <w:t>Hello.</w:t>
      </w:r>
      <w:r>
        <w:t xml:space="preserve"> -</w:t>
      </w:r>
      <w:r>
        <w:t xml:space="preserve"> Look</w:t>
      </w:r>
      <w:r>
        <w:t xml:space="preserve"> out.</w:t>
      </w:r>
      <w:r>
        <w:t xml:space="preserve"> Here</w:t>
      </w:r>
      <w:r>
        <w:t xml:space="preserve"> comes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cavalry.</w:t>
        <w:br/>
        <w:t>欢迎来到库姆贝之家</w:t>
        <w:br/>
        <w:t>Welcome</w:t>
      </w:r>
      <w:r>
        <w:t xml:space="preserve"> to</w:t>
      </w:r>
      <w:r>
        <w:t xml:space="preserve"> Coombe</w:t>
      </w:r>
      <w:r>
        <w:t xml:space="preserve"> House.</w:t>
        <w:br/>
        <w:t>我们这有各种体育项目和娱乐活动</w:t>
      </w:r>
      <w:r>
        <w:t xml:space="preserve"> 应有尽有</w:t>
        <w:br/>
        <w:t>We</w:t>
      </w:r>
      <w:r>
        <w:t xml:space="preserve"> have</w:t>
      </w:r>
      <w:r>
        <w:t xml:space="preserve"> all</w:t>
      </w:r>
      <w:r>
        <w:t xml:space="preserve"> the</w:t>
      </w:r>
      <w:r>
        <w:t xml:space="preserve"> sports</w:t>
      </w:r>
      <w:r>
        <w:t xml:space="preserve"> and</w:t>
      </w:r>
      <w:r>
        <w:t xml:space="preserve"> activities</w:t>
      </w:r>
      <w:r>
        <w:t xml:space="preserve"> you</w:t>
      </w:r>
      <w:r>
        <w:t xml:space="preserve"> could</w:t>
      </w:r>
      <w:r>
        <w:t xml:space="preserve"> ask</w:t>
      </w:r>
      <w:r>
        <w:t xml:space="preserve"> for,</w:t>
      </w:r>
      <w:r>
        <w:t xml:space="preserve"> all</w:t>
      </w:r>
      <w:r>
        <w:t xml:space="preserve"> right</w:t>
      </w:r>
      <w:r>
        <w:t xml:space="preserve"> here.</w:t>
        <w:br/>
        <w:t>有网球</w:t>
      </w:r>
      <w:r>
        <w:t xml:space="preserve"> 脚踏车</w:t>
      </w:r>
      <w:r>
        <w:t xml:space="preserve"> 排球</w:t>
      </w:r>
      <w:r>
        <w:t xml:space="preserve"> 槌球</w:t>
      </w:r>
      <w:r>
        <w:t xml:space="preserve"> 带猎狗骑马</w:t>
        <w:br/>
        <w:t>There's</w:t>
      </w:r>
      <w:r>
        <w:t xml:space="preserve"> tennis,</w:t>
      </w:r>
      <w:r>
        <w:t xml:space="preserve"> bicycles,</w:t>
      </w:r>
      <w:r>
        <w:t xml:space="preserve"> volleyball,</w:t>
      </w:r>
      <w:r>
        <w:t xml:space="preserve"> croquet,</w:t>
      </w:r>
      <w:r>
        <w:t xml:space="preserve"> riding</w:t>
      </w:r>
      <w:r>
        <w:t xml:space="preserve"> with</w:t>
      </w:r>
      <w:r>
        <w:t xml:space="preserve"> hounds.</w:t>
        <w:br/>
        <w:t>如果下雨的话</w:t>
      </w:r>
      <w:r>
        <w:t xml:space="preserve"> 毕竟是英格兰嘛</w:t>
        <w:br/>
        <w:t>And</w:t>
      </w:r>
      <w:r>
        <w:t xml:space="preserve"> if</w:t>
      </w:r>
      <w:r>
        <w:t xml:space="preserve"> it</w:t>
      </w:r>
      <w:r>
        <w:t xml:space="preserve"> rains,</w:t>
      </w:r>
      <w:r>
        <w:t xml:space="preserve"> because</w:t>
      </w:r>
      <w:r>
        <w:t xml:space="preserve"> this</w:t>
      </w:r>
      <w:r>
        <w:t xml:space="preserve"> is</w:t>
      </w:r>
      <w:r>
        <w:t xml:space="preserve"> England,</w:t>
        <w:br/>
        <w:t>舞厅里有台球</w:t>
      </w:r>
      <w:r>
        <w:t xml:space="preserve"> 扑克牌</w:t>
      </w:r>
      <w:r>
        <w:t xml:space="preserve"> 国际象棋和羽毛球</w:t>
        <w:br/>
        <w:t>there's</w:t>
      </w:r>
      <w:r>
        <w:t xml:space="preserve"> billiards,</w:t>
      </w:r>
      <w:r>
        <w:t xml:space="preserve"> cards,</w:t>
      </w:r>
      <w:r>
        <w:t xml:space="preserve"> chess,</w:t>
      </w:r>
      <w:r>
        <w:t xml:space="preserve"> and</w:t>
      </w:r>
      <w:r>
        <w:t xml:space="preserve"> badminton</w:t>
      </w:r>
      <w:r>
        <w:t xml:space="preserve"> in</w:t>
      </w:r>
      <w:r>
        <w:t xml:space="preserve"> the</w:t>
      </w:r>
      <w:r>
        <w:t xml:space="preserve"> ballroom.</w:t>
        <w:br/>
        <w:t>在这里</w:t>
      </w:r>
      <w:r>
        <w:t xml:space="preserve"> 最重要的是放松身心</w:t>
        <w:br/>
        <w:t>Relaxation</w:t>
      </w:r>
      <w:r>
        <w:t xml:space="preserve"> is</w:t>
      </w:r>
      <w:r>
        <w:t xml:space="preserve"> the</w:t>
      </w:r>
      <w:r>
        <w:t xml:space="preserve"> order</w:t>
      </w:r>
      <w:r>
        <w:t xml:space="preserve"> of</w:t>
      </w:r>
      <w:r>
        <w:t xml:space="preserve"> the</w:t>
      </w:r>
      <w:r>
        <w:t xml:space="preserve"> day</w:t>
      </w:r>
      <w:r>
        <w:t xml:space="preserve"> here.</w:t>
        <w:br/>
        <w:t>迈克尔</w:t>
      </w:r>
      <w:r>
        <w:t xml:space="preserve"> 能带先生们去各自的房&amp;hearts;间吗</w:t>
        <w:br/>
        <w:t>Michael,</w:t>
      </w:r>
      <w:r>
        <w:t xml:space="preserve"> can</w:t>
      </w:r>
      <w:r>
        <w:t xml:space="preserve"> you</w:t>
      </w:r>
      <w:r>
        <w:t xml:space="preserve"> show</w:t>
      </w:r>
      <w:r>
        <w:t xml:space="preserve"> these</w:t>
      </w:r>
      <w:r>
        <w:t xml:space="preserve"> men</w:t>
      </w:r>
      <w:r>
        <w:t xml:space="preserve"> to</w:t>
      </w:r>
      <w:r>
        <w:t xml:space="preserve"> their</w:t>
      </w:r>
      <w:r>
        <w:t xml:space="preserve"> rooms?</w:t>
        <w:br/>
        <w:t>当然</w:t>
      </w:r>
      <w:r>
        <w:t xml:space="preserve"> 女士</w:t>
        <w:br/>
        <w:t>Of</w:t>
      </w:r>
      <w:r>
        <w:t xml:space="preserve"> course,</w:t>
      </w:r>
      <w:r>
        <w:t xml:space="preserve"> ma'am.</w:t>
        <w:br/>
        <w:t>这边请</w:t>
      </w:r>
      <w:r>
        <w:t xml:space="preserve"> 先生们</w:t>
        <w:br/>
        <w:t>Right</w:t>
      </w:r>
      <w:r>
        <w:t xml:space="preserve"> this</w:t>
      </w:r>
      <w:r>
        <w:t xml:space="preserve"> way,</w:t>
      </w:r>
      <w:r>
        <w:t xml:space="preserve"> gentlemen.</w:t>
        <w:br/>
        <w:t>弗朗茜</w:t>
        <w:br/>
        <w:t>Francy?</w:t>
        <w:br/>
        <w:t>我得在这里待多久</w:t>
        <w:br/>
        <w:t>How</w:t>
      </w:r>
      <w:r>
        <w:t xml:space="preserve"> long</w:t>
      </w:r>
      <w:r>
        <w:t xml:space="preserve"> do</w:t>
      </w:r>
      <w:r>
        <w:t xml:space="preserve"> I</w:t>
      </w:r>
      <w:r>
        <w:t xml:space="preserve"> have</w:t>
      </w:r>
      <w:r>
        <w:t xml:space="preserve"> to</w:t>
      </w:r>
      <w:r>
        <w:t xml:space="preserve"> be</w:t>
      </w:r>
      <w:r>
        <w:t xml:space="preserve"> here?</w:t>
        <w:br/>
        <w:t>恐怕这不归我管</w:t>
      </w:r>
      <w:r>
        <w:t xml:space="preserve"> 罗伯特</w:t>
        <w:br/>
        <w:t>I'm</w:t>
      </w:r>
      <w:r>
        <w:t xml:space="preserve"> afraid</w:t>
      </w:r>
      <w:r>
        <w:t xml:space="preserve"> that's</w:t>
      </w:r>
      <w:r>
        <w:t xml:space="preserve"> not</w:t>
      </w:r>
      <w:r>
        <w:t xml:space="preserve"> my</w:t>
      </w:r>
      <w:r>
        <w:t xml:space="preserve"> department,</w:t>
      </w:r>
      <w:r>
        <w:t xml:space="preserve"> Robert.</w:t>
        <w:br/>
        <w:t>真的</w:t>
      </w:r>
      <w:r>
        <w:t xml:space="preserve"> 这事得派你来这里的指挥官说了算</w:t>
        <w:br/>
        <w:t>Really,</w:t>
      </w:r>
      <w:r>
        <w:t xml:space="preserve"> it</w:t>
      </w:r>
      <w:r>
        <w:t xml:space="preserve"> was</w:t>
      </w:r>
      <w:r>
        <w:t xml:space="preserve"> up</w:t>
      </w:r>
      <w:r>
        <w:t xml:space="preserve"> to</w:t>
      </w:r>
      <w:r>
        <w:t xml:space="preserve"> your</w:t>
      </w:r>
      <w:r>
        <w:t xml:space="preserve"> CO</w:t>
      </w:r>
      <w:r>
        <w:t xml:space="preserve"> when</w:t>
      </w:r>
      <w:r>
        <w:t xml:space="preserve"> he</w:t>
      </w:r>
      <w:r>
        <w:t xml:space="preserve"> sent</w:t>
      </w:r>
      <w:r>
        <w:t xml:space="preserve"> you</w:t>
      </w:r>
      <w:r>
        <w:t xml:space="preserve"> here.</w:t>
        <w:br/>
        <w:t>但你可以和休斯顿医生讨论此事</w:t>
        <w:br/>
        <w:t>But</w:t>
      </w:r>
      <w:r>
        <w:t xml:space="preserve"> that's</w:t>
      </w:r>
      <w:r>
        <w:t xml:space="preserve"> something</w:t>
      </w:r>
      <w:r>
        <w:t xml:space="preserve"> you</w:t>
      </w:r>
      <w:r>
        <w:t xml:space="preserve"> can</w:t>
      </w:r>
      <w:r>
        <w:t xml:space="preserve"> discuss</w:t>
      </w:r>
      <w:r>
        <w:t xml:space="preserve"> with</w:t>
      </w:r>
      <w:r>
        <w:t xml:space="preserve"> Dr.</w:t>
      </w:r>
      <w:r>
        <w:t xml:space="preserve"> Huston.</w:t>
        <w:br/>
        <w:t>我们这里有热水和浴缸</w:t>
        <w:br/>
        <w:t>We</w:t>
      </w:r>
      <w:r>
        <w:t xml:space="preserve"> have</w:t>
      </w:r>
      <w:r>
        <w:t xml:space="preserve"> baths</w:t>
      </w:r>
      <w:r>
        <w:t xml:space="preserve"> here</w:t>
      </w:r>
      <w:r>
        <w:t xml:space="preserve"> and</w:t>
      </w:r>
      <w:r>
        <w:t xml:space="preserve"> hot</w:t>
      </w:r>
      <w:r>
        <w:t xml:space="preserve"> water.</w:t>
        <w:br/>
        <w:t>我建议你趁机好好利用</w:t>
        <w:br/>
        <w:t>Take</w:t>
      </w:r>
      <w:r>
        <w:t xml:space="preserve"> advantage</w:t>
      </w:r>
      <w:r>
        <w:t xml:space="preserve"> while</w:t>
      </w:r>
      <w:r>
        <w:t xml:space="preserve"> you</w:t>
      </w:r>
      <w:r>
        <w:t xml:space="preserve"> can</w:t>
      </w:r>
      <w:r>
        <w:t xml:space="preserve"> is</w:t>
      </w:r>
      <w:r>
        <w:t xml:space="preserve"> my</w:t>
      </w:r>
      <w:r>
        <w:t xml:space="preserve"> advice.</w:t>
        <w:br/>
        <w:t>你是哪个部队的</w:t>
        <w:br/>
        <w:t>Where</w:t>
      </w:r>
      <w:r>
        <w:t xml:space="preserve"> you</w:t>
      </w:r>
      <w:r>
        <w:t xml:space="preserve"> from?</w:t>
        <w:br/>
        <w:t>381大队</w:t>
      </w:r>
      <w:r>
        <w:t xml:space="preserve"> 我们一起飞的任务</w:t>
        <w:br/>
        <w:t>381st.</w:t>
      </w:r>
      <w:r>
        <w:t xml:space="preserve"> We</w:t>
      </w:r>
      <w:r>
        <w:t xml:space="preserve"> fly</w:t>
      </w:r>
      <w:r>
        <w:t xml:space="preserve"> together.</w:t>
        <w:br/>
        <w:t>你呢</w:t>
        <w:br/>
        <w:t>You?</w:t>
        <w:br/>
        <w:t>100轰炸大队</w:t>
        <w:br/>
        <w:t>100th.</w:t>
        <w:br/>
        <w:t>我们有机会的话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你的脚踝能跑吗</w:t>
        <w:br/>
        <w:t>When</w:t>
      </w:r>
      <w:r>
        <w:t xml:space="preserve"> we</w:t>
      </w:r>
      <w:r>
        <w:t xml:space="preserve"> get</w:t>
      </w:r>
      <w:r>
        <w:t xml:space="preserve"> a</w:t>
      </w:r>
      <w:r>
        <w:t xml:space="preserve"> chance,</w:t>
      </w:r>
      <w:r>
        <w:t xml:space="preserve"> you</w:t>
      </w:r>
      <w:r>
        <w:t xml:space="preserve"> think</w:t>
      </w:r>
      <w:r>
        <w:t xml:space="preserve"> you</w:t>
      </w:r>
      <w:r>
        <w:t xml:space="preserve"> can</w:t>
      </w:r>
      <w:r>
        <w:t xml:space="preserve"> run</w:t>
      </w:r>
      <w:r>
        <w:t xml:space="preserve"> on</w:t>
      </w:r>
      <w:r>
        <w:t xml:space="preserve"> that</w:t>
      </w:r>
      <w:r>
        <w:t xml:space="preserve"> ankle?</w:t>
        <w:br/>
        <w:t>我觉得不行</w:t>
        <w:br/>
        <w:t>I</w:t>
      </w:r>
      <w:r>
        <w:t xml:space="preserve"> don't</w:t>
      </w:r>
      <w:r>
        <w:t xml:space="preserve"> think</w:t>
      </w:r>
      <w:r>
        <w:t xml:space="preserve"> so.</w:t>
        <w:br/>
        <w:t>你觉得是我们的人干的</w:t>
        <w:br/>
        <w:t>Think</w:t>
      </w:r>
      <w:r>
        <w:t xml:space="preserve"> our</w:t>
      </w:r>
      <w:r>
        <w:t xml:space="preserve"> boys</w:t>
      </w:r>
      <w:r>
        <w:t xml:space="preserve"> did</w:t>
      </w:r>
      <w:r>
        <w:t xml:space="preserve"> this?</w:t>
        <w:br/>
        <w:t>看起来是刚炸的</w:t>
      </w:r>
      <w:r>
        <w:t xml:space="preserve"> 皇家空军</w:t>
        <w:br/>
        <w:t>Looks</w:t>
      </w:r>
      <w:r>
        <w:t xml:space="preserve"> like</w:t>
      </w:r>
      <w:r>
        <w:t xml:space="preserve"> it</w:t>
      </w:r>
      <w:r>
        <w:t xml:space="preserve"> just</w:t>
      </w:r>
      <w:r>
        <w:t xml:space="preserve"> happened.</w:t>
      </w:r>
      <w:r>
        <w:t xml:space="preserve"> RAF.</w:t>
        <w:br/>
        <w:t>见鬼</w:t>
      </w:r>
      <w:r>
        <w:t xml:space="preserve"> 英国人终于炸准了一次</w:t>
        <w:br/>
        <w:t>Shit.</w:t>
      </w:r>
      <w:r>
        <w:t xml:space="preserve"> Brits</w:t>
      </w:r>
      <w:r>
        <w:t xml:space="preserve"> actually</w:t>
      </w:r>
      <w:r>
        <w:t xml:space="preserve"> hit</w:t>
      </w:r>
      <w:r>
        <w:t xml:space="preserve"> something</w:t>
      </w:r>
      <w:r>
        <w:t xml:space="preserve"> for</w:t>
      </w:r>
      <w:r>
        <w:t xml:space="preserve"> once.</w:t>
        <w:br/>
        <w:t>好...</w:t>
        <w:br/>
        <w:t>All</w:t>
      </w:r>
      <w:r>
        <w:t xml:space="preserve"> right,</w:t>
      </w:r>
      <w:r>
        <w:t xml:space="preserve"> all</w:t>
      </w:r>
      <w:r>
        <w:t xml:space="preserve"> right,</w:t>
      </w:r>
      <w:r>
        <w:t xml:space="preserve"> all</w:t>
      </w:r>
      <w:r>
        <w:t xml:space="preserve"> right.</w:t>
        <w:br/>
        <w:t>这是怎么回事</w:t>
        <w:br/>
        <w:t>What's</w:t>
      </w:r>
      <w:r>
        <w:t xml:space="preserve"> going</w:t>
      </w:r>
      <w:r>
        <w:t xml:space="preserve"> on</w:t>
      </w:r>
      <w:r>
        <w:t xml:space="preserve"> here?</w:t>
        <w:br/>
        <w:t>他们来这里干什么</w:t>
        <w:br/>
        <w:t>What</w:t>
      </w:r>
      <w:r>
        <w:t xml:space="preserve"> are</w:t>
      </w:r>
      <w:r>
        <w:t xml:space="preserve"> they</w:t>
      </w:r>
      <w:r>
        <w:t xml:space="preserve"> doing</w:t>
      </w:r>
      <w:r>
        <w:t xml:space="preserve"> here?</w:t>
        <w:br/>
        <w:t>是美国人</w:t>
        <w:br/>
        <w:t>Americans.</w:t>
        <w:br/>
        <w:t>开轰炸机的</w:t>
        <w:br/>
        <w:t>Terror</w:t>
      </w:r>
      <w:r>
        <w:t xml:space="preserve"> flyers!</w:t>
        <w:br/>
        <w:t>该死的美国人</w:t>
        <w:br/>
        <w:t>Damn</w:t>
      </w:r>
      <w:r>
        <w:t xml:space="preserve"> Americans!</w:t>
        <w:br/>
        <w:t>混&amp;hearts;蛋&amp;hearts;</w:t>
        <w:br/>
        <w:t>You</w:t>
      </w:r>
      <w:r>
        <w:t xml:space="preserve"> bastards!</w:t>
        <w:br/>
        <w:t>没事...</w:t>
        <w:br/>
        <w:t>It's</w:t>
      </w:r>
      <w:r>
        <w:t xml:space="preserve"> okay,</w:t>
      </w:r>
      <w:r>
        <w:t xml:space="preserve"> it's</w:t>
      </w:r>
      <w:r>
        <w:t xml:space="preserve"> okay.</w:t>
        <w:br/>
        <w:t>卫兵们</w:t>
      </w:r>
      <w:r>
        <w:t xml:space="preserve"> 退下去</w:t>
        <w:br/>
        <w:t>Guards!</w:t>
      </w:r>
      <w:r>
        <w:t xml:space="preserve"> Back</w:t>
      </w:r>
      <w:r>
        <w:t xml:space="preserve"> up!</w:t>
        <w:br/>
        <w:t>冷静点</w:t>
        <w:br/>
        <w:t>Keep</w:t>
      </w:r>
      <w:r>
        <w:t xml:space="preserve"> your</w:t>
      </w:r>
      <w:r>
        <w:t xml:space="preserve"> shirt</w:t>
      </w:r>
      <w:r>
        <w:t xml:space="preserve"> on.</w:t>
        <w:br/>
        <w:t>嘿</w:t>
      </w:r>
      <w:r>
        <w:t xml:space="preserve"> 住手</w:t>
      </w:r>
      <w:r>
        <w:t xml:space="preserve"> 别保护他们</w:t>
      </w:r>
      <w:r>
        <w:t xml:space="preserve"> 你在干什么</w:t>
        <w:br/>
        <w:t>Hey,</w:t>
      </w:r>
      <w:r>
        <w:t xml:space="preserve"> stop!</w:t>
      </w:r>
      <w:r>
        <w:t xml:space="preserve"> Don't</w:t>
      </w:r>
      <w:r>
        <w:t xml:space="preserve"> protect</w:t>
      </w:r>
      <w:r>
        <w:t xml:space="preserve"> them!</w:t>
      </w:r>
      <w:r>
        <w:t xml:space="preserve"> What</w:t>
      </w:r>
      <w:r>
        <w:t xml:space="preserve"> are</w:t>
      </w:r>
      <w:r>
        <w:t xml:space="preserve"> you</w:t>
      </w:r>
      <w:r>
        <w:t xml:space="preserve"> doing?</w:t>
        <w:br/>
        <w:t>让他们自己保护自己</w:t>
      </w:r>
      <w:r>
        <w:t xml:space="preserve"> -</w:t>
      </w:r>
      <w:r>
        <w:t xml:space="preserve"> 卫兵...</w:t>
        <w:br/>
        <w:t>Let</w:t>
      </w:r>
      <w:r>
        <w:t xml:space="preserve"> them</w:t>
      </w:r>
      <w:r>
        <w:t xml:space="preserve"> fend</w:t>
      </w:r>
      <w:r>
        <w:t xml:space="preserve"> for</w:t>
      </w:r>
      <w:r>
        <w:t xml:space="preserve"> themselves!</w:t>
      </w:r>
      <w:r>
        <w:t xml:space="preserve"> -</w:t>
      </w:r>
      <w:r>
        <w:t xml:space="preserve"> Guards!</w:t>
      </w:r>
      <w:r>
        <w:t xml:space="preserve"> Guards!</w:t>
        <w:br/>
        <w:t>嘿</w:t>
        <w:br/>
        <w:t>Hey!</w:t>
        <w:br/>
        <w:t>休斯顿医生</w:t>
        <w:br/>
        <w:t>Doctor</w:t>
      </w:r>
      <w:r>
        <w:t xml:space="preserve"> Huston?</w:t>
        <w:br/>
        <w:t>我能进来吗</w:t>
        <w:br/>
        <w:t>May</w:t>
      </w:r>
      <w:r>
        <w:t xml:space="preserve"> I</w:t>
      </w:r>
      <w:r>
        <w:t xml:space="preserve"> come</w:t>
      </w:r>
      <w:r>
        <w:t xml:space="preserve"> in?</w:t>
        <w:br/>
        <w:t>当然</w:t>
      </w:r>
      <w:r>
        <w:t xml:space="preserve"> 请进...</w:t>
        <w:br/>
        <w:t>Yeah,</w:t>
      </w:r>
      <w:r>
        <w:t xml:space="preserve"> come</w:t>
      </w:r>
      <w:r>
        <w:t xml:space="preserve"> in,</w:t>
      </w:r>
      <w:r>
        <w:t xml:space="preserve"> come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in.</w:t>
        <w:br/>
        <w:t>罗伯特罗森塔尔</w:t>
      </w:r>
      <w:r>
        <w:t xml:space="preserve"> -</w:t>
      </w:r>
      <w:r>
        <w:t xml:space="preserve"> 是</w:t>
        <w:br/>
        <w:t>Robert</w:t>
      </w:r>
      <w:r>
        <w:t xml:space="preserve"> Rosenthal.</w:t>
      </w:r>
      <w:r>
        <w:t xml:space="preserve"> -</w:t>
      </w:r>
      <w:r>
        <w:t xml:space="preserve"> Yes.</w:t>
        <w:br/>
        <w:t>你昨晚睡得好吗</w:t>
      </w:r>
      <w:r>
        <w:t xml:space="preserve"> </w:t>
      </w:r>
      <w:r>
        <w:t xml:space="preserve"> -</w:t>
      </w:r>
      <w:r>
        <w:t xml:space="preserve"> 还好</w:t>
        <w:br/>
        <w:t>How</w:t>
      </w:r>
      <w:r>
        <w:t xml:space="preserve"> did</w:t>
      </w:r>
      <w:r>
        <w:t xml:space="preserve"> you</w:t>
      </w:r>
      <w:r>
        <w:t xml:space="preserve"> sleep</w:t>
      </w:r>
      <w:r>
        <w:t xml:space="preserve"> last</w:t>
      </w:r>
      <w:r>
        <w:t xml:space="preserve"> night?</w:t>
      </w:r>
      <w:r>
        <w:t xml:space="preserve"> -</w:t>
      </w:r>
      <w:r>
        <w:t xml:space="preserve"> Fine.</w:t>
        <w:br/>
        <w:t>调整的过程可能有点奇怪</w:t>
        <w:br/>
        <w:t>Can</w:t>
      </w:r>
      <w:r>
        <w:t xml:space="preserve"> be</w:t>
      </w:r>
      <w:r>
        <w:t xml:space="preserve"> a</w:t>
      </w:r>
      <w:r>
        <w:t xml:space="preserve"> strange</w:t>
      </w:r>
      <w:r>
        <w:t xml:space="preserve"> adjustment.</w:t>
        <w:br/>
        <w:t>大多数人需要一两天</w:t>
        <w:br/>
        <w:t>Most</w:t>
      </w:r>
      <w:r>
        <w:t xml:space="preserve"> men</w:t>
      </w:r>
      <w:r>
        <w:t xml:space="preserve"> need</w:t>
      </w:r>
      <w:r>
        <w:t xml:space="preserve"> a</w:t>
      </w:r>
      <w:r>
        <w:t xml:space="preserve"> day</w:t>
      </w:r>
      <w:r>
        <w:t xml:space="preserve"> or</w:t>
      </w:r>
      <w:r>
        <w:t xml:space="preserve"> two.</w:t>
        <w:br/>
        <w:t>其实我就是想跟你谈谈这个</w:t>
        <w:br/>
        <w:t>Well,</w:t>
      </w:r>
      <w:r>
        <w:t xml:space="preserve"> that's</w:t>
      </w:r>
      <w:r>
        <w:t xml:space="preserve"> actually</w:t>
      </w:r>
      <w:r>
        <w:t xml:space="preserve"> what</w:t>
      </w:r>
      <w:r>
        <w:t xml:space="preserve"> I</w:t>
      </w:r>
      <w:r>
        <w:t xml:space="preserve"> wanted</w:t>
      </w:r>
      <w:r>
        <w:t xml:space="preserve"> to</w:t>
      </w:r>
      <w:r>
        <w:t xml:space="preserve"> talk</w:t>
      </w:r>
      <w:r>
        <w:t xml:space="preserve"> to</w:t>
      </w:r>
      <w:r>
        <w:t xml:space="preserve"> you</w:t>
      </w:r>
      <w:r>
        <w:t xml:space="preserve"> about.</w:t>
        <w:br/>
        <w:t>我觉得这个环境对我没有帮助</w:t>
        <w:br/>
        <w:t>I</w:t>
      </w:r>
      <w:r>
        <w:t xml:space="preserve"> don't</w:t>
      </w:r>
      <w:r>
        <w:t xml:space="preserve"> think</w:t>
      </w:r>
      <w:r>
        <w:t xml:space="preserve"> this</w:t>
      </w:r>
      <w:r>
        <w:t xml:space="preserve"> environment</w:t>
      </w:r>
      <w:r>
        <w:t xml:space="preserve"> is</w:t>
      </w:r>
      <w:r>
        <w:t xml:space="preserve"> helpful</w:t>
      </w:r>
      <w:r>
        <w:t xml:space="preserve"> for</w:t>
      </w:r>
      <w:r>
        <w:t xml:space="preserve"> me.</w:t>
        <w:br/>
        <w:t>我想回基地</w:t>
        <w:br/>
        <w:t>I'd</w:t>
      </w:r>
      <w:r>
        <w:t xml:space="preserve"> like</w:t>
      </w:r>
      <w:r>
        <w:t xml:space="preserve"> to</w:t>
      </w:r>
      <w:r>
        <w:t xml:space="preserve"> return</w:t>
      </w:r>
      <w:r>
        <w:t xml:space="preserve"> to</w:t>
      </w:r>
      <w:r>
        <w:t xml:space="preserve"> base.</w:t>
        <w:br/>
        <w:t>你觉得你的指挥官为何派你来这里</w:t>
        <w:br/>
        <w:t>Why</w:t>
      </w:r>
      <w:r>
        <w:t xml:space="preserve"> do</w:t>
      </w:r>
      <w:r>
        <w:t xml:space="preserve"> you</w:t>
      </w:r>
      <w:r>
        <w:t xml:space="preserve"> think</w:t>
      </w:r>
      <w:r>
        <w:t xml:space="preserve"> your</w:t>
      </w:r>
      <w:r>
        <w:t xml:space="preserve"> CO</w:t>
      </w:r>
      <w:r>
        <w:t xml:space="preserve"> sent</w:t>
      </w:r>
      <w:r>
        <w:t xml:space="preserve"> you</w:t>
      </w:r>
      <w:r>
        <w:t xml:space="preserve"> here?</w:t>
        <w:br/>
        <w:t>他怎么跟你说的</w:t>
        <w:br/>
        <w:t>What</w:t>
      </w:r>
      <w:r>
        <w:t xml:space="preserve"> did</w:t>
      </w:r>
      <w:r>
        <w:t xml:space="preserve"> he</w:t>
      </w:r>
      <w:r>
        <w:t xml:space="preserve"> say</w:t>
      </w:r>
      <w:r>
        <w:t xml:space="preserve"> to</w:t>
      </w:r>
      <w:r>
        <w:t xml:space="preserve"> you?</w:t>
        <w:br/>
        <w:t>不</w:t>
      </w:r>
      <w:r>
        <w:t xml:space="preserve"> 我想知道你怎么想</w:t>
        <w:br/>
        <w:t>No,</w:t>
      </w:r>
      <w:r>
        <w:t xml:space="preserve"> I'm</w:t>
      </w:r>
      <w:r>
        <w:t xml:space="preserve"> curious</w:t>
      </w:r>
      <w:r>
        <w:t xml:space="preserve"> what</w:t>
      </w:r>
      <w:r>
        <w:t xml:space="preserve"> you</w:t>
      </w:r>
      <w:r>
        <w:t xml:space="preserve"> think.</w:t>
        <w:br/>
        <w:t>有一次轰炸明斯特的任务</w:t>
        <w:br/>
        <w:t>There</w:t>
      </w:r>
      <w:r>
        <w:t xml:space="preserve"> was</w:t>
      </w:r>
      <w:r>
        <w:t xml:space="preserve"> a</w:t>
      </w:r>
      <w:r>
        <w:t xml:space="preserve"> mission</w:t>
      </w:r>
      <w:r>
        <w:t xml:space="preserve"> to</w:t>
      </w:r>
      <w:r>
        <w:t xml:space="preserve"> Münster.</w:t>
        <w:br/>
        <w:t>很艰难</w:t>
      </w:r>
      <w:r>
        <w:t xml:space="preserve"> 但我没事</w:t>
        <w:br/>
        <w:t>It</w:t>
      </w:r>
      <w:r>
        <w:t xml:space="preserve"> was</w:t>
      </w:r>
      <w:r>
        <w:t xml:space="preserve"> rough,</w:t>
      </w:r>
      <w:r>
        <w:t xml:space="preserve"> but</w:t>
      </w:r>
      <w:r>
        <w:t xml:space="preserve"> I'm</w:t>
      </w:r>
      <w:r>
        <w:t xml:space="preserve"> fine.</w:t>
        <w:br/>
        <w:t>你头三天就出了三次任务</w:t>
        <w:br/>
        <w:t>Three</w:t>
      </w:r>
      <w:r>
        <w:t xml:space="preserve"> missions</w:t>
      </w:r>
      <w:r>
        <w:t xml:space="preserve"> in</w:t>
      </w:r>
      <w:r>
        <w:t xml:space="preserve"> your</w:t>
      </w:r>
      <w:r>
        <w:t xml:space="preserve"> first</w:t>
      </w:r>
      <w:r>
        <w:t xml:space="preserve"> three</w:t>
      </w:r>
      <w:r>
        <w:t xml:space="preserve"> days.</w:t>
        <w:br/>
        <w:t>一个下午死了120人</w:t>
        <w:br/>
        <w:t>120</w:t>
      </w:r>
      <w:r>
        <w:t xml:space="preserve"> men</w:t>
      </w:r>
      <w:r>
        <w:t xml:space="preserve"> dead</w:t>
      </w:r>
      <w:r>
        <w:t xml:space="preserve"> in</w:t>
      </w:r>
      <w:r>
        <w:t xml:space="preserve"> one</w:t>
      </w:r>
      <w:r>
        <w:t xml:space="preserve"> afternoon.</w:t>
        <w:br/>
        <w:t>然而我没死</w:t>
      </w:r>
      <w:r>
        <w:t xml:space="preserve"> 我没事</w:t>
        <w:br/>
        <w:t>And</w:t>
      </w:r>
      <w:r>
        <w:t xml:space="preserve"> I</w:t>
      </w:r>
      <w:r>
        <w:t xml:space="preserve"> wasn't</w:t>
      </w:r>
      <w:r>
        <w:t xml:space="preserve"> one</w:t>
      </w:r>
      <w:r>
        <w:t xml:space="preserve"> of</w:t>
      </w:r>
      <w:r>
        <w:t xml:space="preserve"> them.</w:t>
      </w:r>
      <w:r>
        <w:t xml:space="preserve"> I'm</w:t>
      </w:r>
      <w:r>
        <w:t xml:space="preserve"> fine.</w:t>
        <w:br/>
        <w:t>你说了三次“没事”</w:t>
        <w:br/>
        <w:t>That's</w:t>
      </w:r>
      <w:r>
        <w:t xml:space="preserve"> the</w:t>
      </w:r>
      <w:r>
        <w:t xml:space="preserve"> third</w:t>
      </w:r>
      <w:r>
        <w:t xml:space="preserve"> time</w:t>
      </w:r>
      <w:r>
        <w:t xml:space="preserve"> you've</w:t>
      </w:r>
      <w:r>
        <w:t xml:space="preserve"> used</w:t>
      </w:r>
      <w:r>
        <w:t xml:space="preserve"> that</w:t>
      </w:r>
      <w:r>
        <w:t xml:space="preserve"> word,</w:t>
      </w:r>
      <w:r>
        <w:t xml:space="preserve"> "fine."</w:t>
        <w:br/>
        <w:t>你不会放我走的</w:t>
      </w:r>
      <w:r>
        <w:t xml:space="preserve"> 对吗</w:t>
        <w:br/>
        <w:t>You're</w:t>
      </w:r>
      <w:r>
        <w:t xml:space="preserve"> not</w:t>
      </w:r>
      <w:r>
        <w:t xml:space="preserve"> gonna</w:t>
      </w:r>
      <w:r>
        <w:t xml:space="preserve"> let</w:t>
      </w:r>
      <w:r>
        <w:t xml:space="preserve"> me</w:t>
      </w:r>
      <w:r>
        <w:t xml:space="preserve"> leave,</w:t>
      </w:r>
      <w:r>
        <w:t xml:space="preserve"> are</w:t>
      </w:r>
      <w:r>
        <w:t xml:space="preserve"> you?</w:t>
        <w:br/>
        <w:t>我当然会</w:t>
      </w:r>
      <w:r>
        <w:t xml:space="preserve"> 五天后就放你走</w:t>
        <w:br/>
        <w:t>Sure</w:t>
      </w:r>
      <w:r>
        <w:t xml:space="preserve"> I</w:t>
      </w:r>
      <w:r>
        <w:t xml:space="preserve"> am.</w:t>
      </w:r>
      <w:r>
        <w:t xml:space="preserve"> In</w:t>
      </w:r>
      <w:r>
        <w:t xml:space="preserve"> five</w:t>
      </w:r>
      <w:r>
        <w:t xml:space="preserve"> days.</w:t>
        <w:br/>
        <w:t>谢谢你</w:t>
      </w:r>
      <w:r>
        <w:t xml:space="preserve"> 医生</w:t>
        <w:br/>
        <w:t>Thank</w:t>
      </w:r>
      <w:r>
        <w:t xml:space="preserve"> you,</w:t>
      </w:r>
      <w:r>
        <w:t xml:space="preserve"> Doctor.</w:t>
        <w:br/>
        <w:t>“在天上的父啊</w:t>
      </w:r>
      <w:r>
        <w:t xml:space="preserve"> 愿人都尊你的名为圣</w:t>
        <w:br/>
        <w:t>"Who</w:t>
      </w:r>
      <w:r>
        <w:t xml:space="preserve"> art</w:t>
      </w:r>
      <w:r>
        <w:t xml:space="preserve"> in</w:t>
      </w:r>
      <w:r>
        <w:t xml:space="preserve"> heaven,</w:t>
      </w:r>
      <w:r>
        <w:t xml:space="preserve"> hallowed</w:t>
      </w:r>
      <w:r>
        <w:t xml:space="preserve"> be</w:t>
      </w:r>
      <w:r>
        <w:t xml:space="preserve"> thy</w:t>
      </w:r>
      <w:r>
        <w:t xml:space="preserve"> name...</w:t>
        <w:br/>
        <w:t>愿你的国降临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愿你的旨意...</w:t>
        <w:br/>
        <w:t>Thy</w:t>
      </w:r>
      <w:r>
        <w:t xml:space="preserve"> kingdom</w:t>
      </w:r>
      <w:r>
        <w:t xml:space="preserve"> come,</w:t>
      </w:r>
      <w:r>
        <w:t xml:space="preserve"> thy</w:t>
      </w:r>
      <w:r>
        <w:t xml:space="preserve"> will</w:t>
      </w:r>
      <w:r>
        <w:t xml:space="preserve"> be</w:t>
      </w:r>
      <w:r>
        <w:t xml:space="preserve"> done...</w:t>
        <w:br/>
        <w:t>行在地上</w:t>
      </w:r>
      <w:r>
        <w:t xml:space="preserve"> 如同行在天上</w:t>
        <w:br/>
        <w:t>on</w:t>
      </w:r>
      <w:r>
        <w:t xml:space="preserve"> Earth</w:t>
      </w:r>
      <w:r>
        <w:t xml:space="preserve"> as</w:t>
      </w:r>
      <w:r>
        <w:t xml:space="preserve"> it</w:t>
      </w:r>
      <w:r>
        <w:t xml:space="preserve"> is</w:t>
      </w:r>
      <w:r>
        <w:t xml:space="preserve"> in</w:t>
      </w:r>
      <w:r>
        <w:t xml:space="preserve"> heaven,</w:t>
        <w:br/>
        <w:t>因为国度</w:t>
      </w:r>
      <w:r>
        <w:t xml:space="preserve"> 权&amp;hearts;柄&amp;hearts;...”</w:t>
        <w:br/>
        <w:t>for</w:t>
      </w:r>
      <w:r>
        <w:t xml:space="preserve"> thine</w:t>
      </w:r>
      <w:r>
        <w:t xml:space="preserve"> is</w:t>
      </w:r>
      <w:r>
        <w:t xml:space="preserve"> the</w:t>
      </w:r>
      <w:r>
        <w:t xml:space="preserve"> kingdom</w:t>
      </w:r>
      <w:r>
        <w:t xml:space="preserve"> and</w:t>
      </w:r>
      <w:r>
        <w:t xml:space="preserve"> the</w:t>
      </w:r>
      <w:r>
        <w:t xml:space="preserve"> power--"</w:t>
        <w:br/>
        <w:t>我在找地方埋这些死狗</w:t>
        <w:br/>
        <w:t>I'm</w:t>
      </w:r>
      <w:r>
        <w:t xml:space="preserve"> looking</w:t>
      </w:r>
      <w:r>
        <w:t xml:space="preserve"> for</w:t>
      </w:r>
      <w:r>
        <w:t xml:space="preserve"> a</w:t>
      </w:r>
      <w:r>
        <w:t xml:space="preserve"> place</w:t>
      </w:r>
      <w:r>
        <w:t xml:space="preserve"> to</w:t>
      </w:r>
      <w:r>
        <w:t xml:space="preserve"> bury</w:t>
      </w:r>
      <w:r>
        <w:t xml:space="preserve"> these</w:t>
      </w:r>
      <w:r>
        <w:t xml:space="preserve"> dogs.</w:t>
        <w:br/>
        <w:t>“不叫我们遇见试探</w:t>
        <w:br/>
        <w:t>"And</w:t>
      </w:r>
      <w:r>
        <w:t xml:space="preserve"> lead</w:t>
      </w:r>
      <w:r>
        <w:t xml:space="preserve"> us</w:t>
      </w:r>
      <w:r>
        <w:t xml:space="preserve"> not</w:t>
      </w:r>
      <w:r>
        <w:t xml:space="preserve"> into</w:t>
      </w:r>
      <w:r>
        <w:t xml:space="preserve"> temptation...</w:t>
        <w:br/>
        <w:t>救我们脱离凶恶...”</w:t>
        <w:br/>
        <w:t>but</w:t>
      </w:r>
      <w:r>
        <w:t xml:space="preserve"> deliver</w:t>
      </w:r>
      <w:r>
        <w:t xml:space="preserve"> us</w:t>
      </w:r>
      <w:r>
        <w:t xml:space="preserve"> from</w:t>
      </w:r>
      <w:r>
        <w:t xml:space="preserve"> evil..."</w:t>
        <w:br/>
        <w:t>有一个还活着</w:t>
        <w:br/>
        <w:t>One</w:t>
      </w:r>
      <w:r>
        <w:t xml:space="preserve"> of</w:t>
      </w:r>
      <w:r>
        <w:t xml:space="preserve"> them</w:t>
      </w:r>
      <w:r>
        <w:t xml:space="preserve"> is</w:t>
      </w:r>
      <w:r>
        <w:t xml:space="preserve"> still</w:t>
      </w:r>
      <w:r>
        <w:t xml:space="preserve"> alive.</w:t>
        <w:br/>
        <w:t>“在天上的...</w:t>
      </w:r>
      <w:r>
        <w:t xml:space="preserve"> -</w:t>
      </w:r>
      <w:r>
        <w:t xml:space="preserve"> 干掉他</w:t>
        <w:br/>
        <w:br/>
        <w:t>"Our</w:t>
      </w:r>
      <w:r>
        <w:t xml:space="preserve"> Father...</w:t>
      </w:r>
      <w:r>
        <w:t xml:space="preserve"> -</w:t>
      </w:r>
      <w:r>
        <w:t xml:space="preserve"> Finish</w:t>
      </w:r>
      <w:r>
        <w:t xml:space="preserve"> him</w:t>
      </w:r>
      <w:r>
        <w:t xml:space="preserve"> off.</w:t>
        <w:br/>
        <w:t>“在天上的父啊</w:t>
      </w:r>
      <w:r>
        <w:t xml:space="preserve"> 愿人都尊你的名为圣</w:t>
        <w:br/>
        <w:t>"Who</w:t>
      </w:r>
      <w:r>
        <w:t xml:space="preserve"> art</w:t>
      </w:r>
      <w:r>
        <w:t xml:space="preserve"> in</w:t>
      </w:r>
      <w:r>
        <w:t xml:space="preserve"> heaven,</w:t>
      </w:r>
      <w:r>
        <w:t xml:space="preserve"> hallowed</w:t>
      </w:r>
      <w:r>
        <w:t xml:space="preserve"> be</w:t>
      </w:r>
      <w:r>
        <w:t xml:space="preserve"> Thy</w:t>
      </w:r>
      <w:r>
        <w:t xml:space="preserve"> name</w:t>
        <w:br/>
        <w:t>愿你的国降临...”</w:t>
        <w:br/>
        <w:t>Thy</w:t>
      </w:r>
      <w:r>
        <w:t xml:space="preserve"> kingdom</w:t>
      </w:r>
      <w:r>
        <w:t xml:space="preserve"> come--"</w:t>
        <w:br/>
        <w:t>克劳斯</w:t>
      </w:r>
      <w:r>
        <w:t xml:space="preserve"> 我找到个地方</w:t>
        <w:br/>
        <w:t>Klaus.</w:t>
      </w:r>
      <w:r>
        <w:t xml:space="preserve"> I</w:t>
      </w:r>
      <w:r>
        <w:t xml:space="preserve"> found</w:t>
      </w:r>
      <w:r>
        <w:t xml:space="preserve"> a</w:t>
      </w:r>
      <w:r>
        <w:t xml:space="preserve"> spot.</w:t>
        <w:br/>
        <w:t>好</w:t>
      </w:r>
      <w:r>
        <w:t xml:space="preserve"> 我来了</w:t>
        <w:br/>
        <w:t>Good.</w:t>
      </w:r>
      <w:r>
        <w:t xml:space="preserve"> I'm</w:t>
      </w:r>
      <w:r>
        <w:t xml:space="preserve"> coming.</w:t>
        <w:br/>
        <w:t>开始挖吧</w:t>
      </w:r>
      <w:r>
        <w:t xml:space="preserve"> 帮帮我</w:t>
        <w:br/>
        <w:t>Get</w:t>
      </w:r>
      <w:r>
        <w:t xml:space="preserve"> digging.</w:t>
      </w:r>
      <w:r>
        <w:t xml:space="preserve"> Help</w:t>
      </w:r>
      <w:r>
        <w:t xml:space="preserve"> me.</w:t>
        <w:br/>
        <w:t>嘿</w:t>
      </w:r>
      <w:r>
        <w:t xml:space="preserve"> 看</w:t>
      </w:r>
      <w:r>
        <w:t xml:space="preserve"> 有一个要逃走</w:t>
        <w:br/>
        <w:t>Hey,</w:t>
      </w:r>
      <w:r>
        <w:t xml:space="preserve"> look</w:t>
      </w:r>
      <w:r>
        <w:t xml:space="preserve"> one's</w:t>
      </w:r>
      <w:r>
        <w:t xml:space="preserve"> getting</w:t>
      </w:r>
      <w:r>
        <w:t xml:space="preserve"> away.</w:t>
        <w:br/>
        <w:t>随他去吧</w:t>
      </w:r>
      <w:r>
        <w:t xml:space="preserve"> 他跑不远的</w:t>
        <w:br/>
        <w:t>Let</w:t>
      </w:r>
      <w:r>
        <w:t xml:space="preserve"> him</w:t>
      </w:r>
      <w:r>
        <w:t xml:space="preserve"> go!</w:t>
      </w:r>
      <w:r>
        <w:t xml:space="preserve"> He</w:t>
      </w:r>
      <w:r>
        <w:t xml:space="preserve"> won't</w:t>
      </w:r>
      <w:r>
        <w:t xml:space="preserve"> get</w:t>
      </w:r>
      <w:r>
        <w:t xml:space="preserve"> far!</w:t>
        <w:br/>
        <w:t>个人的自&amp;hearts;由&amp;hearts;对抗暴君的专&amp;hearts;制&amp;hearts;权威</w:t>
        <w:br/>
        <w:t>Freedom</w:t>
      </w:r>
      <w:r>
        <w:t xml:space="preserve"> of</w:t>
      </w:r>
      <w:r>
        <w:t xml:space="preserve"> the</w:t>
      </w:r>
      <w:r>
        <w:t xml:space="preserve"> individual</w:t>
      </w:r>
      <w:r>
        <w:t xml:space="preserve"> against</w:t>
      </w:r>
      <w:r>
        <w:t xml:space="preserve"> the</w:t>
      </w:r>
      <w:r>
        <w:t xml:space="preserve"> arbitrary</w:t>
      </w:r>
      <w:r>
        <w:t xml:space="preserve"> authority</w:t>
      </w:r>
      <w:r>
        <w:t xml:space="preserve"> of</w:t>
      </w:r>
      <w:r>
        <w:t xml:space="preserve"> a</w:t>
      </w:r>
      <w:r>
        <w:t xml:space="preserve"> tyrant.</w:t>
        <w:br/>
        <w:t>这是《大宪&amp;hearts;章&amp;hearts;》</w:t>
        <w:br/>
        <w:t>This</w:t>
      </w:r>
      <w:r>
        <w:t xml:space="preserve"> is</w:t>
      </w:r>
      <w:r>
        <w:t xml:space="preserve"> what</w:t>
      </w:r>
      <w:r>
        <w:t xml:space="preserve"> the</w:t>
      </w:r>
      <w:r>
        <w:t xml:space="preserve"> Magna</w:t>
      </w:r>
      <w:r>
        <w:t xml:space="preserve"> Carta,</w:t>
        <w:br/>
        <w:t>又称作《自&amp;hearts;由&amp;hearts;大宪&amp;hearts;章&amp;hearts;》奠定基础的内容</w:t>
        <w:br/>
        <w:t>or</w:t>
      </w:r>
      <w:r>
        <w:t xml:space="preserve"> the</w:t>
      </w:r>
      <w:r>
        <w:t xml:space="preserve"> Great</w:t>
      </w:r>
      <w:r>
        <w:t xml:space="preserve"> Charter</w:t>
      </w:r>
      <w:r>
        <w:t xml:space="preserve"> of</w:t>
      </w:r>
      <w:r>
        <w:t xml:space="preserve"> Freedoms,</w:t>
      </w:r>
      <w:r>
        <w:t xml:space="preserve"> laid</w:t>
      </w:r>
      <w:r>
        <w:t xml:space="preserve"> the</w:t>
      </w:r>
      <w:r>
        <w:t xml:space="preserve"> foundation</w:t>
      </w:r>
      <w:r>
        <w:t xml:space="preserve"> for.</w:t>
        <w:br/>
        <w:t>宪&amp;hearts;章&amp;hearts;于1215年签署</w:t>
      </w:r>
      <w:r>
        <w:t xml:space="preserve"> 时至今日仍是重要的自&amp;hearts;由&amp;hearts;象征</w:t>
        <w:br/>
        <w:t>Signed</w:t>
      </w:r>
      <w:r>
        <w:t xml:space="preserve"> in</w:t>
      </w:r>
      <w:r>
        <w:t xml:space="preserve"> 1215,</w:t>
      </w:r>
      <w:r>
        <w:t xml:space="preserve"> it</w:t>
      </w:r>
      <w:r>
        <w:t xml:space="preserve"> is</w:t>
      </w:r>
      <w:r>
        <w:t xml:space="preserve"> an</w:t>
      </w:r>
      <w:r>
        <w:t xml:space="preserve"> important</w:t>
      </w:r>
      <w:r>
        <w:t xml:space="preserve"> symbol</w:t>
      </w:r>
      <w:r>
        <w:t xml:space="preserve"> of</w:t>
      </w:r>
      <w:r>
        <w:t xml:space="preserve"> liberty</w:t>
      </w:r>
      <w:r>
        <w:t xml:space="preserve"> even</w:t>
      </w:r>
      <w:r>
        <w:t xml:space="preserve"> today.</w:t>
        <w:br/>
        <w:t>当然了</w:t>
      </w:r>
      <w:r>
        <w:t xml:space="preserve"> 你们美&amp;hearts;国&amp;hearts;佬&amp;hearts;的</w:t>
      </w:r>
      <w:r>
        <w:t xml:space="preserve"> 开国元勋们用了500多年</w:t>
        <w:br/>
        <w:t>Of</w:t>
      </w:r>
      <w:r>
        <w:t xml:space="preserve"> course,</w:t>
      </w:r>
      <w:r>
        <w:t xml:space="preserve"> it</w:t>
      </w:r>
      <w:r>
        <w:t xml:space="preserve"> took</w:t>
      </w:r>
      <w:r>
        <w:t xml:space="preserve"> you</w:t>
      </w:r>
      <w:r>
        <w:t xml:space="preserve"> Yanks</w:t>
      </w:r>
      <w:r>
        <w:t xml:space="preserve"> more</w:t>
      </w:r>
      <w:r>
        <w:t xml:space="preserve"> than</w:t>
      </w:r>
      <w:r>
        <w:t xml:space="preserve"> 500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years</w:t>
        <w:br/>
        <w:t>才写出了一份类似的文件</w:t>
        <w:br/>
        <w:t>for</w:t>
      </w:r>
      <w:r>
        <w:t xml:space="preserve"> your</w:t>
      </w:r>
      <w:r>
        <w:t xml:space="preserve"> founding</w:t>
      </w:r>
      <w:r>
        <w:t xml:space="preserve"> fathers</w:t>
      </w:r>
      <w:r>
        <w:t xml:space="preserve"> to</w:t>
      </w:r>
      <w:r>
        <w:t xml:space="preserve"> produce</w:t>
      </w:r>
      <w:r>
        <w:t xml:space="preserve"> a</w:t>
      </w:r>
      <w:r>
        <w:t xml:space="preserve"> similar</w:t>
      </w:r>
      <w:r>
        <w:t xml:space="preserve"> bit</w:t>
      </w:r>
      <w:r>
        <w:t xml:space="preserve"> of</w:t>
      </w:r>
      <w:r>
        <w:t xml:space="preserve"> paper.</w:t>
        <w:br/>
        <w:t>现在我们在战争中找到了共同的...</w:t>
        <w:br/>
        <w:t>And</w:t>
      </w:r>
      <w:r>
        <w:t xml:space="preserve"> now</w:t>
      </w:r>
      <w:r>
        <w:t xml:space="preserve"> we</w:t>
      </w:r>
      <w:r>
        <w:t xml:space="preserve"> find</w:t>
      </w:r>
      <w:r>
        <w:t xml:space="preserve"> in</w:t>
      </w:r>
      <w:r>
        <w:t xml:space="preserve"> wartime</w:t>
      </w:r>
      <w:r>
        <w:t xml:space="preserve"> that</w:t>
      </w:r>
      <w:r>
        <w:t xml:space="preserve"> our</w:t>
      </w:r>
      <w:r>
        <w:t xml:space="preserve"> collective...</w:t>
        <w:br/>
        <w:t>是啊</w:t>
      </w:r>
      <w:r>
        <w:t xml:space="preserve"> 也许要不是</w:t>
      </w:r>
      <w:r>
        <w:t xml:space="preserve"> 被你们的国王用暴&amp;hearts;政&amp;hearts;统治了500年</w:t>
        <w:br/>
        <w:t>Yeah,</w:t>
      </w:r>
      <w:r>
        <w:t xml:space="preserve"> maybe</w:t>
      </w:r>
      <w:r>
        <w:t xml:space="preserve"> if</w:t>
      </w:r>
      <w:r>
        <w:t xml:space="preserve"> we</w:t>
      </w:r>
      <w:r>
        <w:t xml:space="preserve"> weren't</w:t>
      </w:r>
      <w:r>
        <w:t xml:space="preserve"> under</w:t>
      </w:r>
      <w:r>
        <w:t xml:space="preserve"> the</w:t>
      </w:r>
      <w:r>
        <w:t xml:space="preserve"> tyranny</w:t>
      </w:r>
      <w:r>
        <w:t xml:space="preserve"> of</w:t>
      </w:r>
      <w:r>
        <w:t xml:space="preserve"> your</w:t>
      </w:r>
      <w:r>
        <w:t xml:space="preserve"> king</w:t>
      </w:r>
      <w:r>
        <w:t xml:space="preserve"> for</w:t>
      </w:r>
      <w:r>
        <w:t xml:space="preserve"> 500</w:t>
      </w:r>
      <w:r>
        <w:t xml:space="preserve"> years,</w:t>
        <w:br/>
        <w:t>我们可以早些写出《独&amp;hearts;立&amp;hearts;宣言》</w:t>
        <w:br/>
        <w:t>we</w:t>
      </w:r>
      <w:r>
        <w:t xml:space="preserve"> could</w:t>
      </w:r>
      <w:r>
        <w:t xml:space="preserve"> have</w:t>
      </w:r>
      <w:r>
        <w:t xml:space="preserve"> popped</w:t>
      </w:r>
      <w:r>
        <w:t xml:space="preserve"> it</w:t>
      </w:r>
      <w:r>
        <w:t xml:space="preserve"> out</w:t>
      </w:r>
      <w:r>
        <w:t xml:space="preserve"> sooner.</w:t>
        <w:br/>
        <w:t>我们必须对之前的矛盾</w:t>
        <w:br/>
        <w:t>We</w:t>
      </w:r>
      <w:r>
        <w:t xml:space="preserve"> must</w:t>
      </w:r>
      <w:r>
        <w:t xml:space="preserve"> be</w:t>
      </w:r>
      <w:r>
        <w:t xml:space="preserve"> rigorous</w:t>
      </w:r>
      <w:r>
        <w:t xml:space="preserve"> in</w:t>
      </w:r>
      <w:r>
        <w:t xml:space="preserve"> our</w:t>
      </w:r>
      <w:r>
        <w:t xml:space="preserve"> examinations</w:t>
        <w:br/>
        <w:t>及其解决方案严加审视</w:t>
        <w:br/>
        <w:t>of</w:t>
      </w:r>
      <w:r>
        <w:t xml:space="preserve"> previous</w:t>
      </w:r>
      <w:r>
        <w:t xml:space="preserve"> conflicts</w:t>
      </w:r>
      <w:r>
        <w:t xml:space="preserve"> and</w:t>
      </w:r>
      <w:r>
        <w:t xml:space="preserve"> the</w:t>
      </w:r>
      <w:r>
        <w:t xml:space="preserve"> resolutions</w:t>
      </w:r>
      <w:r>
        <w:t xml:space="preserve"> of</w:t>
      </w:r>
      <w:r>
        <w:t xml:space="preserve"> those</w:t>
      </w:r>
      <w:r>
        <w:t xml:space="preserve"> conflicts.</w:t>
        <w:br/>
        <w:t>“有点火真好</w:t>
        <w:br/>
        <w:t>"It's</w:t>
      </w:r>
      <w:r>
        <w:t xml:space="preserve"> nice</w:t>
      </w:r>
      <w:r>
        <w:t xml:space="preserve"> to</w:t>
      </w:r>
      <w:r>
        <w:t xml:space="preserve"> have</w:t>
      </w:r>
      <w:r>
        <w:t xml:space="preserve"> a</w:t>
      </w:r>
      <w:r>
        <w:t xml:space="preserve"> little</w:t>
      </w:r>
      <w:r>
        <w:t xml:space="preserve"> fire.</w:t>
        <w:br/>
        <w:t>上面很冷的”</w:t>
        <w:br/>
        <w:t>It</w:t>
      </w:r>
      <w:r>
        <w:t xml:space="preserve"> gets</w:t>
      </w:r>
      <w:r>
        <w:t xml:space="preserve"> cold</w:t>
      </w:r>
      <w:r>
        <w:t xml:space="preserve"> up</w:t>
      </w:r>
      <w:r>
        <w:t xml:space="preserve"> there."</w:t>
        <w:br/>
        <w:t>克罗斯比上尉</w:t>
      </w:r>
      <w:r>
        <w:t xml:space="preserve"> 是吧</w:t>
      </w:r>
      <w:r>
        <w:t xml:space="preserve"> </w:t>
      </w:r>
      <w:r>
        <w:t xml:space="preserve"> -</w:t>
      </w:r>
      <w:r>
        <w:t xml:space="preserve"> 天啊</w:t>
        <w:br/>
        <w:t>Captain</w:t>
      </w:r>
      <w:r>
        <w:t xml:space="preserve"> Crosby,</w:t>
      </w:r>
      <w:r>
        <w:t xml:space="preserve"> I</w:t>
      </w:r>
      <w:r>
        <w:t xml:space="preserve"> presume?</w:t>
      </w:r>
      <w:r>
        <w:t xml:space="preserve"> -</w:t>
      </w:r>
      <w:r>
        <w:t xml:space="preserve"> Oh,</w:t>
      </w:r>
      <w:r>
        <w:t xml:space="preserve"> my</w:t>
      </w:r>
      <w:r>
        <w:t xml:space="preserve"> God.</w:t>
        <w:br/>
        <w:t>别担心</w:t>
      </w:r>
      <w:r>
        <w:t xml:space="preserve"> 我见过很多</w:t>
      </w:r>
      <w:r>
        <w:t xml:space="preserve"> 穿得更少的男人</w:t>
      </w:r>
      <w:r>
        <w:t xml:space="preserve"> 上尉</w:t>
        <w:br/>
        <w:t>Don't</w:t>
      </w:r>
      <w:r>
        <w:t xml:space="preserve"> worry.</w:t>
      </w:r>
      <w:r>
        <w:t xml:space="preserve"> I've</w:t>
      </w:r>
      <w:r>
        <w:t xml:space="preserve"> seen</w:t>
      </w:r>
      <w:r>
        <w:t xml:space="preserve"> men</w:t>
      </w:r>
      <w:r>
        <w:t xml:space="preserve"> in</w:t>
      </w:r>
      <w:r>
        <w:t xml:space="preserve"> much</w:t>
      </w:r>
      <w:r>
        <w:t xml:space="preserve"> less,</w:t>
      </w:r>
      <w:r>
        <w:t xml:space="preserve"> Captain.</w:t>
        <w:br/>
        <w:t>我家里人口多</w:t>
      </w:r>
      <w:r>
        <w:t xml:space="preserve"> 房&amp;hearts;子小</w:t>
      </w:r>
      <w:r>
        <w:t xml:space="preserve"> 门很少</w:t>
        <w:br/>
        <w:t>Big</w:t>
      </w:r>
      <w:r>
        <w:t xml:space="preserve"> family,</w:t>
      </w:r>
      <w:r>
        <w:t xml:space="preserve"> small</w:t>
      </w:r>
      <w:r>
        <w:t xml:space="preserve"> house,</w:t>
      </w:r>
      <w:r>
        <w:t xml:space="preserve"> few</w:t>
      </w:r>
      <w:r>
        <w:t xml:space="preserve"> doors.</w:t>
        <w:br/>
        <w:t>你是</w:t>
        <w:br/>
        <w:t>And</w:t>
      </w:r>
      <w:r>
        <w:t xml:space="preserve"> you</w:t>
      </w:r>
      <w:r>
        <w:t xml:space="preserve"> are?</w:t>
        <w:br/>
        <w:t>韦斯盖特中尉</w:t>
      </w:r>
      <w:r>
        <w:t xml:space="preserve"> 你的室友</w:t>
        <w:br/>
        <w:t>Subaltern</w:t>
      </w:r>
      <w:r>
        <w:t xml:space="preserve"> Wesgate,</w:t>
      </w:r>
      <w:r>
        <w:t xml:space="preserve"> your</w:t>
      </w:r>
      <w:r>
        <w:t xml:space="preserve"> roommate.</w:t>
        <w:br/>
        <w:t>天啊</w:t>
        <w:br/>
        <w:t>Oh,</w:t>
      </w:r>
      <w:r>
        <w:t xml:space="preserve"> dear.</w:t>
        <w:br/>
        <w:t>你以为室友是男人</w:t>
      </w:r>
      <w:r>
        <w:t xml:space="preserve"> 对吗</w:t>
      </w:r>
      <w:r>
        <w:t xml:space="preserve"> </w:t>
      </w:r>
      <w:r>
        <w:t xml:space="preserve"> -</w:t>
      </w:r>
      <w:r>
        <w:t xml:space="preserve"> 不</w:t>
      </w:r>
      <w:r>
        <w:t xml:space="preserve"> 我没有</w:t>
      </w:r>
      <w:r>
        <w:t xml:space="preserve"> 只是...</w:t>
        <w:br/>
        <w:t>You</w:t>
      </w:r>
      <w:r>
        <w:t xml:space="preserve"> expected</w:t>
      </w:r>
      <w:r>
        <w:t xml:space="preserve"> a</w:t>
      </w:r>
      <w:r>
        <w:t xml:space="preserve"> man,</w:t>
      </w:r>
      <w:r>
        <w:t xml:space="preserve"> didn't</w:t>
      </w:r>
      <w:r>
        <w:t xml:space="preserve"> you?</w:t>
      </w:r>
      <w:r>
        <w:t xml:space="preserve"> -</w:t>
      </w:r>
      <w:r>
        <w:t xml:space="preserve"> No,</w:t>
      </w:r>
      <w:r>
        <w:t xml:space="preserve"> I</w:t>
      </w:r>
      <w:r>
        <w:t xml:space="preserve"> didn't--</w:t>
      </w:r>
      <w:r>
        <w:t xml:space="preserve"> I</w:t>
      </w:r>
      <w:r>
        <w:t xml:space="preserve"> just--</w:t>
      </w:r>
      <w:r>
        <w:t xml:space="preserve"> It</w:t>
      </w:r>
      <w:r>
        <w:t xml:space="preserve"> was--</w:t>
        <w:br/>
        <w:t>是的</w:t>
      </w:r>
      <w:r>
        <w:t xml:space="preserve"> 对不起</w:t>
      </w:r>
      <w:r>
        <w:t xml:space="preserve"> 我以为是男人</w:t>
        <w:br/>
        <w:t>Yes.</w:t>
      </w:r>
      <w:r>
        <w:t xml:space="preserve"> I</w:t>
      </w:r>
      <w:r>
        <w:t xml:space="preserve"> did.</w:t>
      </w:r>
      <w:r>
        <w:t xml:space="preserve"> I'm</w:t>
      </w:r>
      <w:r>
        <w:t xml:space="preserve"> sorry.</w:t>
      </w:r>
      <w:r>
        <w:t xml:space="preserve"> I</w:t>
      </w:r>
      <w:r>
        <w:t xml:space="preserve"> expected</w:t>
      </w:r>
      <w:r>
        <w:t xml:space="preserve"> a</w:t>
      </w:r>
      <w:r>
        <w:t xml:space="preserve"> man.</w:t>
        <w:br/>
        <w:t>本土辅助部队鼓励我们隐藏女性的名字</w:t>
      </w:r>
      <w:r>
        <w:t xml:space="preserve"> 所以我用A.M.韦斯盖特</w:t>
        <w:br/>
        <w:t>The</w:t>
      </w:r>
      <w:r>
        <w:t xml:space="preserve"> ATS</w:t>
      </w:r>
      <w:r>
        <w:t xml:space="preserve"> encourage</w:t>
      </w:r>
      <w:r>
        <w:t xml:space="preserve"> us</w:t>
      </w:r>
      <w:r>
        <w:t xml:space="preserve"> to</w:t>
      </w:r>
      <w:r>
        <w:t xml:space="preserve"> conceal</w:t>
      </w:r>
      <w:r>
        <w:t xml:space="preserve"> our</w:t>
      </w:r>
      <w:r>
        <w:t xml:space="preserve"> feminine</w:t>
      </w:r>
      <w:r>
        <w:t xml:space="preserve"> names,</w:t>
      </w:r>
      <w:r>
        <w:t xml:space="preserve"> hence</w:t>
      </w:r>
      <w:r>
        <w:t xml:space="preserve"> A.M.</w:t>
      </w:r>
      <w:r>
        <w:t xml:space="preserve"> Wesgate.</w:t>
        <w:br/>
        <w:t>A是亚历桑德拉的缩写</w:t>
      </w:r>
      <w:r>
        <w:t xml:space="preserve"> 你可以叫我桑德拉</w:t>
        <w:br/>
        <w:t>The</w:t>
      </w:r>
      <w:r>
        <w:t xml:space="preserve"> A</w:t>
      </w:r>
      <w:r>
        <w:t xml:space="preserve"> is</w:t>
      </w:r>
      <w:r>
        <w:t xml:space="preserve"> for</w:t>
      </w:r>
      <w:r>
        <w:t xml:space="preserve"> Alessandra--</w:t>
      </w:r>
      <w:r>
        <w:t xml:space="preserve"> Sandra</w:t>
      </w:r>
      <w:r>
        <w:t xml:space="preserve"> for</w:t>
      </w:r>
      <w:r>
        <w:t xml:space="preserve"> short--</w:t>
        <w:br/>
        <w:t>M是中间名</w:t>
      </w:r>
      <w:r>
        <w:t xml:space="preserve"> 我就不透露了</w:t>
        <w:br/>
        <w:t>and</w:t>
      </w:r>
      <w:r>
        <w:t xml:space="preserve"> the</w:t>
      </w:r>
      <w:r>
        <w:t xml:space="preserve"> M</w:t>
      </w:r>
      <w:r>
        <w:t xml:space="preserve"> is</w:t>
      </w:r>
      <w:r>
        <w:t xml:space="preserve"> for</w:t>
      </w:r>
      <w:r>
        <w:t xml:space="preserve"> a</w:t>
      </w:r>
      <w:r>
        <w:t xml:space="preserve"> middle</w:t>
      </w:r>
      <w:r>
        <w:t xml:space="preserve"> name</w:t>
      </w:r>
      <w:r>
        <w:t xml:space="preserve"> I</w:t>
      </w:r>
      <w:r>
        <w:t xml:space="preserve"> shall</w:t>
      </w:r>
      <w:r>
        <w:t xml:space="preserve"> take</w:t>
      </w:r>
      <w:r>
        <w:t xml:space="preserve"> to</w:t>
      </w:r>
      <w:r>
        <w:t xml:space="preserve"> the</w:t>
      </w:r>
      <w:r>
        <w:t xml:space="preserve"> grave.</w:t>
        <w:br/>
        <w:t>我们应该向财务主管报告此事</w:t>
      </w:r>
      <w:r>
        <w:t xml:space="preserve"> -</w:t>
      </w:r>
      <w:r>
        <w:t xml:space="preserve"> 如果你不介意</w:t>
      </w:r>
      <w:r>
        <w:t xml:space="preserve"> 我无所谓的</w:t>
        <w:br/>
        <w:t>We</w:t>
      </w:r>
      <w:r>
        <w:t xml:space="preserve"> should</w:t>
      </w:r>
      <w:r>
        <w:t xml:space="preserve"> report</w:t>
      </w:r>
      <w:r>
        <w:t xml:space="preserve"> this</w:t>
      </w:r>
      <w:r>
        <w:t xml:space="preserve"> to</w:t>
      </w:r>
      <w:r>
        <w:t xml:space="preserve"> the</w:t>
      </w:r>
      <w:r>
        <w:t xml:space="preserve"> bursar.</w:t>
      </w:r>
      <w:r>
        <w:t xml:space="preserve"> -</w:t>
      </w:r>
      <w:r>
        <w:t xml:space="preserve"> Well,</w:t>
      </w:r>
      <w:r>
        <w:t xml:space="preserve"> I'm</w:t>
      </w:r>
      <w:r>
        <w:t xml:space="preserve"> not</w:t>
      </w:r>
      <w:r>
        <w:t xml:space="preserve"> bothered</w:t>
      </w:r>
      <w:r>
        <w:t xml:space="preserve"> if</w:t>
      </w:r>
      <w:r>
        <w:t xml:space="preserve"> you're</w:t>
      </w:r>
      <w:r>
        <w:t xml:space="preserve"> not.</w:t>
        <w:br/>
        <w:t>我能看出来你结婚了</w:t>
        <w:br/>
        <w:t>I</w:t>
      </w:r>
      <w:r>
        <w:t xml:space="preserve"> can</w:t>
      </w:r>
      <w:r>
        <w:t xml:space="preserve"> see</w:t>
      </w:r>
      <w:r>
        <w:t xml:space="preserve"> that</w:t>
      </w:r>
      <w:r>
        <w:t xml:space="preserve"> you're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married.</w:t>
        <w:br/>
        <w:t>希望你老婆调&amp;hearts;教&amp;hearts;过你上完厕所放下座圈</w:t>
        <w:br/>
        <w:t>Hopefully</w:t>
      </w:r>
      <w:r>
        <w:t xml:space="preserve"> your</w:t>
      </w:r>
      <w:r>
        <w:t xml:space="preserve"> wife</w:t>
      </w:r>
      <w:r>
        <w:t xml:space="preserve"> trained</w:t>
      </w:r>
      <w:r>
        <w:t xml:space="preserve"> you</w:t>
      </w:r>
      <w:r>
        <w:t xml:space="preserve"> to</w:t>
      </w:r>
      <w:r>
        <w:t xml:space="preserve"> leave</w:t>
      </w:r>
      <w:r>
        <w:t xml:space="preserve"> the</w:t>
      </w:r>
      <w:r>
        <w:t xml:space="preserve"> toilet</w:t>
      </w:r>
      <w:r>
        <w:t xml:space="preserve"> seat</w:t>
      </w:r>
      <w:r>
        <w:t xml:space="preserve"> down.</w:t>
        <w:br/>
        <w:t>你刚才对着镜子模仿的是屈塞还是盖博</w:t>
        <w:br/>
        <w:t>In</w:t>
      </w:r>
      <w:r>
        <w:t xml:space="preserve"> the</w:t>
      </w:r>
      <w:r>
        <w:t xml:space="preserve"> mirror,</w:t>
      </w:r>
      <w:r>
        <w:t xml:space="preserve"> was</w:t>
      </w:r>
      <w:r>
        <w:t xml:space="preserve"> that</w:t>
      </w:r>
      <w:r>
        <w:t xml:space="preserve"> Tracy</w:t>
      </w:r>
      <w:r>
        <w:t xml:space="preserve"> or</w:t>
      </w:r>
      <w:r>
        <w:t xml:space="preserve"> Gable?</w:t>
        <w:br/>
        <w:t>是屈塞</w:t>
        <w:br/>
        <w:t>It</w:t>
      </w:r>
      <w:r>
        <w:t xml:space="preserve"> was</w:t>
      </w:r>
      <w:r>
        <w:t xml:space="preserve"> Tracy.</w:t>
        <w:br/>
        <w:t>我还以为是盖博</w:t>
        <w:br/>
        <w:t>I</w:t>
      </w:r>
      <w:r>
        <w:t xml:space="preserve"> would've</w:t>
      </w:r>
      <w:r>
        <w:t xml:space="preserve"> thought</w:t>
      </w:r>
      <w:r>
        <w:t xml:space="preserve"> Gable.</w:t>
        <w:br/>
        <w:t>把球从前面打出去</w:t>
        <w:br/>
        <w:t>Get</w:t>
      </w:r>
      <w:r>
        <w:t xml:space="preserve"> it</w:t>
      </w:r>
      <w:r>
        <w:t xml:space="preserve"> out</w:t>
      </w:r>
      <w:r>
        <w:t xml:space="preserve"> in</w:t>
      </w:r>
      <w:r>
        <w:t xml:space="preserve"> front.</w:t>
        <w:br/>
        <w:t>快点</w:t>
      </w:r>
      <w:r>
        <w:t xml:space="preserve"> 起来</w:t>
        <w:br/>
        <w:t>Come</w:t>
      </w:r>
      <w:r>
        <w:t xml:space="preserve"> on.</w:t>
      </w:r>
      <w:r>
        <w:t xml:space="preserve"> Get</w:t>
      </w:r>
      <w:r>
        <w:t xml:space="preserve"> up.</w:t>
        <w:br/>
        <w:t>(空军战俘转运营)</w:t>
        <w:br/>
        <w:t>(德国</w:t>
      </w:r>
      <w:r>
        <w:t xml:space="preserve"> 法兰克福)</w:t>
        <w:br/>
        <w:t>这小子转向我说</w:t>
        <w:br/>
        <w:t>This</w:t>
      </w:r>
      <w:r>
        <w:t xml:space="preserve"> chap</w:t>
      </w:r>
      <w:r>
        <w:t xml:space="preserve"> turned</w:t>
      </w:r>
      <w:r>
        <w:t xml:space="preserve"> to</w:t>
      </w:r>
      <w:r>
        <w:t xml:space="preserve"> me</w:t>
      </w:r>
      <w:r>
        <w:t xml:space="preserve"> and</w:t>
      </w:r>
      <w:r>
        <w:t xml:space="preserve"> he</w:t>
      </w:r>
      <w:r>
        <w:t xml:space="preserve"> said,</w:t>
        <w:br/>
        <w:t>“长官</w:t>
      </w:r>
      <w:r>
        <w:t xml:space="preserve"> 这些该死的美国人有三个问题”</w:t>
        <w:br/>
        <w:t>"You</w:t>
      </w:r>
      <w:r>
        <w:t xml:space="preserve"> know,</w:t>
      </w:r>
      <w:r>
        <w:t xml:space="preserve"> sir,</w:t>
      </w:r>
      <w:r>
        <w:t xml:space="preserve"> there</w:t>
      </w:r>
      <w:r>
        <w:t xml:space="preserve"> are</w:t>
      </w:r>
      <w:r>
        <w:t xml:space="preserve"> three</w:t>
      </w:r>
      <w:r>
        <w:t xml:space="preserve"> problems</w:t>
      </w:r>
      <w:r>
        <w:t xml:space="preserve"> with</w:t>
      </w:r>
      <w:r>
        <w:t xml:space="preserve"> these</w:t>
      </w:r>
      <w:r>
        <w:t xml:space="preserve"> bloody</w:t>
      </w:r>
      <w:r>
        <w:t xml:space="preserve"> Americans."</w:t>
        <w:br/>
        <w:t>抱歉</w:t>
      </w:r>
      <w:r>
        <w:t xml:space="preserve"> 我说脏话了</w:t>
        <w:br/>
        <w:t>Excuse</w:t>
      </w:r>
      <w:r>
        <w:t xml:space="preserve"> my</w:t>
      </w:r>
      <w:r>
        <w:t xml:space="preserve"> language.</w:t>
        <w:br/>
        <w:t>他说:“他们性&amp;hearts;欲&amp;hearts;太强</w:t>
      </w:r>
      <w:r>
        <w:t xml:space="preserve"> 工资太高</w:t>
      </w:r>
      <w:r>
        <w:t xml:space="preserve"> 离英国太近”</w:t>
        <w:br/>
        <w:t>He</w:t>
      </w:r>
      <w:r>
        <w:t xml:space="preserve"> said,</w:t>
      </w:r>
      <w:r>
        <w:t xml:space="preserve"> "They're</w:t>
      </w:r>
      <w:r>
        <w:t xml:space="preserve"> oversexed,</w:t>
      </w:r>
      <w:r>
        <w:t xml:space="preserve"> overpaid,</w:t>
      </w:r>
      <w:r>
        <w:t xml:space="preserve"> and</w:t>
      </w:r>
      <w:r>
        <w:t xml:space="preserve"> over</w:t>
      </w:r>
      <w:r>
        <w:t xml:space="preserve"> here."</w:t>
        <w:br/>
        <w:t>克罗斯比上尉</w:t>
        <w:br/>
        <w:t>Captain</w:t>
      </w:r>
      <w:r>
        <w:t xml:space="preserve"> Crosby.</w:t>
        <w:br/>
        <w:t>美国人说我们英国人有什么麻烦</w:t>
        <w:br/>
        <w:t>What</w:t>
      </w:r>
      <w:r>
        <w:t xml:space="preserve"> is</w:t>
      </w:r>
      <w:r>
        <w:t xml:space="preserve"> it</w:t>
      </w:r>
      <w:r>
        <w:t xml:space="preserve"> the</w:t>
      </w:r>
      <w:r>
        <w:t xml:space="preserve"> Yanks</w:t>
      </w:r>
      <w:r>
        <w:t xml:space="preserve"> say</w:t>
      </w:r>
      <w:r>
        <w:t xml:space="preserve"> the</w:t>
      </w:r>
      <w:r>
        <w:t xml:space="preserve"> trouble</w:t>
      </w:r>
      <w:r>
        <w:t xml:space="preserve"> with</w:t>
      </w:r>
      <w:r>
        <w:t xml:space="preserve"> we</w:t>
      </w:r>
      <w:r>
        <w:t xml:space="preserve"> Britons</w:t>
      </w:r>
      <w:r>
        <w:t xml:space="preserve"> is?</w:t>
        <w:br/>
        <w:t>没关系</w:t>
      </w:r>
      <w:r>
        <w:t xml:space="preserve"> 我现在想起来了</w:t>
        <w:br/>
        <w:t>That's</w:t>
      </w:r>
      <w:r>
        <w:t xml:space="preserve"> okay.</w:t>
      </w:r>
      <w:r>
        <w:t xml:space="preserve"> I</w:t>
      </w:r>
      <w:r>
        <w:t xml:space="preserve"> remember</w:t>
      </w:r>
      <w:r>
        <w:t xml:space="preserve"> now.</w:t>
        <w:br/>
        <w:t>我们性&amp;hearts;欲&amp;hearts;低下</w:t>
      </w:r>
      <w:r>
        <w:t xml:space="preserve"> 工资低下</w:t>
      </w:r>
      <w:r>
        <w:t xml:space="preserve"> 受艾森豪威尔的指挥</w:t>
        <w:br/>
        <w:t>We</w:t>
      </w:r>
      <w:r>
        <w:t xml:space="preserve"> are</w:t>
      </w:r>
      <w:r>
        <w:t xml:space="preserve"> undersexed,</w:t>
      </w:r>
      <w:r>
        <w:t xml:space="preserve"> underpaid,</w:t>
      </w:r>
      <w:r>
        <w:t xml:space="preserve"> and</w:t>
      </w:r>
      <w:r>
        <w:t xml:space="preserve"> under</w:t>
      </w:r>
      <w:r>
        <w:t xml:space="preserve"> Eisenhower.</w:t>
        <w:br/>
        <w:t>你们美国人对异性更热情</w:t>
        <w:br/>
        <w:t>You</w:t>
      </w:r>
      <w:r>
        <w:t xml:space="preserve"> Americans</w:t>
      </w:r>
      <w:r>
        <w:t xml:space="preserve"> are</w:t>
      </w:r>
      <w:r>
        <w:t xml:space="preserve"> a</w:t>
      </w:r>
      <w:r>
        <w:t xml:space="preserve"> bit</w:t>
      </w:r>
      <w:r>
        <w:t xml:space="preserve"> zestier</w:t>
      </w:r>
      <w:r>
        <w:t xml:space="preserve"> in</w:t>
      </w:r>
      <w:r>
        <w:t xml:space="preserve"> your</w:t>
      </w:r>
      <w:r>
        <w:t xml:space="preserve"> approach</w:t>
      </w:r>
      <w:r>
        <w:t xml:space="preserve"> to</w:t>
      </w:r>
      <w:r>
        <w:t xml:space="preserve"> the</w:t>
      </w:r>
      <w:r>
        <w:t xml:space="preserve"> opposite</w:t>
      </w:r>
      <w:r>
        <w:t xml:space="preserve"> sex.</w:t>
        <w:br/>
        <w:t>我们的年轻人想都不敢想</w:t>
      </w:r>
      <w:r>
        <w:t xml:space="preserve"> 跟首次进入上流社交场合的千金上&amp;hearts;床&amp;hearts;</w:t>
        <w:br/>
        <w:t>As</w:t>
      </w:r>
      <w:r>
        <w:t xml:space="preserve"> young</w:t>
      </w:r>
      <w:r>
        <w:t xml:space="preserve"> men,</w:t>
      </w:r>
      <w:r>
        <w:t xml:space="preserve"> we</w:t>
      </w:r>
      <w:r>
        <w:t xml:space="preserve"> would</w:t>
      </w:r>
      <w:r>
        <w:t xml:space="preserve"> never</w:t>
      </w:r>
      <w:r>
        <w:t xml:space="preserve"> have</w:t>
      </w:r>
      <w:r>
        <w:t xml:space="preserve"> dreamt</w:t>
      </w:r>
      <w:r>
        <w:t xml:space="preserve"> of</w:t>
      </w:r>
      <w:r>
        <w:t xml:space="preserve"> trying</w:t>
      </w:r>
      <w:r>
        <w:t xml:space="preserve"> to</w:t>
      </w:r>
      <w:r>
        <w:t xml:space="preserve"> tup</w:t>
      </w:r>
      <w:r>
        <w:t xml:space="preserve"> a</w:t>
      </w:r>
      <w:r>
        <w:t xml:space="preserve"> debutante.</w:t>
        <w:br/>
        <w:t>我们在女服务员和酒吧招待身上寻找激&amp;hearts;情&amp;hearts;</w:t>
        <w:br/>
        <w:t>We</w:t>
      </w:r>
      <w:r>
        <w:t xml:space="preserve"> turned</w:t>
      </w:r>
      <w:r>
        <w:t xml:space="preserve"> to</w:t>
      </w:r>
      <w:r>
        <w:t xml:space="preserve"> chambermaids</w:t>
      </w:r>
      <w:r>
        <w:t xml:space="preserve"> and</w:t>
      </w:r>
      <w:r>
        <w:t xml:space="preserve"> barmaids</w:t>
      </w:r>
      <w:r>
        <w:t xml:space="preserve"> for</w:t>
      </w:r>
      <w:r>
        <w:t xml:space="preserve"> our</w:t>
      </w:r>
      <w:r>
        <w:t xml:space="preserve"> excitement.</w:t>
        <w:br/>
        <w:t>这些美国人跑过来直接邀请公爵夫人上&amp;hearts;床&amp;hearts;</w:t>
        <w:br/>
        <w:t>These</w:t>
      </w:r>
      <w:r>
        <w:t xml:space="preserve"> Americans</w:t>
      </w:r>
      <w:r>
        <w:t xml:space="preserve"> coming</w:t>
      </w:r>
      <w:r>
        <w:t xml:space="preserve"> over</w:t>
      </w:r>
      <w:r>
        <w:t xml:space="preserve"> would</w:t>
      </w:r>
      <w:r>
        <w:t xml:space="preserve"> invite</w:t>
      </w:r>
      <w:r>
        <w:t xml:space="preserve"> a</w:t>
      </w:r>
      <w:r>
        <w:t xml:space="preserve"> duchess</w:t>
      </w:r>
      <w:r>
        <w:t xml:space="preserve"> to</w:t>
      </w:r>
      <w:r>
        <w:t xml:space="preserve"> bed</w:t>
        <w:br/>
        <w:t>甚至还没邀请她吃过晚餐</w:t>
        <w:br/>
        <w:t>before</w:t>
      </w:r>
      <w:r>
        <w:t xml:space="preserve"> even</w:t>
      </w:r>
      <w:r>
        <w:t xml:space="preserve"> taking</w:t>
      </w:r>
      <w:r>
        <w:t xml:space="preserve"> her</w:t>
      </w:r>
      <w:r>
        <w:t xml:space="preserve"> 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dinner.</w:t>
        <w:br/>
        <w:t>恕我不能赞同</w:t>
        <w:br/>
        <w:t>I</w:t>
      </w:r>
      <w:r>
        <w:t xml:space="preserve"> must</w:t>
      </w:r>
      <w:r>
        <w:t xml:space="preserve"> respectfully</w:t>
      </w:r>
      <w:r>
        <w:t xml:space="preserve"> challenge</w:t>
      </w:r>
      <w:r>
        <w:t xml:space="preserve"> you</w:t>
      </w:r>
      <w:r>
        <w:t xml:space="preserve"> on</w:t>
      </w:r>
      <w:r>
        <w:t xml:space="preserve"> that.</w:t>
        <w:br/>
        <w:t>女服务员和酒吧招待</w:t>
      </w:r>
      <w:r>
        <w:t xml:space="preserve"> 感觉自己无权对雇主说不</w:t>
        <w:br/>
        <w:t>Chambermaids</w:t>
      </w:r>
      <w:r>
        <w:t xml:space="preserve"> and</w:t>
      </w:r>
      <w:r>
        <w:t xml:space="preserve"> barmaids</w:t>
      </w:r>
      <w:r>
        <w:t xml:space="preserve"> feel</w:t>
      </w:r>
      <w:r>
        <w:t xml:space="preserve"> they</w:t>
      </w:r>
      <w:r>
        <w:t xml:space="preserve"> have</w:t>
      </w:r>
      <w:r>
        <w:t xml:space="preserve"> no</w:t>
      </w:r>
      <w:r>
        <w:t xml:space="preserve"> right</w:t>
      </w:r>
      <w:r>
        <w:t xml:space="preserve"> to</w:t>
      </w:r>
      <w:r>
        <w:t xml:space="preserve"> say</w:t>
      </w:r>
      <w:r>
        <w:t xml:space="preserve"> no</w:t>
      </w:r>
      <w:r>
        <w:t xml:space="preserve"> to</w:t>
      </w:r>
      <w:r>
        <w:t xml:space="preserve"> their</w:t>
      </w:r>
      <w:r>
        <w:t xml:space="preserve"> employers,</w:t>
        <w:br/>
        <w:t>但美国男人都很执着</w:t>
      </w:r>
      <w:r>
        <w:t xml:space="preserve"> 不论阶级</w:t>
        <w:br/>
        <w:t>but</w:t>
      </w:r>
      <w:r>
        <w:t xml:space="preserve"> American</w:t>
      </w:r>
      <w:r>
        <w:t xml:space="preserve"> men</w:t>
      </w:r>
      <w:r>
        <w:t xml:space="preserve"> are</w:t>
      </w:r>
      <w:r>
        <w:t xml:space="preserve"> persistent</w:t>
      </w:r>
      <w:r>
        <w:t xml:space="preserve"> regardless</w:t>
      </w:r>
      <w:r>
        <w:t xml:space="preserve"> of</w:t>
      </w:r>
      <w:r>
        <w:t xml:space="preserve"> class.</w:t>
        <w:br/>
        <w:t>恕我直言</w:t>
      </w:r>
      <w:r>
        <w:t xml:space="preserve"> 他们基本上</w:t>
      </w:r>
      <w:r>
        <w:t xml:space="preserve"> 会跟任何会动的东西上&amp;hearts;床&amp;hearts;</w:t>
        <w:br/>
        <w:t>And</w:t>
      </w:r>
      <w:r>
        <w:t xml:space="preserve"> forgive</w:t>
      </w:r>
      <w:r>
        <w:t xml:space="preserve"> my</w:t>
      </w:r>
      <w:r>
        <w:t xml:space="preserve"> language,</w:t>
      </w:r>
      <w:r>
        <w:t xml:space="preserve"> but</w:t>
      </w:r>
      <w:r>
        <w:t xml:space="preserve"> they'll</w:t>
      </w:r>
      <w:r>
        <w:t xml:space="preserve"> pretty</w:t>
      </w:r>
      <w:r>
        <w:t xml:space="preserve"> much</w:t>
      </w:r>
      <w:r>
        <w:t xml:space="preserve"> "tup"</w:t>
      </w:r>
      <w:r>
        <w:t xml:space="preserve"> anything</w:t>
      </w:r>
      <w:r>
        <w:t xml:space="preserve"> that</w:t>
      </w:r>
      <w:r>
        <w:t xml:space="preserve"> moves.</w:t>
        <w:br/>
        <w:t>不光是你们如何对待我们的女人</w:t>
        <w:br/>
        <w:t>It's</w:t>
      </w:r>
      <w:r>
        <w:t xml:space="preserve"> beyond</w:t>
      </w:r>
      <w:r>
        <w:t xml:space="preserve"> how</w:t>
      </w:r>
      <w:r>
        <w:t xml:space="preserve"> you</w:t>
      </w:r>
      <w:r>
        <w:t xml:space="preserve"> treat</w:t>
      </w:r>
      <w:r>
        <w:t xml:space="preserve"> our</w:t>
      </w:r>
      <w:r>
        <w:t xml:space="preserve"> women.</w:t>
        <w:br/>
        <w:t>你们还在大街上吐痰</w:t>
        <w:br/>
        <w:t>It's</w:t>
      </w:r>
      <w:r>
        <w:t xml:space="preserve"> your</w:t>
      </w:r>
      <w:r>
        <w:t xml:space="preserve"> spitting</w:t>
      </w:r>
      <w:r>
        <w:t xml:space="preserve"> in</w:t>
      </w:r>
      <w:r>
        <w:t xml:space="preserve"> the</w:t>
      </w:r>
      <w:r>
        <w:t xml:space="preserve"> streets,</w:t>
        <w:br/>
        <w:t>在我们的酒吧里喝得烂醉</w:t>
      </w:r>
      <w:r>
        <w:t xml:space="preserve"> 斗殴</w:t>
        <w:br/>
        <w:t>getting</w:t>
      </w:r>
      <w:r>
        <w:t xml:space="preserve"> sloshed,</w:t>
      </w:r>
      <w:r>
        <w:t xml:space="preserve"> brawling</w:t>
      </w:r>
      <w:r>
        <w:t xml:space="preserve"> in</w:t>
      </w:r>
      <w:r>
        <w:t xml:space="preserve"> our</w:t>
      </w:r>
      <w:r>
        <w:t xml:space="preserve"> pubs.</w:t>
        <w:br/>
        <w:t>也许如果你教你的人一点道德纪律</w:t>
        <w:br/>
        <w:t>Perhaps</w:t>
      </w:r>
      <w:r>
        <w:t xml:space="preserve"> if</w:t>
      </w:r>
      <w:r>
        <w:t xml:space="preserve"> you</w:t>
      </w:r>
      <w:r>
        <w:t xml:space="preserve"> simply</w:t>
      </w:r>
      <w:r>
        <w:t xml:space="preserve"> taught</w:t>
      </w:r>
      <w:r>
        <w:t xml:space="preserve"> your</w:t>
      </w:r>
      <w:r>
        <w:t xml:space="preserve"> chaps</w:t>
      </w:r>
      <w:r>
        <w:t xml:space="preserve"> a</w:t>
      </w:r>
      <w:r>
        <w:t xml:space="preserve"> little</w:t>
      </w:r>
      <w:r>
        <w:t xml:space="preserve"> moral</w:t>
      </w:r>
      <w:r>
        <w:t xml:space="preserve"> discipline,</w:t>
        <w:br/>
        <w:t>他们就不会表现得像是第一次离开家乡</w:t>
        <w:br/>
        <w:t>they</w:t>
      </w:r>
      <w:r>
        <w:t xml:space="preserve"> wouldn't</w:t>
      </w:r>
      <w:r>
        <w:t xml:space="preserve"> always</w:t>
      </w:r>
      <w:r>
        <w:t xml:space="preserve"> act</w:t>
      </w:r>
      <w:r>
        <w:t xml:space="preserve"> as</w:t>
      </w:r>
      <w:r>
        <w:t xml:space="preserve"> if</w:t>
      </w:r>
      <w:r>
        <w:t xml:space="preserve"> they're</w:t>
      </w:r>
      <w:r>
        <w:t xml:space="preserve"> away</w:t>
      </w:r>
      <w:r>
        <w:t xml:space="preserve"> from</w:t>
      </w:r>
      <w:r>
        <w:t xml:space="preserve"> home</w:t>
      </w:r>
      <w:r>
        <w:t xml:space="preserve"> for</w:t>
      </w:r>
      <w:r>
        <w:t xml:space="preserve"> the</w:t>
      </w:r>
      <w:r>
        <w:t xml:space="preserve"> first</w:t>
      </w:r>
      <w:r>
        <w:t xml:space="preserve"> time,</w:t>
        <w:br/>
        <w:t>尽情享受人生</w:t>
        <w:br/>
        <w:t>living</w:t>
      </w:r>
      <w:r>
        <w:t xml:space="preserve"> it</w:t>
      </w:r>
      <w:r>
        <w:t xml:space="preserve"> up.</w:t>
        <w:br/>
        <w:t>恕我直言</w:t>
      </w:r>
      <w:r>
        <w:t xml:space="preserve"> 长官</w:t>
        <w:br/>
        <w:t>Well,</w:t>
      </w:r>
      <w:r>
        <w:t xml:space="preserve"> with</w:t>
      </w:r>
      <w:r>
        <w:t xml:space="preserve"> respect,</w:t>
      </w:r>
      <w:r>
        <w:t xml:space="preserve"> sir,</w:t>
        <w:br/>
        <w:t>每天都可能是他们享受人生的最后机会</w:t>
        <w:br/>
        <w:t>each</w:t>
      </w:r>
      <w:r>
        <w:t xml:space="preserve"> day</w:t>
      </w:r>
      <w:r>
        <w:t xml:space="preserve"> could</w:t>
      </w:r>
      <w:r>
        <w:t xml:space="preserve"> be</w:t>
      </w:r>
      <w:r>
        <w:t xml:space="preserve"> their</w:t>
      </w:r>
      <w:r>
        <w:t xml:space="preserve"> last</w:t>
      </w:r>
      <w:r>
        <w:t xml:space="preserve"> chance</w:t>
      </w:r>
      <w:r>
        <w:t xml:space="preserve"> to</w:t>
      </w:r>
      <w:r>
        <w:t xml:space="preserve"> live</w:t>
      </w:r>
      <w:r>
        <w:t xml:space="preserve"> it</w:t>
      </w:r>
      <w:r>
        <w:t xml:space="preserve"> up.</w:t>
        <w:br/>
        <w:t>所以我不会在他们周末休假前对他们说教</w:t>
        <w:br/>
        <w:t>So,</w:t>
      </w:r>
      <w:r>
        <w:t xml:space="preserve"> I</w:t>
      </w:r>
      <w:r>
        <w:t xml:space="preserve"> won't</w:t>
      </w:r>
      <w:r>
        <w:t xml:space="preserve"> be</w:t>
      </w:r>
      <w:r>
        <w:t xml:space="preserve"> giving</w:t>
      </w:r>
      <w:r>
        <w:t xml:space="preserve"> them</w:t>
      </w:r>
      <w:r>
        <w:t xml:space="preserve"> a</w:t>
      </w:r>
      <w:r>
        <w:t xml:space="preserve"> lecture</w:t>
      </w:r>
      <w:r>
        <w:t xml:space="preserve"> before</w:t>
      </w:r>
      <w:r>
        <w:t xml:space="preserve"> they</w:t>
      </w:r>
      <w:r>
        <w:t xml:space="preserve"> go</w:t>
      </w:r>
      <w:r>
        <w:t xml:space="preserve"> on</w:t>
      </w:r>
      <w:r>
        <w:t xml:space="preserve"> their</w:t>
      </w:r>
      <w:r>
        <w:t xml:space="preserve"> weekend</w:t>
      </w:r>
      <w:r>
        <w:t xml:space="preserve"> pass.</w:t>
        <w:br/>
        <w:t>你不像飞行员那么自大</w:t>
      </w:r>
      <w:r>
        <w:t xml:space="preserve"> 但你是上尉</w:t>
        <w:br/>
        <w:t>You're</w:t>
      </w:r>
      <w:r>
        <w:t xml:space="preserve"> not</w:t>
      </w:r>
      <w:r>
        <w:t xml:space="preserve"> cocky</w:t>
      </w:r>
      <w:r>
        <w:t xml:space="preserve"> enough</w:t>
      </w:r>
      <w:r>
        <w:t xml:space="preserve"> to</w:t>
      </w:r>
      <w:r>
        <w:t xml:space="preserve"> be</w:t>
      </w:r>
      <w:r>
        <w:t xml:space="preserve"> pilot,</w:t>
      </w:r>
      <w:r>
        <w:t xml:space="preserve"> but</w:t>
      </w:r>
      <w:r>
        <w:t xml:space="preserve"> you</w:t>
      </w:r>
      <w:r>
        <w:t xml:space="preserve"> are</w:t>
      </w:r>
      <w:r>
        <w:t xml:space="preserve"> a</w:t>
      </w:r>
      <w:r>
        <w:t xml:space="preserve"> captain.</w:t>
        <w:br/>
        <w:t>那你是什么</w:t>
      </w:r>
      <w:r>
        <w:t xml:space="preserve"> 导航员</w:t>
      </w:r>
      <w:r>
        <w:t xml:space="preserve"> 投弹手</w:t>
        <w:br/>
        <w:t>So,</w:t>
      </w:r>
      <w:r>
        <w:t xml:space="preserve"> what?</w:t>
      </w:r>
      <w:r>
        <w:t xml:space="preserve"> Navigator?</w:t>
      </w:r>
      <w:r>
        <w:t xml:space="preserve"> Bombardier?</w:t>
        <w:br/>
        <w:t>导航员</w:t>
        <w:br/>
        <w:t>Navigator.</w:t>
        <w:br/>
        <w:t>韦斯盖特中尉</w:t>
      </w:r>
      <w:r>
        <w:t xml:space="preserve"> 你具体是做什么的</w:t>
        <w:br/>
        <w:t>What</w:t>
      </w:r>
      <w:r>
        <w:t xml:space="preserve"> exactly</w:t>
      </w:r>
      <w:r>
        <w:t xml:space="preserve"> do</w:t>
      </w:r>
      <w:r>
        <w:t xml:space="preserve"> you</w:t>
      </w:r>
      <w:r>
        <w:t xml:space="preserve"> do,</w:t>
      </w:r>
      <w:r>
        <w:t xml:space="preserve"> Subaltern</w:t>
      </w:r>
      <w:r>
        <w:t xml:space="preserve"> Wesgate?</w:t>
        <w:br/>
        <w:t>保证保密</w:t>
        <w:br/>
        <w:t>Promise</w:t>
      </w:r>
      <w:r>
        <w:t xml:space="preserve"> not</w:t>
      </w:r>
      <w:r>
        <w:t xml:space="preserve"> to</w:t>
      </w:r>
      <w:r>
        <w:t xml:space="preserve"> tell</w:t>
      </w:r>
      <w:r>
        <w:t xml:space="preserve"> anyone?</w:t>
        <w:br/>
        <w:t>我打勾勾</w:t>
        <w:br/>
        <w:t>I</w:t>
      </w:r>
      <w:r>
        <w:t xml:space="preserve"> pinkie</w:t>
      </w:r>
      <w:r>
        <w:t xml:space="preserve"> swear.</w:t>
        <w:br/>
        <w:t>我不太明白这话什么意思</w:t>
      </w:r>
      <w:r>
        <w:t xml:space="preserve"> 但听起来很正式</w:t>
        <w:br/>
        <w:t>Not</w:t>
      </w:r>
      <w:r>
        <w:t xml:space="preserve"> entirely</w:t>
      </w:r>
      <w:r>
        <w:t xml:space="preserve"> sure</w:t>
      </w:r>
      <w:r>
        <w:t xml:space="preserve"> what</w:t>
      </w:r>
      <w:r>
        <w:t xml:space="preserve"> that</w:t>
      </w:r>
      <w:r>
        <w:t xml:space="preserve"> means</w:t>
      </w:r>
      <w:r>
        <w:t xml:space="preserve"> but</w:t>
      </w:r>
      <w:r>
        <w:t xml:space="preserve"> sounds</w:t>
      </w:r>
      <w:r>
        <w:t xml:space="preserve"> official.</w:t>
        <w:br/>
        <w:t>方平船船夫</w:t>
        <w:br/>
        <w:t>I'm</w:t>
      </w:r>
      <w:r>
        <w:t xml:space="preserve"> a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punter.</w:t>
        <w:br/>
        <w:t>方平船船夫</w:t>
        <w:br/>
        <w:t>A</w:t>
      </w:r>
      <w:r>
        <w:t xml:space="preserve"> punter?</w:t>
        <w:br/>
        <w:t>对</w:t>
        <w:br/>
        <w:t>Right.</w:t>
        <w:br/>
        <w:t>那是什么</w:t>
        <w:br/>
        <w:t>What's</w:t>
      </w:r>
      <w:r>
        <w:t xml:space="preserve"> that?</w:t>
        <w:br/>
        <w:t>我在念剑桥期间就在驾驶方平船</w:t>
        <w:br/>
        <w:t>Been</w:t>
      </w:r>
      <w:r>
        <w:t xml:space="preserve"> punting</w:t>
      </w:r>
      <w:r>
        <w:t xml:space="preserve"> since</w:t>
      </w:r>
      <w:r>
        <w:t xml:space="preserve"> my</w:t>
      </w:r>
      <w:r>
        <w:t xml:space="preserve"> days</w:t>
      </w:r>
      <w:r>
        <w:t xml:space="preserve"> at</w:t>
      </w:r>
      <w:r>
        <w:t xml:space="preserve"> Cambridge.</w:t>
        <w:br/>
        <w:t>是吗</w:t>
        <w:br/>
        <w:t>Really?</w:t>
        <w:br/>
        <w:t>你念过剑桥</w:t>
        <w:br/>
        <w:t>You</w:t>
      </w:r>
      <w:r>
        <w:t xml:space="preserve"> went</w:t>
      </w:r>
      <w:r>
        <w:t xml:space="preserve"> to</w:t>
      </w:r>
      <w:r>
        <w:t xml:space="preserve"> Cambridge?</w:t>
        <w:br/>
        <w:t>不过他们不给女性</w:t>
      </w:r>
      <w:r>
        <w:t xml:space="preserve"> 颁发真正的学位</w:t>
      </w:r>
      <w:r>
        <w:t xml:space="preserve"> 难以置信吧</w:t>
        <w:br/>
        <w:t>They</w:t>
      </w:r>
      <w:r>
        <w:t xml:space="preserve"> don't</w:t>
      </w:r>
      <w:r>
        <w:t xml:space="preserve"> give</w:t>
      </w:r>
      <w:r>
        <w:t xml:space="preserve"> actual</w:t>
      </w:r>
      <w:r>
        <w:t xml:space="preserve"> degrees</w:t>
      </w:r>
      <w:r>
        <w:t xml:space="preserve"> to</w:t>
      </w:r>
      <w:r>
        <w:t xml:space="preserve"> women</w:t>
      </w:r>
      <w:r>
        <w:t xml:space="preserve"> though,</w:t>
      </w:r>
      <w:r>
        <w:t xml:space="preserve"> if</w:t>
      </w:r>
      <w:r>
        <w:t xml:space="preserve"> you</w:t>
      </w:r>
      <w:r>
        <w:t xml:space="preserve"> can</w:t>
      </w:r>
      <w:r>
        <w:t xml:space="preserve"> believe</w:t>
      </w:r>
      <w:r>
        <w:t xml:space="preserve"> it.</w:t>
        <w:br/>
        <w:t>你学什么的</w:t>
      </w:r>
      <w:r>
        <w:t xml:space="preserve"> 当然是除了驾驶方平船</w:t>
        <w:br/>
        <w:t>What</w:t>
      </w:r>
      <w:r>
        <w:t xml:space="preserve"> did</w:t>
      </w:r>
      <w:r>
        <w:t xml:space="preserve"> you</w:t>
      </w:r>
      <w:r>
        <w:t xml:space="preserve"> study?</w:t>
      </w:r>
      <w:r>
        <w:t xml:space="preserve"> Besides</w:t>
      </w:r>
      <w:r>
        <w:t xml:space="preserve"> punting,</w:t>
      </w:r>
      <w:r>
        <w:t xml:space="preserve"> of</w:t>
      </w:r>
      <w:r>
        <w:t xml:space="preserve"> course.</w:t>
        <w:br/>
        <w:t>不</w:t>
      </w:r>
      <w:r>
        <w:t xml:space="preserve"> 就是学这个</w:t>
      </w:r>
      <w:r>
        <w:t xml:space="preserve"> 我们很专的</w:t>
        <w:br/>
        <w:t>No,</w:t>
      </w:r>
      <w:r>
        <w:t xml:space="preserve"> that's</w:t>
      </w:r>
      <w:r>
        <w:t xml:space="preserve"> it.</w:t>
      </w:r>
      <w:r>
        <w:t xml:space="preserve"> We're</w:t>
      </w:r>
      <w:r>
        <w:t xml:space="preserve"> very</w:t>
      </w:r>
      <w:r>
        <w:t xml:space="preserve"> specialized.</w:t>
        <w:br/>
        <w:t>小心</w:t>
        <w:br/>
        <w:t>Be</w:t>
      </w:r>
      <w:r>
        <w:t xml:space="preserve"> careful!</w:t>
        <w:br/>
        <w:t>天啊</w:t>
        <w:br/>
        <w:t>Oh,</w:t>
      </w:r>
      <w:r>
        <w:t xml:space="preserve"> dear.</w:t>
        <w:br/>
        <w:t>你还好吗</w:t>
      </w:r>
      <w:r>
        <w:t xml:space="preserve"> </w:t>
      </w:r>
      <w:r>
        <w:t xml:space="preserve"> -</w:t>
      </w:r>
      <w:r>
        <w:t xml:space="preserve"> 还好</w:t>
        <w:br/>
        <w:t>Are</w:t>
      </w:r>
      <w:r>
        <w:t xml:space="preserve"> you</w:t>
      </w:r>
      <w:r>
        <w:t xml:space="preserve"> all</w:t>
      </w:r>
      <w:r>
        <w:t xml:space="preserve"> right?</w:t>
      </w:r>
      <w:r>
        <w:t xml:space="preserve"> -</w:t>
      </w:r>
      <w:r>
        <w:t xml:space="preserve"> I'm</w:t>
      </w:r>
      <w:r>
        <w:t xml:space="preserve"> all</w:t>
      </w:r>
      <w:r>
        <w:t xml:space="preserve"> right.</w:t>
        <w:br/>
        <w:t>真业余</w:t>
      </w:r>
      <w:r>
        <w:t xml:space="preserve"> 我用了很多年才掌握撑杆</w:t>
        <w:br/>
        <w:t>Amateurs.</w:t>
      </w:r>
      <w:r>
        <w:t xml:space="preserve"> Took</w:t>
      </w:r>
      <w:r>
        <w:t xml:space="preserve"> me</w:t>
      </w:r>
      <w:r>
        <w:t xml:space="preserve"> years</w:t>
      </w:r>
      <w:r>
        <w:t xml:space="preserve"> to</w:t>
      </w:r>
      <w:r>
        <w:t xml:space="preserve"> master</w:t>
      </w:r>
      <w:r>
        <w:t xml:space="preserve"> the</w:t>
      </w:r>
      <w:r>
        <w:t xml:space="preserve"> pole.</w:t>
        <w:br/>
        <w:t>关键是手腕</w:t>
      </w:r>
      <w:r>
        <w:t xml:space="preserve"> 小伙子</w:t>
        <w:br/>
        <w:t>It's</w:t>
      </w:r>
      <w:r>
        <w:t xml:space="preserve"> all</w:t>
      </w:r>
      <w:r>
        <w:t xml:space="preserve"> in</w:t>
      </w:r>
      <w:r>
        <w:t xml:space="preserve"> the</w:t>
      </w:r>
      <w:r>
        <w:t xml:space="preserve"> wrists,</w:t>
      </w:r>
      <w:r>
        <w:t xml:space="preserve"> lad.</w:t>
        <w:br/>
        <w:t>你之前从没撑过方平船</w:t>
      </w:r>
      <w:r>
        <w:t xml:space="preserve"> 对吧</w:t>
        <w:br/>
        <w:t>You've</w:t>
      </w:r>
      <w:r>
        <w:t xml:space="preserve"> never</w:t>
      </w:r>
      <w:r>
        <w:t xml:space="preserve"> actually</w:t>
      </w:r>
      <w:r>
        <w:t xml:space="preserve"> punted</w:t>
      </w:r>
      <w:r>
        <w:t xml:space="preserve"> before,</w:t>
      </w:r>
      <w:r>
        <w:t xml:space="preserve"> have</w:t>
      </w:r>
      <w:r>
        <w:t xml:space="preserve"> you?</w:t>
        <w:br/>
        <w:t>你怎么看出来的</w:t>
        <w:br/>
        <w:t>What</w:t>
      </w:r>
      <w:r>
        <w:t xml:space="preserve"> gave</w:t>
      </w:r>
      <w:r>
        <w:t xml:space="preserve"> me</w:t>
      </w:r>
      <w:r>
        <w:t xml:space="preserve"> away?</w:t>
        <w:br/>
        <w:t>你太不善于撒谎了</w:t>
        <w:br/>
        <w:t>You're</w:t>
      </w:r>
      <w:r>
        <w:t xml:space="preserve"> a</w:t>
      </w:r>
      <w:r>
        <w:t xml:space="preserve"> terrible</w:t>
      </w:r>
      <w:r>
        <w:t xml:space="preserve"> liar.</w:t>
        <w:br/>
        <w:t>行吧</w:t>
      </w:r>
      <w:r>
        <w:t xml:space="preserve"> 给我点时间</w:t>
      </w:r>
      <w:r>
        <w:t xml:space="preserve"> 我会进步的</w:t>
      </w:r>
      <w:r>
        <w:t xml:space="preserve"> 保证</w:t>
        <w:br/>
        <w:t>Well,</w:t>
      </w:r>
      <w:r>
        <w:t xml:space="preserve"> give</w:t>
      </w:r>
      <w:r>
        <w:t xml:space="preserve"> me</w:t>
      </w:r>
      <w:r>
        <w:t xml:space="preserve"> time.</w:t>
      </w:r>
      <w:r>
        <w:t xml:space="preserve"> I'll</w:t>
      </w:r>
      <w:r>
        <w:t xml:space="preserve"> get</w:t>
      </w:r>
      <w:r>
        <w:t xml:space="preserve"> better.</w:t>
      </w:r>
      <w:r>
        <w:t xml:space="preserve"> Promise.</w:t>
        <w:br/>
        <w:t>撒谎又不是什么好事</w:t>
        <w:br/>
        <w:t>That's</w:t>
      </w:r>
      <w:r>
        <w:t xml:space="preserve"> not</w:t>
      </w:r>
      <w:r>
        <w:t xml:space="preserve"> a</w:t>
      </w:r>
      <w:r>
        <w:t xml:space="preserve"> good</w:t>
      </w:r>
      <w:r>
        <w:t xml:space="preserve"> thing.</w:t>
        <w:br/>
        <w:t>看来你依然睡得很好啊</w:t>
        <w:br/>
        <w:t>I</w:t>
      </w:r>
      <w:r>
        <w:t xml:space="preserve"> see</w:t>
      </w:r>
      <w:r>
        <w:t xml:space="preserve"> you're</w:t>
      </w:r>
      <w:r>
        <w:t xml:space="preserve"> still</w:t>
      </w:r>
      <w:r>
        <w:t xml:space="preserve"> sleeping</w:t>
      </w:r>
    </w:p>
    <w:p>
      <w:r>
        <w:t xml:space="preserve"> well.</w:t>
        <w:br/>
        <w:t>你说需要一两天调整</w:t>
        <w:br/>
        <w:t>You</w:t>
      </w:r>
      <w:r>
        <w:t xml:space="preserve"> said</w:t>
      </w:r>
      <w:r>
        <w:t xml:space="preserve"> it</w:t>
      </w:r>
      <w:r>
        <w:t xml:space="preserve"> takes</w:t>
      </w:r>
      <w:r>
        <w:t xml:space="preserve"> a</w:t>
      </w:r>
      <w:r>
        <w:t xml:space="preserve"> day</w:t>
      </w:r>
      <w:r>
        <w:t xml:space="preserve"> or</w:t>
      </w:r>
      <w:r>
        <w:t xml:space="preserve"> two</w:t>
      </w:r>
      <w:r>
        <w:t xml:space="preserve"> to</w:t>
      </w:r>
      <w:r>
        <w:t xml:space="preserve"> adjust.</w:t>
        <w:br/>
        <w:t>你又为什么睡不着</w:t>
        <w:br/>
        <w:t>What's</w:t>
      </w:r>
      <w:r>
        <w:t xml:space="preserve"> your</w:t>
      </w:r>
      <w:r>
        <w:t xml:space="preserve"> excuse?</w:t>
        <w:br/>
        <w:t>医生就不能做噩梦了</w:t>
        <w:br/>
        <w:t>Doctors</w:t>
      </w:r>
      <w:r>
        <w:t xml:space="preserve"> can't</w:t>
      </w:r>
      <w:r>
        <w:t xml:space="preserve"> have</w:t>
      </w:r>
      <w:r>
        <w:t xml:space="preserve"> nightmares?</w:t>
        <w:br/>
        <w:t>当然能</w:t>
        <w:br/>
        <w:t>Sure.</w:t>
        <w:br/>
        <w:t>有何不可</w:t>
        <w:br/>
        <w:t>Why</w:t>
      </w:r>
      <w:r>
        <w:t xml:space="preserve"> not?</w:t>
        <w:br/>
        <w:t>你这里的音乐不错嘛</w:t>
        <w:br/>
        <w:t>You</w:t>
      </w:r>
      <w:r>
        <w:t xml:space="preserve"> got</w:t>
      </w:r>
      <w:r>
        <w:t xml:space="preserve"> some</w:t>
      </w:r>
      <w:r>
        <w:t xml:space="preserve"> good</w:t>
      </w:r>
      <w:r>
        <w:t xml:space="preserve"> stuff</w:t>
      </w:r>
      <w:r>
        <w:t xml:space="preserve"> here.</w:t>
        <w:br/>
        <w:t>介意我放来听听吗</w:t>
      </w:r>
      <w:r>
        <w:t xml:space="preserve"> </w:t>
      </w:r>
      <w:r>
        <w:t xml:space="preserve"> -</w:t>
      </w:r>
      <w:r>
        <w:t xml:space="preserve"> 请便</w:t>
        <w:br/>
        <w:t>You</w:t>
      </w:r>
      <w:r>
        <w:t xml:space="preserve"> mind</w:t>
      </w:r>
      <w:r>
        <w:t xml:space="preserve"> if</w:t>
      </w:r>
      <w:r>
        <w:t xml:space="preserve"> I</w:t>
      </w:r>
      <w:r>
        <w:t xml:space="preserve"> put</w:t>
      </w:r>
      <w:r>
        <w:t xml:space="preserve"> something</w:t>
      </w:r>
      <w:r>
        <w:t xml:space="preserve"> on?</w:t>
      </w:r>
      <w:r>
        <w:t xml:space="preserve"> -</w:t>
      </w:r>
      <w:r>
        <w:t xml:space="preserve"> Have</w:t>
      </w:r>
      <w:r>
        <w:t xml:space="preserve"> at</w:t>
      </w:r>
      <w:r>
        <w:t xml:space="preserve"> it.</w:t>
        <w:br/>
        <w:t>我不太懂音乐</w:t>
        <w:br/>
        <w:t>Don't</w:t>
      </w:r>
      <w:r>
        <w:t xml:space="preserve"> know</w:t>
      </w:r>
      <w:r>
        <w:t xml:space="preserve"> much</w:t>
      </w:r>
      <w:r>
        <w:t xml:space="preserve"> about</w:t>
      </w:r>
      <w:r>
        <w:t xml:space="preserve"> music.</w:t>
        <w:br/>
        <w:t>只是想听完这些作品集</w:t>
        <w:br/>
        <w:t>I'm</w:t>
      </w:r>
      <w:r>
        <w:t xml:space="preserve"> just</w:t>
      </w:r>
      <w:r>
        <w:t xml:space="preserve"> working</w:t>
      </w:r>
      <w:r>
        <w:t xml:space="preserve"> my</w:t>
      </w:r>
      <w:r>
        <w:t xml:space="preserve"> way</w:t>
      </w:r>
      <w:r>
        <w:t xml:space="preserve"> through</w:t>
      </w:r>
      <w:r>
        <w:t xml:space="preserve"> the</w:t>
      </w:r>
      <w:r>
        <w:t xml:space="preserve"> collection.</w:t>
        <w:br/>
        <w:t>这个...你一定得听听</w:t>
        <w:br/>
        <w:t>This...</w:t>
      </w:r>
      <w:r>
        <w:t xml:space="preserve"> this</w:t>
      </w:r>
      <w:r>
        <w:t xml:space="preserve"> is</w:t>
      </w:r>
      <w:r>
        <w:t xml:space="preserve"> what</w:t>
      </w:r>
      <w:r>
        <w:t xml:space="preserve"> you're</w:t>
      </w:r>
      <w:r>
        <w:t xml:space="preserve"> missing.</w:t>
        <w:br/>
        <w:t>你玩乐器吗</w:t>
        <w:br/>
        <w:t>You</w:t>
      </w:r>
      <w:r>
        <w:t xml:space="preserve"> play?</w:t>
        <w:br/>
        <w:t>不玩</w:t>
      </w:r>
      <w:r>
        <w:t xml:space="preserve"> 我一个音符都不懂</w:t>
        <w:br/>
        <w:t>No.</w:t>
      </w:r>
      <w:r>
        <w:t xml:space="preserve"> Can't</w:t>
      </w:r>
      <w:r>
        <w:t xml:space="preserve"> play</w:t>
      </w:r>
      <w:r>
        <w:t xml:space="preserve"> a</w:t>
      </w:r>
      <w:r>
        <w:t xml:space="preserve"> note.</w:t>
        <w:br/>
        <w:t>我母亲和姐姐很有音乐天赋</w:t>
        <w:br/>
        <w:t>Mother</w:t>
      </w:r>
      <w:r>
        <w:t xml:space="preserve"> and</w:t>
      </w:r>
      <w:r>
        <w:t xml:space="preserve"> sister</w:t>
      </w:r>
      <w:r>
        <w:t xml:space="preserve"> got</w:t>
      </w:r>
      <w:r>
        <w:t xml:space="preserve"> all</w:t>
      </w:r>
      <w:r>
        <w:t xml:space="preserve"> the</w:t>
      </w:r>
      <w:r>
        <w:t xml:space="preserve"> musical</w:t>
      </w:r>
      <w:r>
        <w:t xml:space="preserve"> talent,</w:t>
        <w:br/>
        <w:t>但我懂得欣赏</w:t>
        <w:br/>
        <w:t>but</w:t>
      </w:r>
      <w:r>
        <w:t xml:space="preserve"> I</w:t>
      </w:r>
      <w:r>
        <w:t xml:space="preserve"> know</w:t>
      </w:r>
      <w:r>
        <w:t xml:space="preserve"> what</w:t>
      </w:r>
      <w:r>
        <w:t xml:space="preserve"> sounds</w:t>
      </w:r>
      <w:r>
        <w:t xml:space="preserve"> good.</w:t>
        <w:br/>
        <w:t>医生</w:t>
      </w:r>
      <w:r>
        <w:t xml:space="preserve"> 你的驻地是哪</w:t>
        <w:br/>
        <w:t>Where</w:t>
      </w:r>
      <w:r>
        <w:t xml:space="preserve"> you</w:t>
      </w:r>
      <w:r>
        <w:t xml:space="preserve"> stationed,</w:t>
      </w:r>
      <w:r>
        <w:t xml:space="preserve"> Doc?</w:t>
        <w:br/>
        <w:t>诺福克</w:t>
      </w:r>
      <w:r>
        <w:t xml:space="preserve"> 我是96轰炸大队的航&amp;hearts;空&amp;hearts;军医</w:t>
        <w:br/>
        <w:t>Norfolk.</w:t>
      </w:r>
      <w:r>
        <w:t xml:space="preserve"> I'm</w:t>
      </w:r>
      <w:r>
        <w:t xml:space="preserve"> a</w:t>
      </w:r>
      <w:r>
        <w:t xml:space="preserve"> flight</w:t>
      </w:r>
      <w:r>
        <w:t xml:space="preserve"> surgeon</w:t>
      </w:r>
      <w:r>
        <w:t xml:space="preserve"> with</w:t>
      </w:r>
      <w:r>
        <w:t xml:space="preserve"> the</w:t>
      </w:r>
      <w:r>
        <w:t xml:space="preserve"> 96th.</w:t>
        <w:br/>
        <w:t>你的大队和我们一起轰炸过不来梅</w:t>
        <w:br/>
        <w:t>Your</w:t>
      </w:r>
      <w:r>
        <w:t xml:space="preserve"> group</w:t>
      </w:r>
      <w:r>
        <w:t xml:space="preserve"> was</w:t>
      </w:r>
      <w:r>
        <w:t xml:space="preserve"> on</w:t>
      </w:r>
      <w:r>
        <w:t xml:space="preserve"> the</w:t>
      </w:r>
      <w:r>
        <w:t xml:space="preserve"> Bremen</w:t>
      </w:r>
      <w:r>
        <w:t xml:space="preserve"> raid</w:t>
      </w:r>
      <w:r>
        <w:t xml:space="preserve"> with</w:t>
      </w:r>
      <w:r>
        <w:t xml:space="preserve"> us.</w:t>
        <w:br/>
        <w:t>我们损失了三架飞行堡垒</w:t>
        <w:br/>
        <w:t>We</w:t>
      </w:r>
      <w:r>
        <w:t xml:space="preserve"> lost</w:t>
      </w:r>
      <w:r>
        <w:t xml:space="preserve"> three</w:t>
      </w:r>
      <w:r>
        <w:t xml:space="preserve"> forts.</w:t>
        <w:br/>
        <w:t>那是你的第一次任务</w:t>
        <w:br/>
        <w:t>That</w:t>
      </w:r>
      <w:r>
        <w:t xml:space="preserve"> was</w:t>
      </w:r>
      <w:r>
        <w:t xml:space="preserve"> your</w:t>
      </w:r>
      <w:r>
        <w:t xml:space="preserve"> first</w:t>
      </w:r>
      <w:r>
        <w:t xml:space="preserve"> mission?</w:t>
        <w:br/>
        <w:t>失去了一位好朋友</w:t>
        <w:br/>
        <w:t>Lost</w:t>
      </w:r>
      <w:r>
        <w:t xml:space="preserve"> a</w:t>
      </w:r>
      <w:r>
        <w:t xml:space="preserve"> good</w:t>
      </w:r>
      <w:r>
        <w:t xml:space="preserve"> friend.</w:t>
        <w:br/>
        <w:t>那也是他的第一次任务</w:t>
        <w:br/>
        <w:t>His</w:t>
      </w:r>
      <w:r>
        <w:t xml:space="preserve"> first</w:t>
      </w:r>
      <w:r>
        <w:t xml:space="preserve"> mission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https://d.book118.com/185340221144011112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8534022114401111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